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1193 questions · browse · full transcripts with timestamps · exported 2026-09-22</w:t>
      </w:r>
    </w:p>
    <w:p>
      <w:pPr>
        <w:pStyle w:val="Heading2"/>
      </w:pPr>
      <w:r>
        <w:t>Accountability for good intention causing discord?</w:t>
      </w:r>
    </w:p>
    <w:p>
      <w:r>
        <w:rPr>
          <w:color w:val="666666"/>
          <w:sz w:val="18"/>
        </w:rPr>
        <w:t>Ethics &amp; Character · God Gives in Abundance 13 Oct 2019 - Maulana Wahiduddin Khan · 3m 03s · at 36:32 · https://youtu.be/eC4RaczXBzM?t=2192</w:t>
      </w:r>
    </w:p>
    <w:p>
      <w:r>
        <w:rPr>
          <w:i/>
        </w:rPr>
        <w:t>“If someone does a deed that causes discord in the Ummah, but his intention was good, will he be held accountable in the Hereafter? For example, some people gave a political interpretation to Islam.”</w:t>
      </w:r>
    </w:p>
    <w:p>
      <w:r>
        <w:rPr>
          <w:sz w:val="20"/>
        </w:rPr>
        <w:t>36:32  Alhamdulillah, aap ki baaton se aur zyada dawat ka kaam karne ki inspiration mili hai. Jazak Allah." Khair, Maulana, agla sawal lete hain.</w:t>
      </w:r>
      <w:r>
        <w:br/>
      </w:r>
      <w:r>
        <w:rPr>
          <w:sz w:val="20"/>
        </w:rPr>
        <w:t>36:45  Yeh sawal bheja hai Rampur se Irshad Ali sahib ne. Unhone likha hai: "Maulana, agar kisi se koi aisa kaam ho jaye jis se ummat mein bigaad paida ho jaye,</w:t>
      </w:r>
      <w:r>
        <w:br/>
      </w:r>
      <w:r>
        <w:rPr>
          <w:sz w:val="20"/>
        </w:rPr>
        <w:t>37:01  Lekin uski niyat us kaam ko karne ki achhi thi, toh kya uski akhirat mein pakad hogi? Jaise ke kuch logon ne Islam ko political interpretation diya." Dekhein, hadith hai bahut hi mashhoor: "Innamal a'malu binniyat."</w:t>
      </w:r>
      <w:r>
        <w:br/>
      </w:r>
      <w:r>
        <w:rPr>
          <w:sz w:val="20"/>
        </w:rPr>
        <w:t>37:24  Innamal a'malu binniyat yani haan, Allah ke haan har amal apni niyat ke aitbar se mana jata hai.</w:t>
      </w:r>
      <w:r>
        <w:br/>
      </w:r>
      <w:r>
        <w:rPr>
          <w:sz w:val="20"/>
        </w:rPr>
        <w:t>37:33  Niyat jaise niyat hogi, uske lehaz se uska darja hoga. Misal ke taur par dekhiye, ek hadith hai bahut mashhoor ke ek badu ka oont gum ho gaya sehra mein,</w:t>
      </w:r>
      <w:r>
        <w:br/>
      </w:r>
      <w:r>
        <w:rPr>
          <w:sz w:val="20"/>
        </w:rPr>
        <w:t>37:52  Sehra mein desert mein. Toh ab daud raha hai idhar udhar. Toh aap jante hain ke pehle zamane mein desert mein ek hi cheez hoti thi badu ke liye, woh uska oont.</w:t>
      </w:r>
      <w:r>
        <w:br/>
      </w:r>
      <w:r>
        <w:rPr>
          <w:sz w:val="20"/>
        </w:rPr>
        <w:t>38:09  Oont, oont hai toh sab kuch hai, oont nahin hai toh kuch bhi nahin. Toh bechara badu daud raha hai idhar udhar, oont dhoondh raha hai, dhoondh raha hai.</w:t>
      </w:r>
      <w:r>
        <w:br/>
      </w:r>
      <w:r>
        <w:rPr>
          <w:sz w:val="20"/>
        </w:rPr>
        <w:t>38:21  yahan tak ke achaanak woh dekhta hai ek jagah ke is ka oont khara hua hai. to is ki zubaan se nikla: "allahum anta abdi wa ana rabbuk." yaani khushi mein keh pada hua hai: "ae allah, tu mera banda hai, main tera rab hoon." is par us ko jannat de di gayi.</w:t>
      </w:r>
      <w:r>
        <w:br/>
      </w:r>
      <w:r>
        <w:rPr>
          <w:sz w:val="20"/>
        </w:rPr>
        <w:t>38:45  to niyat, is ki niyat jo thi, woh bohat hi khair thi, bohat hi achi thi. to allah taala ke haan koi bhi dua apni niyat ke aitbaar se qabool hoti hai.</w:t>
      </w:r>
      <w:r>
        <w:br/>
      </w:r>
      <w:r>
        <w:rPr>
          <w:sz w:val="20"/>
        </w:rPr>
        <w:t>39:00  niyat agar khair ho to is ka badla bhi khair hoga.</w:t>
      </w:r>
      <w:r>
        <w:br/>
      </w:r>
      <w:r>
        <w:rPr>
          <w:sz w:val="20"/>
        </w:rPr>
        <w:t>39:08  maulana, kuch aur comment parhna chahenge. ah, mehboob bhai ne mumbai se likha hai: "maulana, whenever i meet you or listen to you, i become very energetic.</w:t>
      </w:r>
      <w:r>
        <w:br/>
      </w:r>
      <w:r>
        <w:rPr>
          <w:sz w:val="20"/>
        </w:rPr>
        <w:t>39:20  such energy today also doubled in me after listening to today's talk." jazaak allah, maulana. maulana iqbal umri ne likha hai: "deen sara ka sara alhamdulillah par qaim hai.</w:t>
      </w:r>
    </w:p>
    <w:p>
      <w:pPr>
        <w:pStyle w:val="Heading2"/>
      </w:pPr>
      <w:r>
        <w:t>Advising a Short-Tempered Son to Be Patient</w:t>
      </w:r>
    </w:p>
    <w:p>
      <w:r>
        <w:rPr>
          <w:color w:val="666666"/>
          <w:sz w:val="18"/>
        </w:rPr>
        <w:t>Ethics &amp; Character · Dars-e-Quran, Chapter 2, Verses 44-46, January 28, 2018 · 2m 33s · at 59:38 · https://youtu.be/3Kd5InuBtFA?t=3578</w:t>
      </w:r>
    </w:p>
    <w:p>
      <w:r>
        <w:rPr>
          <w:i/>
        </w:rPr>
        <w:t>“Moulana sahab, my son is fifteen years old and a very short-tempered boy. Even though I try my best to teach him to be patient, he does not listen. I want your advice on how to convey to him that keeping patience is like inviting God's help.”</w:t>
      </w:r>
    </w:p>
    <w:p>
      <w:r>
        <w:rPr>
          <w:sz w:val="20"/>
        </w:rPr>
        <w:t>59:38  maz ko makkah aur madinah ke dawah dawati mahol mein samajhna hai. jazak allah." maulana, agla sawal lete hain jo doctor arsalan ne bheja hai lucknow se. unhone likha hai: "maulana sahab! my son is fifteen years old and a very short tempered boy. even though i try my best to teach him to be patient, b</w:t>
      </w:r>
      <w:r>
        <w:br/>
      </w:r>
      <w:r>
        <w:rPr>
          <w:sz w:val="20"/>
        </w:rPr>
        <w:t>1:00:08  t hi does not listen.</w:t>
      </w:r>
      <w:r>
        <w:br/>
      </w:r>
      <w:r>
        <w:rPr>
          <w:sz w:val="20"/>
        </w:rPr>
        <w:t>1:00:13  I want your advice as to how to convey him that keeping patience is like inviting God's help.</w:t>
      </w:r>
      <w:r>
        <w:br/>
      </w:r>
      <w:r>
        <w:rPr>
          <w:sz w:val="20"/>
        </w:rPr>
        <w:t>1:00:18  how can he be changed? dekhiye, is ko change nahi karna hai.</w:t>
      </w:r>
      <w:r>
        <w:br/>
      </w:r>
      <w:r>
        <w:rPr>
          <w:sz w:val="20"/>
        </w:rPr>
        <w:t>1:00:23  aap log apne aap ko change kijiye.</w:t>
      </w:r>
      <w:r>
        <w:br/>
      </w:r>
      <w:r>
        <w:rPr>
          <w:sz w:val="20"/>
        </w:rPr>
        <w:t>1:00:28  jittne aise bachche hote hain, woh maa baap ki pampering se bante hain.</w:t>
      </w:r>
      <w:r>
        <w:br/>
      </w:r>
      <w:r>
        <w:rPr>
          <w:sz w:val="20"/>
        </w:rPr>
        <w:t>1:00:33  woh aap aur aap ki</w:t>
      </w:r>
      <w:r>
        <w:br/>
      </w:r>
      <w:r>
        <w:rPr>
          <w:sz w:val="20"/>
        </w:rPr>
        <w:t>1:00:38  aliya apni pampering ko khatm kijiye.</w:t>
      </w:r>
      <w:r>
        <w:br/>
      </w:r>
      <w:r>
        <w:rPr>
          <w:sz w:val="20"/>
        </w:rPr>
        <w:t>1:00:44  ghalti aap ki taraf hai aur is ko aap lagate hain beti ki taraf.</w:t>
      </w:r>
      <w:r>
        <w:br/>
      </w:r>
      <w:r>
        <w:rPr>
          <w:sz w:val="20"/>
        </w:rPr>
        <w:t>1:00:49  is mein koi shaq nahi, koi shaq nahi ke aap aur aap ki biwi ki pampering ne bachchon</w:t>
      </w:r>
      <w:r>
        <w:br/>
      </w:r>
      <w:r>
        <w:rPr>
          <w:sz w:val="20"/>
        </w:rPr>
        <w:t>1:00:54  ko aisa banaya hai.</w:t>
      </w:r>
      <w:r>
        <w:br/>
      </w:r>
      <w:r>
        <w:rPr>
          <w:sz w:val="20"/>
        </w:rPr>
        <w:t>1:01:00  is mein mein yeh add karunga ke maa baap ko nazar hi nahi aata.</w:t>
      </w:r>
      <w:r>
        <w:br/>
      </w:r>
      <w:r>
        <w:rPr>
          <w:sz w:val="20"/>
        </w:rPr>
        <w:t>1:01:05  mein aise maa baap ko jaanta hoon</w:t>
      </w:r>
      <w:r>
        <w:br/>
      </w:r>
      <w:r>
        <w:rPr>
          <w:sz w:val="20"/>
        </w:rPr>
        <w:t>1:01:10  jo apne bachchon ki pampering karte the aur jab un ko toka gaya to kaha: nahi, mein to</w:t>
      </w:r>
      <w:r>
        <w:br/>
      </w:r>
      <w:r>
        <w:rPr>
          <w:sz w:val="20"/>
        </w:rPr>
        <w:t>1:01:18  kuch nahi karta. khud ba khud mere baap, mere jo baap the, meri pampering karte the.</w:t>
      </w:r>
      <w:r>
        <w:br/>
      </w:r>
      <w:r>
        <w:rPr>
          <w:sz w:val="20"/>
        </w:rPr>
        <w:t>1:01:26  khud mere baap mere phupha ko rokte the to woh samajhte the ke mein to kuch nahi karta.</w:t>
      </w:r>
      <w:r>
        <w:br/>
      </w:r>
      <w:r>
        <w:rPr>
          <w:sz w:val="20"/>
        </w:rPr>
        <w:t>1:01:33  mere baap ki death ho gayi jab mein</w:t>
      </w:r>
      <w:r>
        <w:br/>
      </w:r>
      <w:r>
        <w:rPr>
          <w:sz w:val="20"/>
        </w:rPr>
        <w:t>1:01:41  chhe saal ka tha. ab bilkul pampered baap bana hua tha. main main khud pampered baap bana hua tha. to mere baap ki death ho gayi, tab mere andar nayi zindagi shuru hui. aap ghalati aap karte hain, ab dalte hain bachche ke upar: "your boy is pampered boy. is ko khatm kijiye, phir sab kuch theek</w:t>
      </w:r>
    </w:p>
    <w:p>
      <w:pPr>
        <w:pStyle w:val="Heading2"/>
      </w:pPr>
      <w:r>
        <w:t>Attending Gatherings Where Alcohol is Served</w:t>
      </w:r>
    </w:p>
    <w:p>
      <w:r>
        <w:rPr>
          <w:color w:val="666666"/>
          <w:sz w:val="18"/>
        </w:rPr>
        <w:t>Ethics &amp; Character · Creative Solution or Ijtihadi Hal September 16, 2012 · 2m 09s · at 1:05:22 · https://youtu.be/yBKbiu0d_1A?t=3922</w:t>
      </w:r>
    </w:p>
    <w:p>
      <w:r>
        <w:rPr>
          <w:i/>
        </w:rPr>
        <w:t>“Quite a few times it happens that we are invited to gatherings and parties. In such gatherings and parties alcohol is also served. My question is: Should we attend such gatherings and parties?”</w:t>
      </w:r>
    </w:p>
    <w:p>
      <w:r>
        <w:rPr>
          <w:sz w:val="20"/>
        </w:rPr>
        <w:t>1:05:22  maulana, agla sawal dilli se hai doctor tahir ka</w:t>
      </w:r>
      <w:r>
        <w:br/>
      </w:r>
      <w:r>
        <w:rPr>
          <w:sz w:val="20"/>
        </w:rPr>
        <w:t>1:05:26  . unhon ne likha hai ke "quite a few times it happens that we are invited in gatherings or parties.</w:t>
      </w:r>
      <w:r>
        <w:br/>
      </w:r>
      <w:r>
        <w:rPr>
          <w:sz w:val="20"/>
        </w:rPr>
        <w:t>1:05:35  in such gatherings or parties alcohol is also served. my question is that should we attend such gatherings or parties?"</w:t>
      </w:r>
      <w:r>
        <w:br/>
      </w:r>
      <w:r>
        <w:rPr>
          <w:sz w:val="20"/>
        </w:rPr>
        <w:t>1:05:46  dekhiye, hamara maslak jo islam ke mutabiq hai, woh yeh hai ke is aisi partiyon mein ma'eeshat jana waqt ko zaya karna hai.</w:t>
      </w:r>
      <w:r>
        <w:br/>
      </w:r>
      <w:r>
        <w:rPr>
          <w:sz w:val="20"/>
        </w:rPr>
        <w:t>1:05:57  lekin agar aap da'i hain, tab jana bilkul, yani bohat hi achhi baat hogi ke aap apne pocket mein, apne bag mein islamic popular rakh lein, quran ka tehsil rakh lein,</w:t>
      </w:r>
      <w:r>
        <w:br/>
      </w:r>
      <w:r>
        <w:rPr>
          <w:sz w:val="20"/>
        </w:rPr>
        <w:t>1:06:12  aisi kuch kitabein rakh lein, rasool Allah ki seerat par, aur wahan par jo log ate hain, un ko aap pesh karein kitabein. to woh un ka fe'al hai ke woh alcohol lete hain ke nahi lete, woh un ka fe'al hai.</w:t>
      </w:r>
      <w:r>
        <w:br/>
      </w:r>
      <w:r>
        <w:rPr>
          <w:sz w:val="20"/>
        </w:rPr>
        <w:t>1:06:23  aap ko is se kya lena dena؟</w:t>
      </w:r>
      <w:r>
        <w:br/>
      </w:r>
      <w:r>
        <w:rPr>
          <w:sz w:val="20"/>
        </w:rPr>
        <w:t>1:06:27  to yeh koi wajah nahi hai ke aap partiyon mein na jayen. asal cheez hai ke kya partiyon mein ja kar ke aap us ko opportunity ko avail kar kar sakte hain؟</w:t>
      </w:r>
      <w:r>
        <w:br/>
      </w:r>
      <w:r>
        <w:rPr>
          <w:sz w:val="20"/>
        </w:rPr>
        <w:t>1:06:38  avail kar sakte hain, yani aik aik gathering ko bator audience ke istemal karna, bator baddu ke istemal karna, yeh aap kar sakte hain ke nahi؟</w:t>
      </w:r>
      <w:r>
        <w:br/>
      </w:r>
      <w:r>
        <w:rPr>
          <w:sz w:val="20"/>
        </w:rPr>
        <w:t>1:06:48  yahan par, yani aap ko decision lena hai.</w:t>
      </w:r>
      <w:r>
        <w:br/>
      </w:r>
      <w:r>
        <w:rPr>
          <w:sz w:val="20"/>
        </w:rPr>
        <w:t>1:06:53  rasool allah salallaho alaihi wasallam dekhiye, har mauqa pe ja dete ho jahan but pooja ja raha hai, wahan pe ja dete the. bazaar lagte the, wahan bhi tarah tarah ke jahili rasmein hoti thin, wahan bhi jate the aap kyunke un ko aap bator madu ke dekhte the.</w:t>
      </w:r>
      <w:r>
        <w:br/>
      </w:r>
      <w:r>
        <w:rPr>
          <w:sz w:val="20"/>
        </w:rPr>
        <w:t>1:07:07  madu wahan ja kar aap ko quran pesh karte the. to aap par depend karta hai ke aap wahan ja kar ke us ko bator opportunity avail kar sakte hain ya nahi kar sakte.</w:t>
      </w:r>
      <w:r>
        <w:br/>
      </w:r>
      <w:r>
        <w:rPr>
          <w:sz w:val="20"/>
        </w:rPr>
        <w:t>1:07:21  is ko dekh kar faisla kijiye. baqi woh alcohol lete hain ya nahi lete, woh woh aap ka concern nahi hai.</w:t>
      </w:r>
    </w:p>
    <w:p>
      <w:pPr>
        <w:pStyle w:val="Heading2"/>
      </w:pPr>
      <w:r>
        <w:t>Can a Muslim Hate a Non-Believer</w:t>
      </w:r>
    </w:p>
    <w:p>
      <w:r>
        <w:rPr>
          <w:color w:val="666666"/>
          <w:sz w:val="18"/>
        </w:rPr>
        <w:t>Ethics &amp; Character · Islam &amp; Prophet of Islam 21 Oct, 2012 - Maulana Wahiduddin Khan · 2m 46s · at 1:09:12 · https://youtu.be/2hwtfOyNeS0?t=4152</w:t>
      </w:r>
    </w:p>
    <w:p>
      <w:r>
        <w:rPr>
          <w:i/>
        </w:rPr>
        <w:t>“Love Islam hate America. These holdings were placed in tourist spots in reaction of recent movie produced in America. Can a Muslim hate a non-believer because of any excuse?”</w:t>
      </w:r>
    </w:p>
    <w:p>
      <w:r>
        <w:rPr>
          <w:sz w:val="20"/>
        </w:rPr>
        <w:t>1:09:12  maulana, agla sawal kashmir se hai hamidullah hameed sahib ka. unhon ne likha hai: "love islam hate america.</w:t>
      </w:r>
      <w:r>
        <w:br/>
      </w:r>
      <w:r>
        <w:rPr>
          <w:sz w:val="20"/>
        </w:rPr>
        <w:t>1:09:21  these holdings were placed in tourist spots in reaction of recent movie produced in America. Can a Muslim hate a non-believer because of any excuse?" Dekhiye, love Islam bhi ek ek ek yani ek bilkul galat hai.</w:t>
      </w:r>
      <w:r>
        <w:br/>
      </w:r>
      <w:r>
        <w:rPr>
          <w:sz w:val="20"/>
        </w:rPr>
        <w:t>1:09:39  agar aap islam se love karein ge to logon se hate kar nahin sakte aap. yeh namumkin hai ke aap islam se love karein, aap logon se hate karein aap.</w:t>
      </w:r>
      <w:r>
        <w:br/>
      </w:r>
      <w:r>
        <w:rPr>
          <w:sz w:val="20"/>
        </w:rPr>
        <w:t>1:09:49  islam se love karna aap ko doosron se mohabbat sikhaye ga. kyun? aap quran ko parhiye. chapter 41 jo hai, hami as-sajdah, is mein yeh ayat hai ke: "la tastabdil al-husna bi al-sayyi'i, idha alladhi baynaka wa baynahu 'adawatun ka'annahu waliyyun hamim".</w:t>
      </w:r>
      <w:r>
        <w:br/>
      </w:r>
      <w:r>
        <w:rPr>
          <w:sz w:val="20"/>
        </w:rPr>
        <w:t>1:10:09  yani kisi ko agar tum pao ke tumhare sath is ka sulook dushman wala sulook hai, to tum is ke sath dosti karo. tum is ka acha sulook karo.</w:t>
      </w:r>
      <w:r>
        <w:br/>
      </w:r>
      <w:r>
        <w:rPr>
          <w:sz w:val="20"/>
        </w:rPr>
        <w:t>1:10:19  phir woh dushman tumhara dost ban jaye ga. "ka'annahu waliyyun hamim". is ke mutabiq dushman ko potential friend ke roop mein dekhna.</w:t>
      </w:r>
      <w:r>
        <w:br/>
      </w:r>
      <w:r>
        <w:rPr>
          <w:sz w:val="20"/>
        </w:rPr>
        <w:t>1:10:30  yeh hai islam. yani you have to see the your enemy into, yani, as a potential friend.</w:t>
      </w:r>
      <w:r>
        <w:br/>
      </w:r>
      <w:r>
        <w:rPr>
          <w:sz w:val="20"/>
        </w:rPr>
        <w:t>1:10:42  apne dushman ko potential friend ke roop mein dekhna, yeh islam hai. to jo log kehte hain ke love islam, yeh yeh bilkul galat keh rahe hain. woh woh hate islam un ke dilon mein hai.</w:t>
      </w:r>
      <w:r>
        <w:br/>
      </w:r>
      <w:r>
        <w:rPr>
          <w:sz w:val="20"/>
        </w:rPr>
        <w:t>1:10:53  islam se mohabbat to un ko nahin hai. mohabbat hoti to woh quran se lete ke kya karna chahiye humein. quran ko dekhte, parhte quran ko.</w:t>
      </w:r>
      <w:r>
        <w:br/>
      </w:r>
      <w:r>
        <w:rPr>
          <w:sz w:val="20"/>
        </w:rPr>
        <w:t>1:11:01  jab quran mein saaf saaf hai ke tum dushman ko apna potential friend samjho, to aap kaise aisa kar sakte hain?</w:t>
      </w:r>
      <w:r>
        <w:br/>
      </w:r>
      <w:r>
        <w:rPr>
          <w:sz w:val="20"/>
        </w:rPr>
        <w:t>1:11:12  mein wahan gaya tha america, to wahan pe ek church mein mujhe bulaya gaya tha. to unhon ne kaha ke bible mein Hazrat Masih ne yeh kaha tha ke: "love your enemy".</w:t>
      </w:r>
      <w:r>
        <w:br/>
      </w:r>
      <w:r>
        <w:rPr>
          <w:sz w:val="20"/>
        </w:rPr>
        <w:t>1:11:25  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r>
        <w:br/>
      </w:r>
      <w:r>
        <w:rPr>
          <w:sz w:val="20"/>
        </w:rPr>
        <w:t>1:11:52  nahin to aap muslim nahin hain. nahin to aap quran ko nahin mante.</w:t>
      </w:r>
    </w:p>
    <w:p>
      <w:pPr>
        <w:pStyle w:val="Heading2"/>
      </w:pPr>
      <w:r>
        <w:t>Can wrong actions be justified by their plus points?</w:t>
      </w:r>
    </w:p>
    <w:p>
      <w:r>
        <w:rPr>
          <w:color w:val="666666"/>
          <w:sz w:val="18"/>
        </w:rPr>
        <w:t>Ethics &amp; Character · Lessons and Experiences May 22, 2011 Maulana Wahiduddin Khan · 2m 19s · at 1:39:30 · https://youtu.be/j4Qx-MsDQWc?t=5970</w:t>
      </w:r>
    </w:p>
    <w:p>
      <w:r>
        <w:rPr>
          <w:i/>
        </w:rPr>
        <w:t>“You said that bloodshed and suicide bombing in the name of jihad is wrong, but its plus point is that it creates news which makes people study the Quran. My question is: can these wrong actions be done considering their plus point? Certainly not, so that means we will commit haram?”</w:t>
      </w:r>
    </w:p>
    <w:p>
      <w:r>
        <w:rPr>
          <w:sz w:val="20"/>
        </w:rPr>
        <w:t>1:39:30  maulana abdul wahab ne dilli se sawal kiya hai unhon ne likha hai aap ne farmaya ke jihad ke naam par khoon kharaba karna ya suicide bombing karna galat hai lekin is ka plus point yeh hai ke is se news create hoti hai jis ki wajah se log quran ki study karte hain mera sawal yeh hai ke kya in galat kamon ke plus point ko dekhte hue unhein anjam diya ja sakta hai</w:t>
      </w:r>
      <w:r>
        <w:br/>
      </w:r>
      <w:r>
        <w:rPr>
          <w:sz w:val="20"/>
        </w:rPr>
        <w:t>1:39:59  harghiz nahi to yani haram ko anjam denge aap dekhen main ne jo baat kahi koi nai baat nahi hai yeh quran mein maujood hai quran mein hai wa rafa'na laka zikrak jab madina makke mein jo log order par suppress the rasool Allah ke liye ulti seedhi baatein karne lage galat galat baatein</w:t>
      </w:r>
      <w:r>
        <w:br/>
      </w:r>
      <w:r>
        <w:rPr>
          <w:sz w:val="20"/>
        </w:rPr>
        <w:t>1:40:23  maslan yeh ke unka Allah majnoon a a a paighambar tum to hum ko mad dikhaye parhte ho tarah tarah ki baatein to is par quran mein aya ke tum is par yani is mein ek plus point hai woh woh tumhari publicity kar rahe hain yani woh tum ko jo badnam kar rahe hain badnam apne hisab se badnam kar rahe hain woh tumhari publicity ban rahi hai woh</w:t>
      </w:r>
      <w:r>
        <w:br/>
      </w:r>
      <w:r>
        <w:rPr>
          <w:sz w:val="20"/>
        </w:rPr>
        <w:t>1:40:53  logon logon ke andar curiosity paida ho rahi hai ke bhai kon hai bhai kya hai yeh is ka matlab nahi ke koi suicide bombing kare woh to bilashuba haram hai is mein koi suicide bombing ke haram hone mein koi shaq hi nahi jo log is ko jaiz bataye woh yani pagal se zyada zyada koi aur makhlooq honge woh suicide bombing haram ho suicide bombing islam mein jo halaal bataye woh bilashuba islam ka a b c d bhi nahi janta</w:t>
      </w:r>
      <w:r>
        <w:br/>
      </w:r>
      <w:r>
        <w:rPr>
          <w:sz w:val="20"/>
        </w:rPr>
        <w:t>1:41:21  to woh jo kar rahe hain woh to un ka fail hai aur bilashuba woh haram fail kar rahe hain lekin yeh dunya Allah taala is liye bani hai ke aap ko har cheez mein ek plus point mil jaye har cheez mein ek lesson mil jaye woh main ne kaha main harghiz harghiz un ko yani ke mera matlab nahi ke woh justified hai un ka un ka fail woh to bilashuba haram hai</w:t>
      </w:r>
      <w:r>
        <w:br/>
      </w:r>
      <w:r>
        <w:rPr>
          <w:sz w:val="20"/>
        </w:rPr>
        <w:t>1:41:47  maulana sharik hussain ne dilli se sawal kiya hai</w:t>
      </w:r>
    </w:p>
    <w:p>
      <w:pPr>
        <w:pStyle w:val="Heading2"/>
      </w:pPr>
      <w:r>
        <w:t>Controlling anger and its consequences</w:t>
      </w:r>
    </w:p>
    <w:p>
      <w:r>
        <w:rPr>
          <w:color w:val="666666"/>
          <w:sz w:val="18"/>
        </w:rPr>
        <w:t>Ethics &amp; Character · 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Controlling greed for property and land</w:t>
      </w:r>
    </w:p>
    <w:p>
      <w:r>
        <w:rPr>
          <w:color w:val="666666"/>
          <w:sz w:val="18"/>
        </w:rPr>
        <w:t>Ethics &amp; Character · 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Correct understanding of religious zeal</w:t>
      </w:r>
    </w:p>
    <w:p>
      <w:r>
        <w:rPr>
          <w:color w:val="666666"/>
          <w:sz w:val="18"/>
        </w:rPr>
        <w:t>Ethics &amp; Character · Life after Death I 22nd Jan. 2012 Maulana Wahiduddin Khan · 3m 45s · at 1:09:50 · https://youtu.be/Pa8c09DFrkA?t=4190</w:t>
      </w:r>
    </w:p>
    <w:p>
      <w:r>
        <w:rPr>
          <w:i/>
        </w:rPr>
        <w:t>“Is it correct that religious zeal should be about peaceful reform, and that violence and hate in the name of religion is irreligion?”</w:t>
      </w:r>
    </w:p>
    <w:p>
      <w:r>
        <w:rPr>
          <w:sz w:val="20"/>
        </w:rPr>
        <w:t>1:09:50  jitna zyada ummat dawat e Allah par khadi hogi, utne zyada ikhtilaf apne aap mit jayenge. is mein koi shaq nahin hai. Maulana, inka ek aur sawal hai, inhone likha hai: deeni ghairat ya deeni jazba yeh hai ke aadmi achhai aur burai ke muamle mein hassas ho.</w:t>
      </w:r>
      <w:r>
        <w:br/>
      </w:r>
      <w:r>
        <w:rPr>
          <w:sz w:val="20"/>
        </w:rPr>
        <w:t>1:10:10  woh burai ko dekh kar uski islaah ke liye peaceful andaaz mein dua aur koshish kare.</w:t>
      </w:r>
      <w:r>
        <w:br/>
      </w:r>
      <w:r>
        <w:rPr>
          <w:sz w:val="20"/>
        </w:rPr>
        <w:t>1:10:17  deeni ghairat ke naam par violence aur hate ka culture chalana deen ke naam par sirf bedini hai. kya yeh baat durust hai?</w:t>
      </w:r>
      <w:r>
        <w:br/>
      </w:r>
      <w:r>
        <w:rPr>
          <w:sz w:val="20"/>
        </w:rPr>
        <w:t>1:10:27  hmm, bilkul sahi hai. galat ka lafz bidat, bidat. galat koi cheez nahin Islam mein.</w:t>
      </w:r>
      <w:r>
        <w:br/>
      </w:r>
      <w:r>
        <w:rPr>
          <w:sz w:val="20"/>
        </w:rPr>
        <w:t>1:10:34  kahin bhi aap Quran o Hadees mein iske saboot nahin dekhte. kai lafz hain, mere paas abhi kal parson kuch log aaye ke yeh shan e Rasool ka mamla hai.</w:t>
      </w:r>
      <w:r>
        <w:br/>
      </w:r>
      <w:r>
        <w:rPr>
          <w:sz w:val="20"/>
        </w:rPr>
        <w:t>1:10:46  yeh shan e Rasool kahan likha hua hai? maine unse poocha, bataiye. woh aalim the. abhi jo Musalman dhoom macha rahe the Jaipur wale mamle mein.</w:t>
      </w:r>
      <w:r>
        <w:br/>
      </w:r>
      <w:r>
        <w:rPr>
          <w:sz w:val="20"/>
        </w:rPr>
        <w:t>1:10:55  to unhone kaha yeh to shan e Rasool ka mamla hai. to maine poocha, ek bande ne kaha Quran mein kahan likha hai? Hadees mein kahan likha hai? aisi ghairat bhi kahan likha hai?</w:t>
      </w:r>
      <w:r>
        <w:br/>
      </w:r>
      <w:r>
        <w:rPr>
          <w:sz w:val="20"/>
        </w:rPr>
        <w:t>1:11:04  kahin likha nahin. bahut se lafz logon ne khud bana liye hain. aur isko is tarah bolte hain jaise ke yeh deen ka taqaza hai.</w:t>
      </w:r>
      <w:r>
        <w:br/>
      </w:r>
      <w:r>
        <w:rPr>
          <w:sz w:val="20"/>
        </w:rPr>
        <w:t>1:11:14  dekhiye, yaad rakhiye. koi bhi baat,</w:t>
      </w:r>
      <w:r>
        <w:br/>
      </w:r>
      <w:r>
        <w:rPr>
          <w:sz w:val="20"/>
        </w:rPr>
        <w:t>1:11:22  koi bhi rai banane se pehle sabse pehle pehle Quran o Sunnat ko dekhiye. jaise Imam Abu Hanifa ke bare mein kaha tha ke woh kehte the ke 'ateeni shay'an min kitabil lahi hatta aqal' jo tum keh rahe ho, usko pehle Quran se uska hawala do.</w:t>
      </w:r>
      <w:r>
        <w:br/>
      </w:r>
      <w:r>
        <w:rPr>
          <w:sz w:val="20"/>
        </w:rPr>
        <w:t>1:11:39  tab main usko manunga, nahin to nahin manunga.</w:t>
      </w:r>
      <w:r>
        <w:br/>
      </w:r>
      <w:r>
        <w:rPr>
          <w:sz w:val="20"/>
        </w:rPr>
        <w:t>1:11:42  to har cheez ka hawala Quran mein hona chahiye. Rasool Allah ke Hadees mein hona chahiye. agar nahin hawala hai to phir besaleeqa hai, bebuniyad hai woh.</w:t>
      </w:r>
      <w:r>
        <w:br/>
      </w:r>
      <w:r>
        <w:rPr>
          <w:sz w:val="20"/>
        </w:rPr>
        <w:t>1:11:50  woh bidat hai. 'man ataa fi amrina hadha ma laysa minhu' to radd hai woh.</w:t>
      </w:r>
      <w:r>
        <w:br/>
      </w:r>
      <w:r>
        <w:rPr>
          <w:sz w:val="20"/>
        </w:rPr>
        <w:t>1:11:59  to aisi hamakat hum kyun karein ke hum akhirat mein pahunchenge Rasool Allah ke samne to Rasool Allah yeh keh dein ke tumne kahan deen nikal liya tha? maine to nahin kaha tha aisa deen.</w:t>
      </w:r>
      <w:r>
        <w:br/>
      </w:r>
      <w:r>
        <w:rPr>
          <w:sz w:val="20"/>
        </w:rPr>
        <w:t>1:12:10  to aap bataiye ke Rasool ke naam par aap nikale hue hain aur Rasool keh dein ke yeh to woh disown karein usko. ke kahan tumne nikala shan e Rasool?</w:t>
      </w:r>
      <w:r>
        <w:br/>
      </w:r>
      <w:r>
        <w:rPr>
          <w:sz w:val="20"/>
        </w:rPr>
        <w:t>1:12:19  aap ghaur kijiye, kitna kanpne ki baat hai. jis Rasool ke naam par aap shan e Rasool ke hangame kar ke hue hain, woh Rasool keh de akhirat mein ke bhai maine to kabhi nahin kaha tha ke tum shan e Rasool ka jhanda uthao.</w:t>
      </w:r>
      <w:r>
        <w:br/>
      </w:r>
      <w:r>
        <w:rPr>
          <w:sz w:val="20"/>
        </w:rPr>
        <w:t>1:12:32  kyun uthaya tumne jhanda? aap bataiye kaun si duniya humein jagah degi? kaun si zameen o aasman humko jagah dega? bahut sochne ki baat hai.</w:t>
      </w:r>
      <w:r>
        <w:br/>
      </w:r>
      <w:r>
        <w:rPr>
          <w:sz w:val="20"/>
        </w:rPr>
        <w:t>1:12:43  yeh log to hain jo Hadees mein aata hai ke kuch logon ko farishte pakad kar le aayenge jahannum mein. to Rasool Allah dekh ke kahenge yeh yeh to meri ummat ke log hain.</w:t>
      </w:r>
      <w:r>
        <w:br/>
      </w:r>
      <w:r>
        <w:rPr>
          <w:sz w:val="20"/>
        </w:rPr>
        <w:t>1:12:55  to peghambar kahenge woh farishte kahenge yeh to badal dala aap ke baad deen ko inhone.</w:t>
      </w:r>
      <w:r>
        <w:br/>
      </w:r>
      <w:r>
        <w:rPr>
          <w:sz w:val="20"/>
        </w:rPr>
        <w:t>1:13:00  to aap kahenge 'fasuqun fasuqun' door ho door ho. to darna chahiye logon ko. ke aap shan e Rasool ka jhanda uthaye hue hain.</w:t>
      </w:r>
      <w:r>
        <w:br/>
      </w:r>
      <w:r>
        <w:rPr>
          <w:sz w:val="20"/>
        </w:rPr>
        <w:t>1:13:12  shan e Rasool ke upar hangama khada kiye hue hain. aur marne ke baad jab pahunchenge aap akhirat mein, wahan Rasool Allah honge. woh kahenge tumne kahan se deen nikal liya yeh?</w:t>
      </w:r>
      <w:r>
        <w:br/>
      </w:r>
      <w:r>
        <w:rPr>
          <w:sz w:val="20"/>
        </w:rPr>
        <w:t>1:13:22  kahan maine kaha tha ke shan e Rasool ka jhanda uthao.</w:t>
      </w:r>
      <w:r>
        <w:br/>
      </w:r>
      <w:r>
        <w:rPr>
          <w:sz w:val="20"/>
        </w:rPr>
        <w:t>1:13:25  to bataiye ke kya kya haal hoga hamara? kaun sa zameen o aasman humko jagah denge?</w:t>
      </w:r>
    </w:p>
    <w:p>
      <w:pPr>
        <w:pStyle w:val="Heading2"/>
      </w:pPr>
      <w:r>
        <w:t>Criterion for Religious Zeal and Advocacy</w:t>
      </w:r>
    </w:p>
    <w:p>
      <w:r>
        <w:rPr>
          <w:color w:val="666666"/>
          <w:sz w:val="18"/>
        </w:rPr>
        <w:t>Ethics &amp; Character · Creative Solution or Ijtihadi Hal September 16, 2012 · 2m 02s · at 59:31 · https://youtu.be/yBKbiu0d_1A?t=3571</w:t>
      </w:r>
    </w:p>
    <w:p>
      <w:r>
        <w:rPr>
          <w:i/>
        </w:rPr>
        <w:t>“What is the criterion for religious zeal and religious advocacy?”</w:t>
      </w:r>
    </w:p>
    <w:p>
      <w:r>
        <w:rPr>
          <w:sz w:val="20"/>
        </w:rPr>
        <w:t>59:31  Maulana, yeh sawal Tamil Nadu se aaya hai Maulana Hafiz Iqbal sahab ka. Unhon ne aap se poocha hai ke deeni ghairat aur deeni hammi ka criteria kya hai?</w:t>
      </w:r>
      <w:r>
        <w:br/>
      </w:r>
      <w:r>
        <w:rPr>
          <w:sz w:val="20"/>
        </w:rPr>
        <w:t>59:43  is is ke bare mein bataein. Kuch bhi nahi, yeh lafzi galat hai. Main is ko jahilana samajhta hoon. Deen ghairat koi cheez nahi, deen hammi koi cheez nahi.</w:t>
      </w:r>
      <w:r>
        <w:br/>
      </w:r>
      <w:r>
        <w:rPr>
          <w:sz w:val="20"/>
        </w:rPr>
        <w:t>59:54  Quran mein aap dekhein, is ko negative sense</w:t>
      </w:r>
      <w:r>
        <w:br/>
      </w:r>
      <w:r>
        <w:rPr>
          <w:sz w:val="20"/>
        </w:rPr>
        <w:t>59:57  mein bayan hua hai. Ghairat aur hammi ke alfaaz ko Quran mein negative sense mein bataya gaya, positive nahi. Yeh sab mere nazdeek, yani is ka Islam se koi talluq nahi hai.</w:t>
      </w:r>
      <w:r>
        <w:br/>
      </w:r>
      <w:r>
        <w:rPr>
          <w:sz w:val="20"/>
        </w:rPr>
        <w:t>1:00:10  yeh qaumi jazbaat se talluq hai. Is ka Islam mein aap ko sirf yeh dekhna hai ke lafzan kya baat likhi hui hai Quran o Hadees mein.</w:t>
      </w:r>
      <w:r>
        <w:br/>
      </w:r>
      <w:r>
        <w:rPr>
          <w:sz w:val="20"/>
        </w:rPr>
        <w:t>1:00:18  lafzan yeh sab jazbati alfaaz hain. Deeni ghairat, deeni hammi,</w:t>
      </w:r>
      <w:r>
        <w:br/>
      </w:r>
      <w:r>
        <w:rPr>
          <w:sz w:val="20"/>
        </w:rPr>
        <w:t>1:00:26  aap ke jazbaat, aap ke emotions, aap ke sentiment, kyunke hamare jazbaat majrooh hote hain. Yeh sab bilkul jahilana alfaaz hain.</w:t>
      </w:r>
      <w:r>
        <w:br/>
      </w:r>
      <w:r>
        <w:rPr>
          <w:sz w:val="20"/>
        </w:rPr>
        <w:t>1:00:36  aksar kehte hain na log ke Musalmanon ke jazbaat majrooh hue hain. Yeh sab bilkul hi, yani yani Islam mein koi value nahi aise alfaaz ki.</w:t>
      </w:r>
      <w:r>
        <w:br/>
      </w:r>
      <w:r>
        <w:rPr>
          <w:sz w:val="20"/>
        </w:rPr>
        <w:t>1:00:48  aap jazbaat majrooh hote hain, nahi, woh to aap jaaniye.</w:t>
      </w:r>
      <w:r>
        <w:br/>
      </w:r>
      <w:r>
        <w:rPr>
          <w:sz w:val="20"/>
        </w:rPr>
        <w:t>1:00:53  kisi bhi baat, kisi bhi maamle mein sharai hukm maloom batane ke liye aap ko Quran ka hawala dena padega, Hadees ka hawala dena padega. Hamare jazbaat majrooh hote hain, yeh koi hawala nahi hai, yeh koi reference nahi hai, is se koi baat saabit nahi hoti.</w:t>
      </w:r>
      <w:r>
        <w:br/>
      </w:r>
      <w:r>
        <w:rPr>
          <w:sz w:val="20"/>
        </w:rPr>
        <w:t>1:01:09  Musalmanon ke qaumi jazbaat majrooh hote hain to woh jaanein, woh khud is ko manage karein. Is ko Islam ka label nahi laga sakte. Aap</w:t>
      </w:r>
      <w:r>
        <w:br/>
      </w:r>
      <w:r>
        <w:rPr>
          <w:sz w:val="20"/>
        </w:rPr>
        <w:t>1:01:19  islam ka label sirf is par lage ga jab ke aap ke pas koi quran ka hawala ho. jazbat majrooh hue hain, yeh koi yeh koi qabil hawala baat nahi hai.</w:t>
      </w:r>
    </w:p>
    <w:p>
      <w:pPr>
        <w:pStyle w:val="Heading2"/>
      </w:pPr>
      <w:r>
        <w:t>Criterion of religious zeal and support</w:t>
      </w:r>
    </w:p>
    <w:p>
      <w:r>
        <w:rPr>
          <w:color w:val="666666"/>
          <w:sz w:val="18"/>
        </w:rPr>
        <w:t>Ethics &amp; Character · Creative Solution or Ijtihadi Hul 16th Sep '12 SLOW · 2m 18s · at 1:01:17 · https://youtu.be/Ri7r6K65b2Y?t=3677</w:t>
      </w:r>
    </w:p>
    <w:p>
      <w:r>
        <w:rPr>
          <w:i/>
        </w:rPr>
        <w:t>“What is the criterion of religious zeal and religious support? Please explain.”</w:t>
      </w:r>
    </w:p>
    <w:p>
      <w:r>
        <w:rPr>
          <w:sz w:val="20"/>
        </w:rPr>
        <w:t>1:01:16  ji, aglay haftay.</w:t>
      </w:r>
      <w:r>
        <w:br/>
      </w:r>
      <w:r>
        <w:rPr>
          <w:sz w:val="20"/>
        </w:rPr>
        <w:t>1:01:17  maulana, agla sawal tamil nadu se aaya hai maulana hafiz iqbal sahab ka.</w:t>
      </w:r>
      <w:r>
        <w:br/>
      </w:r>
      <w:r>
        <w:rPr>
          <w:sz w:val="20"/>
        </w:rPr>
        <w:t>1:01:23  unhon ne aap se poocha hai ke deeni ghairat aur deeni hami ka criteria kya hai? is is</w:t>
      </w:r>
      <w:r>
        <w:br/>
      </w:r>
      <w:r>
        <w:rPr>
          <w:sz w:val="20"/>
        </w:rPr>
        <w:t>1:01:30  ke baray mein batain.</w:t>
      </w:r>
      <w:r>
        <w:br/>
      </w:r>
      <w:r>
        <w:rPr>
          <w:sz w:val="20"/>
        </w:rPr>
        <w:t>1:01:32  kuch bhi nahin, yeh lafzi ghlat hai.</w:t>
      </w:r>
      <w:r>
        <w:br/>
      </w:r>
      <w:r>
        <w:rPr>
          <w:sz w:val="20"/>
        </w:rPr>
        <w:t>1:01:35  mein is ko jhalana samajhta hoon.</w:t>
      </w:r>
      <w:r>
        <w:br/>
      </w:r>
      <w:r>
        <w:rPr>
          <w:sz w:val="20"/>
        </w:rPr>
        <w:t>1:01:38  deen ghlat koi cheez nahin, deen ahmiyat koi cheez nahin.</w:t>
      </w:r>
      <w:r>
        <w:br/>
      </w:r>
      <w:r>
        <w:rPr>
          <w:sz w:val="20"/>
        </w:rPr>
        <w:t>1:01:42  quran mein aap dain, is ko negative sense mein bayan hua hai.</w:t>
      </w:r>
      <w:r>
        <w:br/>
      </w:r>
      <w:r>
        <w:rPr>
          <w:sz w:val="20"/>
        </w:rPr>
        <w:t>1:01:47  shah irfan sahab, woh sirf pata hai mit al jahiliyah hain.</w:t>
      </w:r>
      <w:r>
        <w:br/>
      </w:r>
      <w:r>
        <w:rPr>
          <w:sz w:val="20"/>
        </w:rPr>
        <w:t>1:01:51  mit al jahiliyah, jahiliyah bataya gaya hai.</w:t>
      </w:r>
      <w:r>
        <w:br/>
      </w:r>
      <w:r>
        <w:rPr>
          <w:sz w:val="20"/>
        </w:rPr>
        <w:t>1:01:54  humein yeh jahiliyah ji ghairat aur ahmiyat ke alfaaz ko quran mein negative sense mein bataya gaya hai,</w:t>
      </w:r>
      <w:r>
        <w:br/>
      </w:r>
      <w:r>
        <w:rPr>
          <w:sz w:val="20"/>
        </w:rPr>
        <w:t>1:02:02  positive nahin.</w:t>
      </w:r>
      <w:r>
        <w:br/>
      </w:r>
      <w:r>
        <w:rPr>
          <w:sz w:val="20"/>
        </w:rPr>
        <w:t>1:02:03  yeh sab meray lehaz se dain, yani is ka islam se koi talluq nahin hai, yeh qoumi jazbat</w:t>
      </w:r>
      <w:r>
        <w:br/>
      </w:r>
      <w:r>
        <w:rPr>
          <w:sz w:val="20"/>
        </w:rPr>
        <w:t>1:02:11  se talluq hai.</w:t>
      </w:r>
      <w:r>
        <w:br/>
      </w:r>
      <w:r>
        <w:rPr>
          <w:sz w:val="20"/>
        </w:rPr>
        <w:t>1:02:12  is ka islam mein aap ko sirf yeh dekhna hai ke lafzan kya baat likhi hui hai quran</w:t>
      </w:r>
      <w:r>
        <w:br/>
      </w:r>
      <w:r>
        <w:rPr>
          <w:sz w:val="20"/>
        </w:rPr>
        <w:t>1:02:20  o hadees mein.</w:t>
      </w:r>
      <w:r>
        <w:br/>
      </w:r>
      <w:r>
        <w:rPr>
          <w:sz w:val="20"/>
        </w:rPr>
        <w:t>1:02:22  lafzan yeh sab jazbati alfaaz hain.</w:t>
      </w:r>
      <w:r>
        <w:br/>
      </w:r>
      <w:r>
        <w:rPr>
          <w:sz w:val="20"/>
        </w:rPr>
        <w:t>1:02:24  deeni ghairat, deeni hami, aap ke jazbat, aap ke emotions, aap ke sentiment ke hamaray jazbat majrooh hotay</w:t>
      </w:r>
      <w:r>
        <w:br/>
      </w:r>
      <w:r>
        <w:rPr>
          <w:sz w:val="20"/>
        </w:rPr>
        <w:t>1:02:32  hain, yeh sab bilkul jahilana alfaaz hain.</w:t>
      </w:r>
      <w:r>
        <w:br/>
      </w:r>
      <w:r>
        <w:rPr>
          <w:sz w:val="20"/>
        </w:rPr>
        <w:t>1:02:35  aksar kehtay hain na log ke musalmanon ke jazbat jazbat majrooh hue hain, yeh sab bilkul hi islam</w:t>
      </w:r>
      <w:r>
        <w:br/>
      </w:r>
      <w:r>
        <w:rPr>
          <w:sz w:val="20"/>
        </w:rPr>
        <w:t>1:02:43  mein koi walo nahin.</w:t>
      </w:r>
      <w:r>
        <w:br/>
      </w:r>
      <w:r>
        <w:rPr>
          <w:sz w:val="20"/>
        </w:rPr>
        <w:t>1:02:44  aise alfaaz ke aap jazbaat majrooh hote hain, nahin, woh to aap jaanie.</w:t>
      </w:r>
      <w:r>
        <w:br/>
      </w:r>
      <w:r>
        <w:rPr>
          <w:sz w:val="20"/>
        </w:rPr>
        <w:t>1:02:50  kisi bhi baat, kisi bhi maamle mein sharai hukum maloom batane ke liye aap ko quran ka hawala</w:t>
      </w:r>
      <w:r>
        <w:br/>
      </w:r>
      <w:r>
        <w:rPr>
          <w:sz w:val="20"/>
        </w:rPr>
        <w:t>1:02:58  dena parega, hadith ka hawala dena parega.</w:t>
      </w:r>
      <w:r>
        <w:br/>
      </w:r>
      <w:r>
        <w:rPr>
          <w:sz w:val="20"/>
        </w:rPr>
        <w:t>1:03:01  hamare jazbaat majrooh hote hain, yeh koi hawala nahin hai, yeh koi reference nahin hai, is se koi</w:t>
      </w:r>
      <w:r>
        <w:br/>
      </w:r>
      <w:r>
        <w:rPr>
          <w:sz w:val="20"/>
        </w:rPr>
        <w:t>1:03:09  baat saabit nahin hoti.</w:t>
      </w:r>
      <w:r>
        <w:br/>
      </w:r>
      <w:r>
        <w:rPr>
          <w:sz w:val="20"/>
        </w:rPr>
        <w:t>1:03:11  musalmanon ke qoumi jazbaat majrooh hote hain to woh jaanen, woh khud is ko manage karen, is ko</w:t>
      </w:r>
      <w:r>
        <w:br/>
      </w:r>
      <w:r>
        <w:rPr>
          <w:sz w:val="20"/>
        </w:rPr>
        <w:t>1:03:19  islam ka label nahin laga sakte.</w:t>
      </w:r>
      <w:r>
        <w:br/>
      </w:r>
      <w:r>
        <w:rPr>
          <w:sz w:val="20"/>
        </w:rPr>
        <w:t>1:03:21  aap islam ka label sirf is par lagega jab ke aap ke paas koi quran ka hawala</w:t>
      </w:r>
      <w:r>
        <w:br/>
      </w:r>
      <w:r>
        <w:rPr>
          <w:sz w:val="20"/>
        </w:rPr>
        <w:t>1:03:29  ho.</w:t>
      </w:r>
      <w:r>
        <w:br/>
      </w:r>
      <w:r>
        <w:rPr>
          <w:sz w:val="20"/>
        </w:rPr>
        <w:t>1:03:30  jazbaat majrooh hue hain, yeh koi yeh koi qabil hawala baat nahin hai.</w:t>
      </w:r>
    </w:p>
    <w:p>
      <w:pPr>
        <w:pStyle w:val="Heading2"/>
      </w:pPr>
      <w:r>
        <w:t>Damage of Pride for Soul Purification</w:t>
      </w:r>
    </w:p>
    <w:p>
      <w:r>
        <w:rPr>
          <w:color w:val="666666"/>
          <w:sz w:val="18"/>
        </w:rPr>
        <w:t>Ethics &amp; Character · The Importance of the Quran May 15, 2016 Maulana Wahiduddin Khan · 3m 31s · at 1:07:32 · https://youtu.be/9a-OOUR_bLg?t=4052</w:t>
      </w:r>
    </w:p>
    <w:p>
      <w:r>
        <w:rPr>
          <w:i/>
        </w:rPr>
        <w:t>“What damage does pride do to a person? How does it create a hurdle for purification of one's soul?”</w:t>
      </w:r>
    </w:p>
    <w:p>
      <w:r>
        <w:rPr>
          <w:sz w:val="20"/>
        </w:rPr>
        <w:t>1:07:32  Jazak Allah. Maulana, agla sawal kya hai Feroz sahib ne Ahmedabad se aur unhone aap se poocha hai ke what damage pride does to a person?</w:t>
      </w:r>
      <w:r>
        <w:br/>
      </w:r>
      <w:r>
        <w:rPr>
          <w:sz w:val="20"/>
        </w:rPr>
        <w:t>1:07:47  How does it create a hurdle for purification of one soul?</w:t>
      </w:r>
      <w:r>
        <w:br/>
      </w:r>
      <w:r>
        <w:rPr>
          <w:sz w:val="20"/>
        </w:rPr>
        <w:t>1:07:55  Kya matlab hai? Maulana, pride ke hawale se woh pooch rahe hain ke woh kaise aik damaging ki tarah kaam karta hai ke hamara jo purification jo hum hamesha tazkiya e nafs ki koshish karte hain to is mein kaise rukawat pesh karta hai?</w:t>
      </w:r>
      <w:r>
        <w:br/>
      </w:r>
      <w:r>
        <w:rPr>
          <w:sz w:val="20"/>
        </w:rPr>
        <w:t>1:08:13  Dekhein, pride aap ke ego ko boost karta hai. Jahan pride hoga, wahan ego boost kar raha hoga.</w:t>
      </w:r>
      <w:r>
        <w:br/>
      </w:r>
      <w:r>
        <w:rPr>
          <w:sz w:val="20"/>
        </w:rPr>
        <w:t>1:08:25  Woh to ego to bohat hi buri cheez hai. Pride ko aap ego se alag nahi kar sakte. Jahan pride hoga, wahan ego hoga.</w:t>
      </w:r>
      <w:r>
        <w:br/>
      </w:r>
      <w:r>
        <w:rPr>
          <w:sz w:val="20"/>
        </w:rPr>
        <w:t>1:08:38  Har har pride ego ko boost karta hai.</w:t>
      </w:r>
      <w:r>
        <w:br/>
      </w:r>
      <w:r>
        <w:rPr>
          <w:sz w:val="20"/>
        </w:rPr>
        <w:t>1:08:46  Doosra kehta hai Maulana, wohi purification mein kaise rukawat pesh karta hai? Self purification?</w:t>
      </w:r>
      <w:r>
        <w:br/>
      </w:r>
      <w:r>
        <w:rPr>
          <w:sz w:val="20"/>
        </w:rPr>
        <w:t>1:08:55  Haan, self purification nahi, tazkiya. To tazkiya ki to zidd hai.</w:t>
      </w:r>
      <w:r>
        <w:br/>
      </w:r>
      <w:r>
        <w:rPr>
          <w:sz w:val="20"/>
        </w:rPr>
        <w:t>1:09:03  Pride jo hai, egoism aur pride jahan hoga, woh tazkiya ka process ruk jayega. Tazkiya wahan hoga jahan tazkiya ka process chal raha hai.</w:t>
      </w:r>
      <w:r>
        <w:br/>
      </w:r>
      <w:r>
        <w:rPr>
          <w:sz w:val="20"/>
        </w:rPr>
        <w:t>1:09:15  tazkiya ek ek process ka naam hai. waqti, ek waqti cheez ka naam nahi hai. tazkiya ek process ka naam hai.</w:t>
      </w:r>
      <w:r>
        <w:br/>
      </w:r>
      <w:r>
        <w:rPr>
          <w:sz w:val="20"/>
        </w:rPr>
        <w:t>1:09:25  to jahan pride hoga, jahan ego hoga, wahan tazkiya ka process hi nahi chalega. tazkiya ka process hi stop ho jayega.</w:t>
      </w:r>
      <w:r>
        <w:br/>
      </w:r>
      <w:r>
        <w:rPr>
          <w:sz w:val="20"/>
        </w:rPr>
        <w:t>1:09:38  to jis aadmi ko apne ko yani muzakkar shakhsiyat banana hai, usko apne aap ko pride se aur ego se bachana bhi zaroori hai.</w:t>
      </w:r>
      <w:r>
        <w:br/>
      </w:r>
      <w:r>
        <w:rPr>
          <w:sz w:val="20"/>
        </w:rPr>
        <w:t>1:09:49  dono saath saath nahi chal sakte.</w:t>
      </w:r>
      <w:r>
        <w:br/>
      </w:r>
      <w:r>
        <w:rPr>
          <w:sz w:val="20"/>
        </w:rPr>
        <w:t>1:09:54  Maulana, agla comment Doctor Farida Khanoom ka hai Dilli se aur unho ne likha hai ke those who are involved in the Dawah mission should consider themselves as part of the ghazwa referred to in the Hadith.</w:t>
      </w:r>
      <w:r>
        <w:br/>
      </w:r>
      <w:r>
        <w:rPr>
          <w:sz w:val="20"/>
        </w:rPr>
        <w:t>1:10:12  kya matlab? ke jo log daawa mission mein involved hain. to jo aaj ek sawal bhi aaya tha maulana guzwaye hind ko le ke to doctor farida ka kehna yeh hai ke jo jo log daawa mission se involved hain, woh apne aap ko is guzwa guzway mein shamil samjhein.</w:t>
      </w:r>
      <w:r>
        <w:br/>
      </w:r>
      <w:r>
        <w:rPr>
          <w:sz w:val="20"/>
        </w:rPr>
        <w:t>1:10:30  bhai, yeh hum nahi kar sakte. yeh to Allah ka kaam hai.</w:t>
      </w:r>
      <w:r>
        <w:br/>
      </w:r>
      <w:r>
        <w:rPr>
          <w:sz w:val="20"/>
        </w:rPr>
        <w:t>1:10:36  humein to dawat ke kaam mein lage rehna hai. jo ghazwa hind wali jo baat hai, woh is ka talluq Allah se hai, hum se nahi hai.</w:t>
      </w:r>
      <w:r>
        <w:br/>
      </w:r>
      <w:r>
        <w:rPr>
          <w:sz w:val="20"/>
        </w:rPr>
        <w:t>1:10:49  dawat ka talluq hum se hai. hum yeh keh sakte hain ke dawat ka kaam karo kyunke woh quran mein likha hua hai. woh to ila sabir rabbik.</w:t>
      </w:r>
    </w:p>
    <w:p>
      <w:pPr>
        <w:pStyle w:val="Heading2"/>
      </w:pPr>
      <w:r>
        <w:t>Dealing with misunderstandings</w:t>
      </w:r>
    </w:p>
    <w:p>
      <w:r>
        <w:rPr>
          <w:color w:val="666666"/>
          <w:sz w:val="18"/>
        </w:rPr>
        <w:t>Ethics &amp; Character · Religion and Democracy December 25, 2011 · 2m 27s · at 1:46:11 · https://youtu.be/8Mf_yvDA8ik?t=6371</w:t>
      </w:r>
    </w:p>
    <w:p>
      <w:r>
        <w:rPr>
          <w:i/>
        </w:rPr>
        <w:t>“You have written in Al-Risala that misunderstanding is always baseless. If a misunderstanding arises about someone, a person should either immediately forget it or meet that person directly to remove the misunderstanding. He should not spread the misunderstanding among others. Doing so is building a weak personality.”</w:t>
      </w:r>
    </w:p>
    <w:p>
      <w:r>
        <w:rPr>
          <w:sz w:val="20"/>
        </w:rPr>
        <w:t>1:46:11  Mr Sharukh Hussain Mathi ne Dilli se sawal kiya hai. Unhone likha hai: "Aap ne Al-Risala mein likha hai ke misunderstanding hamesha baseless hoti hai.</w:t>
      </w:r>
      <w:r>
        <w:br/>
      </w:r>
      <w:r>
        <w:rPr>
          <w:sz w:val="20"/>
        </w:rPr>
        <w:t>1:46:23  agar kisi ke bare mein misunderstanding paida ho to aadmi ya to foran us ko bhula de ya woh us aadmi se direct mil kar misunderstanding ko door kar le.</w:t>
      </w:r>
      <w:r>
        <w:br/>
      </w:r>
      <w:r>
        <w:rPr>
          <w:sz w:val="20"/>
        </w:rPr>
        <w:t>1:46:37  woh misunderstanding ko le kar doosron ke darmiyan na phailaye. Aisa karna apne andar weak personality banana hai.</w:t>
      </w:r>
      <w:r>
        <w:br/>
      </w:r>
      <w:r>
        <w:rPr>
          <w:sz w:val="20"/>
        </w:rPr>
        <w:t>1:46:47  Maulana sahib, weak personality ka nuqsan kya hai aur us ko kaise theek kiya jaye?"</w:t>
      </w:r>
      <w:r>
        <w:br/>
      </w:r>
      <w:r>
        <w:rPr>
          <w:sz w:val="20"/>
        </w:rPr>
        <w:t>1:46:58  ab isi misaal mein aap dekh lijiye ke ek baat pahunchi kisi aadmi ko aur us ko woh tehqeeq nahi karta aur maan leta hai.</w:t>
      </w:r>
      <w:r>
        <w:br/>
      </w:r>
      <w:r>
        <w:rPr>
          <w:sz w:val="20"/>
        </w:rPr>
        <w:t>1:47:08  to is se kya mizaj banega? Is ka is ka mizaj yeh banega ke jhoot sach sab maan lo, jhoot bhi maan lo, sach bhi maan lo. Yaani sahi baat hai, tab bhi mano, galat hai, tab bhi mano.</w:t>
      </w:r>
      <w:r>
        <w:br/>
      </w:r>
      <w:r>
        <w:rPr>
          <w:sz w:val="20"/>
        </w:rPr>
        <w:t>1:47:21  yeh yeh is ke andar banegi personality. Kyun ke aadmi ne jo suna, woh agar galat tha aur us ko maan rakha hai us ne, to usi ke naam to hai weak personality ke jhoot ko sach samajhna,</w:t>
      </w:r>
      <w:r>
        <w:br/>
      </w:r>
      <w:r>
        <w:rPr>
          <w:sz w:val="20"/>
        </w:rPr>
        <w:t>1:47:37  untrue ko true samajhna, jis cheez ki koi base nahi hai, us ko samajhte rehna.</w:t>
      </w:r>
      <w:r>
        <w:br/>
      </w:r>
      <w:r>
        <w:rPr>
          <w:sz w:val="20"/>
        </w:rPr>
        <w:t>1:47:46  to isi ka naam hai weak personality. To aadmi ko karna kya hai?</w:t>
      </w:r>
      <w:r>
        <w:br/>
      </w:r>
      <w:r>
        <w:rPr>
          <w:sz w:val="20"/>
        </w:rPr>
        <w:t>1:47:52  karna yeh hai ke scrutiny ka awaz daal rahe hain. Scrutiny tehqeeq, koi baat suna hai to us ko tehqeeq kare. Nahi to yeh prize deni padegi ke aap ke andar weak personality banegi.</w:t>
      </w:r>
      <w:r>
        <w:br/>
      </w:r>
      <w:r>
        <w:rPr>
          <w:sz w:val="20"/>
        </w:rPr>
        <w:t>1:48:03  aur weak personality ka nuqsan kya hoga? Phir ke aap ko farishton ki shahwat nahi milegi, Allah ki marifat hasil nahi hogi, Allah ki qurbat aap ko nahi milegi.</w:t>
      </w:r>
      <w:r>
        <w:br/>
      </w:r>
      <w:r>
        <w:rPr>
          <w:sz w:val="20"/>
        </w:rPr>
        <w:t>1:48:13  to weak personality ka bohat nuqsan hota hai, bohat nuqsan hota hai</w:t>
      </w:r>
      <w:r>
        <w:br/>
      </w:r>
      <w:r>
        <w:rPr>
          <w:sz w:val="20"/>
        </w:rPr>
        <w:t>1:48:18  ke aap ke andar woh jo jo matloob hai, jo shakhsiyat, muqaddas shakhsiyat, woh banti nahi. Jab woh nahi banti hai to aap ko na farishton se bhi doori hai, Khuda se bhi doori hai, phir jannat se bhi doori hai.</w:t>
      </w:r>
      <w:r>
        <w:br/>
      </w:r>
      <w:r>
        <w:rPr>
          <w:sz w:val="20"/>
        </w:rPr>
        <w:t>1:48:33  yeh to bohat hi tawakkun cheez hai. Mr Asif ka Dilli se</w:t>
      </w:r>
    </w:p>
    <w:p>
      <w:pPr>
        <w:pStyle w:val="Heading2"/>
      </w:pPr>
      <w:r>
        <w:t>Dealing with perceived unprofessional behavior</w:t>
      </w:r>
    </w:p>
    <w:p>
      <w:r>
        <w:rPr>
          <w:color w:val="666666"/>
          <w:sz w:val="18"/>
        </w:rPr>
        <w:t>Ethics &amp; Character · 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Dealing with those who justify wrongdoing</w:t>
      </w:r>
    </w:p>
    <w:p>
      <w:r>
        <w:rPr>
          <w:color w:val="666666"/>
          <w:sz w:val="18"/>
        </w:rPr>
        <w:t>Ethics &amp; Character · Anger An Obstacle to wisdom 5 Jan 2020 - Maulana Wahiduddin Khan · 2m 00s · at 59:00 · https://youtu.be/q0VPtCsiYrI?t=3540</w:t>
      </w:r>
    </w:p>
    <w:p>
      <w:r>
        <w:rPr>
          <w:i/>
        </w:rPr>
        <w:t>“Many times people who do wrong start justifying their wrong when we constantly show them a friendly attitude. How can we make them realize that what they are doing is wrong?”</w:t>
      </w:r>
    </w:p>
    <w:p>
      <w:r>
        <w:rPr>
          <w:sz w:val="20"/>
        </w:rPr>
        <w:t>59:00  Maulana, agla sawal lete hain. yeh sawal bheja hai</w:t>
      </w:r>
      <w:r>
        <w:br/>
      </w:r>
      <w:r>
        <w:rPr>
          <w:sz w:val="20"/>
        </w:rPr>
        <w:t>59:08  miss dania mustafa ne karachi, pakistan se, unhon ne likha hai: "Molana sahib, many a times it happens that people who do wrong start justifying their wrong when we constantly show them a friendly attitude.</w:t>
      </w:r>
      <w:r>
        <w:br/>
      </w:r>
      <w:r>
        <w:rPr>
          <w:sz w:val="20"/>
        </w:rPr>
        <w:t>59:25  Maulana sahib, how can we make them realize that what they are doing is</w:t>
      </w:r>
      <w:r>
        <w:br/>
      </w:r>
      <w:r>
        <w:rPr>
          <w:sz w:val="20"/>
        </w:rPr>
        <w:t>59:30  wrong?" dekhiye, aap ne bas misaal de di hai, is ki analysis nahi ki hai.</w:t>
      </w:r>
      <w:r>
        <w:br/>
      </w:r>
      <w:r>
        <w:rPr>
          <w:sz w:val="20"/>
        </w:rPr>
        <w:t>59:42  Mere tajurbe ke log</w:t>
      </w:r>
      <w:r>
        <w:br/>
      </w:r>
      <w:r>
        <w:rPr>
          <w:sz w:val="20"/>
        </w:rPr>
        <w:t>59:46  aise hi kisi falsehood ko le kar ke ek rai bana lete hain, us ko analysis nahi karte.</w:t>
      </w:r>
      <w:r>
        <w:br/>
      </w:r>
      <w:r>
        <w:rPr>
          <w:sz w:val="20"/>
        </w:rPr>
        <w:t>59:59  Main ne jab bhi analysis kiya, yaqeen kijiye, main ne paya ke bohat si baaten log jo maane hue the, woh woh falsehood thi, us ke siwa kuch nahi hai.</w:t>
      </w:r>
      <w:r>
        <w:br/>
      </w:r>
      <w:r>
        <w:rPr>
          <w:sz w:val="20"/>
        </w:rPr>
        <w:t>1:00:12  Aap tajurba kar ke dekhiye, agle sunday ko aap mujhe bataiye ke aap ne</w:t>
      </w:r>
      <w:r>
        <w:br/>
      </w:r>
      <w:r>
        <w:rPr>
          <w:sz w:val="20"/>
        </w:rPr>
        <w:t>1:00:20  analysis kiya aur yeh haqeeqat mili ya nahi mili, bataiye aap tajurba kar ke.</w:t>
      </w:r>
      <w:r>
        <w:br/>
      </w:r>
      <w:r>
        <w:rPr>
          <w:sz w:val="20"/>
        </w:rPr>
        <w:t>1:00:34  Muhammad ammar sahib ne dilli se comment bheja hai, unhon ne likha hai: "Molana, for me, you are the only scholar who derives the true wisdom from the Quran and the Sunnah.</w:t>
      </w:r>
      <w:r>
        <w:br/>
      </w:r>
      <w:r>
        <w:rPr>
          <w:sz w:val="20"/>
        </w:rPr>
        <w:t>1:00:47  Before meeting you, I used to ask Allah to teach me wisdom through Quran. And then Allah gifted me you, who's teaching me the true wisdom of the Quran.</w:t>
      </w:r>
    </w:p>
    <w:p>
      <w:pPr>
        <w:pStyle w:val="Heading2"/>
      </w:pPr>
      <w:r>
        <w:t>Definition and Development of Good Character</w:t>
      </w:r>
    </w:p>
    <w:p>
      <w:r>
        <w:rPr>
          <w:color w:val="666666"/>
          <w:sz w:val="18"/>
        </w:rPr>
        <w:t>Ethics &amp; Character · The Creation Plan of God I February 14, 2016 · 2m 36s · at 1:13:15 · https://youtu.be/BzfZIALqyNI?t=4395</w:t>
      </w:r>
    </w:p>
    <w:p>
      <w:r>
        <w:rPr>
          <w:i/>
        </w:rPr>
        <w:t>“How would you define good character and secondly how can we develop good character?”</w:t>
      </w:r>
    </w:p>
    <w:p>
      <w:r>
        <w:rPr>
          <w:sz w:val="20"/>
        </w:rPr>
        <w:t>1:13:15  molana, agla sawal haiderabad se hai.</w:t>
      </w:r>
      <w:r>
        <w:br/>
      </w:r>
      <w:r>
        <w:rPr>
          <w:sz w:val="20"/>
        </w:rPr>
        <w:t>1:13:18  محمد زبیر صاحب نے کیا ہے اور انہوں نے لکھا ہے کہ: "How would you define good character</w:t>
      </w:r>
      <w:r>
        <w:br/>
      </w:r>
      <w:r>
        <w:rPr>
          <w:sz w:val="20"/>
        </w:rPr>
        <w:t>1:13:26  "And secondly, how can we develop good character?" is ke bare mein batayen.</w:t>
      </w:r>
      <w:r>
        <w:br/>
      </w:r>
      <w:r>
        <w:rPr>
          <w:sz w:val="20"/>
        </w:rPr>
        <w:t>1:13:31  to unhon ne bata diya, pehli good character woh hai jo aap ke, yani jis cheez ko aap</w:t>
      </w:r>
      <w:r>
        <w:br/>
      </w:r>
      <w:r>
        <w:rPr>
          <w:sz w:val="20"/>
        </w:rPr>
        <w:t>1:13:39  apne liye good samajhte hain, wahi aap doosre ke good manen to wahi good character hai.</w:t>
      </w:r>
      <w:r>
        <w:br/>
      </w:r>
      <w:r>
        <w:rPr>
          <w:sz w:val="20"/>
        </w:rPr>
        <w:t>1:13:46  hota yeh hai ke log apne liye kuch chahte hain, doosre ke liye kuch ban jate hain, yani</w:t>
      </w:r>
      <w:r>
        <w:br/>
      </w:r>
      <w:r>
        <w:rPr>
          <w:sz w:val="20"/>
        </w:rPr>
        <w:t>1:13:54  double standard ban jate hain.</w:t>
      </w:r>
      <w:r>
        <w:br/>
      </w:r>
      <w:r>
        <w:rPr>
          <w:sz w:val="20"/>
        </w:rPr>
        <w:t>1:13:56  har aadmi ko pata hai ke mere liye good kya hai, har aadmi ko pata hai, andhe beine</w:t>
      </w:r>
      <w:r>
        <w:br/>
      </w:r>
      <w:r>
        <w:rPr>
          <w:sz w:val="20"/>
        </w:rPr>
        <w:t>1:14:03  ko pata hai ke mere liye good kya hai.</w:t>
      </w:r>
      <w:r>
        <w:br/>
      </w:r>
      <w:r>
        <w:rPr>
          <w:sz w:val="20"/>
        </w:rPr>
        <w:t>1:14:07  bas wahi aap doosre ke liye chahen, wahi doosre ke liye karen.</w:t>
      </w:r>
      <w:r>
        <w:br/>
      </w:r>
      <w:r>
        <w:rPr>
          <w:sz w:val="20"/>
        </w:rPr>
        <w:t>1:14:12  to bohat hi simple formula hai ke jis cheez ko aap apne liye good samajhte hain, usi ko</w:t>
      </w:r>
      <w:r>
        <w:br/>
      </w:r>
      <w:r>
        <w:rPr>
          <w:sz w:val="20"/>
        </w:rPr>
        <w:t>1:14:20  doosre ke liye bhi good samhen.</w:t>
      </w:r>
      <w:r>
        <w:br/>
      </w:r>
      <w:r>
        <w:rPr>
          <w:sz w:val="20"/>
        </w:rPr>
        <w:t>1:14:23  yahi hai best moral principle.</w:t>
      </w:r>
      <w:r>
        <w:br/>
      </w:r>
      <w:r>
        <w:rPr>
          <w:sz w:val="20"/>
        </w:rPr>
        <w:t>1:14:25  Okay, so we will end the session, but there is one announcement next Sunday, after the Sunday class</w:t>
      </w:r>
      <w:r>
        <w:br/>
      </w:r>
      <w:r>
        <w:rPr>
          <w:sz w:val="20"/>
        </w:rPr>
        <w:t>1:14:33  ایٹ فور او کلاک، there is a program at Siri Fort, where all the religious leaders would be</w:t>
      </w:r>
      <w:r>
        <w:br/>
      </w:r>
      <w:r>
        <w:rPr>
          <w:sz w:val="20"/>
        </w:rPr>
        <w:t>1:14:40  present.</w:t>
      </w:r>
      <w:r>
        <w:br/>
      </w:r>
      <w:r>
        <w:rPr>
          <w:sz w:val="20"/>
        </w:rPr>
        <w:t>1:14:42  molana will also be presenting his views on harmony and peace.</w:t>
      </w:r>
      <w:r>
        <w:br/>
      </w:r>
      <w:r>
        <w:rPr>
          <w:sz w:val="20"/>
        </w:rPr>
        <w:t>1:14:47  So if you want more details, please contact Faraz Khan for the same.</w:t>
      </w:r>
      <w:r>
        <w:br/>
      </w:r>
      <w:r>
        <w:rPr>
          <w:sz w:val="20"/>
        </w:rPr>
        <w:t>1:14:52  thank you.</w:t>
      </w:r>
    </w:p>
    <w:p>
      <w:pPr>
        <w:pStyle w:val="Heading2"/>
      </w:pPr>
      <w:r>
        <w:t>Definition of Goodwill and Punishment</w:t>
      </w:r>
    </w:p>
    <w:p>
      <w:r>
        <w:rPr>
          <w:color w:val="666666"/>
          <w:sz w:val="18"/>
        </w:rPr>
        <w:t>Ethics &amp; Character · Concept of Jihad in Islam September 7, 2014 · 2m 12s · at 1:07:34 · https://youtu.be/GnKBYM8HbuQ?t=4054</w:t>
      </w:r>
    </w:p>
    <w:p>
      <w:r>
        <w:rPr>
          <w:i/>
        </w:rPr>
        <w:t>“What is goodwill? Does punishing a criminal after his crime is proven come under goodwill? Allah is the perfect well-wisher, ...”</w:t>
      </w:r>
    </w:p>
    <w:p>
      <w:r>
        <w:rPr>
          <w:sz w:val="20"/>
        </w:rPr>
        <w:t>1:07:34  Maulana, agla sawal Delhi se hai, Shahnawaz Zafar sahib ne kiya hai.</w:t>
      </w:r>
      <w:r>
        <w:br/>
      </w:r>
      <w:r>
        <w:rPr>
          <w:sz w:val="20"/>
        </w:rPr>
        <w:t>1:07:39  Unhon ne likha hai ke khair khwahi kya hai? Kisi mujrim ka jurm, kisi ka saabit hone ke</w:t>
      </w:r>
      <w:r>
        <w:br/>
      </w:r>
      <w:r>
        <w:rPr>
          <w:sz w:val="20"/>
        </w:rPr>
        <w:t>1:07:47  baad use saza dena kya khair khwahi mein aata hai? Allah pak kamil khair khwah hain, sab se</w:t>
      </w:r>
      <w:r>
        <w:br/>
      </w:r>
      <w:r>
        <w:rPr>
          <w:sz w:val="20"/>
        </w:rPr>
        <w:t>1:07:55  zyada reham karne wale hain, saath hi woh kamil insaaf pasand bhi hain.</w:t>
      </w:r>
      <w:r>
        <w:br/>
      </w:r>
      <w:r>
        <w:rPr>
          <w:sz w:val="20"/>
        </w:rPr>
        <w:t>1:08:00  Insaaf ke tehat jo mujrimon ko saza bhi dete hain aur saza dena yaani mujrim ko takleef dena</w:t>
      </w:r>
      <w:r>
        <w:br/>
      </w:r>
      <w:r>
        <w:rPr>
          <w:sz w:val="20"/>
        </w:rPr>
        <w:t>1:08:08  hai.</w:t>
      </w:r>
      <w:r>
        <w:br/>
      </w:r>
      <w:r>
        <w:rPr>
          <w:sz w:val="20"/>
        </w:rPr>
        <w:t>1:08:09  yahan Allah ki kamil khair khwahi ko hum kaise samjhein? is ko yeh koi sawal nahi hai ke</w:t>
      </w:r>
      <w:r>
        <w:br/>
      </w:r>
      <w:r>
        <w:rPr>
          <w:sz w:val="20"/>
        </w:rPr>
        <w:t>1:08:17  kya aap log hairan ho ke aap log kya sawal karte hain? parhte nahi hain aap log? aap</w:t>
      </w:r>
      <w:r>
        <w:br/>
      </w:r>
      <w:r>
        <w:rPr>
          <w:sz w:val="20"/>
        </w:rPr>
        <w:t>1:08:25  mein se har shakhs hamari kitabon ko bar bar parhe, phir us ko aaye ga sawal kiya cheez</w:t>
      </w:r>
      <w:r>
        <w:br/>
      </w:r>
      <w:r>
        <w:rPr>
          <w:sz w:val="20"/>
        </w:rPr>
        <w:t>1:08:33  hoti hai? yeh to khwamkhwah aik confusion ko odhel diya aap ne kaghaz par.</w:t>
      </w:r>
      <w:r>
        <w:br/>
      </w:r>
      <w:r>
        <w:rPr>
          <w:sz w:val="20"/>
        </w:rPr>
        <w:t>1:08:39  beshak, aik confusion ko aap kahan se odhel diya? yeh sawal nahi hai.</w:t>
      </w:r>
      <w:r>
        <w:br/>
      </w:r>
      <w:r>
        <w:rPr>
          <w:sz w:val="20"/>
        </w:rPr>
        <w:t>1:08:45  beshak, mein aap sab logon se kahoon ga ke aap log meri kitabon ko bar bar parhiye,</w:t>
      </w:r>
      <w:r>
        <w:br/>
      </w:r>
      <w:r>
        <w:rPr>
          <w:sz w:val="20"/>
        </w:rPr>
        <w:t>1:08:52  phir sahi sawal karna aaye ga aap ko.</w:t>
      </w:r>
      <w:r>
        <w:br/>
      </w:r>
      <w:r>
        <w:rPr>
          <w:sz w:val="20"/>
        </w:rPr>
        <w:t>1:08:56  maaf kijiye ga.</w:t>
      </w:r>
      <w:r>
        <w:br/>
      </w:r>
      <w:r>
        <w:rPr>
          <w:sz w:val="20"/>
        </w:rPr>
        <w:t>1:08:57  maulana, aik comment parhna chahein ge jo abdul basit umri sahib ne likha hai, doha, qatar se.</w:t>
      </w:r>
      <w:r>
        <w:br/>
      </w:r>
      <w:r>
        <w:rPr>
          <w:sz w:val="20"/>
        </w:rPr>
        <w:t>1:09:04  unhon ne likha hai ke maulana, aaj aap ne jo baatein bataein ke kis tarah jihad bil saif ke</w:t>
      </w:r>
      <w:r>
        <w:br/>
      </w:r>
      <w:r>
        <w:rPr>
          <w:sz w:val="20"/>
        </w:rPr>
        <w:t>1:09:12  halat khatam ho chuke hain, dunya mein jamhooriyat ka zamana aana yeh Allah ki bari nemat hai.</w:t>
      </w:r>
      <w:r>
        <w:br/>
      </w:r>
      <w:r>
        <w:rPr>
          <w:sz w:val="20"/>
        </w:rPr>
        <w:t>1:09:19  yeh wahi cheez hai jis ke liye sahaba ko jihad bil saif ka hukum tha.</w:t>
      </w:r>
      <w:r>
        <w:br/>
      </w:r>
      <w:r>
        <w:rPr>
          <w:sz w:val="20"/>
        </w:rPr>
        <w:t>1:09:25  ab phir kis baat ke liye jihad bil saif hoga? ab jihad bil Quran ka daur hai.</w:t>
      </w:r>
      <w:r>
        <w:br/>
      </w:r>
      <w:r>
        <w:rPr>
          <w:sz w:val="20"/>
        </w:rPr>
        <w:t>1:09:32  maulana, aap ki yeh baatein mind ko address karti hain.</w:t>
      </w:r>
      <w:r>
        <w:br/>
      </w:r>
      <w:r>
        <w:rPr>
          <w:sz w:val="20"/>
        </w:rPr>
        <w:t>1:09:36  Allah agar aap ki kitabon aur taqreeron ki taraf mujhe nahi lagate to mein bhi bechaini aur</w:t>
      </w:r>
      <w:r>
        <w:br/>
      </w:r>
      <w:r>
        <w:rPr>
          <w:sz w:val="20"/>
        </w:rPr>
        <w:t>1:09:44  mayusi mein jeeta aur isi mein mar jata.</w:t>
      </w:r>
    </w:p>
    <w:p>
      <w:pPr>
        <w:pStyle w:val="Heading2"/>
      </w:pPr>
      <w:r>
        <w:t>Definition of cheap test and how to overcome it</w:t>
      </w:r>
    </w:p>
    <w:p>
      <w:r>
        <w:rPr>
          <w:color w:val="666666"/>
          <w:sz w:val="18"/>
        </w:rPr>
        <w:t>Ethics &amp; Character · Divine Ideology of Life I 11 July 2010 · 2m 54s · at 1:07:31 · https://youtu.be/wOmHVfyjMJY?t=4051</w:t>
      </w:r>
    </w:p>
    <w:p>
      <w:r>
        <w:rPr>
          <w:i/>
        </w:rPr>
        <w:t>“Moulana, you always say that one should save oneself from the cheap test. Kindly tell us what is your definition of cheap test and how one knows if he or she has developed the cheap test. Also tell us how one can come out of it.”</w:t>
      </w:r>
    </w:p>
    <w:p>
      <w:r>
        <w:rPr>
          <w:sz w:val="20"/>
        </w:rPr>
        <w:t>1:07:31  Maulana, agla sawal kya hai? Sati Malhotra ne Delhi se. She has written: "Maulana, you always say that one should save oneself from the cheap test.</w:t>
      </w:r>
      <w:r>
        <w:br/>
      </w:r>
      <w:r>
        <w:rPr>
          <w:sz w:val="20"/>
        </w:rPr>
        <w:t>1:07:42  Kindly tell us what is your definition of cheap test and how one knows if he or she has developed the cheap test.</w:t>
      </w:r>
      <w:r>
        <w:br/>
      </w:r>
      <w:r>
        <w:rPr>
          <w:sz w:val="20"/>
        </w:rPr>
        <w:t>1:07:52  Also tell us how one can come out of it." Dekhiye, cheap test ka koi technical definition available nahi hai.</w:t>
      </w:r>
      <w:r>
        <w:br/>
      </w:r>
      <w:r>
        <w:rPr>
          <w:sz w:val="20"/>
        </w:rPr>
        <w:t>1:08:02  Koi bhi scientist aap ko cheap test ka koi technical definition nahi de sakte.</w:t>
      </w:r>
      <w:r>
        <w:br/>
      </w:r>
      <w:r>
        <w:rPr>
          <w:sz w:val="20"/>
        </w:rPr>
        <w:t>1:08:10  Yeh aap ko janna parega ke what is cheap test. Main misaal de sakta hoon, aap ko misaal de sakta hoon ke cheap test kya hai.</w:t>
      </w:r>
      <w:r>
        <w:br/>
      </w:r>
      <w:r>
        <w:rPr>
          <w:sz w:val="20"/>
        </w:rPr>
        <w:t>1:08:20  Lekin main yeh nahi definition define nahi kar sakta aap ko technical shabdon mein. Yaani koi aap se pooche ke bhai tumhari salary kya hai?</w:t>
      </w:r>
      <w:r>
        <w:br/>
      </w:r>
      <w:r>
        <w:rPr>
          <w:sz w:val="20"/>
        </w:rPr>
        <w:t>1:08:31  There is cheap test. Koi kahe is waqt toh yeh break fast keh liya. There is cheap test.</w:t>
      </w:r>
      <w:r>
        <w:br/>
      </w:r>
      <w:r>
        <w:rPr>
          <w:sz w:val="20"/>
        </w:rPr>
        <w:t>1:08:38  Koi kahe tumhare bachche kitne hain? There is cheap test.</w:t>
      </w:r>
      <w:r>
        <w:br/>
      </w:r>
      <w:r>
        <w:rPr>
          <w:sz w:val="20"/>
        </w:rPr>
        <w:t>1:08:45  Haan, koi yeh pooche ke bhai tumhara intelligence development kaise hua hai? There is high test.</w:t>
      </w:r>
      <w:r>
        <w:br/>
      </w:r>
      <w:r>
        <w:rPr>
          <w:sz w:val="20"/>
        </w:rPr>
        <w:t>1:08:53  Toh cheap test ki koi definition available nahi hai. Na main kar sakta, na koi koi kar sakta.</w:t>
      </w:r>
      <w:r>
        <w:br/>
      </w:r>
      <w:r>
        <w:rPr>
          <w:sz w:val="20"/>
        </w:rPr>
        <w:t>1:09:01  Albata aap ke andar khud agar</w:t>
      </w:r>
      <w:r>
        <w:br/>
      </w:r>
      <w:r>
        <w:rPr>
          <w:sz w:val="20"/>
        </w:rPr>
        <w:t>1:09:07  woh quality hai toh aap samajh sakte hain ke kya cheap test hai aur kya high test hai. Main by nature cheap test se bohat hi allergic hoon, bohat allergic hoon aur high test ko bohat pasand karta hoon,</w:t>
      </w:r>
      <w:r>
        <w:br/>
      </w:r>
      <w:r>
        <w:rPr>
          <w:sz w:val="20"/>
        </w:rPr>
        <w:t>1:09:23  bohat zyada.</w:t>
      </w:r>
      <w:r>
        <w:br/>
      </w:r>
      <w:r>
        <w:rPr>
          <w:sz w:val="20"/>
        </w:rPr>
        <w:t>1:09:27  Maulana, agar koi apne aap ko cheap test mein pata hai toh us mein se kaise bahar nikal sakta hai? Bahar nikalna hai?</w:t>
      </w:r>
      <w:r>
        <w:br/>
      </w:r>
      <w:r>
        <w:rPr>
          <w:sz w:val="20"/>
        </w:rPr>
        <w:t>1:09:36  Neeche toh paate nahi log. Paane ke baad toh bilkul asaan hai. Log cheap test banate hain aur samajhte hain ke hum cheap test nahi hain. Asal problem yahan hai.</w:t>
      </w:r>
      <w:r>
        <w:br/>
      </w:r>
      <w:r>
        <w:rPr>
          <w:sz w:val="20"/>
        </w:rPr>
        <w:t>1:09:48  Sab se bara problem yeh hai ke apne problem ko aadmi jaanta nahi.</w:t>
      </w:r>
      <w:r>
        <w:br/>
      </w:r>
      <w:r>
        <w:rPr>
          <w:sz w:val="20"/>
        </w:rPr>
        <w:t>1:09:54  Apne andar jo coming hai, jo weakness hai, us weakness se woh unaware rehta hai. Problem yahan hai. Agar aap jaan lein toh phir toh bilkul asaan hai.</w:t>
      </w:r>
      <w:r>
        <w:br/>
      </w:r>
      <w:r>
        <w:rPr>
          <w:sz w:val="20"/>
        </w:rPr>
        <w:t>1:10:04  Jab aap jaan lein ke yeh switch hai, is ko dabane se light ho jayegi toh phir kya mushkil kya hai? Bhai, daba dijiye is ko.</w:t>
      </w:r>
      <w:r>
        <w:br/>
      </w:r>
      <w:r>
        <w:rPr>
          <w:sz w:val="20"/>
        </w:rPr>
        <w:t>1:10:14  Awareness toh yaani ho jaye. Agar sach poochein toh aap is ki key par pahunch gaye.</w:t>
      </w:r>
    </w:p>
    <w:p>
      <w:pPr>
        <w:pStyle w:val="Heading2"/>
      </w:pPr>
      <w:r>
        <w:t>Definition of religious zeal and violence</w:t>
      </w:r>
    </w:p>
    <w:p>
      <w:r>
        <w:rPr>
          <w:color w:val="666666"/>
          <w:sz w:val="18"/>
        </w:rPr>
        <w:t>Ethics &amp; Character · Life After Death January 22, 2012 · 3m 34s · at 1:10:07 · https://youtu.be/5hVH1BLKBF4?t=4207</w:t>
      </w:r>
    </w:p>
    <w:p>
      <w:r>
        <w:rPr>
          <w:i/>
        </w:rPr>
        <w:t>“Is it correct that religious zeal means being sensitive to good and evil and reforming evil peacefully, and that promoting violence and hate in the name of religion is irreligion?”</w:t>
      </w:r>
    </w:p>
    <w:p>
      <w:r>
        <w:rPr>
          <w:sz w:val="20"/>
        </w:rPr>
        <w:t>1:10:07  is mein koi shakk nahi hai. Maulana, in ka aik aur sawal hai, unhon ne likha hai: "Deeni ghairat ya deeni jazba yeh hai ke aadmi achhai aur burai ke muamle mein hassas ho</w:t>
      </w:r>
      <w:r>
        <w:br/>
      </w:r>
      <w:r>
        <w:rPr>
          <w:sz w:val="20"/>
        </w:rPr>
        <w:t>1:10:21  ۔ woh burai ko dekh kar is ki islaah ke liye Peaceful andaaz mein dua aur koshish kare. Deeni ghairat ke naam par Violence aur Hate ka culture chalana deen ke naam par sirf bedini hai.</w:t>
      </w:r>
      <w:r>
        <w:br/>
      </w:r>
      <w:r>
        <w:rPr>
          <w:sz w:val="20"/>
        </w:rPr>
        <w:t>1:10:36  kya yeh baat durust hai?" hmm, bilkul sahi hai. Ghalat ka lafz bidat, bidat. Ghalat koi cheez nahi Islam mein. Kahin bhi aap Quran o Hadees mein is ke saboot nahi dekhte.</w:t>
      </w:r>
      <w:r>
        <w:br/>
      </w:r>
      <w:r>
        <w:rPr>
          <w:sz w:val="20"/>
        </w:rPr>
        <w:t>1:10:51  kai lafz hain, mere paas abhi kal parson kuch log aaye ke yeh shaan e Rasool ka muamla hai. Yeh shaan e Rasool kahan likha hua hai? Maine un se poocha, bataiye.</w:t>
      </w:r>
      <w:r>
        <w:br/>
      </w:r>
      <w:r>
        <w:rPr>
          <w:sz w:val="20"/>
        </w:rPr>
        <w:t>1:10:59  woh aalim thay. Abhi jo Musalman dhoom macha rahe thay Jaipur wale muamle mein. Toh unhon ne kaha yeh toh shaan e Rasool ka muamla hai.</w:t>
      </w:r>
      <w:r>
        <w:br/>
      </w:r>
      <w:r>
        <w:rPr>
          <w:sz w:val="20"/>
        </w:rPr>
        <w:t>1:11:08  toh maine poocha, aik bande ne kaha Quran mein kahan likha hai? Hadees mein kahan likha hai? Aisi ghairat bhi kahan likha hai? Kahin likha nahi hai.</w:t>
      </w:r>
      <w:r>
        <w:br/>
      </w:r>
      <w:r>
        <w:rPr>
          <w:sz w:val="20"/>
        </w:rPr>
        <w:t>1:11:16  bohat se alfaaz logon ne khud bana liye hain. Aur is ko is tarah bolte hain jaise ke yeh deen ka taqaza hai. Dekhiye, yaad rakhiye.</w:t>
      </w:r>
      <w:r>
        <w:br/>
      </w:r>
      <w:r>
        <w:rPr>
          <w:sz w:val="20"/>
        </w:rPr>
        <w:t>1:11:29  koi bhi baat,</w:t>
      </w:r>
      <w:r>
        <w:br/>
      </w:r>
      <w:r>
        <w:rPr>
          <w:sz w:val="20"/>
        </w:rPr>
        <w:t>1:11:33  koi bhi rai banane se pehle, sab se pehle Quran o Surat ko dekhiye.</w:t>
      </w:r>
      <w:r>
        <w:br/>
      </w:r>
      <w:r>
        <w:rPr>
          <w:sz w:val="20"/>
        </w:rPr>
        <w:t>1:11:38  jaise kaha tha ke "إِتِونِي شَيْئًا مِن كِتَابِ اللَّهِ حَتَّىٰ أَقُلُ" ۔ jo tum keh rahe ho, us ko pehle Quran se is ka hawala do. Tab main is ko maano ga, nahi toh nahi maano ga.</w:t>
      </w:r>
      <w:r>
        <w:br/>
      </w:r>
      <w:r>
        <w:rPr>
          <w:sz w:val="20"/>
        </w:rPr>
        <w:t>1:11:50  toh har cheez ka hawala Quran mein hona chahiye. Rasool Allah ki Hadees mein hona chahiye. Agar nahi hawala aaya toh phir Baseless hai, be buniyad hai woh.</w:t>
      </w:r>
      <w:r>
        <w:br/>
      </w:r>
      <w:r>
        <w:rPr>
          <w:sz w:val="20"/>
        </w:rPr>
        <w:t>1:11:58  woh bidat hai. "مَنْ أَتَسَاءَ فِي أَمْرِنَا هَذَا مَا لَيْسَ مِنْهُ رَدٌّ" ۔ toh radd hai woh. Toh aisi hamakat hum kyun karein ke hum aakhirat mein pounchte hain Rasool Allah ke saamne toh Rasool Allah yeh keh dein ke tum ne kahan deen nikaal liya tha?</w:t>
      </w:r>
      <w:r>
        <w:br/>
      </w:r>
      <w:r>
        <w:rPr>
          <w:sz w:val="20"/>
        </w:rPr>
        <w:t>1:12:14  maine toh nahi kaha tha aisa deen. Toh aap bataiye ke Rasool ke naam par aap nikaale hue hain aur Rasool keh dein ke yeh toh woh Disown karein us ko</w:t>
      </w:r>
      <w:r>
        <w:br/>
      </w:r>
      <w:r>
        <w:rPr>
          <w:sz w:val="20"/>
        </w:rPr>
        <w:t>1:12:23  ۔ yeh kahan tum ne nikala shaan e Rasool? Aap ghaur kijiye, kitna kaanpne ki baat hai. Jis Rasool ke naam par aap shaan e Rasool ke hangaame kar ke hue hain, woh Rasool keh de aakhirat mein ke bhai maine toh kabhi nahi kaha tha ke tum shaan e Rasool ka jhanda uthao.</w:t>
      </w:r>
      <w:r>
        <w:br/>
      </w:r>
      <w:r>
        <w:rPr>
          <w:sz w:val="20"/>
        </w:rPr>
        <w:t>1:12:40  kyun uthaya tum ne jhanda? Aap bataiye kaun duniya humein jagah degi? Kaun zameen o aasman hum ko jagah dega? Bohat sochne ki baat hai.</w:t>
      </w:r>
      <w:r>
        <w:br/>
      </w:r>
      <w:r>
        <w:rPr>
          <w:sz w:val="20"/>
        </w:rPr>
        <w:t>1:12:51  yeh log toh hain jo Hadees mein aata hai ke kuch logon ko farishtay pakad kar le aayenge jahannum mein. Toh Rasool Allah dekh ke kahenge yeh yeh toh meri ummat ke log hain.</w:t>
      </w:r>
      <w:r>
        <w:br/>
      </w:r>
      <w:r>
        <w:rPr>
          <w:sz w:val="20"/>
        </w:rPr>
        <w:t>1:13:03  toh farishtay kahenge yeh toh badal dala aap ke baad deen ko unhon ne. Toh aap kahein fasoqan, fasoqan door ho, door ho. Toh darna chahiye logon ko.</w:t>
      </w:r>
      <w:r>
        <w:br/>
      </w:r>
      <w:r>
        <w:rPr>
          <w:sz w:val="20"/>
        </w:rPr>
        <w:t>1:13:14  ke aap shaan e Rasool ka jhanda uthaye hue hain.</w:t>
      </w:r>
      <w:r>
        <w:br/>
      </w:r>
      <w:r>
        <w:rPr>
          <w:sz w:val="20"/>
        </w:rPr>
        <w:t>1:13:19  shaan e Rasool ke upar hangama khada kiye hue hain. Aur marne ke baad jab pounchenge aap aakhirat mein, wahan Rasool Allah honge. Woh kahenge tum ne kahan se deen nikaal liya yeh?</w:t>
      </w:r>
      <w:r>
        <w:br/>
      </w:r>
      <w:r>
        <w:rPr>
          <w:sz w:val="20"/>
        </w:rPr>
        <w:t>1:13:29  kahan maine kaha tha ke shaan e Rasool ka jhanda uthao. Toh bataiye kya kya haal hoga hamara? Kaun se zameen o aasman hum ko jagah denge?</w:t>
      </w:r>
    </w:p>
    <w:p>
      <w:pPr>
        <w:pStyle w:val="Heading2"/>
      </w:pPr>
      <w:r>
        <w:t>Determining personal hypocrisy using Quran and Hadith</w:t>
      </w:r>
    </w:p>
    <w:p>
      <w:r>
        <w:rPr>
          <w:color w:val="666666"/>
          <w:sz w:val="18"/>
        </w:rPr>
        <w:t>Ethics &amp; Character · The Importance of Thinking November 10, 2013 · 2m 05s · at 1:02:20 · https://youtu.be/y16CddTHoqE?t=3740</w:t>
      </w:r>
    </w:p>
    <w:p>
      <w:r>
        <w:rPr>
          <w:i/>
        </w:rPr>
        <w:t>“How do I find out whether I am a hypocrite or not? This thought always bothers me that maybe I am living in hypocrisy but not admitting to it. How can I find out about my hypocrisy? Please guide me in the light of Quran and Hadith.”</w:t>
      </w:r>
    </w:p>
    <w:p>
      <w:r>
        <w:rPr>
          <w:sz w:val="20"/>
        </w:rPr>
        <w:t>1:02:20  maulana, agla sawal jey pur se hai faheem sahib ne kiya hai. unhon ne likha hai: "maulana, how do i find out whether i am a hypocrite or not?</w:t>
      </w:r>
      <w:r>
        <w:br/>
      </w:r>
      <w:r>
        <w:rPr>
          <w:sz w:val="20"/>
        </w:rPr>
        <w:t>1:02:32  this thought always bother me that maybe i am living in hypocrisy but not admitting to it. how can i find out about my hypocrisy?</w:t>
      </w:r>
      <w:r>
        <w:br/>
      </w:r>
      <w:r>
        <w:rPr>
          <w:sz w:val="20"/>
        </w:rPr>
        <w:t>1:02:43  please guide me in the light of quran and hadith."</w:t>
      </w:r>
      <w:r>
        <w:br/>
      </w:r>
      <w:r>
        <w:rPr>
          <w:sz w:val="20"/>
        </w:rPr>
        <w:t>1:02:52  bhai, dekhen, dil ka haal to ya to aadmi khud janega ya allah janega. hum kya bata sakte hain?</w:t>
      </w:r>
      <w:r>
        <w:br/>
      </w:r>
      <w:r>
        <w:rPr>
          <w:sz w:val="20"/>
        </w:rPr>
        <w:t>1:03:03  dil ka jo haal hai, wo koi insan ko kya pata? khud aadmi apne bare mein soch kar jaan sakta hai ya phir allah ko khabar is ki hai, doosra aadmi to nahi jaan sakta.</w:t>
      </w:r>
      <w:r>
        <w:br/>
      </w:r>
      <w:r>
        <w:rPr>
          <w:sz w:val="20"/>
        </w:rPr>
        <w:t>1:03:19  baqi hypocrisy jo hai, kya hai? hypocrisy mein hai double standard hone ka, duality ho deen mein, dohra mayar, ek aitbar se kuch, doosre aitbar se kuch.</w:t>
      </w:r>
      <w:r>
        <w:br/>
      </w:r>
      <w:r>
        <w:rPr>
          <w:sz w:val="20"/>
        </w:rPr>
        <w:t>1:03:37  to</w:t>
      </w:r>
      <w:r>
        <w:br/>
      </w:r>
      <w:r>
        <w:rPr>
          <w:sz w:val="20"/>
        </w:rPr>
        <w:t>1:03:40  agar aadmi ke andar double standard wali mizaj ho to wo khud hi jaan sakta hai aadmi ke dekho, main ek ek aitbar se hi aisi boli bolta hoon, doosre waqt wahi boli bolta hoon.</w:t>
      </w:r>
      <w:r>
        <w:br/>
      </w:r>
      <w:r>
        <w:rPr>
          <w:sz w:val="20"/>
        </w:rPr>
        <w:t>1:03:57  yeh to khud aadmi soch sakta hai ya is ke jo sath rehta hai, wo pakdega. behral, yeh jo mamla hai, yeh koi bhi insan nahi kisi ke bare mein keh sakta hai ke falan aadmi bara fiqah hai,</w:t>
      </w:r>
      <w:r>
        <w:br/>
      </w:r>
      <w:r>
        <w:rPr>
          <w:sz w:val="20"/>
        </w:rPr>
        <w:t>1:04:11  hypocrite hai, yeh koi nahi keh sakta. aadmi ya to khud janega ya allah taala akhirat mein is ke bare mein ailan karega ke tum tumhara case munafiqat ka case tha.</w:t>
      </w:r>
    </w:p>
    <w:p>
      <w:pPr>
        <w:pStyle w:val="Heading2"/>
      </w:pPr>
      <w:r>
        <w:t>Difference between criticism and reaction</w:t>
      </w:r>
    </w:p>
    <w:p>
      <w:r>
        <w:rPr>
          <w:color w:val="666666"/>
          <w:sz w:val="18"/>
        </w:rPr>
        <w:t>Ethics &amp; Character · Living In Falsehood I December 15, 2013 · 4m 03s · at 49:00 · https://youtu.be/yD-ZtvlrFDw?t=2940</w:t>
      </w:r>
    </w:p>
    <w:p>
      <w:r>
        <w:rPr>
          <w:i/>
        </w:rPr>
        <w:t>“What is the difference between criticism and reaction?”</w:t>
      </w:r>
    </w:p>
    <w:p>
      <w:r>
        <w:rPr>
          <w:sz w:val="20"/>
        </w:rPr>
        <w:t>49:00  Maulana, agla sawal Tamil Nadu se hai Maulana Iqbal Umri ka.</w:t>
      </w:r>
      <w:r>
        <w:br/>
      </w:r>
      <w:r>
        <w:rPr>
          <w:sz w:val="20"/>
        </w:rPr>
        <w:t>49:05  Unhon ne likha hai: "Tanqeed aur rad-e-amal mein farq kya hai?" Maulana, aap ki ilmi tanqeed ko aur</w:t>
      </w:r>
      <w:r>
        <w:br/>
      </w:r>
      <w:r>
        <w:rPr>
          <w:sz w:val="20"/>
        </w:rPr>
        <w:t>49:13  rational tajziye ko ek sahib rad-e-amal ke naam de rahe thay.</w:t>
      </w:r>
      <w:r>
        <w:br/>
      </w:r>
      <w:r>
        <w:rPr>
          <w:sz w:val="20"/>
        </w:rPr>
        <w:t>49:17  Maulana, aisa kyun hai? Mukhasif rad-e-amal ka matlab nahi samajhte, yahi hai.</w:t>
      </w:r>
      <w:r>
        <w:br/>
      </w:r>
      <w:r>
        <w:rPr>
          <w:sz w:val="20"/>
        </w:rPr>
        <w:t>49:22  Rad-e-amal ka matlab hai reaction.</w:t>
      </w:r>
      <w:r>
        <w:br/>
      </w:r>
      <w:r>
        <w:rPr>
          <w:sz w:val="20"/>
        </w:rPr>
        <w:t>49:25  Reaction kya hai? Yani jaise Rasool Allah ne farmaya ke: "La taghzab", ghussa na karo.</w:t>
      </w:r>
      <w:r>
        <w:br/>
      </w:r>
      <w:r>
        <w:rPr>
          <w:sz w:val="20"/>
        </w:rPr>
        <w:t>49:32  To ghussa kya hai? Rad-e-amal hai, reaction hai.</w:t>
      </w:r>
      <w:r>
        <w:br/>
      </w:r>
      <w:r>
        <w:rPr>
          <w:sz w:val="20"/>
        </w:rPr>
        <w:t>49:36  Kisi ne aap ko provoke kiya, aap ghussa ho kar aap us ko pathar maarein, that is rad-e-amal.</w:t>
      </w:r>
      <w:r>
        <w:br/>
      </w:r>
      <w:r>
        <w:rPr>
          <w:sz w:val="20"/>
        </w:rPr>
        <w:t>49:43  Hum jo kehte hain woh to analysis hota hai.</w:t>
      </w:r>
      <w:r>
        <w:br/>
      </w:r>
      <w:r>
        <w:rPr>
          <w:sz w:val="20"/>
        </w:rPr>
        <w:t>49:47  Yani hamari baat ko aap yeh keh kar agar radd karein to aap ek gunah kar rahe hain</w:t>
      </w:r>
      <w:r>
        <w:br/>
      </w:r>
      <w:r>
        <w:rPr>
          <w:sz w:val="20"/>
        </w:rPr>
        <w:t>49:55  kyun ke hum ek daleel de rahe hain, Quran o Hadees se ek daleel de rahe hain.</w:t>
      </w:r>
      <w:r>
        <w:br/>
      </w:r>
      <w:r>
        <w:rPr>
          <w:sz w:val="20"/>
        </w:rPr>
        <w:t>50:02  To aap Quran o Hadees hi se us ko radd kijiye.</w:t>
      </w:r>
      <w:r>
        <w:br/>
      </w:r>
      <w:r>
        <w:rPr>
          <w:sz w:val="20"/>
        </w:rPr>
        <w:t>50:07  Agar aap Quran o Hadees daleel na dein, aap kahein ke rad-e-amal hai to yeh to sab o</w:t>
      </w:r>
      <w:r>
        <w:br/>
      </w:r>
      <w:r>
        <w:rPr>
          <w:sz w:val="20"/>
        </w:rPr>
        <w:t>50:14  shatm hai, gaali karo jo jo ke haram hai Islam mein, haram hai Islam mein.</w:t>
      </w:r>
      <w:r>
        <w:br/>
      </w:r>
      <w:r>
        <w:rPr>
          <w:sz w:val="20"/>
        </w:rPr>
        <w:t>50:21  Misal ke taur par main ek misal deta hoon aap ko ke: "Man hasan Islami al-mar' tarakuhu mala".</w:t>
      </w:r>
      <w:r>
        <w:br/>
      </w:r>
      <w:r>
        <w:rPr>
          <w:sz w:val="20"/>
        </w:rPr>
        <w:t>50:28  Yani ek hadees hai: "Man hasan Islami al-mar' tarakuhu mala".</w:t>
      </w:r>
      <w:r>
        <w:br/>
      </w:r>
      <w:r>
        <w:rPr>
          <w:sz w:val="20"/>
        </w:rPr>
        <w:t>50:33  Yani Islam ki ki khoobi yeh hai ke aadmi is cheez ko chhod de jis mein koi faida</w:t>
      </w:r>
      <w:r>
        <w:br/>
      </w:r>
      <w:r>
        <w:rPr>
          <w:sz w:val="20"/>
        </w:rPr>
        <w:t>50:40  nahiñ.</w:t>
      </w:r>
      <w:r>
        <w:br/>
      </w:r>
      <w:r>
        <w:rPr>
          <w:sz w:val="20"/>
        </w:rPr>
        <w:t>50:42  Islam ki khoobi yeh hai ke aadmi us ki cheez chhod de jis ko koi faida nahiñ.</w:t>
      </w:r>
      <w:r>
        <w:br/>
      </w:r>
      <w:r>
        <w:rPr>
          <w:sz w:val="20"/>
        </w:rPr>
        <w:t>50:49  Is ka matlab kya hua? Ke yani mabni bar result aap ka, aap aap ki activity honi chahiye.</w:t>
      </w:r>
      <w:r>
        <w:br/>
      </w:r>
      <w:r>
        <w:rPr>
          <w:sz w:val="20"/>
        </w:rPr>
        <w:t>50:57  یہ ہے یعنی in every situation you have to see result.</w:t>
      </w:r>
      <w:r>
        <w:br/>
      </w:r>
      <w:r>
        <w:rPr>
          <w:sz w:val="20"/>
        </w:rPr>
        <w:t>51:02  Result hai to karna hai, nahiñ to nahiñ karna hai.</w:t>
      </w:r>
      <w:r>
        <w:br/>
      </w:r>
      <w:r>
        <w:rPr>
          <w:sz w:val="20"/>
        </w:rPr>
        <w:t>51:06  Ab ek hadith maine pesh ki ke is ko le kar ke Musalman jo haiñ Falasteen se</w:t>
      </w:r>
      <w:r>
        <w:br/>
      </w:r>
      <w:r>
        <w:rPr>
          <w:sz w:val="20"/>
        </w:rPr>
        <w:t>51:14  le kar Kashmir tak jo ladai kar rahe haiñ, woh result less hai, koi natija nahiñ, mar rahe</w:t>
      </w:r>
      <w:r>
        <w:br/>
      </w:r>
      <w:r>
        <w:rPr>
          <w:sz w:val="20"/>
        </w:rPr>
        <w:t>51:21  haiñ, kat rahe haiñ.</w:t>
      </w:r>
      <w:r>
        <w:br/>
      </w:r>
      <w:r>
        <w:rPr>
          <w:sz w:val="20"/>
        </w:rPr>
        <w:t>51:23  Abhi jo Bangladesh ka maine bataya, koi result is ka nahiñ, aapas mein mar rahe haiñ,</w:t>
      </w:r>
      <w:r>
        <w:br/>
      </w:r>
      <w:r>
        <w:rPr>
          <w:sz w:val="20"/>
        </w:rPr>
        <w:t>51:31  kat rahe haiñ.</w:t>
      </w:r>
      <w:r>
        <w:br/>
      </w:r>
      <w:r>
        <w:rPr>
          <w:sz w:val="20"/>
        </w:rPr>
        <w:t>51:32  Aap aap ek aur ayat pesh kijiye is ke jawab mein ke nahiñ, chahe result ho ya na</w:t>
      </w:r>
      <w:r>
        <w:br/>
      </w:r>
      <w:r>
        <w:rPr>
          <w:sz w:val="20"/>
        </w:rPr>
        <w:t>51:40  ho, hameñ to ladna hai.</w:t>
      </w:r>
      <w:r>
        <w:br/>
      </w:r>
      <w:r>
        <w:rPr>
          <w:sz w:val="20"/>
        </w:rPr>
        <w:t>51:42  Ab aap kaheñ ke reaction hai to yeh to aap to aap to gunah ka kaam kar</w:t>
      </w:r>
      <w:r>
        <w:br/>
      </w:r>
      <w:r>
        <w:rPr>
          <w:sz w:val="20"/>
        </w:rPr>
        <w:t>51:50  rahe haiñ.</w:t>
      </w:r>
      <w:r>
        <w:br/>
      </w:r>
      <w:r>
        <w:rPr>
          <w:sz w:val="20"/>
        </w:rPr>
        <w:t>51:51  Yani hum ek daleel pesh kar rahe haiñ aur aap keh rahe haiñ ke yeh radd radd-e-amal hai.</w:t>
      </w:r>
      <w:r>
        <w:br/>
      </w:r>
      <w:r>
        <w:rPr>
          <w:sz w:val="20"/>
        </w:rPr>
        <w:t>51:59  To aap gaali galoch kar rahe haiñ.</w:t>
      </w:r>
      <w:r>
        <w:br/>
      </w:r>
      <w:r>
        <w:rPr>
          <w:sz w:val="20"/>
        </w:rPr>
        <w:t>52:02  Yeh to maine dekha, hadith mein aata hai, dekhiye ke hadith mein aata hai ke: "Man kaana</w:t>
      </w:r>
      <w:r>
        <w:br/>
      </w:r>
      <w:r>
        <w:rPr>
          <w:sz w:val="20"/>
        </w:rPr>
        <w:t>52:10  Yu'minu billahi wal yawmi al-aakhiri fal yaqul khayran aw liyasmut".</w:t>
      </w:r>
      <w:r>
        <w:br/>
      </w:r>
      <w:r>
        <w:rPr>
          <w:sz w:val="20"/>
        </w:rPr>
        <w:t>52:13  Jo aadmi Allah par aur aakhirat par iman rakhta ho to us ko chahiye ke woh baat kahe</w:t>
      </w:r>
      <w:r>
        <w:br/>
      </w:r>
      <w:r>
        <w:rPr>
          <w:sz w:val="20"/>
        </w:rPr>
        <w:t>52:21  to khair ki baat kahe ya chup rahe.</w:t>
      </w:r>
      <w:r>
        <w:br/>
      </w:r>
      <w:r>
        <w:rPr>
          <w:sz w:val="20"/>
        </w:rPr>
        <w:t>52:24  Khair ke ma'ne kya haiñ? Mudallal baat, rational baat, jo Quran o hadith par mabni baat.</w:t>
      </w:r>
      <w:r>
        <w:br/>
      </w:r>
      <w:r>
        <w:rPr>
          <w:sz w:val="20"/>
        </w:rPr>
        <w:t>52:31  To aap aap jo keh rahe haiñ radd-e-amal, yeh kaun si ayat par mabni hai? Kis ayat se</w:t>
      </w:r>
      <w:r>
        <w:br/>
      </w:r>
      <w:r>
        <w:rPr>
          <w:sz w:val="20"/>
        </w:rPr>
        <w:t>52:39  nikalta hai yeh? Ke koi shayad daleel se guftagu kar raha ho, aap kaheñ radd-e-amal, yeh kaun si</w:t>
      </w:r>
      <w:r>
        <w:br/>
      </w:r>
      <w:r>
        <w:rPr>
          <w:sz w:val="20"/>
        </w:rPr>
        <w:t>52:47  ayat se nikalta hai? Aisa yeh to gaali galoch hai, sab o shat'm hai, gunah hai, haram hai.</w:t>
      </w:r>
      <w:r>
        <w:br/>
      </w:r>
      <w:r>
        <w:rPr>
          <w:sz w:val="20"/>
        </w:rPr>
        <w:t>52:54  To unheñ khud apne bare mein, yani apne is ko revise karna chahiye taake mujh se taqaza kareñ</w:t>
      </w:r>
      <w:r>
        <w:br/>
      </w:r>
      <w:r>
        <w:rPr>
          <w:sz w:val="20"/>
        </w:rPr>
        <w:t>53:02  ke tum revise karo.</w:t>
      </w:r>
    </w:p>
    <w:p>
      <w:pPr>
        <w:pStyle w:val="Heading2"/>
      </w:pPr>
      <w:r>
        <w:t>Difference between moderation and extremism</w:t>
      </w:r>
    </w:p>
    <w:p>
      <w:r>
        <w:rPr>
          <w:color w:val="666666"/>
          <w:sz w:val="18"/>
        </w:rPr>
        <w:t>Ethics &amp; Character · Model of Paradise June 22, 2014 · 4m 30s · at 43:44 · https://youtu.be/7jXD8E_dN-E?t=2624</w:t>
      </w:r>
    </w:p>
    <w:p>
      <w:r>
        <w:rPr>
          <w:i/>
        </w:rPr>
        <w:t>“What is the difference between moderation and extremism? Please explain.”</w:t>
      </w:r>
    </w:p>
    <w:p>
      <w:r>
        <w:rPr>
          <w:sz w:val="20"/>
        </w:rPr>
        <w:t>43:44  Maulana, yeh sawal aaya hai Ahmedabad se, Hamid sahab ne kiya hai aur unhone aap se poocha hai ke What is the difference between moderation and extremism is ke baray mein bataein.</w:t>
      </w:r>
      <w:r>
        <w:br/>
      </w:r>
      <w:r>
        <w:rPr>
          <w:sz w:val="20"/>
        </w:rPr>
        <w:t>43:58  dekhein, moderation ya modernity koi bohat well-defined term nahi hai.</w:t>
      </w:r>
      <w:r>
        <w:br/>
      </w:r>
      <w:r>
        <w:rPr>
          <w:sz w:val="20"/>
        </w:rPr>
        <w:t>44:06  extremism ka to definition available hai magar modernity ka definition available nahi hai.</w:t>
      </w:r>
      <w:r>
        <w:br/>
      </w:r>
      <w:r>
        <w:rPr>
          <w:sz w:val="20"/>
        </w:rPr>
        <w:t>44:15  jahan tak mein jaanta hoon. Lekin</w:t>
      </w:r>
      <w:r>
        <w:br/>
      </w:r>
      <w:r>
        <w:rPr>
          <w:sz w:val="20"/>
        </w:rPr>
        <w:t>44:22  aam taur par jo yeh alfaaz istemal kiye jaate hain, us ke lehaz se mein is ki thori si wazahat karunga.</w:t>
      </w:r>
      <w:r>
        <w:br/>
      </w:r>
      <w:r>
        <w:rPr>
          <w:sz w:val="20"/>
        </w:rPr>
        <w:t>44:29  extremism ka matlab hai ghulu. Yani mazhab ki taleemat jo hain, us mein ghulu karna.</w:t>
      </w:r>
      <w:r>
        <w:br/>
      </w:r>
      <w:r>
        <w:rPr>
          <w:sz w:val="20"/>
        </w:rPr>
        <w:t>44:38  is ka koi extremist version nikalna. Jaise aik misaal deta hoon aap ko ke</w:t>
      </w:r>
      <w:r>
        <w:br/>
      </w:r>
      <w:r>
        <w:rPr>
          <w:sz w:val="20"/>
        </w:rPr>
        <w:t>44:50  wuzu hum karte hain to us mein hota hai ke saare jo aza hain, wuzu wale, woh sab dho jayen.</w:t>
      </w:r>
      <w:r>
        <w:br/>
      </w:r>
      <w:r>
        <w:rPr>
          <w:sz w:val="20"/>
        </w:rPr>
        <w:t>44:57  to aik sahab thay, un ko mehsoos hua ke aankh ke andar bhi pani dalna chahiye. To aankh ke andar pani dalne lagein.</w:t>
      </w:r>
      <w:r>
        <w:br/>
      </w:r>
      <w:r>
        <w:rPr>
          <w:sz w:val="20"/>
        </w:rPr>
        <w:t>45:06  aankh ke andar pani, woh samajhte thay ke is ke baghair wuzu nahi hoga. To aankh ke andar pani dalte dalte un ki aankh chali gayi, chali gayi.</w:t>
      </w:r>
      <w:r>
        <w:br/>
      </w:r>
      <w:r>
        <w:rPr>
          <w:sz w:val="20"/>
        </w:rPr>
        <w:t>45:15  woh nabina ho gaye. That is ghulu aur ya extremism. Abhi jo buq o haram jo hai, woh ghulu ki misaal</w:t>
      </w:r>
      <w:r>
        <w:br/>
      </w:r>
      <w:r>
        <w:rPr>
          <w:sz w:val="20"/>
        </w:rPr>
        <w:t>45:27  hai. Jitni bhi musalmanon mein is waqt chal rahi hain tehrikein, sab ghulu hi ki misalein hain. Sab ki sab. Yani Islam ki taleemat mein ghulu karna.</w:t>
      </w:r>
      <w:r>
        <w:br/>
      </w:r>
      <w:r>
        <w:rPr>
          <w:sz w:val="20"/>
        </w:rPr>
        <w:t>45:43  har taleem mein jo, jaise misaal ke taur par dekhen, ek jagah mein gaya to wahan par main chai aai aur aur biscuit aaya.</w:t>
      </w:r>
      <w:r>
        <w:br/>
      </w:r>
      <w:r>
        <w:rPr>
          <w:sz w:val="20"/>
        </w:rPr>
        <w:t>45:54  to main ne aisa kiya ke ek haath mein biscuit le liya, ek haath mein chai le liya. to thoda main aadat aisa kar raha tha ke main chai mein shakar nahin dalta.</w:t>
      </w:r>
      <w:r>
        <w:br/>
      </w:r>
      <w:r>
        <w:rPr>
          <w:sz w:val="20"/>
        </w:rPr>
        <w:t>46:06  to biscuit istemal karta hoon. thoda sa biscuit liya aur phir chai piya.</w:t>
      </w:r>
      <w:r>
        <w:br/>
      </w:r>
      <w:r>
        <w:rPr>
          <w:sz w:val="20"/>
        </w:rPr>
        <w:t>46:12  to bada is ka charcha hai. woh dekho, baayein haath se kha rahe hain. yeh hai ghalu. is ka naam ghalu hai. to har cheez mein yeh ghalu hai.</w:t>
      </w:r>
      <w:r>
        <w:br/>
      </w:r>
      <w:r>
        <w:rPr>
          <w:sz w:val="20"/>
        </w:rPr>
        <w:t>46:21  political ghalu, aqeedaadi ghalu, har cheez mein ghalu.</w:t>
      </w:r>
      <w:r>
        <w:br/>
      </w:r>
      <w:r>
        <w:rPr>
          <w:sz w:val="20"/>
        </w:rPr>
        <w:t>46:26  yeh hai extremism. aur jahan tak modernism ya modernity ki baat hai, to is ka matlab hai ke daur jadeed ke daur jadeed ke mutabiq banana.</w:t>
      </w:r>
      <w:r>
        <w:br/>
      </w:r>
      <w:r>
        <w:rPr>
          <w:sz w:val="20"/>
        </w:rPr>
        <w:t>46:41  islam ki taleemat ko</w:t>
      </w:r>
      <w:r>
        <w:br/>
      </w:r>
      <w:r>
        <w:rPr>
          <w:sz w:val="20"/>
        </w:rPr>
        <w:t>46:46  daur jadeed ke mutabiq banana.</w:t>
      </w:r>
      <w:r>
        <w:br/>
      </w:r>
      <w:r>
        <w:rPr>
          <w:sz w:val="20"/>
        </w:rPr>
        <w:t>46:49  to yeh jaisa ke main ne arz kiya, yeh bahut well-defined term nahin hai. lekin is ka matlab hai ke islam misfit na rahe daur jadeed mein.</w:t>
      </w:r>
      <w:r>
        <w:br/>
      </w:r>
      <w:r>
        <w:rPr>
          <w:sz w:val="20"/>
        </w:rPr>
        <w:t>47:00  woh is mein logon ko lage ke yeh aaj ka mazhab hai. jaise misaal ke taur par burqa hai. auratein burqa pehenti hain to logon ko nazar aata hai ke yeh to misfit hain aaj ke mahol mein.</w:t>
      </w:r>
      <w:r>
        <w:br/>
      </w:r>
      <w:r>
        <w:rPr>
          <w:sz w:val="20"/>
        </w:rPr>
        <w:t>47:14  to agar aap burqa aage utar dein to kya yeh? yeh modernity ka ek ek misaal hogi. to is mani mein main koi badi judgment nahin de raha hoon.</w:t>
      </w:r>
      <w:r>
        <w:br/>
      </w:r>
      <w:r>
        <w:rPr>
          <w:sz w:val="20"/>
        </w:rPr>
        <w:t>47:27  sirf yeh bata raha hoon ke modernism kya hai aur extremism kya hai. Moderation, Maulana hain? Moderation ka matlab hota hai eitidal.</w:t>
      </w:r>
      <w:r>
        <w:br/>
      </w:r>
      <w:r>
        <w:rPr>
          <w:sz w:val="20"/>
        </w:rPr>
        <w:t>47:41  Moderation ka eitidal.</w:t>
      </w:r>
      <w:r>
        <w:br/>
      </w:r>
      <w:r>
        <w:rPr>
          <w:sz w:val="20"/>
        </w:rPr>
        <w:t>47:44  to bahut kam farq hai dono mein. koi bahut zyada farq nahin hai alag alag. lekin moderation ka matlab hota hai eitidal. yaani ek extreme par na jana.</w:t>
      </w:r>
      <w:r>
        <w:br/>
      </w:r>
      <w:r>
        <w:rPr>
          <w:sz w:val="20"/>
        </w:rPr>
        <w:t>47:57  to jaisa ke main ne arz kiya, is ka koi bahut well-defined version maujood nahin hai. lekin is ka mafhoom yahi hai ke aap eitidal se kaam len aur extreme par na jayen.</w:t>
      </w:r>
      <w:r>
        <w:br/>
      </w:r>
      <w:r>
        <w:rPr>
          <w:sz w:val="20"/>
        </w:rPr>
        <w:t>48:09  That is the moderation.</w:t>
      </w:r>
    </w:p>
    <w:p>
      <w:pPr>
        <w:pStyle w:val="Heading2"/>
      </w:pPr>
      <w:r>
        <w:t>Difference between sincerity and wisdom by outcome</w:t>
      </w:r>
    </w:p>
    <w:p>
      <w:r>
        <w:rPr>
          <w:color w:val="666666"/>
          <w:sz w:val="18"/>
        </w:rPr>
        <w:t>Ethics &amp; Character · Importance of Wisdom | August 24, 2014 · 4m 06s · at 1:18:29 · https://youtu.be/ZVPLm7fV0t0?t=4709</w:t>
      </w:r>
    </w:p>
    <w:p>
      <w:r>
        <w:rPr>
          <w:i/>
        </w:rPr>
        <w:t>“Will the difference between sincerity and wisdom be based on the outcome?”</w:t>
      </w:r>
    </w:p>
    <w:p>
      <w:r>
        <w:rPr>
          <w:sz w:val="20"/>
        </w:rPr>
        <w:t>1:18:29  maulana, agla sawal maulana iqbal umri ka hai</w:t>
      </w:r>
      <w:r>
        <w:br/>
      </w:r>
      <w:r>
        <w:rPr>
          <w:sz w:val="20"/>
        </w:rPr>
        <w:t>1:18:34  chennai se.</w:t>
      </w:r>
      <w:r>
        <w:br/>
      </w:r>
      <w:r>
        <w:rPr>
          <w:sz w:val="20"/>
        </w:rPr>
        <w:t>1:18:39  unhon ne likha hai ke: kya ikhlas aur wisdom mein farq nateeje ko samne rakh kar hoga? maulana,</w:t>
      </w:r>
      <w:r>
        <w:br/>
      </w:r>
      <w:r>
        <w:rPr>
          <w:sz w:val="20"/>
        </w:rPr>
        <w:t>1:18:44  yeh workable ikhlas kya hai? workable ikhlas? ji.</w:t>
      </w:r>
      <w:r>
        <w:br/>
      </w:r>
      <w:r>
        <w:rPr>
          <w:sz w:val="20"/>
        </w:rPr>
        <w:t>1:18:50  main samjha nahi ke workable ikhlas ka matlab kya hai.</w:t>
      </w:r>
      <w:r>
        <w:br/>
      </w:r>
      <w:r>
        <w:rPr>
          <w:sz w:val="20"/>
        </w:rPr>
        <w:t>1:18:55  maulana, jo pehla hissa hai un ke sawal ka.</w:t>
      </w:r>
      <w:r>
        <w:br/>
      </w:r>
      <w:r>
        <w:rPr>
          <w:sz w:val="20"/>
        </w:rPr>
        <w:t>1:19:00  dekhen, sahi baat yeh hai ji ke ikhlas hai ek shakhsi sifat.</w:t>
      </w:r>
      <w:r>
        <w:br/>
      </w:r>
      <w:r>
        <w:rPr>
          <w:sz w:val="20"/>
        </w:rPr>
        <w:t>1:19:06  yani individual quality hai ikhlas. lekin jab aap rahen logon ke sath jamaati zindagi mein to ikhlas harghiz kafi nahi hai. kyunke phir differences honge, ikhtilafat honge, tarah tarah ke issues khare honge. to wahan aap ikhlas le kar khud padhenge ke main to haq par hoon. aur aap pe jo hai: antahbat aamal ko balad tanantum la tashroon ka misdaq ban jayen aap. to i</w:t>
      </w:r>
      <w:r>
        <w:br/>
      </w:r>
      <w:r>
        <w:rPr>
          <w:sz w:val="20"/>
        </w:rPr>
        <w:t>1:19:36  khlas jo farq hai ke ikhlas indivdual sifat hai. aur jo jis ko main keh raha hoon aqal, us ki zaroorat padti hai ijtimaai zindagi mein. ijtimaai zindagi mein aap us ko samajh nahi paate masle ki noiyat ko. aur apne ko gadhe mein dhak kar dete hain. to antahbat aamal ko balad tanantum la tashroon ka misdaq ban jate hain. agar aap ijtimaai zindagi mein na jayen, aap ka taaluq doosron se na ho, sirf</w:t>
      </w:r>
      <w:r>
        <w:br/>
      </w:r>
      <w:r>
        <w:rPr>
          <w:sz w:val="20"/>
        </w:rPr>
        <w:t>1:20:06  ghar mein rehte hon aap akele, to wahan par zarorat nahi wisdom ki aap ko.</w:t>
      </w:r>
      <w:r>
        <w:br/>
      </w:r>
      <w:r>
        <w:rPr>
          <w:sz w:val="20"/>
        </w:rPr>
        <w:t>1:20:10  phir namaz roza kafi hai.</w:t>
      </w:r>
      <w:r>
        <w:br/>
      </w:r>
      <w:r>
        <w:rPr>
          <w:sz w:val="20"/>
        </w:rPr>
        <w:t>1:20:14  lekin aap ko bohat hi sakht ek hadith hai ke Allah taala ne farishton se kaha ke jao</w:t>
      </w:r>
      <w:r>
        <w:br/>
      </w:r>
      <w:r>
        <w:rPr>
          <w:sz w:val="20"/>
        </w:rPr>
        <w:t>1:20:18  falan basti ko ult do.</w:t>
      </w:r>
      <w:r>
        <w:br/>
      </w:r>
      <w:r>
        <w:rPr>
          <w:sz w:val="20"/>
        </w:rPr>
        <w:t>1:20:23  jitne log hain, us ko talpat kar do, use dab ke mar jayen.</w:t>
      </w:r>
      <w:r>
        <w:br/>
      </w:r>
      <w:r>
        <w:rPr>
          <w:sz w:val="20"/>
        </w:rPr>
        <w:t>1:20:27  to farishton ne kaha ke khuda ya!</w:t>
      </w:r>
      <w:r>
        <w:br/>
      </w:r>
      <w:r>
        <w:rPr>
          <w:sz w:val="20"/>
        </w:rPr>
        <w:t>1:20:31  wahan ek buzurg hain jo raat din ibadat karte hain.</w:t>
      </w:r>
      <w:r>
        <w:br/>
      </w:r>
      <w:r>
        <w:rPr>
          <w:sz w:val="20"/>
        </w:rPr>
        <w:t>1:20:36  aur woh unhon ne koi burai nahi ki hai, ibadat hi mein zindagi guzarte hain woh.</w:t>
      </w:r>
      <w:r>
        <w:br/>
      </w:r>
      <w:r>
        <w:rPr>
          <w:sz w:val="20"/>
        </w:rPr>
        <w:t>1:20:41  to Allah taala ne kaha in ke samait ult do.</w:t>
      </w:r>
      <w:r>
        <w:br/>
      </w:r>
      <w:r>
        <w:rPr>
          <w:sz w:val="20"/>
        </w:rPr>
        <w:t>1:20:46  yeh bohat hi ajeeb o ghareeb sochne ki baat hai yeh ke aisa buzurg jo raat din ibadat</w:t>
      </w:r>
      <w:r>
        <w:br/>
      </w:r>
      <w:r>
        <w:rPr>
          <w:sz w:val="20"/>
        </w:rPr>
        <w:t>1:20:51  hi kar raha hai, us ke samait basti ult di gai.</w:t>
      </w:r>
      <w:r>
        <w:br/>
      </w:r>
      <w:r>
        <w:rPr>
          <w:sz w:val="20"/>
        </w:rPr>
        <w:t>1:20:56  kyunke woh ikhlas tha lekin aqal nahi thi is ke paas.</w:t>
      </w:r>
      <w:r>
        <w:br/>
      </w:r>
      <w:r>
        <w:rPr>
          <w:sz w:val="20"/>
        </w:rPr>
        <w:t>1:21:01  to yeh bohat si</w:t>
      </w:r>
      <w:r>
        <w:br/>
      </w:r>
      <w:r>
        <w:rPr>
          <w:sz w:val="20"/>
        </w:rPr>
        <w:t>1:21:06  rais baat hai, is ko samjhiye ke aap agar yeh samjhein ke mere paas to ikhlas hai aur</w:t>
      </w:r>
      <w:r>
        <w:br/>
      </w:r>
      <w:r>
        <w:rPr>
          <w:sz w:val="20"/>
        </w:rPr>
        <w:t>1:21:10  mere paas to namaz roza hai, to hargiz hargiz yeh kafi nahi hai.</w:t>
      </w:r>
      <w:r>
        <w:br/>
      </w:r>
      <w:r>
        <w:rPr>
          <w:sz w:val="20"/>
        </w:rPr>
        <w:t>1:21:14  agar aap ijtamai zindagi mein hon, haan agar aap akele kisi kamre mein rehte hon to theek hai,</w:t>
      </w:r>
      <w:r>
        <w:br/>
      </w:r>
      <w:r>
        <w:rPr>
          <w:sz w:val="20"/>
        </w:rPr>
        <w:t>1:21:19  tab to woh kafi hai, phir to koi harj nahi hai.</w:t>
      </w:r>
      <w:r>
        <w:br/>
      </w:r>
      <w:r>
        <w:rPr>
          <w:sz w:val="20"/>
        </w:rPr>
        <w:t>1:21:23  jaise aap ijtamai zindagi mein aayenge, zaroor crashs paida hoga aur crashs mein aap fail ho jayen</w:t>
      </w:r>
      <w:r>
        <w:br/>
      </w:r>
      <w:r>
        <w:rPr>
          <w:sz w:val="20"/>
        </w:rPr>
        <w:t>1:21:27  ge, agar aap ke paas aqal nahi hai to.</w:t>
      </w:r>
      <w:r>
        <w:br/>
      </w:r>
      <w:r>
        <w:rPr>
          <w:sz w:val="20"/>
        </w:rPr>
        <w:t>1:21:31  agar aap ke paas aqal nahi hai to crashs mein aap fail ho jayen</w:t>
      </w:r>
      <w:r>
        <w:br/>
      </w:r>
      <w:r>
        <w:rPr>
          <w:sz w:val="20"/>
        </w:rPr>
        <w:t>1:21:36  ge. aur fail ho kar apne ko tabah kar lenge. is waqt sare musalman jo hain, crisis mein thay aur crisis ko manage nahi kar sake, to kya hai? ek taraf aap apne ko tabah kar rahe hain. jahan chahiye musalman tabah ho rahe hain. okay, so we will end the session now.</w:t>
      </w:r>
    </w:p>
    <w:p>
      <w:pPr>
        <w:pStyle w:val="Heading2"/>
      </w:pPr>
      <w:r>
        <w:t>Discovering and correcting negative points</w:t>
      </w:r>
    </w:p>
    <w:p>
      <w:r>
        <w:rPr>
          <w:color w:val="666666"/>
          <w:sz w:val="18"/>
        </w:rPr>
        <w:t>Ethics &amp; Character · Importance of Wisdom | August 24, 2014 · 4m 05s · at 45:34 · https://youtu.be/ZVPLm7fV0t0?t=2734</w:t>
      </w:r>
    </w:p>
    <w:p>
      <w:r>
        <w:rPr>
          <w:i/>
        </w:rPr>
        <w:t>“How can one discover and identify one's negative points so that they can be corrected?”</w:t>
      </w:r>
    </w:p>
    <w:p>
      <w:r>
        <w:rPr>
          <w:sz w:val="20"/>
        </w:rPr>
        <w:t>45:34  punay se aaya hai aur ejaz sahib ne poocha hai yeh sawal. woh aap se yeh janna chahte hain ke how can one discover or identify one's negative point so that it can be corrected? mein to samajhta hoon ke bohat hi asan hai. result se pehchaniye aap. kyunke jab bhi aap ke andar negative point rahega to doosron se aap ko nafrat paida ho jayegi</w:t>
      </w:r>
      <w:r>
        <w:br/>
      </w:r>
      <w:r>
        <w:rPr>
          <w:sz w:val="20"/>
        </w:rPr>
        <w:t>46:04  .</w:t>
      </w:r>
      <w:r>
        <w:br/>
      </w:r>
      <w:r>
        <w:rPr>
          <w:sz w:val="20"/>
        </w:rPr>
        <w:t>46:09  doosron se shikayat paida ho jaye gi.</w:t>
      </w:r>
      <w:r>
        <w:br/>
      </w:r>
      <w:r>
        <w:rPr>
          <w:sz w:val="20"/>
        </w:rPr>
        <w:t>46:13  doosron se complaint paida ho jaye gi.</w:t>
      </w:r>
      <w:r>
        <w:br/>
      </w:r>
      <w:r>
        <w:rPr>
          <w:sz w:val="20"/>
        </w:rPr>
        <w:t>46:17  sab se acha jo pehchanne ka jo zariya hai, woh hai shikayati zehn.</w:t>
      </w:r>
      <w:r>
        <w:br/>
      </w:r>
      <w:r>
        <w:rPr>
          <w:sz w:val="20"/>
        </w:rPr>
        <w:t>46:21  jaisay hi aap ke andar shikayati zehn paida ho to samajhye ke aap ke andar negative thinking aa gayi hai.</w:t>
      </w:r>
      <w:r>
        <w:br/>
      </w:r>
      <w:r>
        <w:rPr>
          <w:sz w:val="20"/>
        </w:rPr>
        <w:t>46:26  yahi mumkin hai ke aap ke andar negative thinking ho aur shikayat na paida ho.</w:t>
      </w:r>
      <w:r>
        <w:br/>
      </w:r>
      <w:r>
        <w:rPr>
          <w:sz w:val="20"/>
        </w:rPr>
        <w:t>46:30  shikayat aur negative thinking dono sath ساتھ chalte hain. bohat go</w:t>
      </w:r>
      <w:r>
        <w:br/>
      </w:r>
      <w:r>
        <w:rPr>
          <w:sz w:val="20"/>
        </w:rPr>
        <w:t>46:34  together.</w:t>
      </w:r>
      <w:r>
        <w:br/>
      </w:r>
      <w:r>
        <w:rPr>
          <w:sz w:val="20"/>
        </w:rPr>
        <w:t>46:38  jahan shikayat hai, wahan negative thinking hai.</w:t>
      </w:r>
      <w:r>
        <w:br/>
      </w:r>
      <w:r>
        <w:rPr>
          <w:sz w:val="20"/>
        </w:rPr>
        <w:t>46:42  jahan negative thinking hai, wahan shikayat hai.</w:t>
      </w:r>
      <w:r>
        <w:br/>
      </w:r>
      <w:r>
        <w:rPr>
          <w:sz w:val="20"/>
        </w:rPr>
        <w:t>46:46  bilkul seedhi pehchan hai.</w:t>
      </w:r>
      <w:r>
        <w:br/>
      </w:r>
      <w:r>
        <w:rPr>
          <w:sz w:val="20"/>
        </w:rPr>
        <w:t>46:49  jahan shikayat ho, samjhiye ke zaroor wahan negative thinking maujood hai.</w:t>
      </w:r>
      <w:r>
        <w:br/>
      </w:r>
      <w:r>
        <w:rPr>
          <w:sz w:val="20"/>
        </w:rPr>
        <w:t>46:53  jahan negative thinking ho, samjhiye ke wahan zaroor shikayat maujood hogi.</w:t>
      </w:r>
      <w:r>
        <w:br/>
      </w:r>
      <w:r>
        <w:rPr>
          <w:sz w:val="20"/>
        </w:rPr>
        <w:t>46:57  aur is ko call kijiye.</w:t>
      </w:r>
      <w:r>
        <w:br/>
      </w:r>
      <w:r>
        <w:rPr>
          <w:sz w:val="20"/>
        </w:rPr>
        <w:t>47:01  maulana, yeh sawal Dilli se aaya hai aur shariq hussain</w:t>
      </w:r>
      <w:r>
        <w:br/>
      </w:r>
      <w:r>
        <w:rPr>
          <w:sz w:val="20"/>
        </w:rPr>
        <w:t>47:04  sahib ne kiya hai. unhon ne likha hai ke ek shakhs ko hikmat ke husool ke liye kiya karna chahiye jis se woh khud ko krais mein tootne se bacha sake? is ke bare mein bataein. bhai, mein apna tajruba arz karunga ke aap hamari kitabein parhiye. amli tajruba yahi hai mera. kyunke jo kitabein parhta hoon, doosron ki kai hikmat hoti nahin. mein</w:t>
      </w:r>
      <w:r>
        <w:br/>
      </w:r>
      <w:r>
        <w:rPr>
          <w:sz w:val="20"/>
        </w:rPr>
        <w:t>47:34  ne bohat parha, bohat parha.</w:t>
      </w:r>
      <w:r>
        <w:br/>
      </w:r>
      <w:r>
        <w:rPr>
          <w:sz w:val="20"/>
        </w:rPr>
        <w:t>47:40  yani English mein, Arabic mein, Urdu mein, Farsi mein aur Hindi mein bhi kitni kitaben parh dali.</w:t>
      </w:r>
      <w:r>
        <w:br/>
      </w:r>
      <w:r>
        <w:rPr>
          <w:sz w:val="20"/>
        </w:rPr>
        <w:t>47:47  ek zamanay mein mera yeh haal tha ke main sarak par chalta tha, Adab Garh mein, rastay mein</w:t>
      </w:r>
      <w:r>
        <w:br/>
      </w:r>
      <w:r>
        <w:rPr>
          <w:sz w:val="20"/>
        </w:rPr>
        <w:t>47:53  koi parha hua tha waraq, utha kar parhne laga.</w:t>
      </w:r>
      <w:r>
        <w:br/>
      </w:r>
      <w:r>
        <w:rPr>
          <w:sz w:val="20"/>
        </w:rPr>
        <w:t>47:59  library mein jata tha, main Mahtab library mein, wahan gard pari hoti. khol</w:t>
      </w:r>
      <w:r>
        <w:br/>
      </w:r>
      <w:r>
        <w:rPr>
          <w:sz w:val="20"/>
        </w:rPr>
        <w:t>48:05  khol kar gard hata kar kitaben parhta tha.</w:t>
      </w:r>
      <w:r>
        <w:br/>
      </w:r>
      <w:r>
        <w:rPr>
          <w:sz w:val="20"/>
        </w:rPr>
        <w:t>48:09  Shibli masjid mein parhta tha, main subah jata tha aur sham ko nikalta tha.</w:t>
      </w:r>
      <w:r>
        <w:br/>
      </w:r>
      <w:r>
        <w:rPr>
          <w:sz w:val="20"/>
        </w:rPr>
        <w:t>48:13  lekin apne tajrube mein kahoon ke koi ek kitab mujhe nahi mili jis ke jo mein kahoon ke</w:t>
      </w:r>
      <w:r>
        <w:br/>
      </w:r>
      <w:r>
        <w:rPr>
          <w:sz w:val="20"/>
        </w:rPr>
        <w:t>48:17  wo book of hikmat hai, wo mujhe nahi mili.</w:t>
      </w:r>
      <w:r>
        <w:br/>
      </w:r>
      <w:r>
        <w:rPr>
          <w:sz w:val="20"/>
        </w:rPr>
        <w:t>48:22  aap ko agar mili hai to aap bataiye, main is ka pata.</w:t>
      </w:r>
      <w:r>
        <w:br/>
      </w:r>
      <w:r>
        <w:rPr>
          <w:sz w:val="20"/>
        </w:rPr>
        <w:t>48:26  to main yahi kahoon ke hamari jo kitab hai, is ko parhiye.</w:t>
      </w:r>
      <w:r>
        <w:br/>
      </w:r>
      <w:r>
        <w:rPr>
          <w:sz w:val="20"/>
        </w:rPr>
        <w:t>48:30  bar bar parhiye, bar bar parhiye, bar bar parhiye. aur</w:t>
      </w:r>
      <w:r>
        <w:br/>
      </w:r>
      <w:r>
        <w:rPr>
          <w:sz w:val="20"/>
        </w:rPr>
        <w:t>48:35  mere tajrube mein hikmat ko janne ka koi doosra zariya maujood nahin hai. agar kisi ko hai, kisi ka nazdeek to woh mujhe us ka pata batae. abhi kal mein ne ek bahut bare aadmi ka ek lamba maqala parha. bahut lamba, pata nahin kitne safhon ka tha. yaani woh Musalmanon ki jo literary history hai, poore hazar saal ki, us par tabsarah tha woh. yaani Mus</w:t>
      </w:r>
      <w:r>
        <w:br/>
      </w:r>
      <w:r>
        <w:rPr>
          <w:sz w:val="20"/>
        </w:rPr>
        <w:t>49:05  Musalmanon ki hazar saala literature history par.</w:t>
      </w:r>
      <w:r>
        <w:br/>
      </w:r>
      <w:r>
        <w:rPr>
          <w:sz w:val="20"/>
        </w:rPr>
        <w:t>49:09  aur ek bhi is mein hikmat ki baat nahi.</w:t>
      </w:r>
      <w:r>
        <w:br/>
      </w:r>
      <w:r>
        <w:rPr>
          <w:sz w:val="20"/>
        </w:rPr>
        <w:t>49:13  sab maslay, misaal, maslay, misaal, maslay, misaal.</w:t>
      </w:r>
      <w:r>
        <w:br/>
      </w:r>
      <w:r>
        <w:rPr>
          <w:sz w:val="20"/>
        </w:rPr>
        <w:t>49:18  to mein kya karoon? mein yahi mashwara de sakta hoon ke aap hamari kitabein parhiye, bar bar parhiye.</w:t>
      </w:r>
      <w:r>
        <w:br/>
      </w:r>
      <w:r>
        <w:rPr>
          <w:sz w:val="20"/>
        </w:rPr>
        <w:t>49:22  aap english wale hain to aap spirit of islam parhiye.</w:t>
      </w:r>
      <w:r>
        <w:br/>
      </w:r>
      <w:r>
        <w:rPr>
          <w:sz w:val="20"/>
        </w:rPr>
        <w:t>49:26  urdu wale hain to risala monthly parhiye.</w:t>
      </w:r>
      <w:r>
        <w:br/>
      </w:r>
      <w:r>
        <w:rPr>
          <w:sz w:val="20"/>
        </w:rPr>
        <w:t>49:31  yeh mashwara de sakta hoon.</w:t>
      </w:r>
      <w:r>
        <w:br/>
      </w:r>
      <w:r>
        <w:rPr>
          <w:sz w:val="20"/>
        </w:rPr>
        <w:t>49:35  apne tajrube ki roshni mein koi doosra mashwara mere paas nahi hai.</w:t>
      </w:r>
    </w:p>
    <w:p>
      <w:pPr>
        <w:pStyle w:val="Heading2"/>
      </w:pPr>
      <w:r>
        <w:t>Discovering own vs others' mistakes</w:t>
      </w:r>
    </w:p>
    <w:p>
      <w:r>
        <w:rPr>
          <w:color w:val="666666"/>
          <w:sz w:val="18"/>
        </w:rPr>
        <w:t>Ethics &amp; Character · Living In Falsehood I December 15, 2013 · 2m 09s · at 1:03:35 · https://youtu.be/yD-ZtvlrFDw?t=3815</w:t>
      </w:r>
    </w:p>
    <w:p>
      <w:r>
        <w:rPr>
          <w:i/>
        </w:rPr>
        <w:t>“Often others' mistakes are quickly discovered, but one's own mistake is not discovered even upon thinking.”</w:t>
      </w:r>
    </w:p>
    <w:p>
      <w:r>
        <w:rPr>
          <w:sz w:val="20"/>
        </w:rPr>
        <w:t>1:03:35  maulana, agla sawal doha qatar se hai.</w:t>
      </w:r>
      <w:r>
        <w:br/>
      </w:r>
      <w:r>
        <w:rPr>
          <w:sz w:val="20"/>
        </w:rPr>
        <w:t>1:03:38  maulana abdul basit umri ne kiya hai, unhon ne likha hai: "maulana, aksar doosron ki ghltiyan fori discover hoti</w:t>
      </w:r>
      <w:r>
        <w:br/>
      </w:r>
      <w:r>
        <w:rPr>
          <w:sz w:val="20"/>
        </w:rPr>
        <w:t>1:03:46  hain, lekin apni ghlti sochne par bhi discover nahi hoti".</w:t>
      </w:r>
      <w:r>
        <w:br/>
      </w:r>
      <w:r>
        <w:rPr>
          <w:sz w:val="20"/>
        </w:rPr>
        <w:t>1:03:50  maulana, maulana, yeh kya masla hai? is ke baray mein aap hamein batayen.</w:t>
      </w:r>
      <w:r>
        <w:br/>
      </w:r>
      <w:r>
        <w:rPr>
          <w:sz w:val="20"/>
        </w:rPr>
        <w:t>1:03:55  dekhen, aadmi ke andar bohat zyada yeh bhara hua hai ke "i am right".</w:t>
      </w:r>
      <w:r>
        <w:br/>
      </w:r>
      <w:r>
        <w:rPr>
          <w:sz w:val="20"/>
        </w:rPr>
        <w:t>1:04:01  "i am right".</w:t>
      </w:r>
      <w:r>
        <w:br/>
      </w:r>
      <w:r>
        <w:rPr>
          <w:sz w:val="20"/>
        </w:rPr>
        <w:t>1:04:03  "i am wrong" yeh bhara hua nahi hai, apne aap ko sahi samajhna, yani righteous thinking, yeh bohat</w:t>
      </w:r>
      <w:r>
        <w:br/>
      </w:r>
      <w:r>
        <w:rPr>
          <w:sz w:val="20"/>
        </w:rPr>
        <w:t>1:04:11  bhara hua hai insaan ke andar.</w:t>
      </w:r>
      <w:r>
        <w:br/>
      </w:r>
      <w:r>
        <w:rPr>
          <w:sz w:val="20"/>
        </w:rPr>
        <w:t>1:04:13  to jab tak aap apne khilaaf sochne ka zehan develop na karen, tab tab tak aap nahi samajh</w:t>
      </w:r>
      <w:r>
        <w:br/>
      </w:r>
      <w:r>
        <w:rPr>
          <w:sz w:val="20"/>
        </w:rPr>
        <w:t>1:04:21  payenge.</w:t>
      </w:r>
      <w:r>
        <w:br/>
      </w:r>
      <w:r>
        <w:rPr>
          <w:sz w:val="20"/>
        </w:rPr>
        <w:t>1:04:22  yani anti-self thinking agar aap ke andar hogi, tab aisa hoga ke aap apne ghltiyon ko pakar</w:t>
      </w:r>
      <w:r>
        <w:br/>
      </w:r>
      <w:r>
        <w:rPr>
          <w:sz w:val="20"/>
        </w:rPr>
        <w:t>1:04:30  payenge.</w:t>
      </w:r>
      <w:r>
        <w:br/>
      </w:r>
      <w:r>
        <w:rPr>
          <w:sz w:val="20"/>
        </w:rPr>
        <w:t>1:04:32  to main samajhta hoon ke is ka ek tareeqa yeh hai ke ek to ek aap ke andar</w:t>
      </w:r>
      <w:r>
        <w:br/>
      </w:r>
      <w:r>
        <w:rPr>
          <w:sz w:val="20"/>
        </w:rPr>
        <w:t>1:04:39  anti-self thinking paida karen, doosri baat yeh honi chahiye ke doosra shakhs agar aap par criticize karta</w:t>
      </w:r>
      <w:r>
        <w:br/>
      </w:r>
      <w:r>
        <w:rPr>
          <w:sz w:val="20"/>
        </w:rPr>
        <w:t>1:04:47  hai to bohat positively leejye, react mat kijiye, kyunke doosra aadmi jo hai, woh kisi obsession mein</w:t>
      </w:r>
      <w:r>
        <w:br/>
      </w:r>
      <w:r>
        <w:rPr>
          <w:sz w:val="20"/>
        </w:rPr>
        <w:t>1:04:55  nahi hai aap ke baray mein.</w:t>
      </w:r>
      <w:r>
        <w:br/>
      </w:r>
      <w:r>
        <w:rPr>
          <w:sz w:val="20"/>
        </w:rPr>
        <w:t>1:04:57  aap ko dekhta hai, woh bohat hi, yani yani indifferent ho kar ke.</w:t>
      </w:r>
      <w:r>
        <w:br/>
      </w:r>
      <w:r>
        <w:rPr>
          <w:sz w:val="20"/>
        </w:rPr>
        <w:t>1:05:03  to kai baar aisa hota hai ke woh point out kar pata hai doosra aadmi.</w:t>
      </w:r>
      <w:r>
        <w:br/>
      </w:r>
      <w:r>
        <w:rPr>
          <w:sz w:val="20"/>
        </w:rPr>
        <w:t>1:05:09  to aadmi ke andar agar do sifat hain, ek to ek apna muhasba, jo kehte hain anti-self</w:t>
      </w:r>
      <w:r>
        <w:br/>
      </w:r>
      <w:r>
        <w:rPr>
          <w:sz w:val="20"/>
        </w:rPr>
        <w:t>1:05:17  thinking, muhasbe hi ka doosra naam hai anti-self thinking.</w:t>
      </w:r>
      <w:r>
        <w:br/>
      </w:r>
      <w:r>
        <w:rPr>
          <w:sz w:val="20"/>
        </w:rPr>
        <w:t>1:05:21  yeh ho.</w:t>
      </w:r>
      <w:r>
        <w:br/>
      </w:r>
      <w:r>
        <w:rPr>
          <w:sz w:val="20"/>
        </w:rPr>
        <w:t>1:05:23  aur doosri baat yeh ke criticism ko woh hamesha positive tor par le, criticism par provoke na ho,</w:t>
      </w:r>
      <w:r>
        <w:br/>
      </w:r>
      <w:r>
        <w:rPr>
          <w:sz w:val="20"/>
        </w:rPr>
        <w:t>1:05:31  criticism par ghussa na ho, criticism ko kisi ghlt maani mein na le.</w:t>
      </w:r>
      <w:r>
        <w:br/>
      </w:r>
      <w:r>
        <w:rPr>
          <w:sz w:val="20"/>
        </w:rPr>
        <w:t>1:05:36  yeh do siftain hain.</w:t>
      </w:r>
      <w:r>
        <w:br/>
      </w:r>
      <w:r>
        <w:rPr>
          <w:sz w:val="20"/>
        </w:rPr>
        <w:t>1:05:38  to yaqeeni taur par insan sachai tak pahunch sakta hai.</w:t>
      </w:r>
      <w:r>
        <w:br/>
      </w:r>
      <w:r>
        <w:rPr>
          <w:sz w:val="20"/>
        </w:rPr>
        <w:t>1:05:42  to it is to point formula.</w:t>
      </w:r>
    </w:p>
    <w:p>
      <w:pPr>
        <w:pStyle w:val="Heading2"/>
      </w:pPr>
      <w:r>
        <w:t>Do I need religion to be a good human?</w:t>
      </w:r>
    </w:p>
    <w:p>
      <w:r>
        <w:rPr>
          <w:color w:val="666666"/>
          <w:sz w:val="18"/>
        </w:rPr>
        <w:t>Ethics &amp; Character · Islam &amp; Prophet of Islam 21 Oct, 2012 - Maulana Wahiduddin Khan · 2m 04s · at 1:21:17 · https://youtu.be/2hwtfOyNeS0?t=4877</w:t>
      </w:r>
    </w:p>
    <w:p>
      <w:r>
        <w:rPr>
          <w:i/>
        </w:rPr>
        <w:t>“Do I need to follow a religion to be a good human being? What are the similarities in all religions? What does it take to be a good human being? Kindly comment.”</w:t>
      </w:r>
    </w:p>
    <w:p>
      <w:r>
        <w:rPr>
          <w:sz w:val="20"/>
        </w:rPr>
        <w:t>1:21:17  maulana, agla sawal Dilli se hai Mr. Partha Rathi ka. unhone likha hai: "do i need to follow a religion to be a good human being?</w:t>
      </w:r>
      <w:r>
        <w:br/>
      </w:r>
      <w:r>
        <w:rPr>
          <w:sz w:val="20"/>
        </w:rPr>
        <w:t>1:21:28  what are the similarities in all religions? what does it take to be a good human being? kindly comment." dekhiye, asal masla good human being ka nahi hai.</w:t>
      </w:r>
      <w:r>
        <w:br/>
      </w:r>
      <w:r>
        <w:rPr>
          <w:sz w:val="20"/>
        </w:rPr>
        <w:t>1:21:41  good human being to ek relative term hai. relative. aap ke zehn mein kuch hoga, mere zehn mein kuch hoga. woh ek relative term hai.</w:t>
      </w:r>
      <w:r>
        <w:br/>
      </w:r>
      <w:r>
        <w:rPr>
          <w:sz w:val="20"/>
        </w:rPr>
        <w:t>1:21:51  sahi soch yeh hai ke aap yeh sochen ke jo jis ne is duniya ko banaya hai, jo creator hai, us ki scheme of things kya hai?</w:t>
      </w:r>
      <w:r>
        <w:br/>
      </w:r>
      <w:r>
        <w:rPr>
          <w:sz w:val="20"/>
        </w:rPr>
        <w:t>1:22:04  aur us ke mutabiq mujhe kaisa banna hai? good human being relative term hai, uska koi aap accepted definition nahi pa sakte aap is ka.</w:t>
      </w:r>
      <w:r>
        <w:br/>
      </w:r>
      <w:r>
        <w:rPr>
          <w:sz w:val="20"/>
        </w:rPr>
        <w:t>1:22:15  isi liye jo akhlaq par jo kitaben likhi gayi hain, ethics par, bohat is mein ikhtilaf hai. to maine jo samjha hai, woh yeh hai ke sab se pehle aap ko janna pare ga ke creator ki scheme of things kya hai?</w:t>
      </w:r>
      <w:r>
        <w:br/>
      </w:r>
      <w:r>
        <w:rPr>
          <w:sz w:val="20"/>
        </w:rPr>
        <w:t>1:22:33  us ke nazdeek jo creation plan hai, woh kya hai? aur phir aap apne ko us ke mutabiq dhalen. kyunke dekhiye, har ek ko marna hai.</w:t>
      </w:r>
      <w:r>
        <w:br/>
      </w:r>
      <w:r>
        <w:rPr>
          <w:sz w:val="20"/>
        </w:rPr>
        <w:t>1:22:42  maut se koi bach nahi sakta. maut ke baad jo hai, hum ko isi creator se samna pesh aye ga. mere baap jo the, woh kaha karte the ke Khuda ka munh dikhana hai.</w:t>
      </w:r>
      <w:r>
        <w:br/>
      </w:r>
      <w:r>
        <w:rPr>
          <w:sz w:val="20"/>
        </w:rPr>
        <w:t>1:22:55  hamare baap jo the, woh kehte the Khuda ka munh dikhana hai. to har aadmi aakhir kar to wahin pohnche ga jahan Khuda se us ko samna pesh aye ga.</w:t>
      </w:r>
      <w:r>
        <w:br/>
      </w:r>
      <w:r>
        <w:rPr>
          <w:sz w:val="20"/>
        </w:rPr>
        <w:t>1:23:04  to Allah ki marzi ko janna, creator ki marzi ko janna, yeh asal cheez hai. us ko pata hai, apne ko mold karna. good human being ka jo criterion hai, woh ek ek relative criterion hai.</w:t>
      </w:r>
    </w:p>
    <w:p>
      <w:pPr>
        <w:pStyle w:val="Heading2"/>
      </w:pPr>
      <w:r>
        <w:t>Does Islam Permit Rejoicing at Someone's Death?</w:t>
      </w:r>
    </w:p>
    <w:p>
      <w:r>
        <w:rPr>
          <w:color w:val="666666"/>
          <w:sz w:val="18"/>
        </w:rPr>
        <w:t>Ethics &amp; Character · Age of Peace November 18, 2012 · 2m 42s · at 1:05:33 · https://youtu.be/Y9nkQnBqbrs?t=3933</w:t>
      </w:r>
    </w:p>
    <w:p>
      <w:r>
        <w:rPr>
          <w:i/>
        </w:rPr>
        <w:t>“On Bal Thackeray's death I saw rejoicing and celebration in the Muslim community, and one Muslim was congratulating another. On Facebook too, Muslims have written extensively against Bal Thackeray. Does Islam permit Muslims to rejoice at someone's death?”</w:t>
      </w:r>
    </w:p>
    <w:p>
      <w:r>
        <w:rPr>
          <w:sz w:val="20"/>
        </w:rPr>
        <w:t>1:05:33  maulana, agla sawal dilli se hai. shah imran hasan sahab ne kiya hai, unhone likha hai: "bal thakre ke nindhan par maine muslim samudaye mein harsh o ullas dekha".</w:t>
      </w:r>
      <w:r>
        <w:br/>
      </w:r>
      <w:r>
        <w:rPr>
          <w:sz w:val="20"/>
        </w:rPr>
        <w:t>1:05:45  kaha: "tatha ek muslim doosre muslim ko badhai de raha hai".</w:t>
      </w:r>
      <w:r>
        <w:br/>
      </w:r>
      <w:r>
        <w:rPr>
          <w:sz w:val="20"/>
        </w:rPr>
        <w:t>1:05:49  facebook par bhi musalmanon ne jam kar bal thakre ke khilaf likha hai. mera sawal yeh hai ke kya islam dharm musalmanon ko is ki anumati deta hai ke kisi ke nindhan par khushi manayein?</w:t>
      </w:r>
      <w:r>
        <w:br/>
      </w:r>
      <w:r>
        <w:rPr>
          <w:sz w:val="20"/>
        </w:rPr>
        <w:t>1:06:05  kripa kar ke aap islam ka dashtri kaun batayein? yeh jo musalmanon ne kiya hai, yeh bilkul haram hai. islam mein haram, is se kam lafz mein nahi bolunga.</w:t>
      </w:r>
      <w:r>
        <w:br/>
      </w:r>
      <w:r>
        <w:rPr>
          <w:sz w:val="20"/>
        </w:rPr>
        <w:t>1:06:16  dekhein, sahi tareeqa kya hai?</w:t>
      </w:r>
      <w:r>
        <w:br/>
      </w:r>
      <w:r>
        <w:rPr>
          <w:sz w:val="20"/>
        </w:rPr>
        <w:t>1:06:19  sahi tareeqa yeh hai ke jab ek insan marta hai to aap yaad karein ke is insan tak farz tha ke main Allah ka paigham pahunchaun, woh na pahuncha saka.</w:t>
      </w:r>
      <w:r>
        <w:br/>
      </w:r>
      <w:r>
        <w:rPr>
          <w:sz w:val="20"/>
        </w:rPr>
        <w:t>1:06:31  to Khuda agar mujh se pooche ke yeh banda mar gaya, tum ne kyun nahi pahunchaya us ko mera kalam? to main kya jawab dunga? main kya jawab dunga?</w:t>
      </w:r>
      <w:r>
        <w:br/>
      </w:r>
      <w:r>
        <w:rPr>
          <w:sz w:val="20"/>
        </w:rPr>
        <w:t>1:06:43  aur jab aap yeh sochenge to aap aap kya sochenge ke jo log ab tak zinda hain, kam az kam un par pahunchaun? main yeh sahi reaction hai.</w:t>
      </w:r>
      <w:r>
        <w:br/>
      </w:r>
      <w:r>
        <w:rPr>
          <w:sz w:val="20"/>
        </w:rPr>
        <w:t>1:06:55  yeh to bilkul jahalat hai, haram hai aur gunah hai islam mein jo kar rahe hain musalman. aap dekhein, apni zimmedari, apni responsibilities ko yaad karna islam ka tareeqa hai.</w:t>
      </w:r>
      <w:r>
        <w:br/>
      </w:r>
      <w:r>
        <w:rPr>
          <w:sz w:val="20"/>
        </w:rPr>
        <w:t>1:07:08  doosron ke aakhirat ka anjam kya hoga? aap ke aap ke domain mein nahi hai,</w:t>
      </w:r>
      <w:r>
        <w:br/>
      </w:r>
      <w:r>
        <w:rPr>
          <w:sz w:val="20"/>
        </w:rPr>
        <w:t>1:07:13  woh aap ke domain se bahar ki baat hai. marne wale ke sath aakhirat mein kya anjam hoga, woh aap ke domain ki baat hi nahi hai. is par kyun bolte hain?</w:t>
      </w:r>
      <w:r>
        <w:br/>
      </w:r>
      <w:r>
        <w:rPr>
          <w:sz w:val="20"/>
        </w:rPr>
        <w:t>1:07:24  aap aap ke domain ki baat jo hai, woh yeh hai ke aap yeh sochein ke ek insaan duniya mein jeeta tha, 86 years tak aaj duniya mein raha, 86 years, aur main us ko Allah ka kalam na pohncha saka.</w:t>
      </w:r>
      <w:r>
        <w:br/>
      </w:r>
      <w:r>
        <w:rPr>
          <w:sz w:val="20"/>
        </w:rPr>
        <w:t>1:07:39  to Allah agar mujh se pooche ke tum ne kyun nahi pohnchaya</w:t>
      </w:r>
      <w:r>
        <w:br/>
      </w:r>
      <w:r>
        <w:rPr>
          <w:sz w:val="20"/>
        </w:rPr>
        <w:t>1:07:43  ? 86 years tak tha, woh kyun nahi pohnchaya tum ne? to main kya jawab doon ga? aur phir aap yeh sochein ke chalo, ab jo log zinda hain, un ko main pohncha doon.</w:t>
      </w:r>
      <w:r>
        <w:br/>
      </w:r>
      <w:r>
        <w:rPr>
          <w:sz w:val="20"/>
        </w:rPr>
        <w:t>1:07:56  yeh hai sahi reaction. baqi jo reaction musalman dikha rahe hain, woh to apne domain ke bahar ja ke kar rahe hain. woh bilashuba gunah hai aur musalman hi pakre jayenge sab se pehle.</w:t>
      </w:r>
      <w:r>
        <w:br/>
      </w:r>
      <w:r>
        <w:rPr>
          <w:sz w:val="20"/>
        </w:rPr>
        <w:t>1:08:07  to tum ko kya haq tha ke Allah ke domain mein dakhil ho kar ke is tarah ki baatein karo?</w:t>
      </w:r>
    </w:p>
    <w:p>
      <w:pPr>
        <w:pStyle w:val="Heading2"/>
      </w:pPr>
      <w:r>
        <w:t>Does Islam teach its adherents to react?</w:t>
      </w:r>
    </w:p>
    <w:p>
      <w:r>
        <w:rPr>
          <w:color w:val="666666"/>
          <w:sz w:val="18"/>
        </w:rPr>
        <w:t>Ethics &amp; Character · Discovery of Modern Age I 10th Feb. 13 · 3m 24s · at 1:12:50 · https://youtu.be/Yp5T0KacY84?t=4370</w:t>
      </w:r>
    </w:p>
    <w:p>
      <w:r>
        <w:rPr>
          <w:i/>
        </w:rPr>
        <w:t>“Does Islam teach its adherents to react? What is your opinion on this?”</w:t>
      </w:r>
    </w:p>
    <w:p>
      <w:r>
        <w:rPr>
          <w:sz w:val="20"/>
        </w:rPr>
        <w:t>1:12:50  maulana, agla sawal dilli se hai mister rakesh ka.</w:t>
      </w:r>
      <w:r>
        <w:br/>
      </w:r>
      <w:r>
        <w:rPr>
          <w:sz w:val="20"/>
        </w:rPr>
        <w:t>1:12:55  انہوں نے آپ سے پوچھا ہے کہ "Does Islam teach its adherents to react?" What is your</w:t>
      </w:r>
      <w:r>
        <w:br/>
      </w:r>
      <w:r>
        <w:rPr>
          <w:sz w:val="20"/>
        </w:rPr>
        <w:t>1:13:01  opinion on this? kya matlab? ke jo islam ko follow karte hain, kya islam un ko react</w:t>
      </w:r>
      <w:r>
        <w:br/>
      </w:r>
      <w:r>
        <w:rPr>
          <w:sz w:val="20"/>
        </w:rPr>
        <w:t>1:13:07  karnay ki teachings deta hai? aap ka is pe kya opinion hai? yahan pe react ka matlab</w:t>
      </w:r>
      <w:r>
        <w:br/>
      </w:r>
      <w:r>
        <w:rPr>
          <w:sz w:val="20"/>
        </w:rPr>
        <w:t>1:13:12  maulana, yeh shayad negative sense mein pooch rahe hain.</w:t>
      </w:r>
      <w:r>
        <w:br/>
      </w:r>
      <w:r>
        <w:rPr>
          <w:sz w:val="20"/>
        </w:rPr>
        <w:t>1:13:18  meri to aap bar bar karte rahe ke reaction islam mein hai hi nahi.</w:t>
      </w:r>
      <w:r>
        <w:br/>
      </w:r>
      <w:r>
        <w:rPr>
          <w:sz w:val="20"/>
        </w:rPr>
        <w:t>1:13:24  is ko negative reaction islam mein hai nahin.</w:t>
      </w:r>
      <w:r>
        <w:br/>
      </w:r>
      <w:r>
        <w:rPr>
          <w:sz w:val="20"/>
        </w:rPr>
        <w:t>1:13:29  aaj bhi bani is pe bola.</w:t>
      </w:r>
      <w:r>
        <w:br/>
      </w:r>
      <w:r>
        <w:rPr>
          <w:sz w:val="20"/>
        </w:rPr>
        <w:t>1:13:35  یہ جو واقعہ ہوا، یہ that was a negative reaction.</w:t>
      </w:r>
      <w:r>
        <w:br/>
      </w:r>
      <w:r>
        <w:rPr>
          <w:sz w:val="20"/>
        </w:rPr>
        <w:t>1:13:41  to negative reaction to islam mein jaiz hi nahin.</w:t>
      </w:r>
      <w:r>
        <w:br/>
      </w:r>
      <w:r>
        <w:rPr>
          <w:sz w:val="20"/>
        </w:rPr>
        <w:t>1:13:46  yeh jaiz hi nahin hai.</w:t>
      </w:r>
      <w:r>
        <w:br/>
      </w:r>
      <w:r>
        <w:rPr>
          <w:sz w:val="20"/>
        </w:rPr>
        <w:t>1:13:52  kaun sa sawal? maulana, ek aur sawal aaya hai pune se.</w:t>
      </w:r>
      <w:r>
        <w:br/>
      </w:r>
      <w:r>
        <w:rPr>
          <w:sz w:val="20"/>
        </w:rPr>
        <w:t>1:13:58  jinhon ne bheja, unhon ne naam nahin likha hai, but woh yeh aap se poochhna chah rahe hain</w:t>
      </w:r>
      <w:r>
        <w:br/>
      </w:r>
      <w:r>
        <w:rPr>
          <w:sz w:val="20"/>
        </w:rPr>
        <w:t>1:14:04  ke kya islam suicide bombing ko permit karta hai? bilkul haram hai.</w:t>
      </w:r>
      <w:r>
        <w:br/>
      </w:r>
      <w:r>
        <w:rPr>
          <w:sz w:val="20"/>
        </w:rPr>
        <w:t>1:14:09  is mein poochhne ki baat hi nahin.</w:t>
      </w:r>
      <w:r>
        <w:br/>
      </w:r>
      <w:r>
        <w:rPr>
          <w:sz w:val="20"/>
        </w:rPr>
        <w:t>1:14:15  islam mein har qism ki khudkushi haram hai, chahe suicide bombing ho.</w:t>
      </w:r>
      <w:r>
        <w:br/>
      </w:r>
      <w:r>
        <w:rPr>
          <w:sz w:val="20"/>
        </w:rPr>
        <w:t>1:14:21  yeh talwar se apne ko kaat len aap aur revolver chala len.</w:t>
      </w:r>
      <w:r>
        <w:br/>
      </w:r>
      <w:r>
        <w:rPr>
          <w:sz w:val="20"/>
        </w:rPr>
        <w:t>1:14:26  koi bhi excuse nahin hai jis ki wajah se aap suicide bombing, yeh to baaz ulma ne fatwe</w:t>
      </w:r>
      <w:r>
        <w:br/>
      </w:r>
      <w:r>
        <w:rPr>
          <w:sz w:val="20"/>
        </w:rPr>
        <w:t>1:14:32  diye hain, woh mein is fatwe ko bilkul galat samajhta hoon.</w:t>
      </w:r>
      <w:r>
        <w:br/>
      </w:r>
      <w:r>
        <w:rPr>
          <w:sz w:val="20"/>
        </w:rPr>
        <w:t>1:14:38  qat'an jaiz hi nahin hai suicide bombing.</w:t>
      </w:r>
      <w:r>
        <w:br/>
      </w:r>
      <w:r>
        <w:rPr>
          <w:sz w:val="20"/>
        </w:rPr>
        <w:t>1:14:43  yani absolute sense mein woh ناجائز hai.</w:t>
      </w:r>
      <w:r>
        <w:br/>
      </w:r>
      <w:r>
        <w:rPr>
          <w:sz w:val="20"/>
        </w:rPr>
        <w:t>1:14:49  misalan kuch ulma kehte hain ke falasteen mein jaiz hai.</w:t>
      </w:r>
      <w:r>
        <w:br/>
      </w:r>
      <w:r>
        <w:rPr>
          <w:sz w:val="20"/>
        </w:rPr>
        <w:t>1:14:55  yeh bilkul stupid fatwa hai.</w:t>
      </w:r>
      <w:r>
        <w:br/>
      </w:r>
      <w:r>
        <w:rPr>
          <w:sz w:val="20"/>
        </w:rPr>
        <w:t>1:15:00  yeh aise hi se koi kahe ke theek hai, masjid mein sahib peena ناجائز hai, lekin mandir mein</w:t>
      </w:r>
      <w:r>
        <w:br/>
      </w:r>
      <w:r>
        <w:rPr>
          <w:sz w:val="20"/>
        </w:rPr>
        <w:t>1:15:06  ja ke pee sakte ho.</w:t>
      </w:r>
      <w:r>
        <w:br/>
      </w:r>
      <w:r>
        <w:rPr>
          <w:sz w:val="20"/>
        </w:rPr>
        <w:t>1:15:12  yeh koi baat hai? yeh yeh koi fatwa hai? yeh yeh koi fatwa nahin hai, bilkul nahin.</w:t>
      </w:r>
      <w:r>
        <w:br/>
      </w:r>
      <w:r>
        <w:rPr>
          <w:sz w:val="20"/>
        </w:rPr>
        <w:t>1:15:17  baseless baat hai.</w:t>
      </w:r>
      <w:r>
        <w:br/>
      </w:r>
      <w:r>
        <w:rPr>
          <w:sz w:val="20"/>
        </w:rPr>
        <w:t>1:15:23  aap falasteen mein ja kar tableegh kijiye.</w:t>
      </w:r>
      <w:r>
        <w:br/>
      </w:r>
      <w:r>
        <w:rPr>
          <w:sz w:val="20"/>
        </w:rPr>
        <w:t>1:15:29  yani ek hi kaam aap ke paas hai ke bomb maaren, wahan quran pahunchayen logon ko.</w:t>
      </w:r>
      <w:r>
        <w:br/>
      </w:r>
      <w:r>
        <w:rPr>
          <w:sz w:val="20"/>
        </w:rPr>
        <w:t>1:15:35  hamare saathi wahan ja kar quran pahunchate hain.</w:t>
      </w:r>
      <w:r>
        <w:br/>
      </w:r>
      <w:r>
        <w:rPr>
          <w:sz w:val="20"/>
        </w:rPr>
        <w:t>1:15:40  yeh kaun sa fatwa hai ke ja kar woh apne ko halak karo, unhein maaro? yeh kaun sa</w:t>
      </w:r>
      <w:r>
        <w:br/>
      </w:r>
      <w:r>
        <w:rPr>
          <w:sz w:val="20"/>
        </w:rPr>
        <w:t>1:15:46  fatwa hai? yeh fatwa nahin hai, yeh to bilkul senseless baat hai.</w:t>
      </w:r>
      <w:r>
        <w:br/>
      </w:r>
      <w:r>
        <w:rPr>
          <w:sz w:val="20"/>
        </w:rPr>
        <w:t>1:15:52  is ka fatwa se koi talluq nahi hai.</w:t>
      </w:r>
      <w:r>
        <w:br/>
      </w:r>
      <w:r>
        <w:rPr>
          <w:sz w:val="20"/>
        </w:rPr>
        <w:t>1:15:57  aap falasteen ho ya kashmir ho ya dunya mein kahin bhi ho, aap ke liye open hai, bilkul.</w:t>
      </w:r>
      <w:r>
        <w:br/>
      </w:r>
      <w:r>
        <w:rPr>
          <w:sz w:val="20"/>
        </w:rPr>
        <w:t>1:16:03  aap ja ke un ko quran pohnchaiye, un ko deen pohnchaiye, tableegh kijiye.</w:t>
      </w:r>
      <w:r>
        <w:br/>
      </w:r>
      <w:r>
        <w:rPr>
          <w:sz w:val="20"/>
        </w:rPr>
        <w:t>1:16:09  phir zahir hai suicide bombing ki zaroorat hi kya hai? kyon apne ko maarein aap? kyon aap apne</w:t>
      </w:r>
    </w:p>
    <w:p>
      <w:pPr>
        <w:pStyle w:val="Heading2"/>
      </w:pPr>
      <w:r>
        <w:t>Explaining the Meaning of Personality Cult</w:t>
      </w:r>
    </w:p>
    <w:p>
      <w:r>
        <w:rPr>
          <w:color w:val="666666"/>
          <w:sz w:val="18"/>
        </w:rPr>
        <w:t>Ethics &amp; Character · Revival of Islam March 23, 2014 · 4m 04s · at 51:26 · https://youtu.be/Wc4Vsc4u1JI?t=3086</w:t>
      </w:r>
    </w:p>
    <w:p>
      <w:r>
        <w:rPr>
          <w:i/>
        </w:rPr>
        <w:t>“Please explain what is meant by personality cult (شخصیت پرستی).”</w:t>
      </w:r>
    </w:p>
    <w:p>
      <w:r>
        <w:rPr>
          <w:sz w:val="20"/>
        </w:rPr>
        <w:t>51:26  . Maulana, agla sawal Dr. Fareeda Khanam ne bheja hai Delhi se. unhone likha hai: "Please explain what is meant by shakhsiyat parasti, that is personality cult, is k bare mein batayein."</w:t>
      </w:r>
      <w:r>
        <w:br/>
      </w:r>
      <w:r>
        <w:rPr>
          <w:sz w:val="20"/>
        </w:rPr>
        <w:t>51:47  dekhiye, is mein aik bohat hi ahem masla yeh hai k shakhsiyat parasti aur itraaf dono bohat hi zyada aik thin line dono k beech mein hain.</w:t>
      </w:r>
      <w:r>
        <w:br/>
      </w:r>
      <w:r>
        <w:rPr>
          <w:sz w:val="20"/>
        </w:rPr>
        <w:t>52:00  kai log itraaf is liye nahi kar paate k kai shakhsiyat parasti na ho. nateeja kya hota hai? k woh apne ko tabah kar lete hain. itraaf to farz hai.</w:t>
      </w:r>
      <w:r>
        <w:br/>
      </w:r>
      <w:r>
        <w:rPr>
          <w:sz w:val="20"/>
        </w:rPr>
        <w:t>52:12  yaad rakhiye, itraaf farz. Alhamdulillah, Rabb-ul-Alameen, itraaf ka kalma hai. woh</w:t>
      </w:r>
      <w:r>
        <w:br/>
      </w:r>
      <w:r>
        <w:rPr>
          <w:sz w:val="20"/>
        </w:rPr>
        <w:t>52:18  aap ko itraaf karna hi parega, warna aap ki aap ka development nahi hoga, aap ki shakhsiyat ka irtaqa nahi hoga. aap ko rabbaniyat ka bilkul yani sabay khabar rahenge aap.</w:t>
      </w:r>
      <w:r>
        <w:br/>
      </w:r>
      <w:r>
        <w:rPr>
          <w:sz w:val="20"/>
        </w:rPr>
        <w:t>52:34  to mein manta hoon k shakhsiyat parasti aur itraaf bohat aik thin line dono k beech mein hai. lekin is ko aap paar karna parega.</w:t>
      </w:r>
      <w:r>
        <w:br/>
      </w:r>
      <w:r>
        <w:rPr>
          <w:sz w:val="20"/>
        </w:rPr>
        <w:t>52:42  aap ko</w:t>
      </w:r>
      <w:r>
        <w:br/>
      </w:r>
      <w:r>
        <w:rPr>
          <w:sz w:val="20"/>
        </w:rPr>
        <w:t>52:43  is dar se k kai shakhs shakhs parasti na ho to apne ko halak kar lenge aap.</w:t>
      </w:r>
      <w:r>
        <w:br/>
      </w:r>
      <w:r>
        <w:rPr>
          <w:sz w:val="20"/>
        </w:rPr>
        <w:t>52:51  to itraaf hi ko doosre log keh dete hain k dekho, yeh to shakhsiyat parasti ki baat kar rahe hain. halankay woh itraaf hota hai. itraaf mani acknowledge karna.</w:t>
      </w:r>
      <w:r>
        <w:br/>
      </w:r>
      <w:r>
        <w:rPr>
          <w:sz w:val="20"/>
        </w:rPr>
        <w:t>53:03  kisi se aap ko sachai mile, hidayat mile to aap ko itraaf karna hi karna parega. aap ko acknowledge karna hoga. bila ma shukra linnasi lamma shukra llah</w:t>
      </w:r>
      <w:r>
        <w:br/>
      </w:r>
      <w:r>
        <w:rPr>
          <w:sz w:val="20"/>
        </w:rPr>
        <w:t>53:13  to eteraaf bahut bari neki hai, bahut bara virtue hai, bahut bari ibadat hai. ek baat yeh hai. doosri baat dekhiye, shakhsiat parasti ki definition kya hai?</w:t>
      </w:r>
      <w:r>
        <w:br/>
      </w:r>
      <w:r>
        <w:rPr>
          <w:sz w:val="20"/>
        </w:rPr>
        <w:t>53:28  shakhsiat parasti ki difference yeh hai ke agar aap kisi shakhs ke baray mein is quality ko farz kar lein jo quality Allah ki hai, tab yeh shakhs parasti hai.</w:t>
      </w:r>
      <w:r>
        <w:br/>
      </w:r>
      <w:r>
        <w:rPr>
          <w:sz w:val="20"/>
        </w:rPr>
        <w:t>53:41  masla yeh hai ke aap kahein ke is ke karne se beta paida ho jaye ga, is ke karne se business chal jaye ga,</w:t>
      </w:r>
      <w:r>
        <w:br/>
      </w:r>
      <w:r>
        <w:rPr>
          <w:sz w:val="20"/>
        </w:rPr>
        <w:t>53:49  is ke karne se job mil jaye ga. yaani jaisa ke maine aware kiya ke Allah all powerful hai. qudrat ya power sab Allah ke ki cheez hai.</w:t>
      </w:r>
      <w:r>
        <w:br/>
      </w:r>
      <w:r>
        <w:rPr>
          <w:sz w:val="20"/>
        </w:rPr>
        <w:t>54:03  to agar aap kisi shakhs ke baray mein yeh mannay lagein ke is ko koi woh cheez hasil hai jo jo Allah ko hasil hoti hai, yaani qudrat, to woh shakhs parasti hai.</w:t>
      </w:r>
      <w:r>
        <w:br/>
      </w:r>
      <w:r>
        <w:rPr>
          <w:sz w:val="20"/>
        </w:rPr>
        <w:t>54:13  otherwise, woh eteraaf hai, acknowledge karna hai.</w:t>
      </w:r>
      <w:r>
        <w:br/>
      </w:r>
      <w:r>
        <w:rPr>
          <w:sz w:val="20"/>
        </w:rPr>
        <w:t>54:19  to shakhsiyat parasti jo hai, woh bilashuba ghair matloob hai. lekin eteraaf to bilashuba matloob hai.</w:t>
      </w:r>
      <w:r>
        <w:br/>
      </w:r>
      <w:r>
        <w:rPr>
          <w:sz w:val="20"/>
        </w:rPr>
        <w:t>54:31  eteraaf is baat ka hota hai ke aap ko kisi se hidayat mili, kisi se sachai mili, kisi ne aap ki aankhein kholin, kisi ne aap ko wisdom diya, kisi ne aap ko baseerat di.</w:t>
      </w:r>
      <w:r>
        <w:br/>
      </w:r>
      <w:r>
        <w:rPr>
          <w:sz w:val="20"/>
        </w:rPr>
        <w:t>54:41  woh bharpoor eteraaf karna chahiye, open eteraaf, openly eteraaf. yeh is ka kuch bhi ta'alluq shakhsiyat parasti se nahi hai.</w:t>
      </w:r>
      <w:r>
        <w:br/>
      </w:r>
      <w:r>
        <w:rPr>
          <w:sz w:val="20"/>
        </w:rPr>
        <w:t>54:51  shakhsiyat parasti woh hai jab ke aap kisi insaan ke baray mein yeh maanein ke is ko koi khaas qudrat hasil hai, is ke munh se jo nikal jaye ga, woh tareekh ko badal de ga.</w:t>
      </w:r>
      <w:r>
        <w:br/>
      </w:r>
      <w:r>
        <w:rPr>
          <w:sz w:val="20"/>
        </w:rPr>
        <w:t>55:04  yeh sab gumrahi hai.</w:t>
      </w:r>
      <w:r>
        <w:br/>
      </w:r>
      <w:r>
        <w:rPr>
          <w:sz w:val="20"/>
        </w:rPr>
        <w:t>55:07  to aap bharpoor eteraaf kijiye aur kisi ke baray mein yeh mat maanein ke is ko koi qudrat hasil hai, is ke karne se kuch tareekh badal jaye gi, is ke karne se logon ki qismatein badal jayen gi.</w:t>
      </w:r>
      <w:r>
        <w:br/>
      </w:r>
      <w:r>
        <w:rPr>
          <w:sz w:val="20"/>
        </w:rPr>
        <w:t>55:23  yeh mana maniye, kyunke woh hai shakhsiyat parasti.</w:t>
      </w:r>
    </w:p>
    <w:p>
      <w:pPr>
        <w:pStyle w:val="Heading2"/>
      </w:pPr>
      <w:r>
        <w:t>Forgiving and adjusting as love of God</w:t>
      </w:r>
    </w:p>
    <w:p>
      <w:r>
        <w:rPr>
          <w:color w:val="666666"/>
          <w:sz w:val="18"/>
        </w:rPr>
        <w:t>Ethics &amp; Character · Love of God 19 Sept 2021 - Prof. Farida Khanam · 4m 34s · at 23:54 · https://youtu.be/mpGeGz_Cfrw?t=1434</w:t>
      </w:r>
    </w:p>
    <w:p>
      <w:r>
        <w:rPr>
          <w:i/>
        </w:rPr>
        <w:t>“Is forgiving someone and adjusting with others' weaknesses for the sake of God also in accordance with love of God? What is your comment on this?”</w:t>
      </w:r>
    </w:p>
    <w:p>
      <w:r>
        <w:rPr>
          <w:sz w:val="20"/>
        </w:rPr>
        <w:t>23:54  are underestimating the prophetic role of prophet muhammad. ah, miss naima khan ne mumbai se likha hai: "allah has also invited us to look within our self. there are plenty of favors within our self to discover our rab." yeh kuch comments thay apa. ab mein sawal lena chahunga. yeh sawal pehla sawal indore se aya hai miss saba malik ka, aur unho</w:t>
      </w:r>
      <w:r>
        <w:br/>
      </w:r>
      <w:r>
        <w:rPr>
          <w:sz w:val="20"/>
        </w:rPr>
        <w:t>24:24  ne likha hai ke: "is forgiving someone or adjusting with other weaknesses for the sake of god</w:t>
      </w:r>
      <w:r>
        <w:br/>
      </w:r>
      <w:r>
        <w:rPr>
          <w:sz w:val="20"/>
        </w:rPr>
        <w:t>24:32  is also akin to love of god." what is your comment on this? bilkul sahi baat hai.</w:t>
      </w:r>
      <w:r>
        <w:br/>
      </w:r>
      <w:r>
        <w:rPr>
          <w:sz w:val="20"/>
        </w:rPr>
        <w:t>24:40  khuda ke liye ap jo bhi kaam karen, is ka matlab hai ke ap khuda se mohabbat karte</w:t>
      </w:r>
      <w:r>
        <w:br/>
      </w:r>
      <w:r>
        <w:rPr>
          <w:sz w:val="20"/>
        </w:rPr>
        <w:t>24:49  ہیں، ورنہ اپ کیوں؟ اپ اپ اپنی desires کو وہ کریں گے؟</w:t>
      </w:r>
      <w:r>
        <w:br/>
      </w:r>
      <w:r>
        <w:rPr>
          <w:sz w:val="20"/>
        </w:rPr>
        <w:t>24:57  theek hai, theek hai.</w:t>
      </w:r>
      <w:r>
        <w:br/>
      </w:r>
      <w:r>
        <w:rPr>
          <w:sz w:val="20"/>
        </w:rPr>
        <w:t>25:01  آپ اپنی desires کو فالو کریں گے، آپ کیوں خدا کو فالو کریں گے؟ اسی لیے کہ آپ</w:t>
      </w:r>
      <w:r>
        <w:br/>
      </w:r>
      <w:r>
        <w:rPr>
          <w:sz w:val="20"/>
        </w:rPr>
        <w:t>25:04  khuda se mohabbat karte hain, aur khuda ne hukum diya hai forgiveness ka.</w:t>
      </w:r>
      <w:r>
        <w:br/>
      </w:r>
      <w:r>
        <w:rPr>
          <w:sz w:val="20"/>
        </w:rPr>
        <w:t>25:08  wo to quran mein bhi hai ke jo log ghusse ke waqt maaf kar dete hain, to yeh</w:t>
      </w:r>
      <w:r>
        <w:br/>
      </w:r>
      <w:r>
        <w:rPr>
          <w:sz w:val="20"/>
        </w:rPr>
        <w:t>25:12  to bohat hi rewardable act hai, aur ap khuda ke liye karen.</w:t>
      </w:r>
      <w:r>
        <w:br/>
      </w:r>
      <w:r>
        <w:rPr>
          <w:sz w:val="20"/>
        </w:rPr>
        <w:t>25:16  ab yeh hai ke har kaam mein yeh hota hai ke hum khuda ke liye kar rahe hain</w:t>
      </w:r>
      <w:r>
        <w:br/>
      </w:r>
      <w:r>
        <w:rPr>
          <w:sz w:val="20"/>
        </w:rPr>
        <w:t>25:20  ya kisi aur maqsad ke liye kar rahe hain.</w:t>
      </w:r>
      <w:r>
        <w:br/>
      </w:r>
      <w:r>
        <w:rPr>
          <w:sz w:val="20"/>
        </w:rPr>
        <w:t>25:23  agar ap khuda ke liye kar rahe hain to yeh bohat bara rewardy</w:t>
      </w:r>
      <w:r>
        <w:br/>
      </w:r>
      <w:r>
        <w:rPr>
          <w:sz w:val="20"/>
        </w:rPr>
        <w:t>25:27  able act hai, aur khuda se mohabbat ki daleel hai.</w:t>
      </w:r>
      <w:r>
        <w:br/>
      </w:r>
      <w:r>
        <w:rPr>
          <w:sz w:val="20"/>
        </w:rPr>
        <w:t>25:33  Ah, upper just to add, ah, ah, I would say that you know the very fact that a</w:t>
      </w:r>
      <w:r>
        <w:br/>
      </w:r>
      <w:r>
        <w:rPr>
          <w:sz w:val="20"/>
        </w:rPr>
        <w:t>25:39  person is forgiving and adjusting with other person.</w:t>
      </w:r>
      <w:r>
        <w:br/>
      </w:r>
      <w:r>
        <w:rPr>
          <w:sz w:val="20"/>
        </w:rPr>
        <w:t>25:45  That is in itself a proof that you know how much immense love that person has for God.</w:t>
      </w:r>
      <w:r>
        <w:br/>
      </w:r>
      <w:r>
        <w:rPr>
          <w:sz w:val="20"/>
        </w:rPr>
        <w:t>25:51  and i just want to share a beautiful hadith in this regard. ah, once</w:t>
      </w:r>
      <w:r>
        <w:br/>
      </w:r>
      <w:r>
        <w:rPr>
          <w:sz w:val="20"/>
        </w:rPr>
        <w:t>25:57  The Prophet said: "Ah, O my son, if you can pass your morning and evening without having any grudge</w:t>
      </w:r>
      <w:r>
        <w:br/>
      </w:r>
      <w:r>
        <w:rPr>
          <w:sz w:val="20"/>
        </w:rPr>
        <w:t>26:05  in your heart against anyone, then please do so." and then prophet further added that: "this is</w:t>
      </w:r>
      <w:r>
        <w:br/>
      </w:r>
      <w:r>
        <w:rPr>
          <w:sz w:val="20"/>
        </w:rPr>
        <w:t>26:12  my sunnah, and who so ever love my sunnah, love me, and who so ever love me, ah,</w:t>
      </w:r>
      <w:r>
        <w:br/>
      </w:r>
      <w:r>
        <w:rPr>
          <w:sz w:val="20"/>
        </w:rPr>
        <w:t>26:20  will be in paradise with me." ah, so this is you know</w:t>
      </w:r>
      <w:r>
        <w:br/>
      </w:r>
      <w:r>
        <w:rPr>
          <w:sz w:val="20"/>
        </w:rPr>
        <w:t>26:28  a beautiful hadith.</w:t>
      </w:r>
      <w:r>
        <w:br/>
      </w:r>
      <w:r>
        <w:rPr>
          <w:sz w:val="20"/>
        </w:rPr>
        <w:t>26:33  and ah, i remember molana always used to say even ah in the end of his times, there</w:t>
      </w:r>
      <w:r>
        <w:br/>
      </w:r>
      <w:r>
        <w:rPr>
          <w:sz w:val="20"/>
        </w:rPr>
        <w:t>26:38  ar several videos that he had, and he keep saying that: "I have no grudge against anyone,</w:t>
      </w:r>
      <w:r>
        <w:br/>
      </w:r>
      <w:r>
        <w:rPr>
          <w:sz w:val="20"/>
        </w:rPr>
        <w:t>26:43  I have no malice, no hate, no negativity." And he used to often tell us that: "this is</w:t>
      </w:r>
      <w:r>
        <w:br/>
      </w:r>
      <w:r>
        <w:rPr>
          <w:sz w:val="20"/>
        </w:rPr>
        <w:t>26:48  one prime reason that why he gets new ideas, uh, or uh, you know inspiration from God Almighty."</w:t>
      </w:r>
      <w:r>
        <w:br/>
      </w:r>
      <w:r>
        <w:rPr>
          <w:sz w:val="20"/>
        </w:rPr>
        <w:t>26:53  so this is a very directional</w:t>
      </w:r>
      <w:r>
        <w:br/>
      </w:r>
      <w:r>
        <w:rPr>
          <w:sz w:val="20"/>
        </w:rPr>
        <w:t>26:58  hadith for all of us that we should not have any grudge against anyone. ah, what better can it be that if we don't have grudge in our hearts, and we get to live with prophet in paradise? isi par ek baat mujhe bhi yaad aayi. ji, ek baar rasool allah sallallahu alaihi wasallam baithe hue the to ek aadmi aise hi jo passer bhai hote hain, woh guzar raha tha wahan se. to rasool allah sallallahu alaihi wasallam ne kaha ke yeh</w:t>
      </w:r>
      <w:r>
        <w:br/>
      </w:r>
      <w:r>
        <w:rPr>
          <w:sz w:val="20"/>
        </w:rPr>
        <w:t>27:28  aadmi jannati hai. to logon ko bahut curiosity hui ke aakhir is ke andar kya khaas baat hai. to do teen log wahan par, wahan par aisa tha pehle zamane mein ke teen din ke liye koi kahin bhi ja sakta tha. to ek aadmi gaye wahan, teen din thehre kyunke woh zamana tha jab koi sarai nahi thi, hotel nahi tha. to yeh ek tradition chali aa rahi thi, teen din woh kahin bhi theher sakta tha. to woh teen din thehre aur dekhne ke liye ke is ke andar</w:t>
      </w:r>
      <w:r>
        <w:br/>
      </w:r>
      <w:r>
        <w:rPr>
          <w:sz w:val="20"/>
        </w:rPr>
        <w:t>27:58  kya khaas baat hai ke rasool Allah salallaho alaihi wasallam ne is ko dunya mein hi jannat</w:t>
      </w:r>
      <w:r>
        <w:br/>
      </w:r>
      <w:r>
        <w:rPr>
          <w:sz w:val="20"/>
        </w:rPr>
        <w:t>28:02  ke ka woh bata diya hai ke woh jannat mein jayega.</w:t>
      </w:r>
      <w:r>
        <w:br/>
      </w:r>
      <w:r>
        <w:rPr>
          <w:sz w:val="20"/>
        </w:rPr>
        <w:t>28:06  to teen din jab ho gaya to unhon ne kaha ke main aaya tha dekhne ke liye ke</w:t>
      </w:r>
      <w:r>
        <w:br/>
      </w:r>
      <w:r>
        <w:rPr>
          <w:sz w:val="20"/>
        </w:rPr>
        <w:t>28:11  tumhare andar kya khaas baat hai.</w:t>
      </w:r>
      <w:r>
        <w:br/>
      </w:r>
      <w:r>
        <w:rPr>
          <w:sz w:val="20"/>
        </w:rPr>
        <w:t>28:15  rasool Allah salallaho alaihi wasallam ne aise kaha tha.</w:t>
      </w:r>
      <w:r>
        <w:br/>
      </w:r>
      <w:r>
        <w:rPr>
          <w:sz w:val="20"/>
        </w:rPr>
        <w:t>28:19  to us ne kaha ke ke main, main wohi hai, namaz roza to wohi hai jo sab log</w:t>
      </w:r>
      <w:r>
        <w:br/>
      </w:r>
      <w:r>
        <w:rPr>
          <w:sz w:val="20"/>
        </w:rPr>
        <w:t>28:24  karte hain, bas yeh ke main</w:t>
      </w:r>
    </w:p>
    <w:p>
      <w:pPr>
        <w:pStyle w:val="Heading2"/>
      </w:pPr>
      <w:r>
        <w:t>Greeting non-Muslims with Namaste or Salaam</w:t>
      </w:r>
    </w:p>
    <w:p>
      <w:r>
        <w:rPr>
          <w:color w:val="666666"/>
          <w:sz w:val="18"/>
        </w:rPr>
        <w:t>Ethics &amp; Character · Islam &amp; Prophet of Islam 21 Oct, 2012 - Maulana Wahiduddin Khan · 2m 21s · at 1:27:41 · https://youtu.be/2hwtfOyNeS0?t=5261</w:t>
      </w:r>
    </w:p>
    <w:p>
      <w:r>
        <w:rPr>
          <w:i/>
        </w:rPr>
        <w:t>“As it is said that one should greet non-Muslims, can we say Namaste and also say Salaam to non-Muslims? Please tell me about this.”</w:t>
      </w:r>
    </w:p>
    <w:p>
      <w:r>
        <w:rPr>
          <w:sz w:val="20"/>
        </w:rPr>
        <w:t>1:27:41  is mein koi shaq nahi. maulana, yeh sawal aaya hai dilli se muhammad ans sahab ka. unhon ne likha hai: "maulana, jaisa ke kehte hain ke ghair muslim ko aadab karna chahiye, kya hum namaste kar sakte hain aur salam bhi kar sakte hain ghair muslim logon ko?</w:t>
      </w:r>
      <w:r>
        <w:br/>
      </w:r>
      <w:r>
        <w:rPr>
          <w:sz w:val="20"/>
        </w:rPr>
        <w:t>1:28:01  is ke bare mein bataein." salam bhi kijiye, namaste bhi kijiye, aadab bhi kijiye, good morning jaisa mauqa ho. salam to dua hai.</w:t>
      </w:r>
      <w:r>
        <w:br/>
      </w:r>
      <w:r>
        <w:rPr>
          <w:sz w:val="20"/>
        </w:rPr>
        <w:t>1:28:12  aap ghair muslim na bhi banein tab bhi ghar mein pahunch kar dua kijiye ke Allah salamat rakhe. yeh izhar khair khwahi hai. yeh to karni hai aap ko.</w:t>
      </w:r>
      <w:r>
        <w:br/>
      </w:r>
      <w:r>
        <w:rPr>
          <w:sz w:val="20"/>
        </w:rPr>
        <w:t>1:28:23  is mein koi farq nahi karna aap ko ghair muslim aur muslim mein. har ek ke liye aap ko dua karna hai. har ek ke liye aap ke dil mein peace hona hai. jo log samajhte hain ke ghair muslimon ko salam nahi kiya ja sakta, galat samajhte hain is ko.</w:t>
      </w:r>
      <w:r>
        <w:br/>
      </w:r>
      <w:r>
        <w:rPr>
          <w:sz w:val="20"/>
        </w:rPr>
        <w:t>1:28:39  yeh to masla hai. kitabon mein maujood hai yeh baat ke salam sab ko kiya ja sakta hai. aur karte hi hain, dekhiye. namaz aap padhte hain paanch waqt to kya hota hai?</w:t>
      </w:r>
      <w:r>
        <w:br/>
      </w:r>
      <w:r>
        <w:rPr>
          <w:sz w:val="20"/>
        </w:rPr>
        <w:t>1:28:51  namaz jab khatam hoti hai, aap kehte hain: "assalamu alaikum wa rahmatullah". "assalamu alaikum wa rahmatullah". to kya idhar se musalman hote hain? idhar se musalman hote hain?</w:t>
      </w:r>
      <w:r>
        <w:br/>
      </w:r>
      <w:r>
        <w:rPr>
          <w:sz w:val="20"/>
        </w:rPr>
        <w:t>1:29:00  saare log hote hain. yaani dono taraf rukh kar ke tamam namazi kehte hain: "assalam o alaikum wa rahmatullah". aye logon, tum par salamti ho.</w:t>
      </w:r>
      <w:r>
        <w:br/>
      </w:r>
      <w:r>
        <w:rPr>
          <w:sz w:val="20"/>
        </w:rPr>
        <w:t>1:29:11  aye logon, tum par salamti ho. to kya hum sirf musalman khade hue hain wahan par? saare dunya ko kehte hain ke: "aye logon, tum</w:t>
      </w:r>
      <w:r>
        <w:br/>
      </w:r>
      <w:r>
        <w:rPr>
          <w:sz w:val="20"/>
        </w:rPr>
        <w:t>1:29:17  par salamti ho". yeh to paanch waqt aisa hota hai. yeh yeh bahsi bilkul baseless hai. kyunke namaz khud sikhati hai ke sab ko salamti pahunchao.</w:t>
      </w:r>
      <w:r>
        <w:br/>
      </w:r>
      <w:r>
        <w:rPr>
          <w:sz w:val="20"/>
        </w:rPr>
        <w:t>1:29:28  sab ke liye tumhare dil mein khair khwahi ho. sab ke liye tumhare liye peace ho tumhare dil mein. log bila soch samjhe namaz parhte hain.</w:t>
      </w:r>
      <w:r>
        <w:br/>
      </w:r>
      <w:r>
        <w:rPr>
          <w:sz w:val="20"/>
        </w:rPr>
        <w:t>1:29:37  baat yeh hai. namaz koi soch samajh kar nahi parhta hai. ek ritual ke taur par parhta hai. ritual. warna sochna chahiye ke hum namaz jab padh kar khatam karte hain to kehte hain: "assalam o alaikum wa rahmatullah".</w:t>
      </w:r>
      <w:r>
        <w:br/>
      </w:r>
      <w:r>
        <w:rPr>
          <w:sz w:val="20"/>
        </w:rPr>
        <w:t>1:29:50  "assalam o alaikum wa rahmatullah". yaani saare dunya walon ko aap address karte hain ke: "aye logon</w:t>
      </w:r>
      <w:r>
        <w:br/>
      </w:r>
      <w:r>
        <w:rPr>
          <w:sz w:val="20"/>
        </w:rPr>
        <w:t>1:29:55  , tum par salamti ho". "aye logon, tum par salamti ho". agar soch samajh kar padhein namaz to kisi ke dil mein yeh yeh waswasa nahi aayega.</w:t>
      </w:r>
    </w:p>
    <w:p>
      <w:pPr>
        <w:pStyle w:val="Heading2"/>
      </w:pPr>
      <w:r>
        <w:t>Habit to be adopted by everyone</w:t>
      </w:r>
    </w:p>
    <w:p>
      <w:r>
        <w:rPr>
          <w:color w:val="666666"/>
          <w:sz w:val="18"/>
        </w:rPr>
        <w:t>Ethics &amp; Character · Self Correction November 09, 2014 Maulana Wahiduddin Khan · 2m 55s · at 49:33 · https://youtu.be/PpwTmeCQkSQ?t=2973</w:t>
      </w:r>
    </w:p>
    <w:p>
      <w:r>
        <w:rPr>
          <w:i/>
        </w:rPr>
        <w:t>“In your knowledge, is there any habit which according to you should be adopted by everyone?”</w:t>
      </w:r>
    </w:p>
    <w:p>
      <w:r>
        <w:rPr>
          <w:sz w:val="20"/>
        </w:rPr>
        <w:t>49:33  maulana, agla sawal mumbai se aaya hai miss yasmeen ka, aur unhone aap se poocha hai ke</w:t>
      </w:r>
      <w:r>
        <w:br/>
      </w:r>
      <w:r>
        <w:rPr>
          <w:sz w:val="20"/>
        </w:rPr>
        <w:t>49:38  "Molana, in your knowledge, is there any habit which according to you should be adopted by everyone?</w:t>
      </w:r>
      <w:r>
        <w:br/>
      </w:r>
      <w:r>
        <w:rPr>
          <w:sz w:val="20"/>
        </w:rPr>
        <w:t>49:44  " koi bhi aadat nahi.</w:t>
      </w:r>
      <w:r>
        <w:br/>
      </w:r>
      <w:r>
        <w:rPr>
          <w:sz w:val="20"/>
        </w:rPr>
        <w:t>49:50  main to yahi keh raha hoon ke koi peeche bator aadat nahi karna chahiye.</w:t>
      </w:r>
      <w:r>
        <w:br/>
      </w:r>
      <w:r>
        <w:rPr>
          <w:sz w:val="20"/>
        </w:rPr>
        <w:t>49:57  aadat ke taur par nahi, hatta ke namaz bhi agar aadat ke taur par parhein to kya kya</w:t>
      </w:r>
      <w:r>
        <w:br/>
      </w:r>
      <w:r>
        <w:rPr>
          <w:sz w:val="20"/>
        </w:rPr>
        <w:t>50:04  iska maqsad kya hai? aap tasbeeh parhein aadat ke taur par, namaz parhein aadat ke taur par,</w:t>
      </w:r>
      <w:r>
        <w:br/>
      </w:r>
      <w:r>
        <w:rPr>
          <w:sz w:val="20"/>
        </w:rPr>
        <w:t>50:11  shaoori taur par karein tab is ka sawab hai.</w:t>
      </w:r>
      <w:r>
        <w:br/>
      </w:r>
      <w:r>
        <w:rPr>
          <w:sz w:val="20"/>
        </w:rPr>
        <w:t>50:18  ab namaz shaoori honi chahiye, tilawat shaoori honi chahiye, zikr Allah shaoori hona chahiye.</w:t>
      </w:r>
      <w:r>
        <w:br/>
      </w:r>
      <w:r>
        <w:rPr>
          <w:sz w:val="20"/>
        </w:rPr>
        <w:t>50:25  bator aadat aap karein ge to main nahi samajhta hoon ke woh is ka koi value hai.</w:t>
      </w:r>
      <w:r>
        <w:br/>
      </w:r>
      <w:r>
        <w:rPr>
          <w:sz w:val="20"/>
        </w:rPr>
        <w:t>50:32  koi value nahi hai is ki.</w:t>
      </w:r>
      <w:r>
        <w:br/>
      </w:r>
      <w:r>
        <w:rPr>
          <w:sz w:val="20"/>
        </w:rPr>
        <w:t>50:39  dekhiye, ek hadith hai ke tum ibadat karte ho, yaani namaz waghera ki ibadatein karte ho, insan ibadat</w:t>
      </w:r>
      <w:r>
        <w:br/>
      </w:r>
      <w:r>
        <w:rPr>
          <w:sz w:val="20"/>
        </w:rPr>
        <w:t>50:45  karta hai, is ke baad yeh lafz hai ke wa la yujza illa bi qatrin aqlihi yeh ibadat ke bare</w:t>
      </w:r>
      <w:r>
        <w:br/>
      </w:r>
      <w:r>
        <w:rPr>
          <w:sz w:val="20"/>
        </w:rPr>
        <w:t>50:52  mein hai, yeh ibadat ke bare mein wa la yujza illa bi qatrin aqlihi aql ke baqaid hi is ko</w:t>
      </w:r>
      <w:r>
        <w:br/>
      </w:r>
      <w:r>
        <w:rPr>
          <w:sz w:val="20"/>
        </w:rPr>
        <w:t>50:59  is ka badla milta hai.</w:t>
      </w:r>
      <w:r>
        <w:br/>
      </w:r>
      <w:r>
        <w:rPr>
          <w:sz w:val="20"/>
        </w:rPr>
        <w:t>51:06  aql ka matlab hai shaoori, yaani shaoori ibadat Allah taala ke haan value rakhti hai.</w:t>
      </w:r>
      <w:r>
        <w:br/>
      </w:r>
      <w:r>
        <w:rPr>
          <w:sz w:val="20"/>
        </w:rPr>
        <w:t>51:13  aadat jo ibadat, aadat ban jaye Allah ka, us ki koi value nahi hai.</w:t>
      </w:r>
      <w:r>
        <w:br/>
      </w:r>
      <w:r>
        <w:rPr>
          <w:sz w:val="20"/>
        </w:rPr>
        <w:t>51:20  wa la yujza illa bi qatrin aqlihi badla milta hai aadmi ko aql ke baqadar, yaani shaoor ke, yaani ke</w:t>
      </w:r>
      <w:r>
        <w:br/>
      </w:r>
      <w:r>
        <w:rPr>
          <w:sz w:val="20"/>
        </w:rPr>
        <w:t>51:27  aitbar se itna is ne kiya ho, is ka badla mile ga.</w:t>
      </w:r>
      <w:r>
        <w:br/>
      </w:r>
      <w:r>
        <w:rPr>
          <w:sz w:val="20"/>
        </w:rPr>
        <w:t>51:34  is liye main kisi bhi aadat ko, yaani chahe koi bhi bazahir achi aadat ho, us ko bekar samajhta hoon.</w:t>
      </w:r>
      <w:r>
        <w:br/>
      </w:r>
      <w:r>
        <w:rPr>
          <w:sz w:val="20"/>
        </w:rPr>
        <w:t>51:41  har kaam aap ko karna chahiye shaoor ke tehat.</w:t>
      </w:r>
      <w:r>
        <w:br/>
      </w:r>
      <w:r>
        <w:rPr>
          <w:sz w:val="20"/>
        </w:rPr>
        <w:t>51:47  jaise main yahan aata hoon, farz kijiye har sunday ko, agar meri aadat ban jaye to yeh bekar kaam hai.</w:t>
      </w:r>
      <w:r>
        <w:br/>
      </w:r>
      <w:r>
        <w:rPr>
          <w:sz w:val="20"/>
        </w:rPr>
        <w:t>51:54  ek aadat ban jaye, nahi, mujhe shaoor ke taur par yeh kaam karna hai.</w:t>
      </w:r>
      <w:r>
        <w:br/>
      </w:r>
      <w:r>
        <w:rPr>
          <w:sz w:val="20"/>
        </w:rPr>
        <w:t>52:01  shaoori to main soch raha hoon ke mujhe sunday ko 10:30 par bolna hai, phir isi tarah se</w:t>
      </w:r>
      <w:r>
        <w:br/>
      </w:r>
      <w:r>
        <w:rPr>
          <w:sz w:val="20"/>
        </w:rPr>
        <w:t>52:08  mujhe sochna hai, apne shaoor ko isi tarah se active karna hai, tab is ki value hai.</w:t>
      </w:r>
      <w:r>
        <w:br/>
      </w:r>
      <w:r>
        <w:rPr>
          <w:sz w:val="20"/>
        </w:rPr>
        <w:t>52:15  agar aadat ban jaye to is ki koi value nahi hai.</w:t>
      </w:r>
      <w:r>
        <w:br/>
      </w:r>
      <w:r>
        <w:rPr>
          <w:sz w:val="20"/>
        </w:rPr>
        <w:t>52:22  is ki mere apne tajrube ke mutabiq to mahaz aadat kisi bhi cheez ke liye bilkul value less cheez hai.</w:t>
      </w:r>
    </w:p>
    <w:p>
      <w:pPr>
        <w:pStyle w:val="Heading2"/>
      </w:pPr>
      <w:r>
        <w:t>Hallmark of a positive personality</w:t>
      </w:r>
    </w:p>
    <w:p>
      <w:r>
        <w:rPr>
          <w:color w:val="666666"/>
          <w:sz w:val="18"/>
        </w:rPr>
        <w:t>Ethics &amp; Character · Importance of Peace December 16, 2012 · 3m 06s · at 1:34:39 · https://youtu.be/nymyorYyEz4?t=5679</w:t>
      </w:r>
    </w:p>
    <w:p>
      <w:r>
        <w:rPr>
          <w:i/>
        </w:rPr>
        <w:t>“What is the hallmark of a positive personality?”</w:t>
      </w:r>
    </w:p>
    <w:p>
      <w:r>
        <w:rPr>
          <w:sz w:val="20"/>
        </w:rPr>
        <w:t>1:34:39  Maulana, agla sawal Delhi se hai Dr. Fareeda Khanam ka</w:t>
      </w:r>
      <w:r>
        <w:br/>
      </w:r>
      <w:r>
        <w:rPr>
          <w:sz w:val="20"/>
        </w:rPr>
        <w:t>1:34:43  . unhon ne likha hai: "What is the hallmark of a positive personality?" please comment.</w:t>
      </w:r>
      <w:r>
        <w:br/>
      </w:r>
      <w:r>
        <w:rPr>
          <w:sz w:val="20"/>
        </w:rPr>
        <w:t>1:34:53  kya matlab? matlab Maulana, positive personality ka kya symbol hai ya trademark hai ya sign hai? main to yeh samajhta hoon ke hate free hona,</w:t>
      </w:r>
      <w:r>
        <w:br/>
      </w:r>
      <w:r>
        <w:rPr>
          <w:sz w:val="20"/>
        </w:rPr>
        <w:t>1:35:06  hate na ho, reaction na ho, aur doosron ke bajaye apne aap apne bare mein soche, introspection kare, woh na ke doosron ko complaint aur protest karta rahe.</w:t>
      </w:r>
      <w:r>
        <w:br/>
      </w:r>
      <w:r>
        <w:rPr>
          <w:sz w:val="20"/>
        </w:rPr>
        <w:t>1:35:18  woh to ek lafz mein yahi hai ke hate free hona.</w:t>
      </w:r>
      <w:r>
        <w:br/>
      </w:r>
      <w:r>
        <w:rPr>
          <w:sz w:val="20"/>
        </w:rPr>
        <w:t>1:35:27  yani aadmi jab baat karta hai to foran pakar mein aata hai ke is ke andar hate hai ke nahi hai.</w:t>
      </w:r>
      <w:r>
        <w:br/>
      </w:r>
      <w:r>
        <w:rPr>
          <w:sz w:val="20"/>
        </w:rPr>
        <w:t>1:35:31  is ki is ki is ka lehja bata deta hai ke woh hate se bhara hua hai. kisi ka hate hai Israel ke khilaf, kisi ki RSS ke khilaf, kisi ka America ke khilaf.</w:t>
      </w:r>
      <w:r>
        <w:br/>
      </w:r>
      <w:r>
        <w:rPr>
          <w:sz w:val="20"/>
        </w:rPr>
        <w:t>1:35:42  woh kahin nahi ke pakar pakar mein aa jata hai. to sab se bari peshani hai ke woh pure pure tareeqe se hate free ho, nafrat se khali ho.</w:t>
      </w:r>
      <w:r>
        <w:br/>
      </w:r>
      <w:r>
        <w:rPr>
          <w:sz w:val="20"/>
        </w:rPr>
        <w:t>1:35:53  nafrat wista ke shaitani sifat hai.</w:t>
      </w:r>
      <w:r>
        <w:br/>
      </w:r>
      <w:r>
        <w:rPr>
          <w:sz w:val="20"/>
        </w:rPr>
        <w:t>1:35:56  Shaitan ko nafrat hai insan se. isi ko chahta hai ke har har insan ke andar aa jaye. to Shaitan ki sab se bari sifat jo hai, nafrat.</w:t>
      </w:r>
      <w:r>
        <w:br/>
      </w:r>
      <w:r>
        <w:rPr>
          <w:sz w:val="20"/>
        </w:rPr>
        <w:t>1:36:07  to yeh is se humein bohat zyada door rehna hai. sari kharabi ki jar hai hate.</w:t>
      </w:r>
      <w:r>
        <w:br/>
      </w:r>
      <w:r>
        <w:rPr>
          <w:sz w:val="20"/>
        </w:rPr>
        <w:t>1:36:19  Maulana, agla ek comment parhna chahenge jo abhi abhi Doha Qatar se aaya hai Maulana Abdul Basit Umri ka. unhon ne likha hai: "Maulana, aaj pehli bar concept of peace ko shaoori taur par samjha aur yeh bhi samajh mein aaya ke Musalman age of peace mein rehte hue peace ki tehreek chala rahe hain jabke workable peace har jagah hai.</w:t>
      </w:r>
      <w:r>
        <w:br/>
      </w:r>
      <w:r>
        <w:rPr>
          <w:sz w:val="20"/>
        </w:rPr>
        <w:t>1:36:45  yeh to hamara andha pan aur creation plan of God se bekhabri ki baat hui."</w:t>
      </w:r>
    </w:p>
    <w:p>
      <w:pPr>
        <w:pStyle w:val="Heading2"/>
      </w:pPr>
      <w:r>
        <w:t>Handling invitations to gatherings and parties</w:t>
      </w:r>
    </w:p>
    <w:p>
      <w:r>
        <w:rPr>
          <w:color w:val="666666"/>
          <w:sz w:val="18"/>
        </w:rPr>
        <w:t>Ethics &amp; Character · Creative Solution or Ijtihadi Hul 16th Sep '12 SLOW · 2m 24s · at 1:07:23 · https://youtu.be/Ri7r6K65b2Y?t=4043</w:t>
      </w:r>
    </w:p>
    <w:p>
      <w:r>
        <w:rPr>
          <w:i/>
        </w:rPr>
        <w:t>“Quite a few times it happens that we are invited in gatherings and parties.”</w:t>
      </w:r>
    </w:p>
    <w:p>
      <w:r>
        <w:rPr>
          <w:sz w:val="20"/>
        </w:rPr>
        <w:t>1:07:23  maulana, agla sawal dilli se hai doctor tahir ka.</w:t>
      </w:r>
      <w:r>
        <w:br/>
      </w:r>
      <w:r>
        <w:rPr>
          <w:sz w:val="20"/>
        </w:rPr>
        <w:t>1:07:27  انہوں نے لکھا ہے کہ "Quite a few times it happens that we are invited in gatherings اور</w:t>
      </w:r>
      <w:r>
        <w:br/>
      </w:r>
      <w:r>
        <w:rPr>
          <w:sz w:val="20"/>
        </w:rPr>
        <w:t>1:07:34  parties.</w:t>
      </w:r>
      <w:r>
        <w:br/>
      </w:r>
      <w:r>
        <w:rPr>
          <w:sz w:val="20"/>
        </w:rPr>
        <w:t>1:07:36  in such gatherings and parties alcohol is also served.</w:t>
      </w:r>
      <w:r>
        <w:br/>
      </w:r>
      <w:r>
        <w:rPr>
          <w:sz w:val="20"/>
        </w:rPr>
        <w:t>1:07:40  "My question is that should we attend such gatherings or parties?" Dekhiye, hamara maslak jo Islam ke mutabiq</w:t>
      </w:r>
      <w:r>
        <w:br/>
      </w:r>
      <w:r>
        <w:rPr>
          <w:sz w:val="20"/>
        </w:rPr>
        <w:t>1:07:47  hai, woh yeh hai ke is aisi partyon mein waise to jana waqt ko zaya karna hai, lekin</w:t>
      </w:r>
      <w:r>
        <w:br/>
      </w:r>
      <w:r>
        <w:rPr>
          <w:sz w:val="20"/>
        </w:rPr>
        <w:t>1:07:55  agar aap daai hain tab jana bilkul, yaani bohat hi achi baat hogi ke aap apne pocket mein,</w:t>
      </w:r>
      <w:r>
        <w:br/>
      </w:r>
      <w:r>
        <w:rPr>
          <w:sz w:val="20"/>
        </w:rPr>
        <w:t>1:08:03  apne bag mein islamic popular rakh len, quran ka tarjuma rakh len, aisi kuch kitaben rakh len rasool</w:t>
      </w:r>
      <w:r>
        <w:br/>
      </w:r>
      <w:r>
        <w:rPr>
          <w:sz w:val="20"/>
        </w:rPr>
        <w:t>1:08:11  allah ki seerat par, aur wahan par jo log ate hain, un ko aap pesh karen kitaben.</w:t>
      </w:r>
      <w:r>
        <w:br/>
      </w:r>
      <w:r>
        <w:rPr>
          <w:sz w:val="20"/>
        </w:rPr>
        <w:t>1:08:18  to woh un ka amal hai ke woh alcohol lete hain ke nahi lete, woh un ka amal</w:t>
      </w:r>
      <w:r>
        <w:br/>
      </w:r>
      <w:r>
        <w:rPr>
          <w:sz w:val="20"/>
        </w:rPr>
        <w:t>1:08:26  hai.</w:t>
      </w:r>
      <w:r>
        <w:br/>
      </w:r>
      <w:r>
        <w:rPr>
          <w:sz w:val="20"/>
        </w:rPr>
        <w:t>1:08:27  aap ko is se kya lena dena hai? to yeh koi wajah nahi ke aap partyon mein na</w:t>
      </w:r>
      <w:r>
        <w:br/>
      </w:r>
      <w:r>
        <w:rPr>
          <w:sz w:val="20"/>
        </w:rPr>
        <w:t>1:08:35  jayen.</w:t>
      </w:r>
      <w:r>
        <w:br/>
      </w:r>
      <w:r>
        <w:rPr>
          <w:sz w:val="20"/>
        </w:rPr>
        <w:t>1:08:36  اصل چیز ہے کہ کیا آپ پارٹیوں میں جا کر کے آپ اس کو opportunity کو avail کر</w:t>
      </w:r>
      <w:r>
        <w:br/>
      </w:r>
      <w:r>
        <w:rPr>
          <w:sz w:val="20"/>
        </w:rPr>
        <w:t>1:08:44  کر سکتے ہیں؟ avail کر سکتے ہیں؟ یعنی ایک ایک gathering کو بطور audience کے استعمال کرنا، بطور</w:t>
      </w:r>
      <w:r>
        <w:br/>
      </w:r>
      <w:r>
        <w:rPr>
          <w:sz w:val="20"/>
        </w:rPr>
        <w:t>1:08:52  bado ke istemal karna, yeh aap kar sakte hain ke nahi? yahan par aap ko decision lena hai.</w:t>
      </w:r>
      <w:r>
        <w:br/>
      </w:r>
      <w:r>
        <w:rPr>
          <w:sz w:val="20"/>
        </w:rPr>
        <w:t>1:08:59  rasool allah sallallahu alaihi wasallam dekhiye, har mauqe pe ja dete the.</w:t>
      </w:r>
      <w:r>
        <w:br/>
      </w:r>
      <w:r>
        <w:rPr>
          <w:sz w:val="20"/>
        </w:rPr>
        <w:t>1:09:05  jahan but pooja ja raha hai, wahan pe ja dete the.</w:t>
      </w:r>
      <w:r>
        <w:br/>
      </w:r>
      <w:r>
        <w:rPr>
          <w:sz w:val="20"/>
        </w:rPr>
        <w:t>1:09:10  bazar lagte the, wahan pe tarah tarah ke zahiri rasmein hoti thin, wahan bhi jate the aap, kyunke</w:t>
      </w:r>
      <w:r>
        <w:br/>
      </w:r>
      <w:r>
        <w:rPr>
          <w:sz w:val="20"/>
        </w:rPr>
        <w:t>1:09:17  un ko aap bator madu ko dekhte the.</w:t>
      </w:r>
      <w:r>
        <w:br/>
      </w:r>
      <w:r>
        <w:rPr>
          <w:sz w:val="20"/>
        </w:rPr>
        <w:t>1:09:21  madu wahan ja kar aap quran pesh karte the.</w:t>
      </w:r>
      <w:r>
        <w:br/>
      </w:r>
      <w:r>
        <w:rPr>
          <w:sz w:val="20"/>
        </w:rPr>
        <w:t>1:09:25  تو آپ پر ڈیپینڈ کرتا ہے کہ آپ وہاں جا کر کے اس کو بطور opportunity avail کر</w:t>
      </w:r>
      <w:r>
        <w:br/>
      </w:r>
      <w:r>
        <w:rPr>
          <w:sz w:val="20"/>
        </w:rPr>
        <w:t>1:09:32  sakte hain ya nahi kar sakte.</w:t>
      </w:r>
      <w:r>
        <w:br/>
      </w:r>
      <w:r>
        <w:rPr>
          <w:sz w:val="20"/>
        </w:rPr>
        <w:t>1:09:35  is ko dekh kar faisla kijiye.</w:t>
      </w:r>
      <w:r>
        <w:br/>
      </w:r>
      <w:r>
        <w:rPr>
          <w:sz w:val="20"/>
        </w:rPr>
        <w:t>1:09:38  baqi woh alcohol lete hain ya nahi lete hain, woh woh woh aap woh aap ka concern nahi</w:t>
      </w:r>
      <w:r>
        <w:br/>
      </w:r>
      <w:r>
        <w:rPr>
          <w:sz w:val="20"/>
        </w:rPr>
        <w:t>1:09:45  hai.</w:t>
      </w:r>
    </w:p>
    <w:p>
      <w:pPr>
        <w:pStyle w:val="Heading2"/>
      </w:pPr>
      <w:r>
        <w:t>How to Do Self-Correction After Self-Hammering</w:t>
      </w:r>
    </w:p>
    <w:p>
      <w:r>
        <w:rPr>
          <w:color w:val="666666"/>
          <w:sz w:val="18"/>
        </w:rPr>
        <w:t>Ethics &amp; Character · Dars-e-Quran, Ch. 2 Verse 54 | March 18, 2018 · 4m 43s · at 1:08:59 · https://youtu.be/xQ2LXsz1oTw?t=4139</w:t>
      </w:r>
    </w:p>
    <w:p>
      <w:r>
        <w:rPr>
          <w:i/>
        </w:rPr>
        <w:t>“You said today to do self-hammering. My question is: how can we do self-correction?”</w:t>
      </w:r>
    </w:p>
    <w:p>
      <w:r>
        <w:rPr>
          <w:sz w:val="20"/>
        </w:rPr>
        <w:t>1:08:59  Maulana, agla sawal Ahmedabad se Zaka Khan sahib ne bheja hai.</w:t>
      </w:r>
      <w:r>
        <w:br/>
      </w:r>
      <w:r>
        <w:rPr>
          <w:sz w:val="20"/>
        </w:rPr>
        <w:t>1:09:03  انہوں نے لکھا ہے: "مولانا، you said today to do self-hammering۔</w:t>
      </w:r>
      <w:r>
        <w:br/>
      </w:r>
      <w:r>
        <w:rPr>
          <w:sz w:val="20"/>
        </w:rPr>
        <w:t>1:09:07  my question is how can we do self correction</w:t>
      </w:r>
      <w:r>
        <w:br/>
      </w:r>
      <w:r>
        <w:rPr>
          <w:sz w:val="20"/>
        </w:rPr>
        <w:t>1:09:12  as most of the time? A person is not able to do it as they think they are in the right path. So how to identify our shortcomings? Please advice on this." Dekhiye, yeh tauba ka jo hai, tauba ek baat nahi. Tauba, tauba ka naam hai. Tauba ek process ka naam hai. Life</w:t>
      </w:r>
      <w:r>
        <w:br/>
      </w:r>
      <w:r>
        <w:rPr>
          <w:sz w:val="20"/>
        </w:rPr>
        <w:t>1:09:42  long process. Tauba life long process ka naam hai. Main dekhiye, Allah ke fazl se har din mein apni ghalti dhoondhta hoon. Har din, har din. Kal main ne ek ghalti dhoondi. Aap pooch sakte hain, aap se bataya to main ne to tauba koi koi koi joke hai. To tauba ek bar to keh diya, tauba, tauba. Bas ho gaya. Tauba</w:t>
      </w:r>
      <w:r>
        <w:br/>
      </w:r>
      <w:r>
        <w:rPr>
          <w:sz w:val="20"/>
        </w:rPr>
        <w:t>1:10:12  yeh ek life long process hai.</w:t>
      </w:r>
      <w:r>
        <w:br/>
      </w:r>
      <w:r>
        <w:rPr>
          <w:sz w:val="20"/>
        </w:rPr>
        <w:t>1:10:17  aap ko dhoondna padta hai ke mera kahan kahan kahan kahan mein ne koi ghalti ki thi jis</w:t>
      </w:r>
      <w:r>
        <w:br/>
      </w:r>
      <w:r>
        <w:rPr>
          <w:sz w:val="20"/>
        </w:rPr>
        <w:t>1:10:22  ko ab abhi ne door nahi kiya.</w:t>
      </w:r>
      <w:r>
        <w:br/>
      </w:r>
      <w:r>
        <w:rPr>
          <w:sz w:val="20"/>
        </w:rPr>
        <w:t>1:10:27  tauba life long process of rethinking ka naam hai.</w:t>
      </w:r>
      <w:r>
        <w:br/>
      </w:r>
      <w:r>
        <w:rPr>
          <w:sz w:val="20"/>
        </w:rPr>
        <w:t>1:10:32  woh aap kijiye.</w:t>
      </w:r>
      <w:r>
        <w:br/>
      </w:r>
      <w:r>
        <w:rPr>
          <w:sz w:val="20"/>
        </w:rPr>
        <w:t>1:10:37  aap yeh kaun karta hai?</w:t>
      </w:r>
      <w:r>
        <w:br/>
      </w:r>
      <w:r>
        <w:rPr>
          <w:sz w:val="20"/>
        </w:rPr>
        <w:t>1:10:43  Yeh koi karta hi nahi. Allah ke fazl se main ne tauba pe bahut socha hai. To main taqreeban daily mein dhoondhta hoon apne andar ghaltiyan. Taqreeban daily. To yeh kijiye, aap khali astaghfirullah keh den</w:t>
      </w:r>
      <w:r>
        <w:br/>
      </w:r>
      <w:r>
        <w:rPr>
          <w:sz w:val="20"/>
        </w:rPr>
        <w:t>1:11:13  e</w:t>
      </w:r>
      <w:r>
        <w:br/>
      </w:r>
      <w:r>
        <w:rPr>
          <w:sz w:val="20"/>
        </w:rPr>
        <w:t>1:11:19  toh ise kahein, is ka naam tauba nahi hai.</w:t>
      </w:r>
      <w:r>
        <w:br/>
      </w:r>
      <w:r>
        <w:rPr>
          <w:sz w:val="20"/>
        </w:rPr>
        <w:t>1:11:25  tauba naam hai apni galtiyon ko dhoondne ka, dhoond dhoond ke nikalne ka.</w:t>
      </w:r>
      <w:r>
        <w:br/>
      </w:r>
      <w:r>
        <w:rPr>
          <w:sz w:val="20"/>
        </w:rPr>
        <w:t>1:11:31  mein jab gaon mein tha toh ek martaba maine dekha khet mein.</w:t>
      </w:r>
      <w:r>
        <w:br/>
      </w:r>
      <w:r>
        <w:rPr>
          <w:sz w:val="20"/>
        </w:rPr>
        <w:t>1:11:37  khet jab katta hai toh jo pehle zamane mein aisa hota tha, shayad ab</w:t>
      </w:r>
      <w:r>
        <w:br/>
      </w:r>
      <w:r>
        <w:rPr>
          <w:sz w:val="20"/>
        </w:rPr>
        <w:t>1:11:43  kya, mujhe pata nahi. To aurten aati theen, dalit family ki aurten, aur woh jo jhad ke girte the daane, us ko chunti theen. To main ek martaba dekha ke do aurten dalit family ki baithi hui hain. Ek un ke sar ko main dhoondh rahi hoon, doosra un ke sar ko dhoondh rahi hoon. Aur woh juw</w:t>
      </w:r>
      <w:r>
        <w:br/>
      </w:r>
      <w:r>
        <w:rPr>
          <w:sz w:val="20"/>
        </w:rPr>
        <w:t>1:12:13  ein, dono ek doosre ke joen ko dhoond dhoond nikal rahi theen.</w:t>
      </w:r>
      <w:r>
        <w:br/>
      </w:r>
      <w:r>
        <w:rPr>
          <w:sz w:val="20"/>
        </w:rPr>
        <w:t>1:12:18  toh maine kaha ke yahi tauba hai ke dhoond kar nikalo apni galtiyon ko, apne gunahon ko.</w:t>
      </w:r>
      <w:r>
        <w:br/>
      </w:r>
      <w:r>
        <w:rPr>
          <w:sz w:val="20"/>
        </w:rPr>
        <w:t>1:12:23  dhoond dhoond kar, dhoond dhoond kar, dhoond dhoond kar.</w:t>
      </w:r>
      <w:r>
        <w:br/>
      </w:r>
      <w:r>
        <w:rPr>
          <w:sz w:val="20"/>
        </w:rPr>
        <w:t>1:12:28  aur yeh life long process hai.</w:t>
      </w:r>
      <w:r>
        <w:br/>
      </w:r>
      <w:r>
        <w:rPr>
          <w:sz w:val="20"/>
        </w:rPr>
        <w:t>1:12:33  isi liye tauba ki shart lagai hai Allah taala ne.</w:t>
      </w:r>
      <w:r>
        <w:br/>
      </w:r>
      <w:r>
        <w:rPr>
          <w:sz w:val="20"/>
        </w:rPr>
        <w:t>1:12:38  tauba nasooh, tubo tubat al nasooha.</w:t>
      </w:r>
      <w:r>
        <w:br/>
      </w:r>
      <w:r>
        <w:rPr>
          <w:sz w:val="20"/>
        </w:rPr>
        <w:t>1:12:43  Tauba karo, lekin tauba nasuh karo. Okay, so we will end the session now. Thank you.</w:t>
      </w:r>
    </w:p>
    <w:p>
      <w:pPr>
        <w:pStyle w:val="Heading2"/>
      </w:pPr>
      <w:r>
        <w:t>How to become complaint-free</w:t>
      </w:r>
    </w:p>
    <w:p>
      <w:r>
        <w:rPr>
          <w:color w:val="666666"/>
          <w:sz w:val="18"/>
        </w:rPr>
        <w:t>Ethics &amp; Character · Modern Age June 9, 2019 Maulana Wahiduddin Khan · 3m 50s · at 57:17 · https://youtu.be/7mjCvAvHEdA?t=3437</w:t>
      </w:r>
    </w:p>
    <w:p>
      <w:r>
        <w:rPr>
          <w:i/>
        </w:rPr>
        <w:t>“Maulana, complaint comes naturally when we experience failure, negative reaction and when something wrong happens. My question is, how can we become hundred percent complaint free? It is so difficult. I try but fail even reminding myself that God does not want me to be a complaining person.”</w:t>
      </w:r>
    </w:p>
    <w:p>
      <w:r>
        <w:rPr>
          <w:sz w:val="20"/>
        </w:rPr>
        <w:t>57:17  bas sab kuch theek ho jaye ga. Maulana Idrees Ahmed sahib ne Ahmedabad se sawal bheja hai. unhon ne likha hai, "Maulana, complaint comes naturally when we experience failure, negative reaction aur when something wrong happens.</w:t>
      </w:r>
      <w:r>
        <w:br/>
      </w:r>
      <w:r>
        <w:rPr>
          <w:sz w:val="20"/>
        </w:rPr>
        <w:t>57:36  My question is, how can we become hundred percent complaint free؟</w:t>
      </w:r>
      <w:r>
        <w:br/>
      </w:r>
      <w:r>
        <w:rPr>
          <w:sz w:val="20"/>
        </w:rPr>
        <w:t>57:41  It is so difficult۔ I try but fail even reminding myself that God does not want me to be a complaining person۔</w:t>
      </w:r>
      <w:r>
        <w:br/>
      </w:r>
      <w:r>
        <w:rPr>
          <w:sz w:val="20"/>
        </w:rPr>
        <w:t>57:51  But still negative thoughts come۔ I feel helpless when I can't manage my negativity۔ Please advise me, Maulana, how to manage myself and that I become a hundred percent complaint free person." dekhiye,</w:t>
      </w:r>
      <w:r>
        <w:br/>
      </w:r>
      <w:r>
        <w:rPr>
          <w:sz w:val="20"/>
        </w:rPr>
        <w:t>58:10  main aap ko kahoon ga ke apne aap ko</w:t>
      </w:r>
      <w:r>
        <w:br/>
      </w:r>
      <w:r>
        <w:rPr>
          <w:sz w:val="20"/>
        </w:rPr>
        <w:t>58:23  is soch se jagaiye ke aap ki thinking right thinking hai. main apne baray mein keh sakta hoon ke jo log mere saath rehte hain, aap un sab se interview kijiye aur poochein mere baray mein ke main complaint free hoon ke nahi hoon.</w:t>
      </w:r>
      <w:r>
        <w:br/>
      </w:r>
      <w:r>
        <w:rPr>
          <w:sz w:val="20"/>
        </w:rPr>
        <w:t>58:45  bari bari baatein mere khilaf hoti hain, bari bari baatein, lekin woh us ko</w:t>
      </w:r>
      <w:r>
        <w:br/>
      </w:r>
      <w:r>
        <w:rPr>
          <w:sz w:val="20"/>
        </w:rPr>
        <w:t>58:52  shikayat ke khane mein nahi dalta. us ko manage karta hoon, manage karta hoon. aik aadmi agar aisa kar sakta hai to sab aadmi kar sakte hain.</w:t>
      </w:r>
      <w:r>
        <w:br/>
      </w:r>
      <w:r>
        <w:rPr>
          <w:sz w:val="20"/>
        </w:rPr>
        <w:t>59:02  yeh usool hai ke agar aik aadmi shikayat free jee sakta hai to sab log shikayat free jee sakte hain. kya mushkil hai؟</w:t>
      </w:r>
      <w:r>
        <w:br/>
      </w:r>
      <w:r>
        <w:rPr>
          <w:sz w:val="20"/>
        </w:rPr>
        <w:t>59:13  to</w:t>
      </w:r>
      <w:r>
        <w:br/>
      </w:r>
      <w:r>
        <w:rPr>
          <w:sz w:val="20"/>
        </w:rPr>
        <w:t>59:17  excuse dena chhod dijiye. mera maqola hai ke "If you are good excuse, don't use it۔"</w:t>
      </w:r>
      <w:r>
        <w:br/>
      </w:r>
      <w:r>
        <w:rPr>
          <w:sz w:val="20"/>
        </w:rPr>
        <w:t>59:27  Excuse dena chhod dijiye. bas har cheez apni apni durust ho jaye gi. sare log kahin na kahin excuse liye rehte hain. sare log kahin na kahin excuse liye rehte hain.</w:t>
      </w:r>
      <w:r>
        <w:br/>
      </w:r>
      <w:r>
        <w:rPr>
          <w:sz w:val="20"/>
        </w:rPr>
        <w:t>59:40  to excuse dena bilkul chhod dijiye. "If you are good excuse, don't use it۔" yeh main kehta hoon. "If you have good excuse, don't use it۔"</w:t>
      </w:r>
      <w:r>
        <w:br/>
      </w:r>
      <w:r>
        <w:rPr>
          <w:sz w:val="20"/>
        </w:rPr>
        <w:t>59:52  us ko pakad li jiye, is formula ko, aur phir dekhein ke aap ki dunya kitni mukhtalif ho gayi aap ke liye. dunya aap ke liye kitni zyada mukhtalif ho gayi hai.</w:t>
      </w:r>
      <w:r>
        <w:br/>
      </w:r>
      <w:r>
        <w:rPr>
          <w:sz w:val="20"/>
        </w:rPr>
        <w:t>1:00:07  Okay, we will end today's session. Thank you.</w:t>
      </w:r>
    </w:p>
    <w:p>
      <w:pPr>
        <w:pStyle w:val="Heading2"/>
      </w:pPr>
      <w:r>
        <w:t>How to control and manage anger?</w:t>
      </w:r>
    </w:p>
    <w:p>
      <w:r>
        <w:rPr>
          <w:color w:val="666666"/>
          <w:sz w:val="18"/>
        </w:rPr>
        <w:t>Ethics &amp; Character · Patience and Crisis 22 Dec 2019 - Maulana Wahiduddin Khan · 2m 15s · at 41:11 · https://youtu.be/ddnUKbhEoCI?t=2471</w:t>
      </w:r>
    </w:p>
    <w:p>
      <w:r>
        <w:rPr>
          <w:i/>
        </w:rPr>
        <w:t>“Every person experiences anger issues and most of us do not know how to handle it. We want your guidance as to how we can control our anger. Also how do you manage your anger?”</w:t>
      </w:r>
    </w:p>
    <w:p>
      <w:r>
        <w:rPr>
          <w:sz w:val="20"/>
        </w:rPr>
        <w:t>41:11  jazak allah maulana sahib. " maulana ab sawal lena chahenge. yeh sawal gawhati se miss shaheen yusuf ne poocha hai.</w:t>
      </w:r>
      <w:r>
        <w:br/>
      </w:r>
      <w:r>
        <w:rPr>
          <w:sz w:val="20"/>
        </w:rPr>
        <w:t>41:22  unhone likha hai: "maulana every person experiences anger issues and most of us do not know how to handle it.</w:t>
      </w:r>
      <w:r>
        <w:br/>
      </w:r>
      <w:r>
        <w:rPr>
          <w:sz w:val="20"/>
        </w:rPr>
        <w:t>41:33  we want your guidance as to how how how can we control our anger. also how do you manage your anger?" dekhein ghusse ko manage karna yeh</w:t>
      </w:r>
      <w:r>
        <w:br/>
      </w:r>
      <w:r>
        <w:rPr>
          <w:sz w:val="20"/>
        </w:rPr>
        <w:t>41:50  allah ke culture mein jeena hai.</w:t>
      </w:r>
      <w:r>
        <w:br/>
      </w:r>
      <w:r>
        <w:rPr>
          <w:sz w:val="20"/>
        </w:rPr>
        <w:t>41:56  mujh ko bhi ghussa aata hai lekin mujh ko foran yeh baat yaad aati hai ke allah ki jo status of thing hai, allah ka jo nizam hai insan ke liye,</w:t>
      </w:r>
      <w:r>
        <w:br/>
      </w:r>
      <w:r>
        <w:rPr>
          <w:sz w:val="20"/>
        </w:rPr>
        <w:t>42:11  is mein toh zaroor aisa hoga ke ek se doosre ko kahin na kahin</w:t>
      </w:r>
      <w:r>
        <w:br/>
      </w:r>
      <w:r>
        <w:rPr>
          <w:sz w:val="20"/>
        </w:rPr>
        <w:t>42:19  ghusse ka sabab paida ho jayega. toh aap ghusse ko jab peete hain, ghusse ko darguzar karte hain toh allah ke liye hota hai, woh insan ke liye hota hi nahi.</w:t>
      </w:r>
      <w:r>
        <w:br/>
      </w:r>
      <w:r>
        <w:rPr>
          <w:sz w:val="20"/>
        </w:rPr>
        <w:t>42:37  ghusse ko darguzar karna, ghusse se bachna, woh insan ke liye hai hi nahi, woh allah ke liye hai. jab yeh baat mere dil mein aati hai</w:t>
      </w:r>
      <w:r>
        <w:br/>
      </w:r>
      <w:r>
        <w:rPr>
          <w:sz w:val="20"/>
        </w:rPr>
        <w:t>42:51  toh aap ghor kijiye ke kya main itna pagal hoon ke ghussa karunga allah ke samne?</w:t>
      </w:r>
      <w:r>
        <w:br/>
      </w:r>
      <w:r>
        <w:rPr>
          <w:sz w:val="20"/>
        </w:rPr>
        <w:t>43:00  ghussa</w:t>
      </w:r>
      <w:r>
        <w:br/>
      </w:r>
      <w:r>
        <w:rPr>
          <w:sz w:val="20"/>
        </w:rPr>
        <w:t>43:03  ek hi nuqta hai jo mujhe ghusse se rokta hai, woh ek hi ghussa. insan ke liye toh hai hi nahi, yeh toh allah rab ul alameen ke liye hai.</w:t>
      </w:r>
      <w:r>
        <w:br/>
      </w:r>
      <w:r>
        <w:rPr>
          <w:sz w:val="20"/>
        </w:rPr>
        <w:t>43:13  toh phir ghussa kaisa hai? yahi cheez mujh ko ghusse se rokti hai.</w:t>
      </w:r>
    </w:p>
    <w:p>
      <w:pPr>
        <w:pStyle w:val="Heading2"/>
      </w:pPr>
      <w:r>
        <w:t>How to deal with feelings of superiority?</w:t>
      </w:r>
    </w:p>
    <w:p>
      <w:r>
        <w:rPr>
          <w:color w:val="666666"/>
          <w:sz w:val="18"/>
        </w:rPr>
        <w:t>Ethics &amp; Character · 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How to develop anti-self thinking?</w:t>
      </w:r>
    </w:p>
    <w:p>
      <w:r>
        <w:rPr>
          <w:color w:val="666666"/>
          <w:sz w:val="18"/>
        </w:rPr>
        <w:t>Ethics &amp; Character · Revival of Muslim Ummah, February 4, 2013 · 3m 06s · at 1:22:06 · https://youtu.be/xB3MfWhLHoM?t=4926</w:t>
      </w:r>
    </w:p>
    <w:p>
      <w:r>
        <w:rPr>
          <w:i/>
        </w:rPr>
        <w:t>“How can we develop anti-self thinking?”</w:t>
      </w:r>
    </w:p>
    <w:p>
      <w:r>
        <w:rPr>
          <w:sz w:val="20"/>
        </w:rPr>
        <w:t>1:22:06  maulana, dilli se miss naghma siddiqui ne sawal kiya hai. unhone aapse poocha hai: "how can we develop anti-self thinking?" is ke bare mein bataiye.</w:t>
      </w:r>
      <w:r>
        <w:br/>
      </w:r>
      <w:r>
        <w:rPr>
          <w:sz w:val="20"/>
        </w:rPr>
        <w:t>1:22:18  dekhiye, yeh to sab se bada jo zariya hai woh hai aakhirat ko yaad karna. kyunke dekhiye, hadees mein aata hai ke: "la tazal qadamah abdein hatta yasil arbaeen."</w:t>
      </w:r>
      <w:r>
        <w:br/>
      </w:r>
      <w:r>
        <w:rPr>
          <w:sz w:val="20"/>
        </w:rPr>
        <w:t>1:22:36  insaan ke qadam hitteinge nahi Allah ke saamne se jab tak woh chaar baat ka jawab na de le.</w:t>
      </w:r>
      <w:r>
        <w:br/>
      </w:r>
      <w:r>
        <w:rPr>
          <w:sz w:val="20"/>
        </w:rPr>
        <w:t>1:22:47  kaisi sakht baat hai yeh duniya mein jo Allah ne paida kiya, yahan aap ko rakha, life support system diya, saare wasail diye.</w:t>
      </w:r>
      <w:r>
        <w:br/>
      </w:r>
      <w:r>
        <w:rPr>
          <w:sz w:val="20"/>
        </w:rPr>
        <w:t>1:22:58  to aap marne ke baad ek waqt aane wala hai jab saare insaan Allah ke saamne haazir honge. isi ko farmaya ke: "la tazal qadamah abdein hatta yasil arbaeen." ke insaan ke qadam Allah ke saamne hitteinge nahi jab tak woh chaar sawalon ke jawab na de de.</w:t>
      </w:r>
      <w:r>
        <w:br/>
      </w:r>
      <w:r>
        <w:rPr>
          <w:sz w:val="20"/>
        </w:rPr>
        <w:t>1:23:22  woh kya hai? woh yeh hai chaar sawal ke yeh jo yeh jo zindagi mili thi, is ko kahan istemaal kiya?</w:t>
      </w:r>
      <w:r>
        <w:br/>
      </w:r>
      <w:r>
        <w:rPr>
          <w:sz w:val="20"/>
        </w:rPr>
        <w:t>1:23:33  jo jawani di gayi thi, jawani energy ka daur, is ko kahan khapaya? aur teesri cheez hai, maal kahan se kamaya?</w:t>
      </w:r>
      <w:r>
        <w:br/>
      </w:r>
      <w:r>
        <w:rPr>
          <w:sz w:val="20"/>
        </w:rPr>
        <w:t>1:23:43  aur chauthi cheez hai, maal kahan kharch kiya?</w:t>
      </w:r>
      <w:r>
        <w:br/>
      </w:r>
      <w:r>
        <w:rPr>
          <w:sz w:val="20"/>
        </w:rPr>
        <w:t>1:23:49  apni zindagi ko kahan istemaal kiya? apni jawani ko kahan khapaya? maal kahan se kamaya aur maal kahan kharch kiya? yeh chaar sawal jab tak jawab na de lega, us waqt to us ke qadam hitteinge nahi Allah ke saamne se.</w:t>
      </w:r>
      <w:r>
        <w:br/>
      </w:r>
      <w:r>
        <w:rPr>
          <w:sz w:val="20"/>
        </w:rPr>
        <w:t>1:24:03  to yeh yeh agar soch ho to aadmi hil jaata hai. is se muhasba aata hai, introspection aata hai,</w:t>
      </w:r>
      <w:r>
        <w:br/>
      </w:r>
      <w:r>
        <w:rPr>
          <w:sz w:val="20"/>
        </w:rPr>
        <w:t>1:24:13  self correction aata hai. lekin agar yeh soch na ho to aadmi koi koi bada change aane wala nahi.</w:t>
      </w:r>
    </w:p>
    <w:p>
      <w:pPr>
        <w:pStyle w:val="Heading2"/>
      </w:pPr>
      <w:r>
        <w:t>How to develop forgiveness culture</w:t>
      </w:r>
    </w:p>
    <w:p>
      <w:r>
        <w:rPr>
          <w:color w:val="666666"/>
          <w:sz w:val="18"/>
        </w:rPr>
        <w:t>Ethics &amp; Character · Formula of Human Life | March 13, 2016 · 2m 10s · at 1:05:26 · https://youtu.be/Et_ZQTYZzjU?t=3926</w:t>
      </w:r>
    </w:p>
    <w:p>
      <w:r>
        <w:rPr>
          <w:i/>
        </w:rPr>
        <w:t>“How can we develop a forgiveness culture?”</w:t>
      </w:r>
    </w:p>
    <w:p>
      <w:r>
        <w:rPr>
          <w:sz w:val="20"/>
        </w:rPr>
        <w:t>1:05:26  maulana, agla sawal firoz sahib ne kiya hai pune se, aur unhon ne likha hai: "Maulana, since you</w:t>
      </w:r>
      <w:r>
        <w:br/>
      </w:r>
      <w:r>
        <w:rPr>
          <w:sz w:val="20"/>
        </w:rPr>
        <w:t>1:05:34  have always worked in the area of peace, i want to ask you: how can we develop forgiveness cl</w:t>
      </w:r>
      <w:r>
        <w:br/>
      </w:r>
      <w:r>
        <w:rPr>
          <w:sz w:val="20"/>
        </w:rPr>
        <w:t>1:05:41  ulture?" Woh bhi main yahi kahunga ke hamesha aap dekhiye result ko. Jab bhi aap forgive nahi karenge, to kya karenge? Aap react karenge, aur react karenge to natija ulta niklega. Yani forgive kar ke hi aap bach sakte hain bad result se</w:t>
      </w:r>
      <w:r>
        <w:br/>
      </w:r>
      <w:r>
        <w:rPr>
          <w:sz w:val="20"/>
        </w:rPr>
        <w:t>1:06:11  .</w:t>
      </w:r>
      <w:r>
        <w:br/>
      </w:r>
      <w:r>
        <w:rPr>
          <w:sz w:val="20"/>
        </w:rPr>
        <w:t>1:06:16  jab bhi aap ne forgive nahi kiya, to aap kya karenge? aap react karenge.</w:t>
      </w:r>
      <w:r>
        <w:br/>
      </w:r>
      <w:r>
        <w:rPr>
          <w:sz w:val="20"/>
        </w:rPr>
        <w:t>1:06:22  aap react karenge to heating, exchange, fighting, violence, yeh sab hoga, aur zahir hai ke woh</w:t>
      </w:r>
      <w:r>
        <w:br/>
      </w:r>
      <w:r>
        <w:rPr>
          <w:sz w:val="20"/>
        </w:rPr>
        <w:t>1:06:27  sab aap ko aap ke losses mein izafa karega.</w:t>
      </w:r>
      <w:r>
        <w:br/>
      </w:r>
      <w:r>
        <w:rPr>
          <w:sz w:val="20"/>
        </w:rPr>
        <w:t>1:06:32  sirf tu mein samajhta hoon ke super formula hai, super formula har cheez ke liye.</w:t>
      </w:r>
      <w:r>
        <w:br/>
      </w:r>
      <w:r>
        <w:rPr>
          <w:sz w:val="20"/>
        </w:rPr>
        <w:t>1:06:37  jaise aap ko</w:t>
      </w:r>
      <w:r>
        <w:br/>
      </w:r>
      <w:r>
        <w:rPr>
          <w:sz w:val="20"/>
        </w:rPr>
        <w:t>1:06:42  gussa aa gaya, farz kijiye aap offend ho gaye, farz kijiye to sochiye ek lamhe ke liye ke agar main aise offend bana raha hoon, agar aise main gussa karta rahu to kya hoga? Result kya hoga? Meri health kharab hogi, mera time waste hoga, meri energy waste hogi. Super formula hai: "See everything in terms of results</w:t>
      </w:r>
      <w:r>
        <w:br/>
      </w:r>
      <w:r>
        <w:rPr>
          <w:sz w:val="20"/>
        </w:rPr>
        <w:t>1:07:12  lit." aur yeh hadith mein un lafzon mein aaya hai ke ibn hasan ne islam mein jo maray:</w:t>
      </w:r>
      <w:r>
        <w:br/>
      </w:r>
      <w:r>
        <w:rPr>
          <w:sz w:val="20"/>
        </w:rPr>
        <w:t>1:07:18  "tarqa mala" yaani is ka yahi matlab hai ke best formula yahi hai ke cheezon ko result ke</w:t>
      </w:r>
      <w:r>
        <w:br/>
      </w:r>
      <w:r>
        <w:rPr>
          <w:sz w:val="20"/>
        </w:rPr>
        <w:t>1:07:24  aitbaar se jaanchu.</w:t>
      </w:r>
      <w:r>
        <w:br/>
      </w:r>
      <w:r>
        <w:rPr>
          <w:sz w:val="20"/>
        </w:rPr>
        <w:t>1:07:30  Judge everything in terms of result.</w:t>
      </w:r>
    </w:p>
    <w:p>
      <w:pPr>
        <w:pStyle w:val="Heading2"/>
      </w:pPr>
      <w:r>
        <w:t>How to identify sincerity in a person</w:t>
      </w:r>
    </w:p>
    <w:p>
      <w:r>
        <w:rPr>
          <w:color w:val="666666"/>
          <w:sz w:val="18"/>
        </w:rPr>
        <w:t>Ethics &amp; Character · Importance of Patience October 26, 2014 · 2m 24s · at 1:02:35 · https://youtu.be/XdOlp9-fPG0?t=3755</w:t>
      </w:r>
    </w:p>
    <w:p>
      <w:r>
        <w:rPr>
          <w:i/>
        </w:rPr>
        <w:t>“How to identify sincerity in a person?”</w:t>
      </w:r>
    </w:p>
    <w:p>
      <w:r>
        <w:rPr>
          <w:sz w:val="20"/>
        </w:rPr>
        <w:t>1:02:35  tab ja kar yeh cheez khatam hogi. Maulana, agla sawal kya hai? Ajmer se Dr. Safeena Tabassum ne, aur unhone aap se poocha hai ke "how to identify a sincerity in a person"</w:t>
      </w:r>
      <w:r>
        <w:br/>
      </w:r>
      <w:r>
        <w:rPr>
          <w:sz w:val="20"/>
        </w:rPr>
        <w:t>1:02:50  . bhai, dekhein, sincerity jo hai, yeh koi mathematical formula nahin hai. do aur do chaar ki tarah se is ko aap define nahin kar sakte.</w:t>
      </w:r>
      <w:r>
        <w:br/>
      </w:r>
      <w:r>
        <w:rPr>
          <w:sz w:val="20"/>
        </w:rPr>
        <w:t>1:03:03  yeh ek subjective matter hai. subjective matter hai. ek pehchaan bata deta hoon aap ko, mere tajrube ke mutabiq, ke apni ghalti ko manna khule tor par.</w:t>
      </w:r>
      <w:r>
        <w:br/>
      </w:r>
      <w:r>
        <w:rPr>
          <w:sz w:val="20"/>
        </w:rPr>
        <w:t>1:03:22  sincerity ki ek pehchaan yeh hai ke aadmi apni ghalti ko khule tor par maane, bilkul khule tor par. main ne apne tajrube mein to, yaani shayad ek do aadmi tareekh mile hon, mujhe ek do aadmi apni ghalti ko mante hi nahin.</w:t>
      </w:r>
      <w:r>
        <w:br/>
      </w:r>
      <w:r>
        <w:rPr>
          <w:sz w:val="20"/>
        </w:rPr>
        <w:t>1:03:39  log piece up karte hain, twist karte hain, ghumate phirate hain, lip service karte hain.</w:t>
      </w:r>
      <w:r>
        <w:br/>
      </w:r>
      <w:r>
        <w:rPr>
          <w:sz w:val="20"/>
        </w:rPr>
        <w:t>1:03:48  khule dil se apni ghalti ko agar maan le aadmi sach much, to woh sincere hai. aadmi yeh is ki pehchaan hai, aur khule dil se pehchanne ka jo jo namoona hai, woh hai tum ne qaim kiya hai ke un ko ek ghalti nishandahi ki gayi un ki ke aap ne yeh jab bhi jab woh khaleefa thay, yeh faisla aap ka durust nahin hai.</w:t>
      </w:r>
      <w:r>
        <w:br/>
      </w:r>
      <w:r>
        <w:rPr>
          <w:sz w:val="20"/>
        </w:rPr>
        <w:t>1:04:16  to aap bol pade: "lawla, lawla fulan lahlik Umar, lawla Ali lahlik Umar" ke agar fulan shakhs na hota to main to halak ho gaya tha.</w:t>
      </w:r>
      <w:r>
        <w:br/>
      </w:r>
      <w:r>
        <w:rPr>
          <w:sz w:val="20"/>
        </w:rPr>
        <w:t>1:04:30  is darje ka etraaf agar aap dekhein kisi ke andar, aap sab lein ke woh sincere aadmi hai.</w:t>
      </w:r>
      <w:r>
        <w:br/>
      </w:r>
      <w:r>
        <w:rPr>
          <w:sz w:val="20"/>
        </w:rPr>
        <w:t>1:04:38  is darje ka etraaf aur lip service wala etraaf to sab hi karte hain. is ki koi, is ki koi value nahin hai.</w:t>
      </w:r>
      <w:r>
        <w:br/>
      </w:r>
      <w:r>
        <w:rPr>
          <w:sz w:val="20"/>
        </w:rPr>
        <w:t>1:04:47  is ki koi value nahin hai. is darje ka etraaf ke "lawla fulan lahlik Umar", tab samjhein ke woh aadmi sincere aadmi hai.</w:t>
      </w:r>
    </w:p>
    <w:p>
      <w:pPr>
        <w:pStyle w:val="Heading2"/>
      </w:pPr>
      <w:r>
        <w:t>How to make amends and get forgiveness?</w:t>
      </w:r>
    </w:p>
    <w:p>
      <w:r>
        <w:rPr>
          <w:color w:val="666666"/>
          <w:sz w:val="18"/>
        </w:rPr>
        <w:t>Ethics &amp; Character · Anger An Obstacle to wisdom 5 Jan 2020 - Maulana Wahiduddin Khan · 2m 44s · at 1:08:00 · https://youtu.be/q0VPtCsiYrI?t=4080</w:t>
      </w:r>
    </w:p>
    <w:p>
      <w:r>
        <w:rPr>
          <w:i/>
        </w:rPr>
        <w:t>“Today's talk was very beneficial for me. I want to ask you that if out of anger in the past I have taken a rash decision and hurt someone and damaged his reputation, then how can I make amends and get forgiveness from God? I really need your advice on this.”</w:t>
      </w:r>
    </w:p>
    <w:p>
      <w:r>
        <w:rPr>
          <w:sz w:val="20"/>
        </w:rPr>
        <w:t>1:08:00  ma sha Allah. Maulana, ek sawal aaya hai, yeh sawal aaya hai lucknow se firoz sahib ne kiya hai, unhon ne likha hai: "Molana sahib, today's talk was very beneficial for me.</w:t>
      </w:r>
      <w:r>
        <w:br/>
      </w:r>
      <w:r>
        <w:rPr>
          <w:sz w:val="20"/>
        </w:rPr>
        <w:t>1:08:18  I want to ask you that if out of anger in the past I have taken a rash decision and hurt someone and damaged his reputation, then how can I make amends and get forgiveness from God</w:t>
      </w:r>
      <w:r>
        <w:br/>
      </w:r>
      <w:r>
        <w:rPr>
          <w:sz w:val="20"/>
        </w:rPr>
        <w:t>1:08:34  ? I really need your advice on this." dekhiye, yeh to har ek ke sath pesh aata hai aur is ka hal bohat hi asan hai,</w:t>
      </w:r>
      <w:r>
        <w:br/>
      </w:r>
      <w:r>
        <w:rPr>
          <w:sz w:val="20"/>
        </w:rPr>
        <w:t>1:08:48  bohat hi asan hai. aur yeh maine jana hai ek sahabi</w:t>
      </w:r>
      <w:r>
        <w:br/>
      </w:r>
      <w:r>
        <w:rPr>
          <w:sz w:val="20"/>
        </w:rPr>
        <w:t>1:08:57  abu darda se, woh itna asan hai ke jis insan ke sath aap ne koi</w:t>
      </w:r>
      <w:r>
        <w:br/>
      </w:r>
      <w:r>
        <w:rPr>
          <w:sz w:val="20"/>
        </w:rPr>
        <w:t>1:09:08  burai kar di hai, bas us ke liye dua kar ban jaiye. jab aap ko ehsas ehsas ho ke aap ne galat kiya tha, bas sirf yeh kijiye ke us ke liye dua shuru kar dijiye.</w:t>
      </w:r>
      <w:r>
        <w:br/>
      </w:r>
      <w:r>
        <w:rPr>
          <w:sz w:val="20"/>
        </w:rPr>
        <w:t>1:09:26  bas itna hi kijiye, aap kuch kar lijiye, kuch elan karne ki zaroorat nahi hai. is insan ke liye dua, aap dekhen ke achaanak ek naya inqalab aaye ga aap ke andar aur ek bilkul ek nai dunya wajood mein aa jaye gi.</w:t>
      </w:r>
      <w:r>
        <w:br/>
      </w:r>
      <w:r>
        <w:rPr>
          <w:sz w:val="20"/>
        </w:rPr>
        <w:t>1:09:47  bohat hi asan hai, log dua jante hain sirf yani mangna, dua jante hain sirf mangne ke liye.</w:t>
      </w:r>
      <w:r>
        <w:br/>
      </w:r>
      <w:r>
        <w:rPr>
          <w:sz w:val="20"/>
        </w:rPr>
        <w:t>1:09:58  lekin dua bhi ek ek giver item hai, giver dua ek azeem tareen qism ka giver item hai.</w:t>
      </w:r>
      <w:r>
        <w:br/>
      </w:r>
      <w:r>
        <w:rPr>
          <w:sz w:val="20"/>
        </w:rPr>
        <w:t>1:10:15  kisi insan ke liye aap jab dua karte hain to sare farishte amin karte hain, amin karte hain, amin karte hain. to dua ek bohat bara giver item hai,</w:t>
      </w:r>
      <w:r>
        <w:br/>
      </w:r>
      <w:r>
        <w:rPr>
          <w:sz w:val="20"/>
        </w:rPr>
        <w:t>1:10:28  aap nafe ban jate hain.</w:t>
      </w:r>
      <w:r>
        <w:br/>
      </w:r>
      <w:r>
        <w:rPr>
          <w:sz w:val="20"/>
        </w:rPr>
        <w:t>1:10:33  tajurba tajurba kar ke dekhiye, aap tajurba kar ke dekhiye.</w:t>
      </w:r>
    </w:p>
    <w:p>
      <w:pPr>
        <w:pStyle w:val="Heading2"/>
      </w:pPr>
      <w:r>
        <w:t>How to respond when treated badly</w:t>
      </w:r>
    </w:p>
    <w:p>
      <w:r>
        <w:rPr>
          <w:color w:val="666666"/>
          <w:sz w:val="18"/>
        </w:rPr>
        <w:t>Ethics &amp; Character · 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Humility Before God but Arrogance to People</w:t>
      </w:r>
    </w:p>
    <w:p>
      <w:r>
        <w:rPr>
          <w:color w:val="666666"/>
          <w:sz w:val="18"/>
        </w:rPr>
        <w:t>Ethics &amp; Character · The Prophet An Example of Modesty August 27, 2017 · 3m 27s · at 1:01:19 · https://youtu.be/aR3V4c8fQC4?t=3679</w:t>
      </w:r>
    </w:p>
    <w:p>
      <w:r>
        <w:rPr>
          <w:i/>
        </w:rPr>
        <w:t>“When we totally submit to our creator, we become ojiz (helpless) and humble, but at the same time we show arrogance to other people. Why there is such a stark difference? What is missing here?”</w:t>
      </w:r>
    </w:p>
    <w:p>
      <w:r>
        <w:rPr>
          <w:sz w:val="20"/>
        </w:rPr>
        <w:t>1:01:19  maulana, agla sawal usa se miss kousar izhar ne bheja hai, unhon ne likha hai, "When we totally submit to our creator, we become ojiz and humble,</w:t>
      </w:r>
      <w:r>
        <w:br/>
      </w:r>
      <w:r>
        <w:rPr>
          <w:sz w:val="20"/>
        </w:rPr>
        <w:t>1:01:32  but at the same time we show arrogance to other people.</w:t>
      </w:r>
      <w:r>
        <w:br/>
      </w:r>
      <w:r>
        <w:rPr>
          <w:sz w:val="20"/>
        </w:rPr>
        <w:t>1:01:37  Why there is such a stark difference? What is missing here?" maulana, iss ke baray mein batayen. bhai, bara hi anokha sawal hai, bohat anokha sawal hai.</w:t>
      </w:r>
      <w:r>
        <w:br/>
      </w:r>
      <w:r>
        <w:rPr>
          <w:sz w:val="20"/>
        </w:rPr>
        <w:t>1:01:49  main yeh kahoon ga apne tajurbe ke mutabiq ke Allah ke muqablay mein bhi woh aajiz nahin banta, aisa insaan kahani lip service ki taraf bolta hai.</w:t>
      </w:r>
      <w:r>
        <w:br/>
      </w:r>
      <w:r>
        <w:rPr>
          <w:sz w:val="20"/>
        </w:rPr>
        <w:t>1:02:03  yaad rakhiye, Allah ke muqablay mein ishq ki daryaft ka jo criterion hai, woh insaan hai, insaan hai.</w:t>
      </w:r>
      <w:r>
        <w:br/>
      </w:r>
      <w:r>
        <w:rPr>
          <w:sz w:val="20"/>
        </w:rPr>
        <w:t>1:02:17  yaani Allah ke muqablay mein apna ishq daryaft karne ki saboot yeh hai ke aap insaan ke muqablay mein apnay ko, apnay ishq ko daryaft karen, nahin to woh lip service hai.</w:t>
      </w:r>
      <w:r>
        <w:br/>
      </w:r>
      <w:r>
        <w:rPr>
          <w:sz w:val="20"/>
        </w:rPr>
        <w:t>1:02:31  jo Allah ke muqablay mein bolta hai, "Alhamdulillah, Alhamdulillah, Subhan Allah", woh sab lip service hota hai, kuch nahin hota. aur yeh hadees se sabit hai ke "man lam yashhad al-nas lam yashhad Allah".</w:t>
      </w:r>
      <w:r>
        <w:br/>
      </w:r>
      <w:r>
        <w:rPr>
          <w:sz w:val="20"/>
        </w:rPr>
        <w:t>1:02:46  jo insaan ka etraaf nahin karay ga, woh Allah ka bhi etraaf nahin karay ga. iss ka matlab yahi hai ke agar tum dekho ke insaan ke muqablay mein.</w:t>
      </w:r>
      <w:r>
        <w:br/>
      </w:r>
      <w:r>
        <w:rPr>
          <w:sz w:val="20"/>
        </w:rPr>
        <w:t>1:02:56  to woh acknowledge karta nahin, etraaf karta nahin, aur Allah Allah khoob karta hai. to woh woh sab banawati hai, lip service hai, iss ki koi haqeeqat nahin hai.</w:t>
      </w:r>
      <w:r>
        <w:br/>
      </w:r>
      <w:r>
        <w:rPr>
          <w:sz w:val="20"/>
        </w:rPr>
        <w:t>1:03:08  jo aadmi sahi taur par Allah ko daryaft karay ga, Allah ke muqablay mein apni modesty ko daryaft karay ga, woh saray insaanon ke baray mein modest ban jayay ga.</w:t>
      </w:r>
      <w:r>
        <w:br/>
      </w:r>
      <w:r>
        <w:rPr>
          <w:sz w:val="20"/>
        </w:rPr>
        <w:t>1:03:20  yahi possible hai ke aap insaan ke muqablay mein arrogant banen aur Allah ke muqablay mein modest nahin ho sakta.</w:t>
      </w:r>
      <w:r>
        <w:br/>
      </w:r>
      <w:r>
        <w:rPr>
          <w:sz w:val="20"/>
        </w:rPr>
        <w:t>1:03:31  kyun ke Allah aap ka hareef nahin hai, Allah aap ka rival nahin hai, to wahan iss tarah ki sooraten pesh nahin aati. Allah se aap ka koi money ka, property ka koi jhagda nahin hota,</w:t>
      </w:r>
      <w:r>
        <w:br/>
      </w:r>
      <w:r>
        <w:rPr>
          <w:sz w:val="20"/>
        </w:rPr>
        <w:t>1:03:46  to iss liye wahan wahan baat khulti nahin. insaan ke mamlay mein khulti hai ke baar baar aap ko Allah se, ke baar baar aap ko insaan se rivalry hoti hai, baar baar aap ko interest clash hota hai,</w:t>
      </w:r>
      <w:r>
        <w:br/>
      </w:r>
      <w:r>
        <w:rPr>
          <w:sz w:val="20"/>
        </w:rPr>
        <w:t>1:04:05  baar baar aap ko koi na koi ikhtilaf pesh aata hai. to Allah ke muqablay mein log Alhamdulillah iss khoob iss liye karte hain ke wahan koi koi takrao nahin hai.</w:t>
      </w:r>
      <w:r>
        <w:br/>
      </w:r>
      <w:r>
        <w:rPr>
          <w:sz w:val="20"/>
        </w:rPr>
        <w:t>1:04:17  insan ke muqable mein takrao hai, is liye wahan nahi keh paate. to yaad rakhiye, Allah ke muqable mein aap kaise hain, is ka saboot hai ke insan ke muqable mein aap kaise hain.</w:t>
      </w:r>
      <w:r>
        <w:br/>
      </w:r>
      <w:r>
        <w:rPr>
          <w:sz w:val="20"/>
        </w:rPr>
        <w:t>1:04:30  yeh matlab hai is hadith ka "man lam yashhad al-nas lam yashhad Allah". yaani Allah ke muqable mein aap kaise hain, is ka faisla is par hoga ke insan ke muqable mein aap kaise hain.</w:t>
      </w:r>
    </w:p>
    <w:p>
      <w:pPr>
        <w:pStyle w:val="Heading2"/>
      </w:pPr>
      <w:r>
        <w:t>Hypocrisy and best deeds for Allah</w:t>
      </w:r>
    </w:p>
    <w:p>
      <w:r>
        <w:rPr>
          <w:color w:val="666666"/>
          <w:sz w:val="18"/>
        </w:rPr>
        <w:t>Ethics &amp; Character · Personality Building January 05, 2014 · 2m 47s · at 1:19:12 · https://youtu.be/3Zppdm2K4ug?t=4752</w:t>
      </w:r>
    </w:p>
    <w:p>
      <w:r>
        <w:rPr>
          <w:i/>
        </w:rPr>
        <w:t>“What is hypocrisy and what is the best work that Allah likes?”</w:t>
      </w:r>
    </w:p>
    <w:p>
      <w:r>
        <w:rPr>
          <w:sz w:val="20"/>
        </w:rPr>
        <w:t>1:19:12  maulana, agla sawal dhampur se aya hai mehtab ahmad sahib ka. unhon ne aap se poocha hai ke "wat is munafiqat and wat is da bast work dat allah likes?" is ko wazeh karen.</w:t>
      </w:r>
      <w:r>
        <w:br/>
      </w:r>
      <w:r>
        <w:rPr>
          <w:sz w:val="20"/>
        </w:rPr>
        <w:t>1:19:28  dekhen, munafiqat ka matlab sadah tor par double standard hona. dil mein kuch ho, zaban par kuch ho.</w:t>
      </w:r>
      <w:r>
        <w:br/>
      </w:r>
      <w:r>
        <w:rPr>
          <w:sz w:val="20"/>
        </w:rPr>
        <w:t>1:19:39  yeh matlab hai munafiqat ka.</w:t>
      </w:r>
      <w:r>
        <w:br/>
      </w:r>
      <w:r>
        <w:rPr>
          <w:sz w:val="20"/>
        </w:rPr>
        <w:t>1:19:44  to aaj kal to bohat ziyada aam hai logon ko khush karne ke liye, society mein acha bana rehne ke liye. aadmi har waqt banawati baaten karta hai.</w:t>
      </w:r>
      <w:r>
        <w:br/>
      </w:r>
      <w:r>
        <w:rPr>
          <w:sz w:val="20"/>
        </w:rPr>
        <w:t>1:19:54  banawati baaten kya hain? wohi munafiqat hai. mera aadmi khud samajh sakta hai ke mere dil mein kya hai, ab mein bol kya raha hoon. to munafiqat ka matlab hai yani double standard hona.</w:t>
      </w:r>
      <w:r>
        <w:br/>
      </w:r>
      <w:r>
        <w:rPr>
          <w:sz w:val="20"/>
        </w:rPr>
        <w:t>1:20:10  aur kya dosra kehta hai? woh</w:t>
      </w:r>
      <w:r>
        <w:br/>
      </w:r>
      <w:r>
        <w:rPr>
          <w:sz w:val="20"/>
        </w:rPr>
        <w:t>1:20:12  "What is the best work that Allah likes?"</w:t>
      </w:r>
      <w:r>
        <w:br/>
      </w:r>
      <w:r>
        <w:rPr>
          <w:sz w:val="20"/>
        </w:rPr>
        <w:t>1:20:18  acha,</w:t>
      </w:r>
      <w:r>
        <w:br/>
      </w:r>
      <w:r>
        <w:rPr>
          <w:sz w:val="20"/>
        </w:rPr>
        <w:t>1:20:23  mein samajhta hoon kisi ko ulta jo hai woh best hai. kyunke quran mein aata hai ke quran mein aata hai ke akhirat ke bare mein "fi muqaddar sadqan al-muktadir"</w:t>
      </w:r>
      <w:r>
        <w:br/>
      </w:r>
      <w:r>
        <w:rPr>
          <w:sz w:val="20"/>
        </w:rPr>
        <w:t>1:20:38  ke akhirat mein jo selected log honge jin ko jannat ki entry mile gi, woh sachai ki seat par honge.</w:t>
      </w:r>
      <w:r>
        <w:br/>
      </w:r>
      <w:r>
        <w:rPr>
          <w:sz w:val="20"/>
        </w:rPr>
        <w:t>1:20:49  sachai ki seat kyunke sacha hona Allah ko sab se zyada pasand hai aur munafiq hona sab se zyada napasand hai Allah ko.</w:t>
      </w:r>
      <w:r>
        <w:br/>
      </w:r>
      <w:r>
        <w:rPr>
          <w:sz w:val="20"/>
        </w:rPr>
        <w:t>1:20:58  kyunke quran mein hai ke</w:t>
      </w:r>
      <w:r>
        <w:br/>
      </w:r>
      <w:r>
        <w:rPr>
          <w:sz w:val="20"/>
        </w:rPr>
        <w:t>1:21:02  "munafiq woh sab se zyada</w:t>
      </w:r>
      <w:r>
        <w:br/>
      </w:r>
      <w:r>
        <w:rPr>
          <w:sz w:val="20"/>
        </w:rPr>
        <w:t>1:21:07  nal munafiqeen fil darak al-asfal min an-nar". sab se zyada yani nichle darje mein jannat ke munafiqeen honge. aur jo sachay log hain, un ke liye hai ke "fi muqaddar sadqan al-muktadir" ke log sachai ki seat par honge.</w:t>
      </w:r>
      <w:r>
        <w:br/>
      </w:r>
      <w:r>
        <w:rPr>
          <w:sz w:val="20"/>
        </w:rPr>
        <w:t>1:21:24  dekhen, sachai koi ek baat nahi hai.</w:t>
      </w:r>
      <w:r>
        <w:br/>
      </w:r>
      <w:r>
        <w:rPr>
          <w:sz w:val="20"/>
        </w:rPr>
        <w:t>1:21:26  sachai aap ki poori personality ka aik aik aik nishani hai. sachai hai to sab kuch hai. agar aap ke paas sachai hai to aap ke bol mein sachai hogi, aap ki dealing mein sachai hogi, aap ke behavior mein sachai hogi, aap ke thinking mein sachai hogi.</w:t>
      </w:r>
      <w:r>
        <w:br/>
      </w:r>
      <w:r>
        <w:rPr>
          <w:sz w:val="20"/>
        </w:rPr>
        <w:t>1:21:42  yani poora wajood aap ka sach ban jayega, sachai mein dhal jayega.</w:t>
      </w:r>
      <w:r>
        <w:br/>
      </w:r>
      <w:r>
        <w:rPr>
          <w:sz w:val="20"/>
        </w:rPr>
        <w:t>1:21:48  to mein samajhta hoon ke sab se bari burai jhoot bolna hai, sab se bari achai jo hai sach bolna hai.</w:t>
      </w:r>
    </w:p>
    <w:p>
      <w:pPr>
        <w:pStyle w:val="Heading2"/>
      </w:pPr>
      <w:r>
        <w:t>Ideology of enmity based on nation</w:t>
      </w:r>
    </w:p>
    <w:p>
      <w:r>
        <w:rPr>
          <w:color w:val="666666"/>
          <w:sz w:val="18"/>
        </w:rPr>
        <w:t>Ethics &amp; Character · From The Spiritual Tree September 8, 2013 · 2m 41s · at 1:00:10 · https://youtu.be/Vv6vf2N8YQA?t=3610</w:t>
      </w:r>
    </w:p>
    <w:p>
      <w:r>
        <w:rPr>
          <w:i/>
        </w:rPr>
        <w:t>“My brother's ideology was that whoever is an enemy of my nation is my enemy, and he used to do all actions for that. He mentioned a hadith that if one limb is in pain, the whole body feels it. What is your opinion?”</w:t>
      </w:r>
    </w:p>
    <w:p>
      <w:r>
        <w:rPr>
          <w:sz w:val="20"/>
        </w:rPr>
        <w:t>1:00:10  maulana yeh agla sawal aya hai maulana iqbal umri ka chennai se. yeh likhte hain ek sahab ke bhai jail mein hain.</w:t>
      </w:r>
      <w:r>
        <w:br/>
      </w:r>
      <w:r>
        <w:rPr>
          <w:sz w:val="20"/>
        </w:rPr>
        <w:t>1:00:19  main ne un se poocha kya karte the? unhon ne kaha mere bhai ka nazariya tha ke jo meri qom ka dushman hai woh mera dushman hai.</w:t>
      </w:r>
      <w:r>
        <w:br/>
      </w:r>
      <w:r>
        <w:rPr>
          <w:sz w:val="20"/>
        </w:rPr>
        <w:t>1:00:31  isi ke liye sari harkatein karte the. unhon ne ek hadees ka zikr kiya ke agar ek uzv ko takleef hoti hai to sara badan mehsoos karta hai.</w:t>
      </w:r>
      <w:r>
        <w:br/>
      </w:r>
      <w:r>
        <w:rPr>
          <w:sz w:val="20"/>
        </w:rPr>
        <w:t>1:00:45  maulana kya is hadees mein qomiyat ki bhi daleel hai? hargiz nahi. is hadees mein qomiyat dil yeh to ek akhlaqi yeh hadees to akhlaqi maani mein hai.</w:t>
      </w:r>
      <w:r>
        <w:br/>
      </w:r>
      <w:r>
        <w:rPr>
          <w:sz w:val="20"/>
        </w:rPr>
        <w:t>1:00:57  yeh qomi ma'ni mein nahi hai.</w:t>
      </w:r>
      <w:r>
        <w:br/>
      </w:r>
      <w:r>
        <w:rPr>
          <w:sz w:val="20"/>
        </w:rPr>
        <w:t>1:01:00  dushman ke mu'amle ko agar samajhna hai aap ko to quran ki ek ayat se aap is ko samjhein ke laa hasanatun waladzi bainakum kaanum adaa watun kaana waliyuhum hameem.</w:t>
      </w:r>
      <w:r>
        <w:br/>
      </w:r>
      <w:r>
        <w:rPr>
          <w:sz w:val="20"/>
        </w:rPr>
        <w:t>1:01:22  yani dushman ko dost banane ka formula bataya quran mein. dushman se nafrat karne ka formula nahi hai.</w:t>
      </w:r>
      <w:r>
        <w:br/>
      </w:r>
      <w:r>
        <w:rPr>
          <w:sz w:val="20"/>
        </w:rPr>
        <w:t>1:01:29  yeh nahi ke dushman se nafrat karo, dushman ko maro, dushman ke khilaaf harkatein karo, dushman ko zaleel karo. yeh nahi hai formula. dushman ke saath acha sulook karo.</w:t>
      </w:r>
      <w:r>
        <w:br/>
      </w:r>
      <w:r>
        <w:rPr>
          <w:sz w:val="20"/>
        </w:rPr>
        <w:t>1:01:38  dushman ko tablegh karo. dushman ko dawat do. dushman se discussion karo. yahan tak ke woh tumhara dost ban jayega.</w:t>
      </w:r>
      <w:r>
        <w:br/>
      </w:r>
      <w:r>
        <w:rPr>
          <w:sz w:val="20"/>
        </w:rPr>
        <w:t>1:01:50  isko to yeh to bohat bari baat quran mein hai ke har dushman aap ka potential friend hai.</w:t>
      </w:r>
      <w:r>
        <w:br/>
      </w:r>
      <w:r>
        <w:rPr>
          <w:sz w:val="20"/>
        </w:rPr>
        <w:t>1:01:57  yani your enemy is your potential friend. so turn this potential into actual. to unhon ne jo nazariya banaya hai is ka ta'alluq islam se kuch bhi nahi tha.</w:t>
      </w:r>
      <w:r>
        <w:br/>
      </w:r>
      <w:r>
        <w:rPr>
          <w:sz w:val="20"/>
        </w:rPr>
        <w:t>1:02:08  hata ke qomiyat se bhi woh nahi hai. woh to aam woh to bilkul nadani ki baat hai. qomiyat bhi dekhiye reason par qaim hoti hai.</w:t>
      </w:r>
      <w:r>
        <w:br/>
      </w:r>
      <w:r>
        <w:rPr>
          <w:sz w:val="20"/>
        </w:rPr>
        <w:t>1:02:17  reason par. woh reason ke bhi khilaaf hai. lad kar aap kisi masle ko hal nahi kar sakte.</w:t>
      </w:r>
      <w:r>
        <w:br/>
      </w:r>
      <w:r>
        <w:rPr>
          <w:sz w:val="20"/>
        </w:rPr>
        <w:t>1:02:24  kisi community ko aap dushman bana bana lein. is se masla hal nahi hota hai. sahi tareeqa yahi hai ke aap dushman se acha sulook karein.</w:t>
      </w:r>
      <w:r>
        <w:br/>
      </w:r>
      <w:r>
        <w:rPr>
          <w:sz w:val="20"/>
        </w:rPr>
        <w:t>1:02:33  dushman se discussion karein. yani dushmani ko diffuse karne ki koshish karein. ladna kisi masle ka hal nahi hai. kabhi bhi nahi.</w:t>
      </w:r>
      <w:r>
        <w:br/>
      </w:r>
      <w:r>
        <w:rPr>
          <w:sz w:val="20"/>
        </w:rPr>
        <w:t>1:02:42  kabhi duniya mein aisa nahi hai ke ke lad bher kar kisi ne masle ko hal kiya ho. na pehle hua hai na aaj aaj ho sakta hai.</w:t>
      </w:r>
    </w:p>
    <w:p>
      <w:pPr>
        <w:pStyle w:val="Heading2"/>
      </w:pPr>
      <w:r>
        <w:t>Importance of forgiveness in patience</w:t>
      </w:r>
    </w:p>
    <w:p>
      <w:r>
        <w:rPr>
          <w:color w:val="666666"/>
          <w:sz w:val="18"/>
        </w:rPr>
        <w:t>Ethics &amp; Character · Problem and Shukr March 15, 2015 · 2m 50s · at 45:49 · https://youtu.be/O4gfXHtntcc?t=2749</w:t>
      </w:r>
    </w:p>
    <w:p>
      <w:r>
        <w:rPr>
          <w:i/>
        </w:rPr>
        <w:t>“How important is forgiveness in keeping patience and positivity?”</w:t>
      </w:r>
    </w:p>
    <w:p>
      <w:r>
        <w:rPr>
          <w:sz w:val="20"/>
        </w:rPr>
        <w:t>45:49  maulana agla sawal miss naghma siddiqui ka hai dilli se aur unhon ne aap se poocha hai ke</w:t>
      </w:r>
      <w:r>
        <w:br/>
      </w:r>
      <w:r>
        <w:rPr>
          <w:sz w:val="20"/>
        </w:rPr>
        <w:t>45:57  How important is it, how important is forgiveness in keeping patience and</w:t>
      </w:r>
      <w:r>
        <w:br/>
      </w:r>
      <w:r>
        <w:rPr>
          <w:sz w:val="20"/>
        </w:rPr>
        <w:t>46:04  positivity dekhiye forgiveness ke baghair to</w:t>
      </w:r>
      <w:r>
        <w:br/>
      </w:r>
      <w:r>
        <w:rPr>
          <w:sz w:val="20"/>
        </w:rPr>
        <w:t>46:08  sab kuch kho deta hai aadmi kyun ke dunya mein to insan ki taraf se aap ko</w:t>
      </w:r>
      <w:r>
        <w:br/>
      </w:r>
      <w:r>
        <w:rPr>
          <w:sz w:val="20"/>
        </w:rPr>
        <w:t>46:15  unpleasant cheezein pesh aayengi aayengi yeh to bilkul mumkin nahi ke sab kuch smooth ho</w:t>
      </w:r>
      <w:r>
        <w:br/>
      </w:r>
      <w:r>
        <w:rPr>
          <w:sz w:val="20"/>
        </w:rPr>
        <w:t>46:21  jaye to forgiveness to bilkul must hai is baat ke liye ke aap ke andar shukr ka jazba</w:t>
      </w:r>
      <w:r>
        <w:br/>
      </w:r>
      <w:r>
        <w:rPr>
          <w:sz w:val="20"/>
        </w:rPr>
        <w:t>46:31  baqi rahe aur aur positive thinking baqi rahe baghair forgiveness ke kuch bhi nahi ho sakta</w:t>
      </w:r>
      <w:r>
        <w:br/>
      </w:r>
      <w:r>
        <w:rPr>
          <w:sz w:val="20"/>
        </w:rPr>
        <w:t>46:39  islam ka aik usool yeh bhi hai</w:t>
      </w:r>
      <w:r>
        <w:br/>
      </w:r>
      <w:r>
        <w:rPr>
          <w:sz w:val="20"/>
        </w:rPr>
        <w:t>46:43  ke living evil ke baray mein islam koi</w:t>
      </w:r>
      <w:r>
        <w:br/>
      </w:r>
      <w:r>
        <w:rPr>
          <w:sz w:val="20"/>
        </w:rPr>
        <w:t>46:49  ikhtitam karta hai living evil lekin dead evil par koi is ka nahi hota islam ka ikhtitam aik</w:t>
      </w:r>
      <w:r>
        <w:br/>
      </w:r>
      <w:r>
        <w:rPr>
          <w:sz w:val="20"/>
        </w:rPr>
        <w:t>46:58  hai living evil aik hai dead evil mein aap ko misaal deta hoon</w:t>
      </w:r>
      <w:r>
        <w:br/>
      </w:r>
      <w:r>
        <w:rPr>
          <w:sz w:val="20"/>
        </w:rPr>
        <w:t>47:04  keh rasool Allah ne jab makkah fatah kiya aur kaaba par aap ko poora ikhtiyar hasil ho gaya</w:t>
      </w:r>
      <w:r>
        <w:br/>
      </w:r>
      <w:r>
        <w:rPr>
          <w:sz w:val="20"/>
        </w:rPr>
        <w:t>47:11  to us waqt kaaba ke ooper ek parda dala hua tha ek parda yeh parda mushrikeen ne dala</w:t>
      </w:r>
      <w:r>
        <w:br/>
      </w:r>
      <w:r>
        <w:rPr>
          <w:sz w:val="20"/>
        </w:rPr>
        <w:t>47:20  tha yani mushrikeen ka paisa mushrikeen ki sab kuch mushrikeen ka tha woh us dala hua tha aaj</w:t>
      </w:r>
      <w:r>
        <w:br/>
      </w:r>
      <w:r>
        <w:rPr>
          <w:sz w:val="20"/>
        </w:rPr>
        <w:t>47:28  kal jo mizaj hai musalmanon ka woh kya kahenge yeh mushrikeen ka parda hai is ko hatao</w:t>
      </w:r>
      <w:r>
        <w:br/>
      </w:r>
      <w:r>
        <w:rPr>
          <w:sz w:val="20"/>
        </w:rPr>
        <w:t>47:34  rasool Allah ne nahi hataya is ko</w:t>
      </w:r>
      <w:r>
        <w:br/>
      </w:r>
      <w:r>
        <w:rPr>
          <w:sz w:val="20"/>
        </w:rPr>
        <w:t>47:36  kyunkeh ab woh ab woh un ka iqtadar khatm ho gaya tha ab woh koi living problem nahi</w:t>
      </w:r>
      <w:r>
        <w:br/>
      </w:r>
      <w:r>
        <w:rPr>
          <w:sz w:val="20"/>
        </w:rPr>
        <w:t>47:42  tha woh parda</w:t>
      </w:r>
      <w:r>
        <w:br/>
      </w:r>
      <w:r>
        <w:rPr>
          <w:sz w:val="20"/>
        </w:rPr>
        <w:t>47:44  baad ko kya hua keh ek aurat wahan par woh jo dhon dena woh loban jala kar kya</w:t>
      </w:r>
      <w:r>
        <w:br/>
      </w:r>
      <w:r>
        <w:rPr>
          <w:sz w:val="20"/>
        </w:rPr>
        <w:t>47:51  karte hain woh wahan kar rahi thi is se parde mein aag lag gayi to parda jal gaya</w:t>
      </w:r>
      <w:r>
        <w:br/>
      </w:r>
      <w:r>
        <w:rPr>
          <w:sz w:val="20"/>
        </w:rPr>
        <w:t>47:59  to ab ek ek ek real problem ban gaya keh parde ko doosre replace kiya jaye to jab</w:t>
      </w:r>
      <w:r>
        <w:br/>
      </w:r>
      <w:r>
        <w:rPr>
          <w:sz w:val="20"/>
        </w:rPr>
        <w:t>48:07  tak parda koi yani koi living evil nahi tha us waqt aap ne is baqi rakha aur jab</w:t>
      </w:r>
      <w:r>
        <w:br/>
      </w:r>
      <w:r>
        <w:rPr>
          <w:sz w:val="20"/>
        </w:rPr>
        <w:t>48:13  dekha keh parda to jal gaya to ab ek naya parda dalna hai to phir aap ne wahan</w:t>
      </w:r>
      <w:r>
        <w:br/>
      </w:r>
      <w:r>
        <w:rPr>
          <w:sz w:val="20"/>
        </w:rPr>
        <w:t>48:18  par ek naya parda dhalwaya</w:t>
      </w:r>
      <w:r>
        <w:br/>
      </w:r>
      <w:r>
        <w:rPr>
          <w:sz w:val="20"/>
        </w:rPr>
        <w:t>48:20  to is baat ko bohat yani aur bhi misalein hain is ki keh Islam living</w:t>
      </w:r>
      <w:r>
        <w:br/>
      </w:r>
      <w:r>
        <w:rPr>
          <w:sz w:val="20"/>
        </w:rPr>
        <w:t>48:28  living evil ko problem samajhta hai dead evil ko Islam problem nahi samajhta</w:t>
      </w:r>
      <w:r>
        <w:br/>
      </w:r>
      <w:r>
        <w:rPr>
          <w:sz w:val="20"/>
        </w:rPr>
        <w:t>48:34  dead evil ko nazar andaz karna yeh Islam ka tareeqa hai aur living evil ke bare mein sochna</w:t>
      </w:r>
    </w:p>
    <w:p>
      <w:pPr>
        <w:pStyle w:val="Heading2"/>
      </w:pPr>
      <w:r>
        <w:t>Importance of patience in Islam and development</w:t>
      </w:r>
    </w:p>
    <w:p>
      <w:r>
        <w:rPr>
          <w:color w:val="666666"/>
          <w:sz w:val="18"/>
        </w:rPr>
        <w:t>Ethics &amp; Character · Divine Law of Success 14th October 2012 Slow · 2m 14s · at 1:12:04 · https://youtu.be/2zXfZhIf1jA?t=4324</w:t>
      </w:r>
    </w:p>
    <w:p>
      <w:r>
        <w:rPr>
          <w:i/>
        </w:rPr>
        <w:t>“Why in Islam is great importance attached to patience? Please guide us as to how we can develop the quality of patience in ourselves.”</w:t>
      </w:r>
    </w:p>
    <w:p>
      <w:r>
        <w:rPr>
          <w:sz w:val="20"/>
        </w:rPr>
        <w:t>1:12:04  maulana, agla sawal roorkee se hai, mr. sajid anwar sahib ka.</w:t>
      </w:r>
      <w:r>
        <w:br/>
      </w:r>
      <w:r>
        <w:rPr>
          <w:sz w:val="20"/>
        </w:rPr>
        <w:t>1:12:10  unhon ne likha hai: "Molana, why in Islam a great importance is attached to صبر?</w:t>
      </w:r>
      <w:r>
        <w:br/>
      </w:r>
      <w:r>
        <w:rPr>
          <w:sz w:val="20"/>
        </w:rPr>
        <w:t>1:12:17  dekhie, sabr ka</w:t>
      </w:r>
      <w:r>
        <w:br/>
      </w:r>
      <w:r>
        <w:rPr>
          <w:sz w:val="20"/>
        </w:rPr>
        <w:t>1:12:23  matlab jo hai, sabr koi passive attitude ka naam nahi hai.</w:t>
      </w:r>
      <w:r>
        <w:br/>
      </w:r>
      <w:r>
        <w:rPr>
          <w:sz w:val="20"/>
        </w:rPr>
        <w:t>1:12:29  sabr ka matlab hai Allah ka jo, jo abhi mein ne kaha ke jo divine plan hai, jo</w:t>
      </w:r>
      <w:r>
        <w:br/>
      </w:r>
      <w:r>
        <w:rPr>
          <w:sz w:val="20"/>
        </w:rPr>
        <w:t>1:12:35  divine scheme of things hai, us se mutabiqat karna.</w:t>
      </w:r>
      <w:r>
        <w:br/>
      </w:r>
      <w:r>
        <w:rPr>
          <w:sz w:val="20"/>
        </w:rPr>
        <w:t>1:12:41  jab bhi hamare muwafiq koi baat hai, us se mutabiqat karna.</w:t>
      </w:r>
      <w:r>
        <w:br/>
      </w:r>
      <w:r>
        <w:rPr>
          <w:sz w:val="20"/>
        </w:rPr>
        <w:t>1:12:47  misal ke taur par, har aadmi azaad hai, aap ki azaadi ko misuse karta hai.</w:t>
      </w:r>
      <w:r>
        <w:br/>
      </w:r>
      <w:r>
        <w:rPr>
          <w:sz w:val="20"/>
        </w:rPr>
        <w:t>1:12:53  iska misuse karna hamein bura lagta hai, hamein takleef hoti hai.</w:t>
      </w:r>
      <w:r>
        <w:br/>
      </w:r>
      <w:r>
        <w:rPr>
          <w:sz w:val="20"/>
        </w:rPr>
        <w:t>1:12:59  to hamein sabr karna parega, kyunke woh jo kar raha hai, woh to Allah ke di hui</w:t>
      </w:r>
      <w:r>
        <w:br/>
      </w:r>
      <w:r>
        <w:rPr>
          <w:sz w:val="20"/>
        </w:rPr>
        <w:t>1:13:05  azaadi ki bina par kar raha hai.</w:t>
      </w:r>
      <w:r>
        <w:br/>
      </w:r>
      <w:r>
        <w:rPr>
          <w:sz w:val="20"/>
        </w:rPr>
        <w:t>1:13:11  hum uski azaadi ko waris nahi kar sakte.</w:t>
      </w:r>
      <w:r>
        <w:br/>
      </w:r>
      <w:r>
        <w:rPr>
          <w:sz w:val="20"/>
        </w:rPr>
        <w:t>1:13:17  to sabr ka matlab hai Allah ke, Allah ke muqarrar kiye hue nizam.</w:t>
      </w:r>
      <w:r>
        <w:br/>
      </w:r>
      <w:r>
        <w:rPr>
          <w:sz w:val="20"/>
        </w:rPr>
        <w:t>1:13:23  agar hamein kahin hamare muwafiq nahi aa raha to phir sabr karna.</w:t>
      </w:r>
      <w:r>
        <w:br/>
      </w:r>
      <w:r>
        <w:rPr>
          <w:sz w:val="20"/>
        </w:rPr>
        <w:t>1:13:29  to wa ma sabr ka illa billah Quran mein aata hai.</w:t>
      </w:r>
      <w:r>
        <w:br/>
      </w:r>
      <w:r>
        <w:rPr>
          <w:sz w:val="20"/>
        </w:rPr>
        <w:t>1:13:35  isi liye fassbir kama wa ma sabr ka illa billah sabr karo, kyunke tumhara sabr Allah ke liye nizam</w:t>
      </w:r>
      <w:r>
        <w:br/>
      </w:r>
      <w:r>
        <w:rPr>
          <w:sz w:val="20"/>
        </w:rPr>
        <w:t>1:13:41  khudawandi se muwafqat jo aap karenge, to aap ko sabr hi karna parega.</w:t>
      </w:r>
      <w:r>
        <w:br/>
      </w:r>
      <w:r>
        <w:rPr>
          <w:sz w:val="20"/>
        </w:rPr>
        <w:t>1:13:47  kyunke woh aap ka ikhtiyar mein nahi hai ke nizam khudawandi ke banayein apne hisab se.</w:t>
      </w:r>
      <w:r>
        <w:br/>
      </w:r>
      <w:r>
        <w:rPr>
          <w:sz w:val="20"/>
        </w:rPr>
        <w:t>1:13:53  woh to Allah ne apne hisab se bana rakha hai.</w:t>
      </w:r>
      <w:r>
        <w:br/>
      </w:r>
      <w:r>
        <w:rPr>
          <w:sz w:val="20"/>
        </w:rPr>
        <w:t>1:13:59  to sabr jo hai, Allah ke jo creation, Allah ka jo creation plan hai, Allah ka jo jo</w:t>
      </w:r>
      <w:r>
        <w:br/>
      </w:r>
      <w:r>
        <w:rPr>
          <w:sz w:val="20"/>
        </w:rPr>
        <w:t>1:14:06  divine scheme of things hai, us se apne ko mutabiq karna, us se adjust karna apne aap ko,</w:t>
      </w:r>
      <w:r>
        <w:br/>
      </w:r>
      <w:r>
        <w:rPr>
          <w:sz w:val="20"/>
        </w:rPr>
        <w:t>1:14:12  isi ka naam sabr hai.</w:t>
      </w:r>
    </w:p>
    <w:p>
      <w:pPr>
        <w:pStyle w:val="Heading2"/>
      </w:pPr>
      <w:r>
        <w:t>Is Abortion Allowed for Down Syndrome?</w:t>
      </w:r>
    </w:p>
    <w:p>
      <w:r>
        <w:rPr>
          <w:color w:val="666666"/>
          <w:sz w:val="18"/>
        </w:rPr>
        <w:t>Ethics &amp; Character · Roza and Quran July 18, 2010 · 2m 24s · at 1:06:51 · https://youtu.be/TSjqSQEb0EQ?t=4011</w:t>
      </w:r>
    </w:p>
    <w:p>
      <w:r>
        <w:rPr>
          <w:i/>
        </w:rPr>
        <w:t>“Is abortion allowed in Islam? If during pregnancy genetic test reveals that the child will have Down syndrome or similar complications, then is abortion allowed?”</w:t>
      </w:r>
    </w:p>
    <w:p>
      <w:r>
        <w:rPr>
          <w:sz w:val="20"/>
        </w:rPr>
        <w:t>1:06:51  molana, agla sawal mister faik ka hai, california se. unhon ne poocha hai ke "Is abortion allowed in Islam?</w:t>
      </w:r>
      <w:r>
        <w:br/>
      </w:r>
      <w:r>
        <w:rPr>
          <w:sz w:val="20"/>
        </w:rPr>
        <w:t>1:07:00  If during pregnancy genetic test it is revealed that child will have Down syndrome or similar complications, then is abortion allowed?"</w:t>
      </w:r>
      <w:r>
        <w:br/>
      </w:r>
      <w:r>
        <w:rPr>
          <w:sz w:val="20"/>
        </w:rPr>
        <w:t>1:07:13  nahi, mein samajhta hoon ke yeh koi wajah nahi hai abortion ki. Islam mein abortion to jaiz nahi hai, jahan tak mein samajhta hoon. jaiz nahi hai, kyunke woh ek jaan ko maar nahi sakte aap.</w:t>
      </w:r>
      <w:r>
        <w:br/>
      </w:r>
      <w:r>
        <w:rPr>
          <w:sz w:val="20"/>
        </w:rPr>
        <w:t>1:07:27  ek jaan, yani agar woh ek zindagi ban chuki hai, ek zindagi ban chuki hai to aap us ko maarne ka haq nahi rakhte.</w:t>
      </w:r>
      <w:r>
        <w:br/>
      </w:r>
      <w:r>
        <w:rPr>
          <w:sz w:val="20"/>
        </w:rPr>
        <w:t>1:07:38  woh us ko paida hone dijiye. paida hone ke baad is ka jo kuch bhi karna hai, kijiye aap.</w:t>
      </w:r>
      <w:r>
        <w:br/>
      </w:r>
      <w:r>
        <w:rPr>
          <w:sz w:val="20"/>
        </w:rPr>
        <w:t>1:07:45  yani agar</w:t>
      </w:r>
      <w:r>
        <w:br/>
      </w:r>
      <w:r>
        <w:rPr>
          <w:sz w:val="20"/>
        </w:rPr>
        <w:t>1:07:49  jaan na bani ho, bilkul ibtedai stage mein hai, us waqt kisi medical wajah se is ko, yani kiya jaye to shayad is ka jawaz nikle.</w:t>
      </w:r>
      <w:r>
        <w:br/>
      </w:r>
      <w:r>
        <w:rPr>
          <w:sz w:val="20"/>
        </w:rPr>
        <w:t>1:08:00  lekin ek zindagi ban jaane ke baad us ko, is ka, is ka woh masnooi tareeqe se us ko nikaal kar khatam karna, yeh to mein samajhta hoon ke Islam mein jaiz nahi hai.</w:t>
      </w:r>
      <w:r>
        <w:br/>
      </w:r>
      <w:r>
        <w:rPr>
          <w:sz w:val="20"/>
        </w:rPr>
        <w:t>1:08:14  hum ko chahiye ke hum is ko paida hone dein, is ki taleem karein, is ki tarbiyat karein, is ka ilaaj karein, aur Khuda se dua karein ke woh Khuda is ko theek kar de.</w:t>
      </w:r>
      <w:r>
        <w:br/>
      </w:r>
      <w:r>
        <w:rPr>
          <w:sz w:val="20"/>
        </w:rPr>
        <w:t>1:08:24  molana, kya mercy killing pe bhi Islam ka yahi stand hoga? haan, mercy killing Islam mein nahi hai. Islam mein nahi hai mercy killing. mercy killing Islam mein nahi hai.</w:t>
      </w:r>
      <w:r>
        <w:br/>
      </w:r>
      <w:r>
        <w:rPr>
          <w:sz w:val="20"/>
        </w:rPr>
        <w:t>1:08:34  un ka ek aur sawal hai, molana, woh janna chahte hain ke kya organ donation Islam mein jaiz hai, allowed hai? haan, bilkul allowed hai.</w:t>
      </w:r>
      <w:r>
        <w:br/>
      </w:r>
      <w:r>
        <w:rPr>
          <w:sz w:val="20"/>
        </w:rPr>
        <w:t>1:08:44  is mein to koi haraaj hi nahin. woh to sadqa-e-jaariya hai. aik aadmi marne wala hai, us se pehle is ne donate kar di apni aankh ko, to marne ke baad aap jante hain, kuch der tak us ki aankh jo hai, us haalat mein rehti hai ke nikaal liya jaye, kisi aur andhe ke us ko istemaal kar ho sakti hai.</w:t>
      </w:r>
      <w:r>
        <w:br/>
      </w:r>
      <w:r>
        <w:rPr>
          <w:sz w:val="20"/>
        </w:rPr>
        <w:t>1:09:07  to is tarah se mein is ko sadqa-e-jaariya kehta hoon. is mein to koi haraaj nahin, mere nazdeek bilkul jaaiz hai yeh.</w:t>
      </w:r>
    </w:p>
    <w:p>
      <w:pPr>
        <w:pStyle w:val="Heading2"/>
      </w:pPr>
      <w:r>
        <w:t>Is anger a positive quality?</w:t>
      </w:r>
    </w:p>
    <w:p>
      <w:r>
        <w:rPr>
          <w:color w:val="666666"/>
          <w:sz w:val="18"/>
        </w:rPr>
        <w:t>Ethics &amp; Character · Anger An Obstacle to wisdom 5 Jan 2020 - Maulana Wahiduddin Khan · 2m 19s · at 1:10:44 · https://youtu.be/q0VPtCsiYrI?t=4244</w:t>
      </w:r>
    </w:p>
    <w:p>
      <w:r>
        <w:rPr>
          <w:i/>
        </w:rPr>
        <w:t>“Anger has a positive aspect also. When you express your anger, the opposite party takes you seriously and listens to the angry person compared to a quiet person. So anger is good. What is your opinion on this aspect?”</w:t>
      </w:r>
    </w:p>
    <w:p>
      <w:r>
        <w:rPr>
          <w:sz w:val="20"/>
        </w:rPr>
        <w:t>1:10:44  Maulana, ahmedabad se javed sahib ne sawal bheja hai, unhon ne likha hai: "Molana, anger has a positive aspect also.</w:t>
      </w:r>
      <w:r>
        <w:br/>
      </w:r>
      <w:r>
        <w:rPr>
          <w:sz w:val="20"/>
        </w:rPr>
        <w:t>1:10:54  When you express your anger, the opposite party takes you seriously and listens to the angry person as compared to a person who is quiet and is not angry.</w:t>
      </w:r>
      <w:r>
        <w:br/>
      </w:r>
      <w:r>
        <w:rPr>
          <w:sz w:val="20"/>
        </w:rPr>
        <w:t>1:11:08  So anger is good. What is your opinion on this aspect?" yeh bilkul galat baat hai, yeh aap ne farz kar liya hai, intehai galat baat hai yeh.</w:t>
      </w:r>
      <w:r>
        <w:br/>
      </w:r>
      <w:r>
        <w:rPr>
          <w:sz w:val="20"/>
        </w:rPr>
        <w:t>1:11:24  ab phir se yeh is ka tajruba kijiye aap. ghussa aik shaitani feal hai, ghussa aik shaitani feal hai.</w:t>
      </w:r>
      <w:r>
        <w:br/>
      </w:r>
      <w:r>
        <w:rPr>
          <w:sz w:val="20"/>
        </w:rPr>
        <w:t>1:11:35  ghussay mein is ke siwa kuch nahi, ghussa apnay ko barbaad karna hai, khud apnay ko barbaad karna hai.</w:t>
      </w:r>
      <w:r>
        <w:br/>
      </w:r>
      <w:r>
        <w:rPr>
          <w:sz w:val="20"/>
        </w:rPr>
        <w:t>1:11:45  yeh jo aap ne farz banaya hai, yeh sarta sar ghalat hai aur aap ne usay bana liya hai. kabhi aap ne is ka amal nahi, tajruba nahi kiya kabhi is ka.</w:t>
      </w:r>
      <w:r>
        <w:br/>
      </w:r>
      <w:r>
        <w:rPr>
          <w:sz w:val="20"/>
        </w:rPr>
        <w:t>1:12:02  Okay, we will end</w:t>
      </w:r>
      <w:r>
        <w:br/>
      </w:r>
      <w:r>
        <w:rPr>
          <w:sz w:val="20"/>
        </w:rPr>
        <w:t>1:12:04  this session now. Thank you.</w:t>
      </w:r>
    </w:p>
    <w:p>
      <w:pPr>
        <w:pStyle w:val="Heading2"/>
      </w:pPr>
      <w:r>
        <w:t>Is complaining allowed in Islam?</w:t>
      </w:r>
    </w:p>
    <w:p>
      <w:r>
        <w:rPr>
          <w:color w:val="666666"/>
          <w:sz w:val="18"/>
        </w:rPr>
        <w:t>Ethics &amp; Character · Divine Plan | March 12, 2017 · 2m 40s · at 56:59 · https://youtu.be/dqB4muqGG4I?t=3419</w:t>
      </w:r>
    </w:p>
    <w:p>
      <w:r>
        <w:rPr>
          <w:i/>
        </w:rPr>
        <w:t>“Is complaining allowed in any situation? Please tell about it.”</w:t>
      </w:r>
    </w:p>
    <w:p>
      <w:r>
        <w:rPr>
          <w:sz w:val="20"/>
        </w:rPr>
        <w:t>56:59  maulana sahab doctor safeena tabassum ne ajmer se maulana aapse sawal kiya hai unhone likha hai ke maulana sahab kya kisi haal mein complaint karna allowed hai iske bare mein bataein dekhiye logon ka logon ko alternative ka pata nahi complaint ke alternative ka</w:t>
      </w:r>
      <w:r>
        <w:br/>
      </w:r>
      <w:r>
        <w:rPr>
          <w:sz w:val="20"/>
        </w:rPr>
        <w:t>57:29  pata nahi woh hai dua jis cheez ke bare mein aap shikayat le rahe hain wahan dua kijiye</w:t>
      </w:r>
      <w:r>
        <w:br/>
      </w:r>
      <w:r>
        <w:rPr>
          <w:sz w:val="20"/>
        </w:rPr>
        <w:t>57:39  mein aap ko ek kashf batata hoon mein kanpur gaya kanpur bahut pehle ki baat hai wahan ek</w:t>
      </w:r>
      <w:r>
        <w:br/>
      </w:r>
      <w:r>
        <w:rPr>
          <w:sz w:val="20"/>
        </w:rPr>
        <w:t>57:49  sahib the mirza imtiaz beg aligarh karne wale the woh wahan business karte the kanpur mein to</w:t>
      </w:r>
      <w:r>
        <w:br/>
      </w:r>
      <w:r>
        <w:rPr>
          <w:sz w:val="20"/>
        </w:rPr>
        <w:t>58:00  unhone kaha ke hum ek kiraye ke ghar mein rehte the malik makan ne kaha kiraye ke</w:t>
      </w:r>
      <w:r>
        <w:br/>
      </w:r>
      <w:r>
        <w:rPr>
          <w:sz w:val="20"/>
        </w:rPr>
        <w:t>58:05  aap khali kar dijiye bahut sakht tha bahut sakht tha khali kar dijiye to maine kaha ke</w:t>
      </w:r>
      <w:r>
        <w:br/>
      </w:r>
      <w:r>
        <w:rPr>
          <w:sz w:val="20"/>
        </w:rPr>
        <w:t>58:10  bhai jab ghar aaya wahan us se kaha ke achha main kal subah milunga ghar aaya to</w:t>
      </w:r>
      <w:r>
        <w:br/>
      </w:r>
      <w:r>
        <w:rPr>
          <w:sz w:val="20"/>
        </w:rPr>
        <w:t>58:15  main ne socha ke khuda ya mere paas to koi dusra ghar nahi hai kahan jaon mein khali ghar</w:t>
      </w:r>
      <w:r>
        <w:br/>
      </w:r>
      <w:r>
        <w:rPr>
          <w:sz w:val="20"/>
        </w:rPr>
        <w:t>58:20  kahan jaon naya ghar khareed nahi sakta to unhone kaha ke maine bahut zyada dua ki</w:t>
      </w:r>
      <w:r>
        <w:br/>
      </w:r>
      <w:r>
        <w:rPr>
          <w:sz w:val="20"/>
        </w:rPr>
        <w:t>58:25  allah taala se</w:t>
      </w:r>
      <w:r>
        <w:br/>
      </w:r>
      <w:r>
        <w:rPr>
          <w:sz w:val="20"/>
        </w:rPr>
        <w:t>58:30  phir dua kar ke kal subah gaya subah gaya to wahi sib aadmi kehta hai mirza sahib aaiye</w:t>
      </w:r>
      <w:r>
        <w:br/>
      </w:r>
      <w:r>
        <w:rPr>
          <w:sz w:val="20"/>
        </w:rPr>
        <w:t>58:38  aaiye hum ne woh ek aur ghar hamare paas tha wahan hum ne intezam kar liya hai ab</w:t>
      </w:r>
      <w:r>
        <w:br/>
      </w:r>
      <w:r>
        <w:rPr>
          <w:sz w:val="20"/>
        </w:rPr>
        <w:t>58:46  aap rahiye does not break up your dua to jab aap ke paas ek itna bada alternative maujood</w:t>
      </w:r>
      <w:r>
        <w:br/>
      </w:r>
      <w:r>
        <w:rPr>
          <w:sz w:val="20"/>
        </w:rPr>
        <w:t>58:54  hai to complaint kis liye dua kijiye</w:t>
      </w:r>
      <w:r>
        <w:br/>
      </w:r>
      <w:r>
        <w:rPr>
          <w:sz w:val="20"/>
        </w:rPr>
        <w:t>59:01  jis baat ke liye aap dua complaint kar rahe hain us baat ke liye dua kijiye itna bada</w:t>
      </w:r>
      <w:r>
        <w:br/>
      </w:r>
      <w:r>
        <w:rPr>
          <w:sz w:val="20"/>
        </w:rPr>
        <w:t>59:09  alternative aap ke paas maujood hai to phir complaint kyun karein shikayat kyun karein yeh sacha waqia jo</w:t>
      </w:r>
      <w:r>
        <w:br/>
      </w:r>
      <w:r>
        <w:rPr>
          <w:sz w:val="20"/>
        </w:rPr>
        <w:t>59:16  main ne bataya aap ko main khud gaya tha kanpur khud mirza imtiaz beg ne mujh se bataya</w:t>
      </w:r>
      <w:r>
        <w:br/>
      </w:r>
      <w:r>
        <w:rPr>
          <w:sz w:val="20"/>
        </w:rPr>
        <w:t>59:24  tha woh hamare alamgarh rehne wale the mujh se patri ek gaon hai wahan ke hum mein pehle</w:t>
      </w:r>
      <w:r>
        <w:br/>
      </w:r>
      <w:r>
        <w:rPr>
          <w:sz w:val="20"/>
        </w:rPr>
        <w:t>59:31  se in ko janta tha woh madrasa islah ki parhe hue the woh unhon ne khud qissa yeh</w:t>
      </w:r>
    </w:p>
    <w:p>
      <w:pPr>
        <w:pStyle w:val="Heading2"/>
      </w:pPr>
      <w:r>
        <w:t>Is it correct to refuse lying to insurance?</w:t>
      </w:r>
    </w:p>
    <w:p>
      <w:r>
        <w:rPr>
          <w:color w:val="666666"/>
          <w:sz w:val="18"/>
        </w:rPr>
        <w:t>Ethics &amp; Character · Man &amp; Paradise Aug 18, 2013 - Maulana Wahiduddin Khan · 2m 18s · at 54:43 · https://youtu.be/yKy1suwbP8o?t=3283</w:t>
      </w:r>
    </w:p>
    <w:p>
      <w:r>
        <w:rPr>
          <w:i/>
        </w:rPr>
        <w:t>“I am a surgeon and I don't lie to insurance companies about the patient's illness, because I believe as a Muslim I should not lie to anyone. As a result, some patients leave me and find someone else who can lie and operate them. Maulana saheb, how correct is my approach?”</w:t>
      </w:r>
    </w:p>
    <w:p>
      <w:r>
        <w:rPr>
          <w:sz w:val="20"/>
        </w:rPr>
        <w:t>54:43  maulana, agla sawal hai Dilli se Dr. Tahir Mustafa sahib ka. unhone likha hai: "maulana sahib, IMA surgeon and I don't lie to insurance companies about the patient's illness,</w:t>
      </w:r>
      <w:r>
        <w:br/>
      </w:r>
      <w:r>
        <w:rPr>
          <w:sz w:val="20"/>
        </w:rPr>
        <w:t>54:58  because I believe as a Muslim I should not lie to anyone. As a result, some patients leave me and find someone else who can lie and operate them.</w:t>
      </w:r>
      <w:r>
        <w:br/>
      </w:r>
      <w:r>
        <w:rPr>
          <w:sz w:val="20"/>
        </w:rPr>
        <w:t>55:10  Maulana sahib, how far is my approach correct?</w:t>
      </w:r>
      <w:r>
        <w:br/>
      </w:r>
      <w:r>
        <w:rPr>
          <w:sz w:val="20"/>
        </w:rPr>
        <w:t>55:14  bhai, aap patient ke patient ki surgery ki zimmedari hain, woh insurance karate hain ya nahi karate, us ki zimmedari nahi hain.</w:t>
      </w:r>
      <w:r>
        <w:br/>
      </w:r>
      <w:r>
        <w:rPr>
          <w:sz w:val="20"/>
        </w:rPr>
        <w:t>55:22  aap yeh mein samjha nahi is sawal ka matlab. yani aap ko jo patient hai, woh insurance karaye ya na karaye, us ke zimmedar aap nahi hain.</w:t>
      </w:r>
      <w:r>
        <w:br/>
      </w:r>
      <w:r>
        <w:rPr>
          <w:sz w:val="20"/>
        </w:rPr>
        <w:t>55:32  aap sirf surgery ke zimmedar hain, aur aap khud na karayein ya karayein, us ke zimmedar hain. mein is ko sahi nahi samjhunga ke aap patient ke baray mein ya chahein ke woh insurance kara rahe hain ya na kara rahe hain, ke baray mein aap ke aqeeday ko manen.</w:t>
      </w:r>
      <w:r>
        <w:br/>
      </w:r>
      <w:r>
        <w:rPr>
          <w:sz w:val="20"/>
        </w:rPr>
        <w:t>55:49  agar mein samjhaon is sawal ko nahi. Maulana, woh aaj kal kya hota hai ke kuch bhi operation hota hai to us se insurance company se woh reimbursement hota hai, lekin us ke liye doctor se opinion liya jata hai.</w:t>
      </w:r>
      <w:r>
        <w:br/>
      </w:r>
      <w:r>
        <w:rPr>
          <w:sz w:val="20"/>
        </w:rPr>
        <w:t>56:01  insurance company leti hain ke, matlab jo jo bimari batayi gayi hai, woh sahi hai ke nahi hai. to us ke basis pe insurance companies paisa deti hain.</w:t>
      </w:r>
      <w:r>
        <w:br/>
      </w:r>
      <w:r>
        <w:rPr>
          <w:sz w:val="20"/>
        </w:rPr>
        <w:t>56:12  to aksar Maulana, woh doctors ko sahi information nahi, thora jhoot bolna parta hai, tab ja ke paise milen. is liye kaha hai, jhoot ki baat kaha hai.</w:t>
      </w:r>
      <w:r>
        <w:br/>
      </w:r>
      <w:r>
        <w:rPr>
          <w:sz w:val="20"/>
        </w:rPr>
        <w:t>56:20  aap real reporting par sign kar dijiye. haan, jhoot bolna to har kaam mein galat hai ji, lekin jo real position hai, woh agar patient chahta hai aap ka to aap sign kar dijiye, woh us ka mamla hai.</w:t>
      </w:r>
      <w:r>
        <w:br/>
      </w:r>
      <w:r>
        <w:rPr>
          <w:sz w:val="20"/>
        </w:rPr>
        <w:t>56:38  mein ne samjha nahi kya matlab. Maulana, woh yahi keh rahe hain ke agar woh sahi reporting karte hain to patients ko paisa nahi milta insurance company se, to woh chhod ke chale jate hain.</w:t>
      </w:r>
      <w:r>
        <w:br/>
      </w:r>
      <w:r>
        <w:rPr>
          <w:sz w:val="20"/>
        </w:rPr>
        <w:t>56:48  to nahi to jhoot to nahi bolna, isi ke mamle ka har mamle mein jhoot nahi bolna hai ji. yeh to jhoot ko to mein nahi kahoon ga ke jaiz hai kisi kisi haal mein.</w:t>
      </w:r>
    </w:p>
    <w:p>
      <w:pPr>
        <w:pStyle w:val="Heading2"/>
      </w:pPr>
      <w:r>
        <w:t>Is self-accounting peaceful and others' accounting stressful?</w:t>
      </w:r>
    </w:p>
    <w:p>
      <w:r>
        <w:rPr>
          <w:color w:val="666666"/>
          <w:sz w:val="18"/>
        </w:rPr>
        <w:t>Ethics &amp; Character · Don't Be Angry Culture January 15, 2012 · 2m 52s · at 1:18:20 · https://youtu.be/NrA3X8y_FLY?t=4700</w:t>
      </w:r>
    </w:p>
    <w:p>
      <w:r>
        <w:rPr>
          <w:i/>
        </w:rPr>
        <w:t>“Self-accounting brings peace, and accounting of others causes stress. Is this correct?”</w:t>
      </w:r>
    </w:p>
    <w:p>
      <w:r>
        <w:rPr>
          <w:sz w:val="20"/>
        </w:rPr>
        <w:t>1:18:20  agla sawal kya hai Maulana Iqbal Umri ne Tamil Nadu se</w:t>
      </w:r>
      <w:r>
        <w:br/>
      </w:r>
      <w:r>
        <w:rPr>
          <w:sz w:val="20"/>
        </w:rPr>
        <w:t>1:18:24  unhon ne likha hai: "jati muhasba mein sukoon milta hai aur ghair ke muhasbe se stress paida hota hai.</w:t>
      </w:r>
      <w:r>
        <w:br/>
      </w:r>
      <w:r>
        <w:rPr>
          <w:sz w:val="20"/>
        </w:rPr>
        <w:t>1:18:33  kya yeh sahi hai?" "haan, yeh baat bilkul sahi hai. us ki wajah dekhiye, yeh hai. yeh bohat gehri baat hai. yeh bohat zyada gehri baat hai.</w:t>
      </w:r>
      <w:r>
        <w:br/>
      </w:r>
      <w:r>
        <w:rPr>
          <w:sz w:val="20"/>
        </w:rPr>
        <w:t>1:18:45  lekin aadmi jab muhasba karte hain, introspection ko, introspection, to jab aadmi apna muhasba karta hai to kya hota hai?</w:t>
      </w:r>
      <w:r>
        <w:br/>
      </w:r>
      <w:r>
        <w:rPr>
          <w:sz w:val="20"/>
        </w:rPr>
        <w:t>1:18:57  woh us waqt, us waqt woh farishton ki sohbat mein hota hai. jati muhasba ek bohat hi bara musbat amal hai, ek bohat bara positive kaam hai aur khalis rabbani kaam hai.</w:t>
      </w:r>
      <w:r>
        <w:br/>
      </w:r>
      <w:r>
        <w:rPr>
          <w:sz w:val="20"/>
        </w:rPr>
        <w:t>1:19:11  is mein Allah ka khauf hota hai aur aur akhirat ki pakad hoti hai. yeh sab baatein dil mein aati hain to aap apna muhasba karte hain.</w:t>
      </w:r>
      <w:r>
        <w:br/>
      </w:r>
      <w:r>
        <w:rPr>
          <w:sz w:val="20"/>
        </w:rPr>
        <w:t>1:19:22  to woh sara kaam farishton ki sohbat mein hota hai. jo aadmi sahi maano mein zaat ka muhasba karta hai to farishte jowq dar jowq is ke paas aate hain.</w:t>
      </w:r>
      <w:r>
        <w:br/>
      </w:r>
      <w:r>
        <w:rPr>
          <w:sz w:val="20"/>
        </w:rPr>
        <w:t>1:19:34  zahiri hai ke is mein sukoon to aayega.</w:t>
      </w:r>
      <w:r>
        <w:br/>
      </w:r>
      <w:r>
        <w:rPr>
          <w:sz w:val="20"/>
        </w:rPr>
        <w:t>1:19:37  jab lekin jab doosre ke khilaf aap bolte hain to woh to khalis shaitani kaam hai. aap ghore kijiye, yani quran mein jo iblis ka aur Adam ka qissa bayan kiya hai, is mein itne aspects hain ke main sochta hoon ke shayad saare hi aspects mein shamil hain.</w:t>
      </w:r>
      <w:r>
        <w:br/>
      </w:r>
      <w:r>
        <w:rPr>
          <w:sz w:val="20"/>
        </w:rPr>
        <w:t>1:19:56  saare aspects. sab se pehle kis ne yeh kaam kiya hai? shaitan ne ke Allah ke khilaf naoozubillah bola. woh</w:t>
      </w:r>
      <w:r>
        <w:br/>
      </w:r>
      <w:r>
        <w:rPr>
          <w:sz w:val="20"/>
        </w:rPr>
        <w:t>1:20:04  ke kisi ke khilaf bolna, yani opposition ke boli bolna, yeh to shaitani kaam hai. yani shaitan ne is is yeh jo tradition hai, is ko shaitan ne shuru kiya sab se pehle ke kisi ke khilaf bolna, jhanda le ke khara hona.</w:t>
      </w:r>
      <w:r>
        <w:br/>
      </w:r>
      <w:r>
        <w:rPr>
          <w:sz w:val="20"/>
        </w:rPr>
        <w:t>1:20:23  to shaitan naoozubillah Allah ke khilaf jhanda jhanda le ke khara ho jayega, ho gaya.</w:t>
      </w:r>
      <w:r>
        <w:br/>
      </w:r>
      <w:r>
        <w:rPr>
          <w:sz w:val="20"/>
        </w:rPr>
        <w:t>1:20:29  to jo log opposition ka kaam karte hain, kisi ke khilaf jhanda le ke khare hote hain aur doosre ke khilaf taqreerein karte hain, un ko bohat zyada darna chahiye.</w:t>
      </w:r>
      <w:r>
        <w:br/>
      </w:r>
      <w:r>
        <w:rPr>
          <w:sz w:val="20"/>
        </w:rPr>
        <w:t>1:20:39  yeh to ek shaitani kaam hai aur woh shaitan ki sohbat ki wajah se woh kaifiyat hoti hai jo aap ne farmaya.</w:t>
      </w:r>
      <w:r>
        <w:br/>
      </w:r>
      <w:r>
        <w:rPr>
          <w:sz w:val="20"/>
        </w:rPr>
        <w:t>1:20:48  to jis aadmi ko zaati muhasba ki tofeeq mile, us ko bohat zyada shukr ada karna chahiye. aur jo aadmi doosre ke muhasbe mein pada hua hai, us ko yani panah mangna chahiye Allah taala se ke main shaitan ke chakkar mein pad gaya tha aur khuda ya meri toba qabool kar.</w:t>
      </w:r>
    </w:p>
    <w:p>
      <w:pPr>
        <w:pStyle w:val="Heading2"/>
      </w:pPr>
      <w:r>
        <w:t>Islamic View on Revenge</w:t>
      </w:r>
    </w:p>
    <w:p>
      <w:r>
        <w:rPr>
          <w:color w:val="666666"/>
          <w:sz w:val="18"/>
        </w:rPr>
        <w:t>Ethics &amp; Character · Double Standards of Present-Day Muslims August 6, 2017 · 2m 19s · at 44:43 · https://youtu.be/k1NcZQpHTyg?t=2683</w:t>
      </w:r>
    </w:p>
    <w:p>
      <w:r>
        <w:rPr>
          <w:i/>
        </w:rPr>
        <w:t>“What is Islam's view on revenge?”</w:t>
      </w:r>
    </w:p>
    <w:p>
      <w:r>
        <w:rPr>
          <w:sz w:val="20"/>
        </w:rPr>
        <w:t>44:43  agla sawal molana farhad umri sahib ki taraf se aaya hai dilli se. what is islam's view on revenge? inteqam?</w:t>
      </w:r>
      <w:r>
        <w:br/>
      </w:r>
      <w:r>
        <w:rPr>
          <w:sz w:val="20"/>
        </w:rPr>
        <w:t>44:53  ji molana, bhai dekhen, islam mein inteqam as a principle nahi hai.</w:t>
      </w:r>
      <w:r>
        <w:br/>
      </w:r>
      <w:r>
        <w:rPr>
          <w:sz w:val="20"/>
        </w:rPr>
        <w:t>45:02  as a principle nahi hai, bilkul nahi hai. hadith mein aata hai ke rasool allah ne kabhi inteqam nahi liya. hazrat ayesha kehti hain</w:t>
      </w:r>
      <w:r>
        <w:br/>
      </w:r>
      <w:r>
        <w:rPr>
          <w:sz w:val="20"/>
        </w:rPr>
        <w:t>45:12  islam mein dekhen. maafi hai. wa idha ma ghadibuhum yaghfirun inteqam aata hai ghusse par to wa idha ma ghadibuhum yaghfirun jab unhein ghussa aata hai to maaf kar dete hain.</w:t>
      </w:r>
      <w:r>
        <w:br/>
      </w:r>
      <w:r>
        <w:rPr>
          <w:sz w:val="20"/>
        </w:rPr>
        <w:t>45:27  to islam mein inteqam nahi hai, islam mein maaf kar dena hai.</w:t>
      </w:r>
      <w:r>
        <w:br/>
      </w:r>
      <w:r>
        <w:rPr>
          <w:sz w:val="20"/>
        </w:rPr>
        <w:t>45:33  yahi islam mein, yani basic principle jo hai, yahi hai. molana muhammad jaggi in door se sawal karte hain ke "what does praying with a sincere heart truly mean?</w:t>
      </w:r>
      <w:r>
        <w:br/>
      </w:r>
      <w:r>
        <w:rPr>
          <w:sz w:val="20"/>
        </w:rPr>
        <w:t>45:47  " kya phir parhiye? "what does praying with a sincere heart truly mean?"</w:t>
      </w:r>
      <w:r>
        <w:br/>
      </w:r>
      <w:r>
        <w:rPr>
          <w:sz w:val="20"/>
        </w:rPr>
        <w:t>45:55  kya matlab hai? matlab dil se ibadat karne ka kya matlab hai?</w:t>
      </w:r>
      <w:r>
        <w:br/>
      </w:r>
      <w:r>
        <w:rPr>
          <w:sz w:val="20"/>
        </w:rPr>
        <w:t>46:10  dil se ibadat karne ka matlab hai spirit ke sath ibadat karna. dekhen, aik hai form jo jis ko hum ibadat karte hain, uska aik form hota hai aur uski spirit hoti hai.</w:t>
      </w:r>
      <w:r>
        <w:br/>
      </w:r>
      <w:r>
        <w:rPr>
          <w:sz w:val="20"/>
        </w:rPr>
        <w:t>46:22  misal ke taur par namaz hai, namaz ka aik form hai, aap jante hain, ruku, sajda waghera form. doosra hai khushu.</w:t>
      </w:r>
      <w:r>
        <w:br/>
      </w:r>
      <w:r>
        <w:rPr>
          <w:sz w:val="20"/>
        </w:rPr>
        <w:t>46:34  to islam mein khushu ki ahmiyat hai, sirf form ki ahmiyat nahi hai. yani form ho aur spirit na ho to islam mein wo acceptable nahi hai.</w:t>
      </w:r>
      <w:r>
        <w:br/>
      </w:r>
      <w:r>
        <w:rPr>
          <w:sz w:val="20"/>
        </w:rPr>
        <w:t>46:51  agla aik comment lenge molana irfan rashidi sahib ka. wo likhte hain ke "a selfish man is divided of high thinking." jazak allah molana sahib.</w:t>
      </w:r>
    </w:p>
    <w:p>
      <w:pPr>
        <w:pStyle w:val="Heading2"/>
      </w:pPr>
      <w:r>
        <w:t>Islamic view on sexual relations and legality</w:t>
      </w:r>
    </w:p>
    <w:p>
      <w:r>
        <w:rPr>
          <w:color w:val="666666"/>
          <w:sz w:val="18"/>
        </w:rPr>
        <w:t>Ethics &amp; Character · Q&amp;A 04 Mar 2012 Maulana Wahiduddin Khan · 2m 31s · at 16:18 · https://youtu.be/txRmutuvWQI?t=978</w:t>
      </w:r>
    </w:p>
    <w:p>
      <w:r>
        <w:rPr>
          <w:i/>
        </w:rPr>
        <w:t>“Nowadays, the issue of sexual relations is becoming very common. Some people say it is natural, some demand to make it legal. Please tell the Quran and Hadith's view on this.”</w:t>
      </w:r>
    </w:p>
    <w:p>
      <w:r>
        <w:rPr>
          <w:sz w:val="20"/>
        </w:rPr>
        <w:t>16:18  maulana, agla sawal mister shahnawaz zafar sahib ka hai dilli se. unhon ne poocha hai: "aaj kal hum jinsi taalluqaat ka masla bohat aam ho raha hai.</w:t>
      </w:r>
      <w:r>
        <w:br/>
      </w:r>
      <w:r>
        <w:rPr>
          <w:sz w:val="20"/>
        </w:rPr>
        <w:t>16:29  kuch log ise natural batate hain, kuch log legal banane ki mang karte hain. meharbani kar ke quran aur hadith</w:t>
      </w:r>
      <w:r>
        <w:br/>
      </w:r>
      <w:r>
        <w:rPr>
          <w:sz w:val="20"/>
        </w:rPr>
        <w:t>16:38  ka." quran mein ise bas sunna bhi gawara nahi mujhe. acha sawal karte hain aap log. yeh yeh to sawal karne ke liye to yeh yeh to inhuman hai.</w:t>
      </w:r>
      <w:r>
        <w:br/>
      </w:r>
      <w:r>
        <w:rPr>
          <w:sz w:val="20"/>
        </w:rPr>
        <w:t>16:48  bilkul is ko amal qom loot kaha gaya hai. jante hain kitna sakht ayat thi in logon par jo is mein mubtala the.</w:t>
      </w:r>
      <w:r>
        <w:br/>
      </w:r>
      <w:r>
        <w:rPr>
          <w:sz w:val="20"/>
        </w:rPr>
        <w:t>16:57  isi ka naam hai amal qom loot. kaise koi sawal karta hai, kaise koi sochta hai is par. mein hairaan hoon. yeh koi na sawal karne ki baat hai na sochne ki baat hai.</w:t>
      </w:r>
      <w:r>
        <w:br/>
      </w:r>
      <w:r>
        <w:rPr>
          <w:sz w:val="20"/>
        </w:rPr>
        <w:t>17:07  bohat hi bura azaab aaya tha. azaab qom amal qom jo jo is mein mubtala the jo log. aap quran mein padh lijie.</w:t>
      </w:r>
      <w:r>
        <w:br/>
      </w:r>
      <w:r>
        <w:rPr>
          <w:sz w:val="20"/>
        </w:rPr>
        <w:t>17:17  is ki tafseer karne ki zaroorat nahi. tafseer karna bhi bohat hi aik aik aik baazauq aadmi ke liye naqabil bardasht hai.</w:t>
      </w:r>
      <w:r>
        <w:br/>
      </w:r>
      <w:r>
        <w:rPr>
          <w:sz w:val="20"/>
        </w:rPr>
        <w:t>17:27  behral, is ko quran mein is ko qom loot jo thi, us se woh mubtala thi. aur qom loot par jo azaab aaya tha, woh itna sakht tha ke aaj tak is ka is ke is ke asaar hain.</w:t>
      </w:r>
      <w:r>
        <w:br/>
      </w:r>
      <w:r>
        <w:rPr>
          <w:sz w:val="20"/>
        </w:rPr>
        <w:t>17:40  jante hain kya hai</w:t>
      </w:r>
      <w:r>
        <w:br/>
      </w:r>
      <w:r>
        <w:rPr>
          <w:sz w:val="20"/>
        </w:rPr>
        <w:t>17:43  ke bahr bardar jo tha, woh bohat hi acha ilaqa tha. wahan dead sea jo hai, woh aaj tak ke liye bahr bardar.</w:t>
      </w:r>
      <w:r>
        <w:br/>
      </w:r>
      <w:r>
        <w:rPr>
          <w:sz w:val="20"/>
        </w:rPr>
        <w:t>17:54  aap padhiye is ki is ka is ka haal kya hai. is ka zar khez ilaqa tha. woh</w:t>
      </w:r>
      <w:r>
        <w:br/>
      </w:r>
      <w:r>
        <w:rPr>
          <w:sz w:val="20"/>
        </w:rPr>
        <w:t>17:59  bohat acha zar khez ilaqa tha. woh wahan par yani aik bara ilaqa jo hai, ab ab samandar ban gaya hai. aur woh jis ko dead sea kehte hain, us ka pani aap na pi sakte hain, na is mein naha sakte hain, na kisi kaam aata hai.</w:t>
      </w:r>
      <w:r>
        <w:br/>
      </w:r>
      <w:r>
        <w:rPr>
          <w:sz w:val="20"/>
        </w:rPr>
        <w:t>18:15  woh</w:t>
      </w:r>
      <w:r>
        <w:br/>
      </w:r>
      <w:r>
        <w:rPr>
          <w:sz w:val="20"/>
        </w:rPr>
        <w:t>18:18  kisi kaam nahi aata. woh aaj bhi woh wahan ki allah taala ne nishani qaim kar di qayamat tak ke liye ke yeh feal itna bura hai ke ke sakht tareen azaab uchalon ke liye muqaddar hai.</w:t>
      </w:r>
      <w:r>
        <w:br/>
      </w:r>
      <w:r>
        <w:rPr>
          <w:sz w:val="20"/>
        </w:rPr>
        <w:t>18:34  to is behrahal, is ko qom is ko aap samajhna chahen to quran quran mein parh lijiyay. aap</w:t>
      </w:r>
      <w:r>
        <w:br/>
      </w:r>
      <w:r>
        <w:rPr>
          <w:sz w:val="20"/>
        </w:rPr>
        <w:t>18:40  yeh baat quran mein batai gayi hai. is ko hazrat loot ki jo qom thi, is is ke silsilay mein.</w:t>
      </w:r>
    </w:p>
    <w:p>
      <w:pPr>
        <w:pStyle w:val="Heading2"/>
      </w:pPr>
      <w:r>
        <w:t>Islamic view on sexual relations and legalization</w:t>
      </w:r>
    </w:p>
    <w:p>
      <w:r>
        <w:rPr>
          <w:color w:val="666666"/>
          <w:sz w:val="18"/>
        </w:rPr>
        <w:t>Ethics &amp; Character · The Character of a Dayee 4 March 2012 - Maulana Wahiduddin Khan · 2m 28s · at 1:19:06 · https://youtu.be/YtavJpVNbEM?t=4746</w:t>
      </w:r>
    </w:p>
    <w:p>
      <w:r>
        <w:rPr>
          <w:i/>
        </w:rPr>
        <w:t>“Nowadays the issue of sexual relations is becoming very common. Some people call it natural, some demand legalization. Please, in the light of Quran and...”</w:t>
      </w:r>
    </w:p>
    <w:p>
      <w:r>
        <w:rPr>
          <w:sz w:val="20"/>
        </w:rPr>
        <w:t>1:19:06  maulana, agla sawal mr shah Nawaz zafar sahib ka hai dilli se. unhone poocha hai: "aaj kal hum jinasi taalluqat ka masla bohat aam ho raha hai.</w:t>
      </w:r>
      <w:r>
        <w:br/>
      </w:r>
      <w:r>
        <w:rPr>
          <w:sz w:val="20"/>
        </w:rPr>
        <w:t>1:19:19  kuch log ise neechural batate hain, kuch log legal banane ki mang karte hain.</w:t>
      </w:r>
      <w:r>
        <w:br/>
      </w:r>
      <w:r>
        <w:rPr>
          <w:sz w:val="20"/>
        </w:rPr>
        <w:t>1:19:25  meharbani kar ke quran aur</w:t>
      </w:r>
      <w:r>
        <w:br/>
      </w:r>
      <w:r>
        <w:rPr>
          <w:sz w:val="20"/>
        </w:rPr>
        <w:t>1:19:27  hadees ka quran mein ise bas sunna bhi gawara nahi mujhe." achha sawal karte hain aap log. yeh yeh toh sawal karne ke bhi toh yaani yeh toh inhuman hai, bilkul.</w:t>
      </w:r>
      <w:r>
        <w:br/>
      </w:r>
      <w:r>
        <w:rPr>
          <w:sz w:val="20"/>
        </w:rPr>
        <w:t>1:19:39  is ko amal qom-e-loot kaha gaya hai. jante hain kitna sakht aayi thi in logon par jo is mein mubtala the?</w:t>
      </w:r>
      <w:r>
        <w:br/>
      </w:r>
      <w:r>
        <w:rPr>
          <w:sz w:val="20"/>
        </w:rPr>
        <w:t>1:19:47  isi ka naam hai amal qom-e-loot. kaise koi sawal karta hai, kaise koi sochta hai? is par mein hairaan hoon. yeh koi na sawal karne ki baat hai, na sochne ki baat hai.</w:t>
      </w:r>
      <w:r>
        <w:br/>
      </w:r>
      <w:r>
        <w:rPr>
          <w:sz w:val="20"/>
        </w:rPr>
        <w:t>1:19:58  bohat hi bura aaya tha, aaya tha qom amal qom jo jo is mein mubtala the. jo log aap quran mein padh lijiye,</w:t>
      </w:r>
      <w:r>
        <w:br/>
      </w:r>
      <w:r>
        <w:rPr>
          <w:sz w:val="20"/>
        </w:rPr>
        <w:t>1:20:08  is ki tafseer karne ki zarurat nahi. tafseer</w:t>
      </w:r>
      <w:r>
        <w:br/>
      </w:r>
      <w:r>
        <w:rPr>
          <w:sz w:val="20"/>
        </w:rPr>
        <w:t>1:20:19  beh-haal, is ko quran mein is ko qom-e-loot jo thi, us se woh mubtala thi. aur qom-e-loot par jo azab aaya tha, woh itna sakht tha ke aaj tak is ka is ke is ke asar hain.</w:t>
      </w:r>
      <w:r>
        <w:br/>
      </w:r>
      <w:r>
        <w:rPr>
          <w:sz w:val="20"/>
        </w:rPr>
        <w:t>1:20:33  jante hain kya hai</w:t>
      </w:r>
      <w:r>
        <w:br/>
      </w:r>
      <w:r>
        <w:rPr>
          <w:sz w:val="20"/>
        </w:rPr>
        <w:t>1:20:35  ke bahr-e-bardaar jo tha, woh bohat hi achha ilaqa tha. wahan dead sea jo hai, woh aaj tak ke liye bahr-e-bardaar.</w:t>
      </w:r>
      <w:r>
        <w:br/>
      </w:r>
      <w:r>
        <w:rPr>
          <w:sz w:val="20"/>
        </w:rPr>
        <w:t>1:20:46  aap padhiye is ki is ka is ka haal kya hai. is ka zar-khez ilaqa tha, woh</w:t>
      </w:r>
      <w:r>
        <w:br/>
      </w:r>
      <w:r>
        <w:rPr>
          <w:sz w:val="20"/>
        </w:rPr>
        <w:t>1:20:52  bohat achha zar-khez ilaqa tha. woh wahan par yaani aik bara ilaqa jo hai, ab ab samandar ban gaya hai.</w:t>
      </w:r>
      <w:r>
        <w:br/>
      </w:r>
      <w:r>
        <w:rPr>
          <w:sz w:val="20"/>
        </w:rPr>
        <w:t>1:21:01  aur woh jis ko dead sea kehte hain, us ka pani aap na pi sakte hain, na is mein naha sakte hain, na kisi kaam aata hai. woh</w:t>
      </w:r>
      <w:r>
        <w:br/>
      </w:r>
      <w:r>
        <w:rPr>
          <w:sz w:val="20"/>
        </w:rPr>
        <w:t>1:21:12  kisi kaam nahi aata, woh aaj bhi. woh wahan kisi Allah taala ne nishani qaim kar di ke qayamat tak ke liye ke yeh fe'l itna bura hai ke ke sakht tareen azab uchhalon ke liye muqaddar hai.</w:t>
      </w:r>
      <w:r>
        <w:br/>
      </w:r>
      <w:r>
        <w:rPr>
          <w:sz w:val="20"/>
        </w:rPr>
        <w:t>1:21:28  toh is beh-haal, is ko hamein qom, is ko aap samajhna chahein toh quran quran mein padh lijiye. aap</w:t>
      </w:r>
    </w:p>
    <w:p>
      <w:pPr>
        <w:pStyle w:val="Heading2"/>
      </w:pPr>
      <w:r>
        <w:t>Limit to patience and when to retaliate</w:t>
      </w:r>
    </w:p>
    <w:p>
      <w:r>
        <w:rPr>
          <w:color w:val="666666"/>
          <w:sz w:val="18"/>
        </w:rPr>
        <w:t>Ethics &amp; Character · Dars-e-Quran, Chapter 2, Verses 44-46, January 28, 2018 · 3m 35s · at 1:10:22 · https://youtu.be/3Kd5InuBtFA?t=4222</w:t>
      </w:r>
    </w:p>
    <w:p>
      <w:r>
        <w:rPr>
          <w:i/>
        </w:rPr>
        <w:t>“Is there a limit to patience? What if some community takes advantage of your situation just because we are being patient? Till when should we not retaliate?”</w:t>
      </w:r>
    </w:p>
    <w:p>
      <w:r>
        <w:rPr>
          <w:sz w:val="20"/>
        </w:rPr>
        <w:t>1:10:22  , dawat yani dawat mission mein jinho ne struggle kiya, woh Allah ki mohabbat se kharij hain. tab mein ne samjha ke yahan yeh murad larai hai hi nahi, is is struggle murad hai. struggle koshish. Maulana, agla sawal gwalior se hai irfan ali sahib ka. unho ne likha hai: "Maulana sahib! az der ul mit to</w:t>
      </w:r>
      <w:r>
        <w:br/>
      </w:r>
      <w:r>
        <w:rPr>
          <w:sz w:val="20"/>
        </w:rPr>
        <w:t>1:10:52  Patience? What if some community takes advantage of your situation just because we are being patient? Till when?</w:t>
      </w:r>
      <w:r>
        <w:br/>
      </w:r>
      <w:r>
        <w:rPr>
          <w:sz w:val="20"/>
        </w:rPr>
        <w:t>1:11:00  should we not retaliate?" bhai, patience to ibadat hai.</w:t>
      </w:r>
      <w:r>
        <w:br/>
      </w:r>
      <w:r>
        <w:rPr>
          <w:sz w:val="20"/>
        </w:rPr>
        <w:t>1:11:08  limit kis liye? aap kahenge Khuda ki yaad ke liye limit hai? kaise ajeeb ghareeb log hain</w:t>
      </w:r>
      <w:r>
        <w:br/>
      </w:r>
      <w:r>
        <w:rPr>
          <w:sz w:val="20"/>
        </w:rPr>
        <w:t>1:11:16  jo jante nahi ke sabr ko Quran mein sab se bari bataya gaya hai? ibadat,</w:t>
      </w:r>
      <w:r>
        <w:br/>
      </w:r>
      <w:r>
        <w:rPr>
          <w:sz w:val="20"/>
        </w:rPr>
        <w:t>1:11:24  sab se bari ibadat, us ki bhi limit rahe gi? patience ki limit hi nahi koi hai. woh to sari zindagi ke liye "inma sabir ujru" baghair hisab. yeh Quran ki ayat hai. sab se bari bekhabri yeh hai ke log jante hi nahi ke sabr, sabr amal hai. yeh yaad</w:t>
      </w:r>
      <w:r>
        <w:br/>
      </w:r>
      <w:r>
        <w:rPr>
          <w:sz w:val="20"/>
        </w:rPr>
        <w:t>1:11:54  rakhein, yeh jo lafz hai ke baghair hisab, yani roze ke liye, namaz ke liye, na Umrah ke</w:t>
      </w:r>
      <w:r>
        <w:br/>
      </w:r>
      <w:r>
        <w:rPr>
          <w:sz w:val="20"/>
        </w:rPr>
        <w:t>1:12:00  liye, na haj ke liye, sirf sabr ke liye hai.</w:t>
      </w:r>
      <w:r>
        <w:br/>
      </w:r>
      <w:r>
        <w:rPr>
          <w:sz w:val="20"/>
        </w:rPr>
        <w:t>1:12:06  log umra ke liye toot pade hain.</w:t>
      </w:r>
      <w:r>
        <w:br/>
      </w:r>
      <w:r>
        <w:rPr>
          <w:sz w:val="20"/>
        </w:rPr>
        <w:t>1:12:12  makka mein jayen to sare sir saal wahan bheed rehti hai.</w:t>
      </w:r>
      <w:r>
        <w:br/>
      </w:r>
      <w:r>
        <w:rPr>
          <w:sz w:val="20"/>
        </w:rPr>
        <w:t>1:12:18  to kahan quran mein likha hua hai ke jo umra karenge, unko bila hisab kitab haj mile</w:t>
      </w:r>
      <w:r>
        <w:br/>
      </w:r>
      <w:r>
        <w:rPr>
          <w:sz w:val="20"/>
        </w:rPr>
        <w:t>1:12:24  ga? kahan likha hai? kahan likha hai? sab se bada sabr quran mein bataya gaya hai patience ke liye.</w:t>
      </w:r>
      <w:r>
        <w:br/>
      </w:r>
      <w:r>
        <w:rPr>
          <w:sz w:val="20"/>
        </w:rPr>
        <w:t>1:12:34  to sirf had kya hai? koi had hi nahi is ki.</w:t>
      </w:r>
      <w:r>
        <w:br/>
      </w:r>
      <w:r>
        <w:rPr>
          <w:sz w:val="20"/>
        </w:rPr>
        <w:t>1:12:44  دیکھیے، اصل بات کیا ہے؟ لوگوں کا معیار یعنی criterion بدل گیا ہے۔ patience</w:t>
      </w:r>
      <w:r>
        <w:br/>
      </w:r>
      <w:r>
        <w:rPr>
          <w:sz w:val="20"/>
        </w:rPr>
        <w:t>1:12:55  ka matlab hai process, process of personality development.</w:t>
      </w:r>
      <w:r>
        <w:br/>
      </w:r>
      <w:r>
        <w:rPr>
          <w:sz w:val="20"/>
        </w:rPr>
        <w:t>1:13:02  پیشنس کا مطلب ہے process of personality development.</w:t>
      </w:r>
      <w:r>
        <w:br/>
      </w:r>
      <w:r>
        <w:rPr>
          <w:sz w:val="20"/>
        </w:rPr>
        <w:t>1:13:10  to shakhsi irtiqaa, wo to hamesha jaari rahega, hamesha jaari rahega.</w:t>
      </w:r>
      <w:r>
        <w:br/>
      </w:r>
      <w:r>
        <w:rPr>
          <w:sz w:val="20"/>
        </w:rPr>
        <w:t>1:13:17  تو یاد رکھیے، patience جو ہے، یا صبر جو ہے، کوئی علیحدہ چ</w:t>
      </w:r>
      <w:r>
        <w:br/>
      </w:r>
      <w:r>
        <w:rPr>
          <w:sz w:val="20"/>
        </w:rPr>
        <w:t>1:13:25  yaz nahi hai, hamari zindagi ka part hai.</w:t>
      </w:r>
      <w:r>
        <w:br/>
      </w:r>
      <w:r>
        <w:rPr>
          <w:sz w:val="20"/>
        </w:rPr>
        <w:t>1:13:33  اور اس کا مطلب ہے process of intellectual development, جو process of personality development, اس کی کوئی حد</w:t>
      </w:r>
      <w:r>
        <w:br/>
      </w:r>
      <w:r>
        <w:rPr>
          <w:sz w:val="20"/>
        </w:rPr>
        <w:t>1:13:41  hi nahi hai.</w:t>
      </w:r>
      <w:r>
        <w:br/>
      </w:r>
      <w:r>
        <w:rPr>
          <w:sz w:val="20"/>
        </w:rPr>
        <w:t>1:13:49  wo to karna hi karna hai apni, kyunke personality development ka kaam to sari sari zindagi jaari rahega.</w:t>
      </w:r>
    </w:p>
    <w:p>
      <w:pPr>
        <w:pStyle w:val="Heading2"/>
      </w:pPr>
      <w:r>
        <w:t>Maintaining gratitude despite justified complaints</w:t>
      </w:r>
    </w:p>
    <w:p>
      <w:r>
        <w:rPr>
          <w:color w:val="666666"/>
          <w:sz w:val="18"/>
        </w:rPr>
        <w:t>Ethics &amp; Character · The Power of Remembering God Often September 26, 2010 · 2m 03s · at 1:27:34 · https://youtu.be/GMmwEr7Wt80?t=5254</w:t>
      </w:r>
    </w:p>
    <w:p>
      <w:r>
        <w:rPr>
          <w:i/>
        </w:rPr>
        <w:t>“Complaints are sometimes justified. In such a situation, how can one maintain gratitude?”</w:t>
      </w:r>
    </w:p>
    <w:p>
      <w:r>
        <w:rPr>
          <w:sz w:val="20"/>
        </w:rPr>
        <w:t>1:27:34  maulana, agla sawal kya hai? maulana abdul basit umri ne doha, qatar se unhone likha hai ke "shikayatein kabhi kabhi haq bhi hoti hain.</w:t>
      </w:r>
      <w:r>
        <w:br/>
      </w:r>
      <w:r>
        <w:rPr>
          <w:sz w:val="20"/>
        </w:rPr>
        <w:t>1:27:45  aisi surat mein shukr ko kaise baqi rakhein?" dekhiye, shikayat ka haq hona ya na hona yahan se masla nahi hai.</w:t>
      </w:r>
      <w:r>
        <w:br/>
      </w:r>
      <w:r>
        <w:rPr>
          <w:sz w:val="20"/>
        </w:rPr>
        <w:t>1:27:55  asal mein yeh hai ke mere dil mein shikayati nafsiyat ka banna.</w:t>
      </w:r>
      <w:r>
        <w:br/>
      </w:r>
      <w:r>
        <w:rPr>
          <w:sz w:val="20"/>
        </w:rPr>
        <w:t>1:28:05  agar kisi ne aap ke sath galat mamla kiya hai to us ke liye dua kijiye. shikayat kyun kijiye? us waqt do option aap ke liye hota hai. us aadmi ke liye dua karein ke khuda us ki islaah kar de.</w:t>
      </w:r>
      <w:r>
        <w:br/>
      </w:r>
      <w:r>
        <w:rPr>
          <w:sz w:val="20"/>
        </w:rPr>
        <w:t>1:28:17  aur yeh hai ke us ki shikayat de ke baithe to mein to bhai dua karne lagta hoon. jis aadmi se mujh ko shikayat hoti hai, mein us ki dua karne lagta hoon.</w:t>
      </w:r>
      <w:r>
        <w:br/>
      </w:r>
      <w:r>
        <w:rPr>
          <w:sz w:val="20"/>
        </w:rPr>
        <w:t>1:28:27  to do option hota hai is halat mein ke us insaan ke liye aap dua karein us ki islaah ke liye ya shikayat de ke baith jayein.</w:t>
      </w:r>
      <w:r>
        <w:br/>
      </w:r>
      <w:r>
        <w:rPr>
          <w:sz w:val="20"/>
        </w:rPr>
        <w:t>1:28:37  to shikayat de ke baithe hue chunke apna nuqsan hai, is liye woh option sahi option nahi hai.</w:t>
      </w:r>
    </w:p>
    <w:p>
      <w:pPr>
        <w:pStyle w:val="Heading2"/>
      </w:pPr>
      <w:r>
        <w:t>Meaning and Prohibition of Backbiting in Islam</w:t>
      </w:r>
    </w:p>
    <w:p>
      <w:r>
        <w:rPr>
          <w:color w:val="666666"/>
          <w:sz w:val="18"/>
        </w:rPr>
        <w:t>Ethics &amp; Character · Roza and Quran July 18, 2010 · 2m 12s · at 1:13:43 · https://youtu.be/TSjqSQEb0EQ?t=4423</w:t>
      </w:r>
    </w:p>
    <w:p>
      <w:r>
        <w:rPr>
          <w:i/>
        </w:rPr>
        <w:t>“What is ghibah, that is backbiting, and why is it prohibited in Islam?”</w:t>
      </w:r>
    </w:p>
    <w:p>
      <w:r>
        <w:rPr>
          <w:sz w:val="20"/>
        </w:rPr>
        <w:t>1:13:43  agla sawal hai Maulana Zikwan Nadvi ka, New Delhi se. unhon ne poocha hai ke "What is ghibbat, that is backbiting, and why it is prohibited in Islam?"</w:t>
      </w:r>
      <w:r>
        <w:br/>
      </w:r>
      <w:r>
        <w:rPr>
          <w:sz w:val="20"/>
        </w:rPr>
        <w:t>1:14:03  quran mein hai ke ghibbat ke baray mein ke apne murda bhai ka gosht khana,</w:t>
      </w:r>
      <w:r>
        <w:br/>
      </w:r>
      <w:r>
        <w:rPr>
          <w:sz w:val="20"/>
        </w:rPr>
        <w:t>1:14:12  matlab ke woh shakhs maujood nahi hai wahan par, woh shakhs maujood nahi hai, aham is ke baray mein yani buri baatein bata rahe hain logon ko.</w:t>
      </w:r>
      <w:r>
        <w:br/>
      </w:r>
      <w:r>
        <w:rPr>
          <w:sz w:val="20"/>
        </w:rPr>
        <w:t>1:14:24  to is ka naam ghibbat hai. is shakhs ki ghair maujoodgi mein is ki burai bayan karna, yeh ghibbat hai. yeh to Islam mein haram hai.</w:t>
      </w:r>
      <w:r>
        <w:br/>
      </w:r>
      <w:r>
        <w:rPr>
          <w:sz w:val="20"/>
        </w:rPr>
        <w:t>1:14:35  kisi shakhs ki ghair maujoodgi mein is</w:t>
      </w:r>
      <w:r>
        <w:br/>
      </w:r>
      <w:r>
        <w:rPr>
          <w:sz w:val="20"/>
        </w:rPr>
        <w:t>1:14:37  ki burai par, burai maujoodgi mein bhi galat hai. yani yani Islam mein dekhiye, reason based statement ka tareeqa hai.</w:t>
      </w:r>
      <w:r>
        <w:br/>
      </w:r>
      <w:r>
        <w:rPr>
          <w:sz w:val="20"/>
        </w:rPr>
        <w:t>1:14:47  yeh jo allegation hota hai, ghibbat hamesha allegation ki zuban mein hoti hai. ab kisi shakhs ne farz kiye ke MA nahi kiya hai, to aap kahein ke us ne MA nahi kiya, us ne BA tak parha hai, to yeh ghibbat nahi hogi.</w:t>
      </w:r>
      <w:r>
        <w:br/>
      </w:r>
      <w:r>
        <w:rPr>
          <w:sz w:val="20"/>
        </w:rPr>
        <w:t>1:15:00  yeh to ek waqia bayan karna hoga.</w:t>
      </w:r>
      <w:r>
        <w:br/>
      </w:r>
      <w:r>
        <w:rPr>
          <w:sz w:val="20"/>
        </w:rPr>
        <w:t>1:15:03  to ghibbat ka matlab hi hai allegation ki zuban bolna, ilzaam ki zuban bolna. ilzaam ki zuban samne bhi haram hai.</w:t>
      </w:r>
      <w:r>
        <w:br/>
      </w:r>
      <w:r>
        <w:rPr>
          <w:sz w:val="20"/>
        </w:rPr>
        <w:t>1:15:14  yeh nahi ke woh maujood na ho to haram hai.</w:t>
      </w:r>
      <w:r>
        <w:br/>
      </w:r>
      <w:r>
        <w:rPr>
          <w:sz w:val="20"/>
        </w:rPr>
        <w:t>1:15:19  ilzaam ki zuban to sarray se Islam mein haram hai. chahe chahe samne ho, na samne ho, kisi bhi haal mein</w:t>
      </w:r>
      <w:r>
        <w:br/>
      </w:r>
      <w:r>
        <w:rPr>
          <w:sz w:val="20"/>
        </w:rPr>
        <w:t>1:15:26  aap ko hadith mein hai ke man kan yoman billah falyaqul khayra awlais matlab thos baat kaho to kaho, nahi to chup raho.</w:t>
      </w:r>
      <w:r>
        <w:br/>
      </w:r>
      <w:r>
        <w:rPr>
          <w:sz w:val="20"/>
        </w:rPr>
        <w:t>1:15:39  yani woh baat jis ke liye aap par daleel maujood hai, woh baat boliye. nahi, daleel maujood hai to chup rahiye. isi tarah hai ilzaam. ilzaam to Islam mein bilkul hi yani bohat bara gunah hai.</w:t>
      </w:r>
      <w:r>
        <w:br/>
      </w:r>
      <w:r>
        <w:rPr>
          <w:sz w:val="20"/>
        </w:rPr>
        <w:t>1:15:51  ilzaam ki zuban bolna.</w:t>
      </w:r>
    </w:p>
    <w:p>
      <w:pPr>
        <w:pStyle w:val="Heading2"/>
      </w:pPr>
      <w:r>
        <w:t>Meaning of Thanking People and God</w:t>
      </w:r>
    </w:p>
    <w:p>
      <w:r>
        <w:rPr>
          <w:color w:val="666666"/>
          <w:sz w:val="18"/>
        </w:rPr>
        <w:t>Ethics &amp; Character · From The Spiritual Tree August 8, 2010 · 3m 22s · at 1:35:51 · https://youtu.be/H6e9NOrqgHI?t=5751</w:t>
      </w:r>
    </w:p>
    <w:p>
      <w:r>
        <w:rPr>
          <w:i/>
        </w:rPr>
        <w:t>“What is the meaning of "Lam yashkur al-nas, lam yashkur Allah"?”</w:t>
      </w:r>
    </w:p>
    <w:p>
      <w:r>
        <w:rPr>
          <w:sz w:val="20"/>
        </w:rPr>
        <w:t>1:35:51  maulana, agla sawal kya hai? ah maulana abdul basit omary ne doha, qatar se,</w:t>
      </w:r>
      <w:r>
        <w:br/>
      </w:r>
      <w:r>
        <w:rPr>
          <w:sz w:val="20"/>
        </w:rPr>
        <w:t>1:35:57  unhone poocha hai ke "lam yashkur al-nas, lam yashkur al-allah" ka matlab kya hai?</w:t>
      </w:r>
      <w:r>
        <w:br/>
      </w:r>
      <w:r>
        <w:rPr>
          <w:sz w:val="20"/>
        </w:rPr>
        <w:t>1:36:07  dekhen, yeh duniya mein aap ko jo cheezein milti hain, toh haqeeqi tor par toh khuda se milti hain, lekin majazi tor par insaan se hi milti hain.</w:t>
      </w:r>
      <w:r>
        <w:br/>
      </w:r>
      <w:r>
        <w:rPr>
          <w:sz w:val="20"/>
        </w:rPr>
        <w:t>1:36:19  aap ko cheezein jaise ek glass ka pani hai, farz kijiye, kisi ilaqay mein usko diya hai toh majazi tor par dene wala woh insaan ban gaya.</w:t>
      </w:r>
      <w:r>
        <w:br/>
      </w:r>
      <w:r>
        <w:rPr>
          <w:sz w:val="20"/>
        </w:rPr>
        <w:t>1:36:29  kahin se nikala pani, kahin se nikal ke us mein rakha pani, la ke mujhe de diya. lekin haqeeqi tor par toh khuda dene wale pani ko,</w:t>
      </w:r>
      <w:r>
        <w:br/>
      </w:r>
      <w:r>
        <w:rPr>
          <w:sz w:val="20"/>
        </w:rPr>
        <w:t>1:36:36  khuda jisne do glasses ko mila ke pani banaya, toh majazi tor par insaan bhi dene wale hote hain, haqeeqi tor par khuda hai dene wala.</w:t>
      </w:r>
      <w:r>
        <w:br/>
      </w:r>
      <w:r>
        <w:rPr>
          <w:sz w:val="20"/>
        </w:rPr>
        <w:t>1:36:47  toh hum ko yeh tajurba hota hai, insaan ko yeh tajurba bar bar pesh aata hai. toh agar aap rozmarra ke tajurbe mein insaan se jo mil raha hai, aap ko agarche majazi tor par mil raha hai, toh uska eteraf agar nahi karenge aap, toh aap ke andar shukr ki nafsiyaat nahi jagayegi.</w:t>
      </w:r>
      <w:r>
        <w:br/>
      </w:r>
      <w:r>
        <w:rPr>
          <w:sz w:val="20"/>
        </w:rPr>
        <w:t>1:37:06  shukr ki nafsiyaat denge toh aap insaan ke baray mein nahi karenge, khuda ke baray mein nahi karenge. bhai, agar ek shakhs mujhe pani laya hai, kahin se, kahin se pani nikala, usne phir kahin rakha, usne phir kahin bottle mein phir la ke glass bhi liya, la ke yahan rakha, usne toh usne bhi toh kuch kiya,</w:t>
      </w:r>
      <w:r>
        <w:br/>
      </w:r>
      <w:r>
        <w:rPr>
          <w:sz w:val="20"/>
        </w:rPr>
        <w:t>1:37:27  usne bhi toh kuch diya mujh ko. toh mujhe uska eteraf karna chahiye. shukr ke mani eteraf, acknowledge karna. toh insaan se yeh tajurbe mujhe ho rahe hain, aur agar mein iska acknowledge nahi kar raha hoon toh iska matlab ke mein apne andar woh nafsiyaat nahi paida kar raha hoon, eteraf wali nafsiyaat, acknowledge karne wali nafsiyaat.</w:t>
      </w:r>
      <w:r>
        <w:br/>
      </w:r>
      <w:r>
        <w:rPr>
          <w:sz w:val="20"/>
        </w:rPr>
        <w:t>1:37:48  toh achaanak ek kaise mein badal jaunga jab khuda ka naam aayega? wohi nafsiyaat wahan bhi kaam karegi. yani insaanon ke darmiyan agar mein nashukr ban kar reh raha hoon toh is matlab ke nashukri ki nafsiyaat apne andar parvarish kar raha hoon.</w:t>
      </w:r>
      <w:r>
        <w:br/>
      </w:r>
      <w:r>
        <w:rPr>
          <w:sz w:val="20"/>
        </w:rPr>
        <w:t>1:38:03  mein toh nashukri ki nafsiyaat wala aadmi jo hai, woh khuda ka bhi shukr zyada karega. yeh matlab is hadees ka: "lam yashkur al-nas, lam yashkur al-allah".</w:t>
      </w:r>
      <w:r>
        <w:br/>
      </w:r>
      <w:r>
        <w:rPr>
          <w:sz w:val="20"/>
        </w:rPr>
        <w:t>1:38:14  jo insaan ka eteraf nahi karega, woh khuda ka bhi eteraf nahi karega.</w:t>
      </w:r>
    </w:p>
    <w:p>
      <w:pPr>
        <w:pStyle w:val="Heading2"/>
      </w:pPr>
      <w:r>
        <w:t>Overcoming Natural Weakness of Complaining</w:t>
      </w:r>
    </w:p>
    <w:p>
      <w:r>
        <w:rPr>
          <w:color w:val="666666"/>
          <w:sz w:val="18"/>
        </w:rPr>
        <w:t>Ethics &amp; Character · 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Permissibility of organ donation</w:t>
      </w:r>
    </w:p>
    <w:p>
      <w:r>
        <w:rPr>
          <w:color w:val="666666"/>
          <w:sz w:val="18"/>
        </w:rPr>
        <w:t>Ethics &amp; Character · Purpose of Human Life February 12, 2012 Maulana Wahiduddin Khan · 2m 18s · at 1:18:38 · https://youtu.be/gRupSXuak-w?t=4718</w:t>
      </w:r>
    </w:p>
    <w:p>
      <w:r>
        <w:rPr>
          <w:i/>
        </w:rPr>
        <w:t>“Is donation of blood, eye, and kidney permissible in Islam?”</w:t>
      </w:r>
    </w:p>
    <w:p>
      <w:r>
        <w:rPr>
          <w:sz w:val="20"/>
        </w:rPr>
        <w:t>1:18:38  Ji Maulana, agla sawal aaya hai Jalgaon se Mr. Sheikh Abdul Rafiq sahib ka. Unhon ne aap se poocha hai ke kya donation of blood eye and kidney is it permissible in Islam</w:t>
      </w:r>
      <w:r>
        <w:br/>
      </w:r>
      <w:r>
        <w:rPr>
          <w:sz w:val="20"/>
        </w:rPr>
        <w:t>1:18:53  ? Bilkul permissible hai. Is mein koi, is mein, is mein koi sawal yeh nahi ke is mein permissible na ho. Jo log fatwa dete hain, woh kuch jante hi nahi bilkul.</w:t>
      </w:r>
      <w:r>
        <w:br/>
      </w:r>
      <w:r>
        <w:rPr>
          <w:sz w:val="20"/>
        </w:rPr>
        <w:t>1:19:04  Aksar fatwe bekhabri ke fatwe hote hain in sab mamlaat mein. Jante kuch nahi, fatwa dete hain khwamkhwah. Is mein koi bhi harj nahi, koi bhi khilaf Islam nahi, kuch bhi nahi hai.</w:t>
      </w:r>
      <w:r>
        <w:br/>
      </w:r>
      <w:r>
        <w:rPr>
          <w:sz w:val="20"/>
        </w:rPr>
        <w:t>1:19:18  Yeh log jo hain, misaal ke tor par, main ek misaal ek sahib se baat hui meri, ek jo unhon ne fatwa de rakha tha ke aankh ka durood sharif jo hai haram hai.</w:t>
      </w:r>
      <w:r>
        <w:br/>
      </w:r>
      <w:r>
        <w:rPr>
          <w:sz w:val="20"/>
        </w:rPr>
        <w:t>1:19:27  To main ne kaha kyun haram bhai?</w:t>
      </w:r>
      <w:r>
        <w:br/>
      </w:r>
      <w:r>
        <w:rPr>
          <w:sz w:val="20"/>
        </w:rPr>
        <w:t>1:19:29  To unhon ne kaha ke yeh masla hai. Masla kehte hain disfigure karne ko. Jab kisi bali ko marne ke baad aap disfigure karein us ko, to us ko kehte hain masla.</w:t>
      </w:r>
      <w:r>
        <w:br/>
      </w:r>
      <w:r>
        <w:rPr>
          <w:sz w:val="20"/>
        </w:rPr>
        <w:t>1:19:42  To main ne kaha masla, aap jante hain kuch bhi nahi, fatwa de dala hai aap ne. Jab aankh se nikala jata hai woh, to plastic ka andar is mein daal diya jata hai.</w:t>
      </w:r>
      <w:r>
        <w:br/>
      </w:r>
      <w:r>
        <w:rPr>
          <w:sz w:val="20"/>
        </w:rPr>
        <w:t>1:19:53  dekhne mein kuch farq nahi lagta ke nikala gaya hai.</w:t>
      </w:r>
      <w:r>
        <w:br/>
      </w:r>
      <w:r>
        <w:rPr>
          <w:sz w:val="20"/>
        </w:rPr>
        <w:t>1:19:56  aisa nahi ke wo is ko masla jaisa dikhai de, wo aisa kuch bhi nahi hai. jo doctor nikalta hai, wo isi waqt is ke andar plastic bani hui is mein daal deta hai.</w:t>
      </w:r>
      <w:r>
        <w:br/>
      </w:r>
      <w:r>
        <w:rPr>
          <w:sz w:val="20"/>
        </w:rPr>
        <w:t>1:20:11  to dekhne mein kuch bhi nahi. yeh musalmanon ke aitbar se hai. waqai hindu log to is ko jala dete hain, wahan to koi masla hi nahi hai.</w:t>
      </w:r>
      <w:r>
        <w:br/>
      </w:r>
      <w:r>
        <w:rPr>
          <w:sz w:val="20"/>
        </w:rPr>
        <w:t>1:20:21  bahar bilashuba jaiz hai, aur yeh mein is ko sadqa e jariya kehta hoon. sadqa e jariya is ko kehte hain ke aap dunya mein na rahen, aap ka koi amal logon ko faida pohanchata rahe.</w:t>
      </w:r>
      <w:r>
        <w:br/>
      </w:r>
      <w:r>
        <w:rPr>
          <w:sz w:val="20"/>
        </w:rPr>
        <w:t>1:20:36  to pehle zamanay mein log kunwan khodte thay, talab banate thay, is ko samajhte thay sadqa e jariya.</w:t>
      </w:r>
      <w:r>
        <w:br/>
      </w:r>
      <w:r>
        <w:rPr>
          <w:sz w:val="20"/>
        </w:rPr>
        <w:t>1:20:46  is zamanay mein naye naye item aaye hain, naye naye item sadqa e jariya ke. is mein se aik yeh bhi hai, yani azaa ka donation.</w:t>
      </w:r>
    </w:p>
    <w:p>
      <w:pPr>
        <w:pStyle w:val="Heading2"/>
      </w:pPr>
      <w:r>
        <w:t>Practical in matters, ideal in dealings</w:t>
      </w:r>
    </w:p>
    <w:p>
      <w:r>
        <w:rPr>
          <w:color w:val="666666"/>
          <w:sz w:val="18"/>
        </w:rPr>
        <w:t>Ethics &amp; Character · The Message of Eid Al-Adha November 6, 2011 Maulana Wahiduddin Khan · 2m 02s · at 1:28:08 · https://youtu.be/y59PU_RD2cg?t=5288</w:t>
      </w:r>
    </w:p>
    <w:p>
      <w:r>
        <w:rPr>
          <w:i/>
        </w:rPr>
        <w:t>“Once you said that a person should be practical in other matters, but in dealing with people he should be ideal. Kindly explain.”</w:t>
      </w:r>
    </w:p>
    <w:p>
      <w:r>
        <w:rPr>
          <w:sz w:val="20"/>
        </w:rPr>
        <w:t>1:28:08  Miss Aisha ne Delhi se sawal kiya hai. Unho ne likha hai: "Ek baar aap ne farmaya tha ke aadmi ko chahiye ke woh doosri cheezon ke muamle mein practical ho, lekin dealing ke muamle mein us ko chahiye ke woh ideal sabit ho."</w:t>
      </w:r>
      <w:r>
        <w:br/>
      </w:r>
      <w:r>
        <w:rPr>
          <w:sz w:val="20"/>
        </w:rPr>
        <w:t>1:28:25  Kindly explain this.</w:t>
      </w:r>
      <w:r>
        <w:br/>
      </w:r>
      <w:r>
        <w:rPr>
          <w:sz w:val="20"/>
        </w:rPr>
        <w:t>1:28:30  Dekhein, ek hai aap ka muamla Khuda se, ek hai aap ka muamla insaan se. To jis cheez ko hum riayat rukhsat kehte hain, woh sirf Khuda ke muamle mein hai, insaan ke muamle mein nahi hai.</w:t>
      </w:r>
      <w:r>
        <w:br/>
      </w:r>
      <w:r>
        <w:rPr>
          <w:sz w:val="20"/>
        </w:rPr>
        <w:t>1:28:42  Insaan se aap len den karte hain, paise ka len den, zameen ka len den, muamlaat ka len den, to wahan par aap ko rukhsat ya concession nahi lena hai.</w:t>
      </w:r>
      <w:r>
        <w:br/>
      </w:r>
      <w:r>
        <w:rPr>
          <w:sz w:val="20"/>
        </w:rPr>
        <w:t>1:28:55  Bahut zyada, bahut zyada honesty ke saath rehna hai. To insaan se dealing karte hue main samajhta hoon ke azmat ka tareeqa hona chahiye.</w:t>
      </w:r>
      <w:r>
        <w:br/>
      </w:r>
      <w:r>
        <w:rPr>
          <w:sz w:val="20"/>
        </w:rPr>
        <w:t>1:29:07  Wahan Allah ka jo muamla hai, wahan aap ko Allah ne rukhsat di hai. To doosra main yeh kahunga ke ek hai nafa-e-aakhirat, ek hai nafa-e-dunya.</w:t>
      </w:r>
      <w:r>
        <w:br/>
      </w:r>
      <w:r>
        <w:rPr>
          <w:sz w:val="20"/>
        </w:rPr>
        <w:t>1:29:19  To nafa-e-aakhirat ke muamle mein Allah ne rukhsat di hai, uska amal kar sakte hain aap. Lekin nafa-e-dunya ka jahan muamla ho, wahan bahut zyada ehtiyat karna chahiye aap ko.</w:t>
      </w:r>
      <w:r>
        <w:br/>
      </w:r>
      <w:r>
        <w:rPr>
          <w:sz w:val="20"/>
        </w:rPr>
        <w:t>1:29:28  Wahan koi rukhsat nahi hai. Misaal ke taur par, aap ne farz kiya kisi se paisa liya,</w:t>
      </w:r>
      <w:r>
        <w:br/>
      </w:r>
      <w:r>
        <w:rPr>
          <w:sz w:val="20"/>
        </w:rPr>
        <w:t>1:29:35  is wadeh par ke aap das din mein de denge, to kabhi bhi gyarviN din na hone dijiye. NauveN din pahuncha dijiye us ko. GyarviN din ke maani ke aap rukhsat le rahe hain, riayat maang rahe hain, yeh bilkul galat hai.</w:t>
      </w:r>
      <w:r>
        <w:br/>
      </w:r>
      <w:r>
        <w:rPr>
          <w:sz w:val="20"/>
        </w:rPr>
        <w:t>1:29:51  To har dealing ki jitni bhi shakalain hain jo samaaj mein hoti hain, chahe khandan mein ho ya khandan ke bahar, to jitni bhi dealing ki shakalain hoti hain, us mein bahut sakht ehtiyat karni chahiye aadam</w:t>
      </w:r>
      <w:r>
        <w:br/>
      </w:r>
      <w:r>
        <w:rPr>
          <w:sz w:val="20"/>
        </w:rPr>
        <w:t>1:30:03  ko. Is mein har giz rukhsat aur riayat ya lachak nahi hona chahiye.</w:t>
      </w:r>
    </w:p>
    <w:p>
      <w:pPr>
        <w:pStyle w:val="Heading2"/>
      </w:pPr>
      <w:r>
        <w:t>Protecting oneself from greed in materialistic age</w:t>
      </w:r>
    </w:p>
    <w:p>
      <w:r>
        <w:rPr>
          <w:color w:val="666666"/>
          <w:sz w:val="18"/>
        </w:rPr>
        <w:t>Ethics &amp; Character · Islam &amp; Prophet of Islam 21 Oct, 2012 - Maulana Wahiduddin Khan · 2m 05s · at 1:00:23 · https://youtu.be/2hwtfOyNeS0?t=3623</w:t>
      </w:r>
    </w:p>
    <w:p>
      <w:r>
        <w:rPr>
          <w:i/>
        </w:rPr>
        <w:t>“In this materialistic age, how can a person protect himself from greed? Because today human needs have become so great that living a contented life has become difficult.”</w:t>
      </w:r>
    </w:p>
    <w:p>
      <w:r>
        <w:rPr>
          <w:sz w:val="20"/>
        </w:rPr>
        <w:t>1:00:23  maulana, agla sawal bhi karachi pakistan se hai abdul latif sahib ka. unhon ne likha hai: "maulana sahib, is madi daur mein ek insan apne aap ko hiras se kis tarah bachaye؟</w:t>
      </w:r>
      <w:r>
        <w:br/>
      </w:r>
      <w:r>
        <w:rPr>
          <w:sz w:val="20"/>
        </w:rPr>
        <w:t>1:00:37  kyun ke aaj insan ki zaroorat zaroorat itni zyada ho chuki hai ke qanaat wali zindagi guzarna mushkil ho gaya hai." is ke bare mein bataen.</w:t>
      </w:r>
      <w:r>
        <w:br/>
      </w:r>
      <w:r>
        <w:rPr>
          <w:sz w:val="20"/>
        </w:rPr>
        <w:t>1:00:49  main samajhta hoon ke hiras se bachane ke liye sirf yeh hai ke aap apni aql ko istemal karen. aql ko istemal karen.</w:t>
      </w:r>
      <w:r>
        <w:br/>
      </w:r>
      <w:r>
        <w:rPr>
          <w:sz w:val="20"/>
        </w:rPr>
        <w:t>1:00:59  abhi dekhiye, aaj kal khabron mein aa rahi hain kingfisher airline ke bare mein. bahut zyada badhaya apne kaam ko unhon ne, yani hiras ko apni aakhirat tak pahuncha diya.</w:t>
      </w:r>
      <w:r>
        <w:br/>
      </w:r>
      <w:r>
        <w:rPr>
          <w:sz w:val="20"/>
        </w:rPr>
        <w:t>1:01:11  natija kya hua? ke bilkul dham se gir gaye. aap khabron mein padhte honge, tafseel ki zaroorat nahin hai batane ki. aise waqiyat rozana hote rehte hain.</w:t>
      </w:r>
      <w:r>
        <w:br/>
      </w:r>
      <w:r>
        <w:rPr>
          <w:sz w:val="20"/>
        </w:rPr>
        <w:t>1:01:23  yani hiras mein aakhir mein kya hai? frustration. qanaat mein kya hai? sukoon, itminan.</w:t>
      </w:r>
      <w:r>
        <w:br/>
      </w:r>
      <w:r>
        <w:rPr>
          <w:sz w:val="20"/>
        </w:rPr>
        <w:t>1:01:32  to natije ko dekh kar faisla kijiye ke hiras mein aadmi ko sukoon milta hai ya qanaat mein milta hai.</w:t>
      </w:r>
      <w:r>
        <w:br/>
      </w:r>
      <w:r>
        <w:rPr>
          <w:sz w:val="20"/>
        </w:rPr>
        <w:t>1:01:42  jitne log hiras mein daudte hain, yani takathur ka rasta ikhtiyar karte hain, aakhir mein un ke hisse mein sawab, first side ka kuch bhi nahin aata. kitne log to khud khushi kar lete hain.</w:t>
      </w:r>
      <w:r>
        <w:br/>
      </w:r>
      <w:r>
        <w:rPr>
          <w:sz w:val="20"/>
        </w:rPr>
        <w:t>1:01:54  to asal cheez yeh hai ke natije ko natije ko samne rakh kar log nahin sochte. natije ko samne rakh kar sochen to bahut aasani se masla samajh mein aa jaye ke is dunya mein mumkin nahin hai ke aap hiras ke raste par chal kar ke, yani peace of mind mile, aap ko sukoon mile.</w:t>
      </w:r>
      <w:r>
        <w:br/>
      </w:r>
      <w:r>
        <w:rPr>
          <w:sz w:val="20"/>
        </w:rPr>
        <w:t>1:02:15  qanaat ke raste par chal kar ke aap ko peace of mind milega. to agar natije ko le kar socha jaye to bahut aasani se aap is mamle mein ek sahi faisla le sakte hain.</w:t>
      </w:r>
    </w:p>
    <w:p>
      <w:pPr>
        <w:pStyle w:val="Heading2"/>
      </w:pPr>
      <w:r>
        <w:t>Punishment for insulting parents</w:t>
      </w:r>
    </w:p>
    <w:p>
      <w:r>
        <w:rPr>
          <w:color w:val="666666"/>
          <w:sz w:val="18"/>
        </w:rPr>
        <w:t>Ethics &amp; Character · Hadith Word of Wisdom August 31, 2014 · 2m 31s · at 55:34 · https://youtu.be/fv4eRJRe8dk?t=3334</w:t>
      </w:r>
    </w:p>
    <w:p>
      <w:r>
        <w:rPr>
          <w:i/>
        </w:rPr>
        <w:t>“What is the punishment of those people who insult their parents?”</w:t>
      </w:r>
    </w:p>
    <w:p>
      <w:r>
        <w:rPr>
          <w:sz w:val="20"/>
        </w:rPr>
        <w:t>55:34  I will be looking forward to the future editions." Mashallah. Maulana, agla sawal Delhi se kiya hai Muhammad Hilal Khan ne. Maulana, yeh ek school ke student hain aur unka sawal hai ke "What is the punishment of those people who insult their parents?</w:t>
      </w:r>
      <w:r>
        <w:br/>
      </w:r>
      <w:r>
        <w:rPr>
          <w:sz w:val="20"/>
        </w:rPr>
        <w:t>55:57  " pooch rahe hain punishment kya hai? samjhaiye, punishment se yeh masla hal nahi hota, badhta hai.</w:t>
      </w:r>
      <w:r>
        <w:br/>
      </w:r>
      <w:r>
        <w:rPr>
          <w:sz w:val="20"/>
        </w:rPr>
        <w:t>56:02  Dekhein, punishment jo hai, woh sirf authority ka kaam hai.</w:t>
      </w:r>
      <w:r>
        <w:br/>
      </w:r>
      <w:r>
        <w:rPr>
          <w:sz w:val="20"/>
        </w:rPr>
        <w:t>56:08  Aap ke paas koi authority nahi hai, jaise gharon mein jhagde hote hain, gharon mein aap kisi ko</w:t>
      </w:r>
      <w:r>
        <w:br/>
      </w:r>
      <w:r>
        <w:rPr>
          <w:sz w:val="20"/>
        </w:rPr>
        <w:t>56:13  punish nahin kar sakte kyunke aap par authority nahin hai.</w:t>
      </w:r>
      <w:r>
        <w:br/>
      </w:r>
      <w:r>
        <w:rPr>
          <w:sz w:val="20"/>
        </w:rPr>
        <w:t>56:19  to agar aisa kahin hai to aap ko samjhaiye, aur is mein main samajhta hoon ke fifty-fifty ka mamla hai.</w:t>
      </w:r>
      <w:r>
        <w:br/>
      </w:r>
      <w:r>
        <w:rPr>
          <w:sz w:val="20"/>
        </w:rPr>
        <w:t>56:24  aisa nahin ke ek tarafah kisi ko, dono kuch na kuch be samjhi ka kaam karte hain, is</w:t>
      </w:r>
      <w:r>
        <w:br/>
      </w:r>
      <w:r>
        <w:rPr>
          <w:sz w:val="20"/>
        </w:rPr>
        <w:t>56:30  se baat flare up ho jati hai.</w:t>
      </w:r>
      <w:r>
        <w:br/>
      </w:r>
      <w:r>
        <w:rPr>
          <w:sz w:val="20"/>
        </w:rPr>
        <w:t>56:36  main is ko nahin manta ke yeh unilateral mamla hai, bilateral mamla hai.</w:t>
      </w:r>
      <w:r>
        <w:br/>
      </w:r>
      <w:r>
        <w:rPr>
          <w:sz w:val="20"/>
        </w:rPr>
        <w:t>56:41  to dono ko samjhana parega.</w:t>
      </w:r>
      <w:r>
        <w:br/>
      </w:r>
      <w:r>
        <w:rPr>
          <w:sz w:val="20"/>
        </w:rPr>
        <w:t>56:47  main ne jo tajurba zindagi ka woh yeh hai ke reporting hamesha log one-sided karte hain.</w:t>
      </w:r>
      <w:r>
        <w:br/>
      </w:r>
      <w:r>
        <w:rPr>
          <w:sz w:val="20"/>
        </w:rPr>
        <w:t>56:52  har aadmi one-sided reporting karta hai, yaani ek ki baat batayega, ek doosri ki baat nahin batayega.</w:t>
      </w:r>
      <w:r>
        <w:br/>
      </w:r>
      <w:r>
        <w:rPr>
          <w:sz w:val="20"/>
        </w:rPr>
        <w:t>56:58  bas yeh aam, itna zyada aam hai ke is mein koi exception nahin hai.</w:t>
      </w:r>
      <w:r>
        <w:br/>
      </w:r>
      <w:r>
        <w:rPr>
          <w:sz w:val="20"/>
        </w:rPr>
        <w:t>57:04  mujhe de walon ko one-sided reporting to aap ko bhi main kahunga, aap is se bachen ke</w:t>
      </w:r>
      <w:r>
        <w:br/>
      </w:r>
      <w:r>
        <w:rPr>
          <w:sz w:val="20"/>
        </w:rPr>
        <w:t>57:09  aap kisi ek ko blame dein aur doosre ko kahin ke woh bilkul be khata hai.</w:t>
      </w:r>
      <w:r>
        <w:br/>
      </w:r>
      <w:r>
        <w:rPr>
          <w:sz w:val="20"/>
        </w:rPr>
        <w:t>57:15  is ko, is ko deep mein jayen, deep mein.</w:t>
      </w:r>
      <w:r>
        <w:br/>
      </w:r>
      <w:r>
        <w:rPr>
          <w:sz w:val="20"/>
        </w:rPr>
        <w:t>57:20  jaise main ne abhi qissa bataya aap ko ke in ke leho ka ke bhai bachche meri baat</w:t>
      </w:r>
      <w:r>
        <w:br/>
      </w:r>
      <w:r>
        <w:rPr>
          <w:sz w:val="20"/>
        </w:rPr>
        <w:t>57:26  sunte nahin, to bas main kahoon aap bade bachche kharab hain.</w:t>
      </w:r>
      <w:r>
        <w:br/>
      </w:r>
      <w:r>
        <w:rPr>
          <w:sz w:val="20"/>
        </w:rPr>
        <w:t>57:31  in ki report ko sun kar main maan loon ke bachche bade kharab hain.</w:t>
      </w:r>
      <w:r>
        <w:br/>
      </w:r>
      <w:r>
        <w:rPr>
          <w:sz w:val="20"/>
        </w:rPr>
        <w:t>57:37  to main ne jab scrutiny ki to maloom hua ke yeh bachchon ke sath biwi se ladte jhagadte</w:t>
      </w:r>
      <w:r>
        <w:br/>
      </w:r>
      <w:r>
        <w:rPr>
          <w:sz w:val="20"/>
        </w:rPr>
        <w:t>57:43  hain, is se mahaul ghar ka kharab ho gaya hai.</w:t>
      </w:r>
      <w:r>
        <w:br/>
      </w:r>
      <w:r>
        <w:rPr>
          <w:sz w:val="20"/>
        </w:rPr>
        <w:t>57:48  to aap aisa kabhi mat kijiye ke one-sided reporting karen.</w:t>
      </w:r>
      <w:r>
        <w:br/>
      </w:r>
      <w:r>
        <w:rPr>
          <w:sz w:val="20"/>
        </w:rPr>
        <w:t>57:54  aap deep mein jayen, scrutiny kijiye, baat ko samjhen gehrai se, tab masla khatam hoga.</w:t>
      </w:r>
      <w:r>
        <w:br/>
      </w:r>
      <w:r>
        <w:rPr>
          <w:sz w:val="20"/>
        </w:rPr>
        <w:t>57:59  aise ek ko blame dena, doosre ko be khata batana, is se koi masla hal hone wala nahin hai.</w:t>
      </w:r>
    </w:p>
    <w:p>
      <w:pPr>
        <w:pStyle w:val="Heading2"/>
      </w:pPr>
      <w:r>
        <w:t>Responding to non-Muslim's greeting permissible?</w:t>
      </w:r>
    </w:p>
    <w:p>
      <w:r>
        <w:rPr>
          <w:color w:val="666666"/>
          <w:sz w:val="18"/>
        </w:rPr>
        <w:t>Ethics &amp; Character · Age of Peace November 18, 2012 · 2m 12s · at 1:15:28 · https://youtu.be/Y9nkQnBqbrs?t=4528</w:t>
      </w:r>
    </w:p>
    <w:p>
      <w:r>
        <w:rPr>
          <w:i/>
        </w:rPr>
        <w:t>“Is it permissible in Islam to respond to a non-Muslim's greeting?”</w:t>
      </w:r>
    </w:p>
    <w:p>
      <w:r>
        <w:rPr>
          <w:sz w:val="20"/>
        </w:rPr>
        <w:t>1:15:28  maulana, agla sawal dilli se hai. muhammad hussain akhtar sahab ka, unhon ne likha hai: "kya kisi ghair muslim ke salam ka jawab dena islam mein jaiz hai?" is ke bare</w:t>
      </w:r>
      <w:r>
        <w:br/>
      </w:r>
      <w:r>
        <w:rPr>
          <w:sz w:val="20"/>
        </w:rPr>
        <w:t>1:15:40  mein batayein. jaiz nahi hai, farz hai, sir, farz. jaiz kya hai? yeh jaiz ki kya baat hai? dekhiye, aap jab namaz padhte hain, sari duniya ke musalman to kya karte hain?</w:t>
      </w:r>
      <w:r>
        <w:br/>
      </w:r>
      <w:r>
        <w:rPr>
          <w:sz w:val="20"/>
        </w:rPr>
        <w:t>1:15:53  aakhir mein khatam karte hain to kehte hain: "assalamu alaikum wa rahmatullah." "assalamu alaikum wa rahmatullah." tumhare upar salamati ho.</w:t>
      </w:r>
      <w:r>
        <w:br/>
      </w:r>
      <w:r>
        <w:rPr>
          <w:sz w:val="20"/>
        </w:rPr>
        <w:t>1:16:02  yeh tum kaun ho? yeh kaun tum ho? is ko aap keh rahe hain ke tumhare upar salamati ho. idhar kaun hai? idhar kaun hai?</w:t>
      </w:r>
      <w:r>
        <w:br/>
      </w:r>
      <w:r>
        <w:rPr>
          <w:sz w:val="20"/>
        </w:rPr>
        <w:t>1:16:09  aap bataiye. "peace be upon you." "assalamu alaikum" maani hote hain "peace be upon you." to jab aap kehte hain "peace be upon you" to you kaun hai?</w:t>
      </w:r>
      <w:r>
        <w:br/>
      </w:r>
      <w:r>
        <w:rPr>
          <w:sz w:val="20"/>
        </w:rPr>
        <w:t>1:16:19  woh kahan hai? woh to jhoota nikal rakha hai ke farishton ko karte hain, farishton ko salam karte hain. yeh bilkul jhooti taweel hai.</w:t>
      </w:r>
      <w:r>
        <w:br/>
      </w:r>
      <w:r>
        <w:rPr>
          <w:sz w:val="20"/>
        </w:rPr>
        <w:t>1:16:29  nahin, insanon ko karte hain.</w:t>
      </w:r>
      <w:r>
        <w:br/>
      </w:r>
      <w:r>
        <w:rPr>
          <w:sz w:val="20"/>
        </w:rPr>
        <w:t>1:16:32  jo insan east mein hain, jo insan west mein hain, jo insan south mein hain, jo insan north mein hain, sab ko hum kehte hain: "ae logon!</w:t>
      </w:r>
      <w:r>
        <w:br/>
      </w:r>
      <w:r>
        <w:rPr>
          <w:sz w:val="20"/>
        </w:rPr>
        <w:t>1:16:40  peace be upon you! peace be upon you!" to namaz mein roza karte hi hain. hum is mein masle ki kya baat kar rahe hain? ek jhoota masla bana rakha hai, bilkul jhoota ke hum farishton ko karte hain.</w:t>
      </w:r>
      <w:r>
        <w:br/>
      </w:r>
      <w:r>
        <w:rPr>
          <w:sz w:val="20"/>
        </w:rPr>
        <w:t>1:16:54  farishte hamare salamati ke intezar mein nahin hain, unko salamati mili hui hai, already</w:t>
      </w:r>
      <w:r>
        <w:br/>
      </w:r>
      <w:r>
        <w:rPr>
          <w:sz w:val="20"/>
        </w:rPr>
        <w:t>1:16:59  . farishte to already peaceful life hain, unki peace insanon ki peaceful life nahin hai. peace ki zaroorat insanon ko hai,</w:t>
      </w:r>
      <w:r>
        <w:br/>
      </w:r>
      <w:r>
        <w:rPr>
          <w:sz w:val="20"/>
        </w:rPr>
        <w:t>1:17:12  peace ki zaroorat farishton ko nahin hai. woh to peace to already unko mili hui hai, insanon ko. to hum apni tamanna ka izhar karte hain, apni tamanna ka, apni khwahish ka ke Allah taala unko bhi peace de, unko bhi peace de, unko bhi, unko bhi, sab ko peace de.</w:t>
      </w:r>
      <w:r>
        <w:br/>
      </w:r>
      <w:r>
        <w:rPr>
          <w:sz w:val="20"/>
        </w:rPr>
        <w:t>1:17:27  yeh to hamara culture hai, yani ibadat, ibadat culture mein shamil hai ke sari dunya ko peace bhejo. yeh fatwa, fatwa hi galat hai, bilkul is masla hi galat hai.</w:t>
      </w:r>
      <w:r>
        <w:br/>
      </w:r>
      <w:r>
        <w:rPr>
          <w:sz w:val="20"/>
        </w:rPr>
        <w:t>1:17:37  yeh</w:t>
      </w:r>
    </w:p>
    <w:p>
      <w:pPr>
        <w:pStyle w:val="Heading2"/>
      </w:pPr>
      <w:r>
        <w:t>Role of silence when angry</w:t>
      </w:r>
    </w:p>
    <w:p>
      <w:r>
        <w:rPr>
          <w:color w:val="666666"/>
          <w:sz w:val="18"/>
        </w:rPr>
        <w:t>Ethics &amp; Character · Self Correction November 09, 2014 Maulana Wahiduddin Khan · 2m 46s · at 1:17:15 · https://youtu.be/PpwTmeCQkSQ?t=4635</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1:17:15  maulana, agla sawal bhopal se aaya hai farhan sahib ka, aur unhon ne likha hai ke Maulana, what</w:t>
      </w:r>
      <w:r>
        <w:br/>
      </w:r>
      <w:r>
        <w:rPr>
          <w:sz w:val="20"/>
        </w:rPr>
        <w:t>1:17:22  role does silence play when one is angry?</w:t>
      </w:r>
      <w:r>
        <w:br/>
      </w:r>
      <w:r>
        <w:rPr>
          <w:sz w:val="20"/>
        </w:rPr>
        <w:t>1:17:30  Many people think if you keep patience or observe silence, then the opposite party may feel that they have succeeded over you. This may lead to further exploitation. What is your advice?</w:t>
      </w:r>
      <w:r>
        <w:br/>
      </w:r>
      <w:r>
        <w:rPr>
          <w:sz w:val="20"/>
        </w:rPr>
        <w:t>1:17:44  is se zyada jhooti baat aur koi bhi nahi.</w:t>
      </w:r>
      <w:r>
        <w:br/>
      </w:r>
      <w:r>
        <w:rPr>
          <w:sz w:val="20"/>
        </w:rPr>
        <w:t>1:17:49  isi jhoot mein musalman jee rahe hain, sari dunya ke musalman isi mein jee rahe hain, aur nateeja</w:t>
      </w:r>
      <w:r>
        <w:br/>
      </w:r>
      <w:r>
        <w:rPr>
          <w:sz w:val="20"/>
        </w:rPr>
        <w:t>1:17:55  nahi dekh rahe, nateeja kiya nikal raha hai? Tabaahi mein izafa, tabaahi mein izafa.</w:t>
      </w:r>
      <w:r>
        <w:br/>
      </w:r>
      <w:r>
        <w:rPr>
          <w:sz w:val="20"/>
        </w:rPr>
        <w:t>1:18:00  yeh nahi ke koi sochta hai, yaani musalman yahi to kar rahe hain ke chup rehne ko tayyar nahi hain.</w:t>
      </w:r>
      <w:r>
        <w:br/>
      </w:r>
      <w:r>
        <w:rPr>
          <w:sz w:val="20"/>
        </w:rPr>
        <w:t>1:18:06  to nateeja kiya nikalta hai? Woh yaani in terms of result, is ko jaiza len.</w:t>
      </w:r>
      <w:r>
        <w:br/>
      </w:r>
      <w:r>
        <w:rPr>
          <w:sz w:val="20"/>
        </w:rPr>
        <w:t>1:18:11  is ka kaisi ajeeb o ghareeb baat hai ke chup na rehne ki policy mein chal rahe hain</w:t>
      </w:r>
      <w:r>
        <w:br/>
      </w:r>
      <w:r>
        <w:rPr>
          <w:sz w:val="20"/>
        </w:rPr>
        <w:t>1:18:17  musalman, aur tabaah ho rahe hain har jagah.</w:t>
      </w:r>
      <w:r>
        <w:br/>
      </w:r>
      <w:r>
        <w:rPr>
          <w:sz w:val="20"/>
        </w:rPr>
        <w:t>1:18:22  kaisi ajeeb baat hai ke musalmanon ke andar, yaani apna revise karne ka maada khatam ho gaya, re</w:t>
      </w:r>
      <w:r>
        <w:br/>
      </w:r>
      <w:r>
        <w:rPr>
          <w:sz w:val="20"/>
        </w:rPr>
        <w:t>1:18:28  aisment ka maada khatm ho gaya.</w:t>
      </w:r>
      <w:r>
        <w:br/>
      </w:r>
      <w:r>
        <w:rPr>
          <w:sz w:val="20"/>
        </w:rPr>
        <w:t>1:18:33  har jagah yahi to ho raha hai.</w:t>
      </w:r>
      <w:r>
        <w:br/>
      </w:r>
      <w:r>
        <w:rPr>
          <w:sz w:val="20"/>
        </w:rPr>
        <w:t>1:18:39  falasteen mein aap dekhiye ke chup ho gaye, woh chup nahi hain.</w:t>
      </w:r>
      <w:r>
        <w:br/>
      </w:r>
      <w:r>
        <w:rPr>
          <w:sz w:val="20"/>
        </w:rPr>
        <w:t>1:18:44  woh lekin kya hota hai? yeh pathar maarte hain, woh bam maarta hai.</w:t>
      </w:r>
      <w:r>
        <w:br/>
      </w:r>
      <w:r>
        <w:rPr>
          <w:sz w:val="20"/>
        </w:rPr>
        <w:t>1:18:50  yeh india mein aap dekh lijiyey, yeh fasaad hote hain, isi mein hote hain ke musalman chup nahi</w:t>
      </w:r>
      <w:r>
        <w:br/>
      </w:r>
      <w:r>
        <w:rPr>
          <w:sz w:val="20"/>
        </w:rPr>
        <w:t>1:18:55  rehte, action lete hain.</w:t>
      </w:r>
      <w:r>
        <w:br/>
      </w:r>
      <w:r>
        <w:rPr>
          <w:sz w:val="20"/>
        </w:rPr>
        <w:t>1:19:01  to chup na rehne ki qeemat musalman do so saal se bhi ada kar rahe hain, aur abhi</w:t>
      </w:r>
      <w:r>
        <w:br/>
      </w:r>
      <w:r>
        <w:rPr>
          <w:sz w:val="20"/>
        </w:rPr>
        <w:t>1:19:06  tak un ke andar re-aisment nahi aaya.</w:t>
      </w:r>
      <w:r>
        <w:br/>
      </w:r>
      <w:r>
        <w:rPr>
          <w:sz w:val="20"/>
        </w:rPr>
        <w:t>1:19:12  har jagah jitne fasaadaat hain, aur jitne bhi duniya mein, jahan jis ko kehte hain ke hamare sath</w:t>
      </w:r>
      <w:r>
        <w:br/>
      </w:r>
      <w:r>
        <w:rPr>
          <w:sz w:val="20"/>
        </w:rPr>
        <w:t>1:19:17  zulm ho raha hai, har kahin bhi musalman chup nahi hain.</w:t>
      </w:r>
      <w:r>
        <w:br/>
      </w:r>
      <w:r>
        <w:rPr>
          <w:sz w:val="20"/>
        </w:rPr>
        <w:t>1:19:23  har jagah, yani apna chala rahe hain.</w:t>
      </w:r>
      <w:r>
        <w:br/>
      </w:r>
      <w:r>
        <w:rPr>
          <w:sz w:val="20"/>
        </w:rPr>
        <w:t>1:19:28  to kam az kam ab to sochein, ab to tajurba karein chup rehne ka.</w:t>
      </w:r>
      <w:r>
        <w:br/>
      </w:r>
      <w:r>
        <w:rPr>
          <w:sz w:val="20"/>
        </w:rPr>
        <w:t>1:19:34  yani chup rehne ka tajurba hi nahi kiya musalmanon ne.</w:t>
      </w:r>
      <w:r>
        <w:br/>
      </w:r>
      <w:r>
        <w:rPr>
          <w:sz w:val="20"/>
        </w:rPr>
        <w:t>1:19:39  aur sawal karte hain, hamare mashriq mein pehli baar chup rehne ka tajurba kiya gaya hai, aur Allah</w:t>
      </w:r>
      <w:r>
        <w:br/>
      </w:r>
      <w:r>
        <w:rPr>
          <w:sz w:val="20"/>
        </w:rPr>
        <w:t>1:19:45  ke fazal se is se bohat faiday hue hain.</w:t>
      </w:r>
      <w:r>
        <w:br/>
      </w:r>
      <w:r>
        <w:rPr>
          <w:sz w:val="20"/>
        </w:rPr>
        <w:t>1:19:50  hamare mashriq ke baad koi hai hi nahi jis ne chup rehne ka tajurba kiya ho do so saal mein.</w:t>
      </w:r>
      <w:r>
        <w:br/>
      </w:r>
      <w:r>
        <w:rPr>
          <w:sz w:val="20"/>
        </w:rPr>
        <w:t>1:19:56  to yeh sab sawal to mujhe bohat ajeeb maloom hote hain.</w:t>
      </w:r>
    </w:p>
    <w:p>
      <w:pPr>
        <w:pStyle w:val="Heading2"/>
      </w:pPr>
      <w:r>
        <w:t>Selective protest among Muslims</w:t>
      </w:r>
    </w:p>
    <w:p>
      <w:r>
        <w:rPr>
          <w:color w:val="666666"/>
          <w:sz w:val="18"/>
        </w:rPr>
        <w:t>Ethics &amp; Character · The Character of a Dayee 4 March 2012 - Maulana Wahiduddin Khan · 3m 40s · at 1:46:43 · https://youtu.be/YtavJpVNbEM?t=6403</w:t>
      </w:r>
    </w:p>
    <w:p>
      <w:r>
        <w:rPr>
          <w:i/>
        </w:rPr>
        <w:t>“Why is it that Muslims do not react to the evils committed by the members of their family, by the members of their community, but they launch their protest only against the evils when these are committed by the people belonging to another community? They regard them as their enemies.”</w:t>
      </w:r>
    </w:p>
    <w:p>
      <w:r>
        <w:rPr>
          <w:sz w:val="20"/>
        </w:rPr>
        <w:t>1:46:43  Maulana, agla sawal Doctor Fareeda Khanam ka hai Delhi se. unhon ne likha hai: "Why is it that Muslims do not react to the evils committed by the members of their family, by the members of their community, but they launch their protest only to the evils when these are committed by the people belonging to another community, hmm, they regard as their enemies?"</w:t>
      </w:r>
      <w:r>
        <w:br/>
      </w:r>
      <w:r>
        <w:rPr>
          <w:sz w:val="20"/>
        </w:rPr>
        <w:t>1:47:11  haan, abhi haal mein mujhe Quran ka ek English tarjuma mila, jo yahan ek book fair mein kafi banta gaya hai.</w:t>
      </w:r>
      <w:r>
        <w:br/>
      </w:r>
      <w:r>
        <w:rPr>
          <w:sz w:val="20"/>
        </w:rPr>
        <w:t>1:47:21  to us ke shuru mein ek preface hai, ek foreword hai. us foreword mein</w:t>
      </w:r>
      <w:r>
        <w:br/>
      </w:r>
      <w:r>
        <w:rPr>
          <w:sz w:val="20"/>
        </w:rPr>
        <w:t>1:47:27  likha hai ke Islam aur Musalman unique hain. zara ghor karo ke Islam bhi unique hai, Musalman bhi unique hai, ummat, ummat bhi unique hai.</w:t>
      </w:r>
      <w:r>
        <w:br/>
      </w:r>
      <w:r>
        <w:rPr>
          <w:sz w:val="20"/>
        </w:rPr>
        <w:t>1:47:39  to yahi zehn mein paida hoga: Islam to bilashuba unique hai,</w:t>
      </w:r>
      <w:r>
        <w:br/>
      </w:r>
      <w:r>
        <w:rPr>
          <w:sz w:val="20"/>
        </w:rPr>
        <w:t>1:47:44  Musalman unique nahi hai. Musalman to ek blnt bashar min khalq kiya aaya tha? woh kis surat mein? blnt bashar min khalq?</w:t>
      </w:r>
      <w:r>
        <w:br/>
      </w:r>
      <w:r>
        <w:rPr>
          <w:sz w:val="20"/>
        </w:rPr>
        <w:t>1:47:54  ji,</w:t>
      </w:r>
      <w:r>
        <w:br/>
      </w:r>
      <w:r>
        <w:rPr>
          <w:sz w:val="20"/>
        </w:rPr>
        <w:t>1:47:56  kya kya ayat hai? blnt bashar mamn khalq, blnt bashar mamn khalq, jaise doosra insaan hai. us waqt Musalman mein hairan reh gaya ke is Quran ko bant rahe hain ghair Muslimon mein, jis mein khud likh rakha hai ke Musalman unique ummah hai.</w:t>
      </w:r>
      <w:r>
        <w:br/>
      </w:r>
      <w:r>
        <w:rPr>
          <w:sz w:val="20"/>
        </w:rPr>
        <w:t>1:48:14  bataiye ke, yani goya Khuda description karta hai.</w:t>
      </w:r>
      <w:r>
        <w:br/>
      </w:r>
      <w:r>
        <w:rPr>
          <w:sz w:val="20"/>
        </w:rPr>
        <w:t>1:48:20  to isi se logon ke andar yeh pak, is ko kehte hain woh, yaani self righteousness. hum kuch doosron se bartar hain, hum kuch behtar hain, hum khair ummat hain.</w:t>
      </w:r>
      <w:r>
        <w:br/>
      </w:r>
      <w:r>
        <w:rPr>
          <w:sz w:val="20"/>
        </w:rPr>
        <w:t>1:48:33  isi ki wajah se apne bare mein kaha jaye to bhark bharkenge aur doosron ke bare mein khoob bolenge, be takan.</w:t>
      </w:r>
      <w:r>
        <w:br/>
      </w:r>
      <w:r>
        <w:rPr>
          <w:sz w:val="20"/>
        </w:rPr>
        <w:t>1:48:41  to mujhe hairaan laga ke woh quran, is mein likha hua tha ke ghair muslimon ke mein phailane ke liye, aur is mein di, is mein forward word nahi likha hua hai.</w:t>
      </w:r>
      <w:r>
        <w:br/>
      </w:r>
      <w:r>
        <w:rPr>
          <w:sz w:val="20"/>
        </w:rPr>
        <w:t>1:48:53  kya kya kya tha? to bhai, is mein yahi tha ke islam aur muslim ummah unique hain. ji ji ji,</w:t>
      </w:r>
      <w:r>
        <w:br/>
      </w:r>
      <w:r>
        <w:rPr>
          <w:sz w:val="20"/>
        </w:rPr>
        <w:t>1:49:00  mere paas maujood hai, kuch aap aa ke dekh sakte hain. islam bilashuba unique hai, lekin unique is tarah se mein bhi unique ka lafz tab bhi mein nahi bolunga.</w:t>
      </w:r>
      <w:r>
        <w:br/>
      </w:r>
      <w:r>
        <w:rPr>
          <w:sz w:val="20"/>
        </w:rPr>
        <w:t>1:49:12  mein kahunga ke islam jo hai, preserved religion hai, mehfooz religion. har har mazhab jo tha, wohi tha, jaisa ke islam hai, jo Allah ne bheja.</w:t>
      </w:r>
      <w:r>
        <w:br/>
      </w:r>
      <w:r>
        <w:rPr>
          <w:sz w:val="20"/>
        </w:rPr>
        <w:t>1:49:24  to islam jo hai, kuch superior hai, doosre pichle mazahib jo the, inferior the, aisa nahi, kuch bhi nahi.</w:t>
      </w:r>
    </w:p>
    <w:p>
      <w:pPr>
        <w:pStyle w:val="Heading2"/>
      </w:pPr>
      <w:r>
        <w:t>Should we thank people verbally?</w:t>
      </w:r>
    </w:p>
    <w:p>
      <w:r>
        <w:rPr>
          <w:color w:val="666666"/>
          <w:sz w:val="18"/>
        </w:rPr>
        <w:t>Ethics &amp; Character · Quran for All Mankind June 3, 2012 · 2m 55s · at 1:14:30 · https://youtu.be/Gp-53Zjugcg?t=4470</w:t>
      </w:r>
    </w:p>
    <w:p>
      <w:r>
        <w:rPr>
          <w:i/>
        </w:rPr>
        <w:t>“Is silent acknowledgment enough or do we need to verbally thank people? Kindly comment.”</w:t>
      </w:r>
    </w:p>
    <w:p>
      <w:r>
        <w:rPr>
          <w:sz w:val="20"/>
        </w:rPr>
        <w:t>1:14:30  Maulana, agla sawal ah Dilli se hai, Maulana Zikwan Sahab ka. unhon ne aap se poocha hai ke "is silent acknowledgement infor or do we need to verbally thank people</w:t>
      </w:r>
      <w:r>
        <w:br/>
      </w:r>
      <w:r>
        <w:rPr>
          <w:sz w:val="20"/>
        </w:rPr>
        <w:t>1:14:42  ?" kindly comment. lis, yani khamosh acknowledgement to koi cheez nahi hai. yeh to aap ki taskeen ke liye hota hai, yeh apni taskeen ke liye hota hai.</w:t>
      </w:r>
      <w:r>
        <w:br/>
      </w:r>
      <w:r>
        <w:rPr>
          <w:sz w:val="20"/>
        </w:rPr>
        <w:t>1:14:54  bolna chahiye aap ki koi, yani cheekh padna chahiye ya apne dil ko. kuch log apne dil mein khush karne ke liye maan lete hain ke hum to maante hi hain,</w:t>
      </w:r>
      <w:r>
        <w:br/>
      </w:r>
      <w:r>
        <w:rPr>
          <w:sz w:val="20"/>
        </w:rPr>
        <w:t>1:15:09  to maante to munh se kyun nahi bolte?</w:t>
      </w:r>
      <w:r>
        <w:br/>
      </w:r>
      <w:r>
        <w:rPr>
          <w:sz w:val="20"/>
        </w:rPr>
        <w:t>1:15:12  sach poochte hain, yeh bhi ek qism ka woh hai, ek qism ka kya kehte hain is ko,</w:t>
      </w:r>
      <w:r>
        <w:br/>
      </w:r>
      <w:r>
        <w:rPr>
          <w:sz w:val="20"/>
        </w:rPr>
        <w:t>1:15:24  yani yeh modernistic ke khilaf hai. kyunke jin logon ko modernistic nahi hoti, woh woh bas soch yahi, woh aisi boli bolte hain kyunke samajhte hain ke agar hum bol diya to hum kuch chote ho jayenge.</w:t>
      </w:r>
      <w:r>
        <w:br/>
      </w:r>
      <w:r>
        <w:rPr>
          <w:sz w:val="20"/>
        </w:rPr>
        <w:t>1:15:40  bol diya to hum kuch chote ho jayenge.</w:t>
      </w:r>
      <w:r>
        <w:br/>
      </w:r>
      <w:r>
        <w:rPr>
          <w:sz w:val="20"/>
        </w:rPr>
        <w:t>1:15:43  yeh yeh ek qism ka yeh argument hai jo record banta hai. argument ek ki bohat si qismein hain, to is ke peeche jo cheez hai, woh argument hai.</w:t>
      </w:r>
      <w:r>
        <w:br/>
      </w:r>
      <w:r>
        <w:rPr>
          <w:sz w:val="20"/>
        </w:rPr>
        <w:t>1:15:53  agar hum ise nahi bolte hain to ek kahin na kahin chupa hua ek argument hai ke main apne aap ko kisi se chota ko bataoon kyunke iqraar karne ka matlab woh samajh lete hain ke main chota ho gaya.</w:t>
      </w:r>
      <w:r>
        <w:br/>
      </w:r>
      <w:r>
        <w:rPr>
          <w:sz w:val="20"/>
        </w:rPr>
        <w:t>1:16:05  halanke iqraar ka matlab hai haqeeqat ka iqraar. to main samajhta hoon ke bolna bilkul lazim hai.</w:t>
      </w:r>
      <w:r>
        <w:br/>
      </w:r>
      <w:r>
        <w:rPr>
          <w:sz w:val="20"/>
        </w:rPr>
        <w:t>1:16:13  jo na bolay, woh apne ko munafiq sabit kar raha hai farishton ki nazar mein. jo aadmi na bolay, mehsoos karte hue, to us ke baad farishton ki nazar mein apne ko munafiq sabit kar raha hai.</w:t>
      </w:r>
      <w:r>
        <w:br/>
      </w:r>
      <w:r>
        <w:rPr>
          <w:sz w:val="20"/>
        </w:rPr>
        <w:t>1:16:27  is liye main ne dekha, acknowledge karne ke liye bolna zaroori hai. bohat bara risk hai ke aadmi na bolay, us waqt hamare dil mein to aayi hai.</w:t>
      </w:r>
      <w:r>
        <w:br/>
      </w:r>
      <w:r>
        <w:rPr>
          <w:sz w:val="20"/>
        </w:rPr>
        <w:t>1:16:36  to aap ghor kijiye ke woh dil mein jo hai, farishton ke kitaab mein likha jaye munafiq, to kya aap us ko approve kar sakte hain? kya aap ke dil mein to aaye ke maine maan liya?</w:t>
      </w:r>
      <w:r>
        <w:br/>
      </w:r>
      <w:r>
        <w:rPr>
          <w:sz w:val="20"/>
        </w:rPr>
        <w:t>1:16:48  aur farishton ke dil ke ma'al-fazl, aap ghor kijiye, ma'al-fazl ibn qaul, yani bol ko record karte hain.</w:t>
      </w:r>
      <w:r>
        <w:br/>
      </w:r>
      <w:r>
        <w:rPr>
          <w:sz w:val="20"/>
        </w:rPr>
        <w:t>1:16:57  woh bol ko, bol</w:t>
      </w:r>
      <w:r>
        <w:br/>
      </w:r>
      <w:r>
        <w:rPr>
          <w:sz w:val="20"/>
        </w:rPr>
        <w:t>1:17:00  ko record karte hain. aap bolay nahi to dil mein rakhe hue, rakhe hue hain. to woh to kahenge farishte ke bhai tum bolay to thay nahi, hum record kaise karte?</w:t>
      </w:r>
      <w:r>
        <w:br/>
      </w:r>
      <w:r>
        <w:rPr>
          <w:sz w:val="20"/>
        </w:rPr>
        <w:t>1:17:10  yeh bohat risky baat hai ke aadmi yeh soche ke hamare dil mein to hai hi hai. bohat risky baat hai. to farishton ke record mein nahi aayega, ya farishton ke record mein nahi aayega, to aadmi ab munafiq shumar kiya jayega.</w:t>
      </w:r>
    </w:p>
    <w:p>
      <w:pPr>
        <w:pStyle w:val="Heading2"/>
      </w:pPr>
      <w:r>
        <w:t>Signs of developing arrogance in oneself</w:t>
      </w:r>
    </w:p>
    <w:p>
      <w:r>
        <w:rPr>
          <w:color w:val="666666"/>
          <w:sz w:val="18"/>
        </w:rPr>
        <w:t>Ethics &amp; Character · Discovery of God (In Conversation with Maulana) December 25, 2011 · 2m 05s · at 37:41 · https://youtu.be/-1c1d7cFj0s?t=2261</w:t>
      </w:r>
    </w:p>
    <w:p>
      <w:r>
        <w:rPr>
          <w:i/>
        </w:rPr>
        <w:t>“How will I know if arrogance is developing in me? The Hadith says its signs are rejecting the truth and looking down on people.”</w:t>
      </w:r>
    </w:p>
    <w:p>
      <w:r>
        <w:rPr>
          <w:sz w:val="20"/>
        </w:rPr>
        <w:t>37:41  maulana, agla sawal gulbarga se aaya hai mister abdul ghani ka. unhon ne likha hai: "mujhe is baat ka kaise ilm hoga ke mere andar kibr paida ho raha hai?</w:t>
      </w:r>
      <w:r>
        <w:br/>
      </w:r>
      <w:r>
        <w:rPr>
          <w:sz w:val="20"/>
        </w:rPr>
        <w:t>37:53  is ke bare mein bataen."</w:t>
      </w:r>
      <w:r>
        <w:br/>
      </w:r>
      <w:r>
        <w:rPr>
          <w:sz w:val="20"/>
        </w:rPr>
        <w:t>38:03  phir hadith mein is ki pehchan batai gayi hai: "batr al haqq wa ghammat al nas". kibr ki pehchan yani haq ko barisde karna aur logon ko kam samajhna.</w:t>
      </w:r>
      <w:r>
        <w:br/>
      </w:r>
      <w:r>
        <w:rPr>
          <w:sz w:val="20"/>
        </w:rPr>
        <w:t>38:21  jab kisi ke samne haq pesh kiya jaye aur usko woh bar side karte hue usko na mane, to woh kibr ki wajah se hota hai.</w:t>
      </w:r>
      <w:r>
        <w:br/>
      </w:r>
      <w:r>
        <w:rPr>
          <w:sz w:val="20"/>
        </w:rPr>
        <w:t>38:32  aise log jo hain, unko admi apne ko superior samajh leta hai, superior dusron ko kam samajhta hai. Ya jahan admi yeh yeh admi khud soch kar jan sakta hai apne bare mein ke kahan maine haq ko nahi mana aur kahan maine logon ko kam samjha apne se.</w:t>
      </w:r>
      <w:r>
        <w:br/>
      </w:r>
      <w:r>
        <w:rPr>
          <w:sz w:val="20"/>
        </w:rPr>
        <w:t>38:48  jahan yeh yeh cheez pai jati hai, to woh us mani ke woh kibr mein mubtala aisa admi hai. Ke sahib, yahi na batar al-haqq ghummat hain?</w:t>
      </w:r>
      <w:r>
        <w:br/>
      </w:r>
      <w:r>
        <w:rPr>
          <w:sz w:val="20"/>
        </w:rPr>
        <w:t>38:56  ji ji yahi hai batar al-haqq wa ghummat al-nas. Yani haq pesh kiya jaye aur usko woh qabool karne par razi na ho.</w:t>
      </w:r>
      <w:r>
        <w:br/>
      </w:r>
      <w:r>
        <w:rPr>
          <w:sz w:val="20"/>
        </w:rPr>
        <w:t>39:08  jisko aage hum kehte hain bar bar side kar do. Aur dusri cheez yeh hai ke logon ko kam samjhe. To yeh yeh do baatein jahan yeh do baatein aisi hain jisko admi khud foran pakar sakta hai agar woh chahe to ke mere andar yeh baat aa gayi hai.</w:t>
      </w:r>
      <w:r>
        <w:br/>
      </w:r>
      <w:r>
        <w:rPr>
          <w:sz w:val="20"/>
        </w:rPr>
        <w:t>39:24  kyunke insan ki jo consciousness hai, jo zamir hai, woh foran bata deta hai. Yani dusre log na jane, woh khud admi to zaroor jan leta hai. Jo jahan admi ko mehsoos ho ke maine haq ko bar side kiya aur dusron ko kam samjha, to samajh to usko jan lena chahiye ke main kibr ka mareez ho chuka hoon.</w:t>
      </w:r>
    </w:p>
    <w:p>
      <w:pPr>
        <w:pStyle w:val="Heading2"/>
      </w:pPr>
      <w:r>
        <w:t>Silence and patience in anger management</w:t>
      </w:r>
    </w:p>
    <w:p>
      <w:r>
        <w:rPr>
          <w:color w:val="666666"/>
          <w:sz w:val="18"/>
        </w:rPr>
        <w:t>Ethics &amp; Character · Self Correction November 09, 2014 · 2m 42s · at 1:16:30 · https://youtu.be/EgAukdSfGRU?t=4590</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1:16:30  Maulana, agla sawal Bhopal se aaya hai Farhan Sahab ka aur unhone likha hai ke Maulana, what role does silence play when one is angry?</w:t>
      </w:r>
      <w:r>
        <w:br/>
      </w:r>
      <w:r>
        <w:rPr>
          <w:sz w:val="20"/>
        </w:rPr>
        <w:t>1:16:42  Many people think if you keep patience or observe silence, then the opposite party may feel that they have succeeded over you.</w:t>
      </w:r>
      <w:r>
        <w:br/>
      </w:r>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The Role of Silence When One Is Angry</w:t>
      </w:r>
    </w:p>
    <w:p>
      <w:r>
        <w:rPr>
          <w:color w:val="666666"/>
          <w:sz w:val="18"/>
        </w:rPr>
        <w:t>Ethics &amp; Character · Surah Al-'Asr I November 23, 2014 Maulana Wahiduddin Khan · 4m 09s · at 1:11:19 · https://youtu.be/3dBMIUC0Dqw?t=4279</w:t>
      </w:r>
    </w:p>
    <w:p>
      <w:r>
        <w:rPr>
          <w:i/>
        </w:rPr>
        <w:t>“What role does silence play when one is angry? Many people think that if you keep patience or observe silence, then the opposite party may feel that they have succeeded over you. This may lead to further exploitation.”</w:t>
      </w:r>
    </w:p>
    <w:p>
      <w:r>
        <w:rPr>
          <w:sz w:val="20"/>
        </w:rPr>
        <w:t>1:11:19  maulana, agla sawal farhan sahab ne kiya hai bhopal se aur unhon ne likha hai ke Maulana What role does silence play when one is angry?</w:t>
      </w:r>
      <w:r>
        <w:br/>
      </w:r>
      <w:r>
        <w:rPr>
          <w:sz w:val="20"/>
        </w:rPr>
        <w:t>1:11:33  Many people think that if you keep patience or observe silence, then the opposite party may feel that they have succeeded over you.</w:t>
      </w:r>
      <w:r>
        <w:br/>
      </w:r>
      <w:r>
        <w:rPr>
          <w:sz w:val="20"/>
        </w:rPr>
        <w:t>1:11:44  This may lead to further exploitation. yeh shaitan ka sab se bara fitna hai jo daal rakha hai logon ke andar.</w:t>
      </w:r>
      <w:r>
        <w:br/>
      </w:r>
      <w:r>
        <w:rPr>
          <w:sz w:val="20"/>
        </w:rPr>
        <w:t>1:11:55  aap yeh sochein hi nahi ke doosra ka yeh sochna hi shaitani baat hai ke doosra kya samjhega. nahi, aap sochein ke mera ghussa kaise khatam ho, meri nafrat kaise khatam ho, mere andar inteqam kaise khatam ho.</w:t>
      </w:r>
      <w:r>
        <w:br/>
      </w:r>
      <w:r>
        <w:rPr>
          <w:sz w:val="20"/>
        </w:rPr>
        <w:t>1:12:10  bas yeh sochein. doosre ke bare mein kyun sochte hain aap? yeh bilashuba shaitani soch hai aur jo log is tarah sochte hain woh un ki kabhi islaah nahi hogi.</w:t>
      </w:r>
      <w:r>
        <w:br/>
      </w:r>
      <w:r>
        <w:rPr>
          <w:sz w:val="20"/>
        </w:rPr>
        <w:t>1:12:19  kabhi nahi hogi islaah. sirf apne ko le kar sochein.</w:t>
      </w:r>
      <w:r>
        <w:br/>
      </w:r>
      <w:r>
        <w:rPr>
          <w:sz w:val="20"/>
        </w:rPr>
        <w:t>1:12:28  sirf apne ko le kar ke mere andar ghussa hai, mere andar inteqam hai, mere andar negative thought hai. to bas us ko mujhe door karna hai.</w:t>
      </w:r>
      <w:r>
        <w:br/>
      </w:r>
      <w:r>
        <w:rPr>
          <w:sz w:val="20"/>
        </w:rPr>
        <w:t>1:12:38  bas. doosra ka doosra wala apni baat khud jaane, aap ko doosre ki baatein jaanna hai.</w:t>
      </w:r>
      <w:r>
        <w:br/>
      </w:r>
      <w:r>
        <w:rPr>
          <w:sz w:val="20"/>
        </w:rPr>
        <w:t>1:12:46  yeh bilashuba jab yeh is aap ke mind mein yeh aaye to samjhen ke shaitani waswasa hai. shaitani waswasa hai.</w:t>
      </w:r>
      <w:r>
        <w:br/>
      </w:r>
      <w:r>
        <w:rPr>
          <w:sz w:val="20"/>
        </w:rPr>
        <w:t>1:12:57  quran mein aap dekhen, sabr, sabr, sabr, sabr. to kya allah ko pata nahin tha ke aap sabr karenge to woh zyada yani aur barh jayega aur sarkashi karega?</w:t>
      </w:r>
      <w:r>
        <w:br/>
      </w:r>
      <w:r>
        <w:rPr>
          <w:sz w:val="20"/>
        </w:rPr>
        <w:t>1:13:10  allah ko pata nahin tha ke? nahin, yeh yeh soch hi shaitani soch hai</w:t>
      </w:r>
      <w:r>
        <w:br/>
      </w:r>
      <w:r>
        <w:rPr>
          <w:sz w:val="20"/>
        </w:rPr>
        <w:t>1:13:16  ke doosra aisa ho jayega. is se toba karna chahiye aadmi ke andar yeh aata hai ya yeh soch aati hai agar to is ko toba karna chahiye ke main shaitan ka victim ban gaya.</w:t>
      </w:r>
      <w:r>
        <w:br/>
      </w:r>
      <w:r>
        <w:rPr>
          <w:sz w:val="20"/>
        </w:rPr>
        <w:t>1:13:31  bas apne bare mein sochiye. alaih ke nafs tak, alaih ke nafs tak. apne bare mein socho.</w:t>
      </w:r>
      <w:r>
        <w:br/>
      </w:r>
      <w:r>
        <w:rPr>
          <w:sz w:val="20"/>
        </w:rPr>
        <w:t>1:13:42  We would also like to tell the online viewers that the book izhaar-e-deen has also been published in pakistan. mursal sahib ka message hai maulana ke.</w:t>
      </w:r>
      <w:r>
        <w:br/>
      </w:r>
      <w:r>
        <w:rPr>
          <w:sz w:val="20"/>
        </w:rPr>
        <w:t>1:13:52  padhiye, padhiye is ko. The book izhaar-e-deen has been published in pakistan.</w:t>
      </w:r>
      <w:r>
        <w:br/>
      </w:r>
      <w:r>
        <w:rPr>
          <w:sz w:val="20"/>
        </w:rPr>
        <w:t>1:14:00  dekhen, is mein zyada bari baat kya hai? yahi baat yeh hai ke aaj se hazar saal pehle logon ne bohat kitabein likhin, bohat likhin.</w:t>
      </w:r>
      <w:r>
        <w:br/>
      </w:r>
      <w:r>
        <w:rPr>
          <w:sz w:val="20"/>
        </w:rPr>
        <w:t>1:14:13  aisa message kahin nahin aa sakta tha. kyunke kitab ko reprint karna is zamane mein ek bohat hi aasan kaam ho gaya.</w:t>
      </w:r>
      <w:r>
        <w:br/>
      </w:r>
      <w:r>
        <w:rPr>
          <w:sz w:val="20"/>
        </w:rPr>
        <w:t>1:14:21  agar ek kitab maujood hai, woh photo lijiye aur chhap dijiye. pehle zamane mein har kitab ko poora poora likhna padta tha. yeh kaisi anokhi baat hai ke ek kitab yahan chhap gayi aur foran wahan chhap gayi.</w:t>
      </w:r>
      <w:r>
        <w:br/>
      </w:r>
      <w:r>
        <w:rPr>
          <w:sz w:val="20"/>
        </w:rPr>
        <w:t>1:14:37  yeh bohat hi nemat ki baat, bohat shukr ki baat hai.</w:t>
      </w:r>
      <w:r>
        <w:br/>
      </w:r>
      <w:r>
        <w:rPr>
          <w:sz w:val="20"/>
        </w:rPr>
        <w:t>1:14:42  dekhen, jab tak hum compare kar ke, yani compare karna nahin seekhenge, tab bada shukr nahin aayega.</w:t>
      </w:r>
      <w:r>
        <w:br/>
      </w:r>
      <w:r>
        <w:rPr>
          <w:sz w:val="20"/>
        </w:rPr>
        <w:t>1:14:54  In comparison, that we understand arabi ka maqoola hai ke tarruf al-ashya' wa ta'arruf al-athman</w:t>
      </w:r>
      <w:r>
        <w:br/>
      </w:r>
      <w:r>
        <w:rPr>
          <w:sz w:val="20"/>
        </w:rPr>
        <w:t>1:15:04  . ke pehle zamane mein koi bada aalim ho, us ki kitab foran wahan chhap jaye, yeh possible hi nahin tha. kyunke yeh technology nahin thi. jo technology aaj available hai, woh technology nahin thi.</w:t>
      </w:r>
      <w:r>
        <w:br/>
      </w:r>
      <w:r>
        <w:rPr>
          <w:sz w:val="20"/>
        </w:rPr>
        <w:t>1:15:17  yeh shukr ka item hai ke allah taala ne aisi technology de di ke yahan chhape aur foran wahan chhap jaye.</w:t>
      </w:r>
    </w:p>
    <w:p>
      <w:pPr>
        <w:pStyle w:val="Heading2"/>
      </w:pPr>
      <w:r>
        <w:t>Truth and Violence Cannot Coexist</w:t>
      </w:r>
    </w:p>
    <w:p>
      <w:r>
        <w:rPr>
          <w:color w:val="666666"/>
          <w:sz w:val="18"/>
        </w:rPr>
        <w:t>Ethics &amp; Character · Dars-e-Quran, Chapter 2, Verses 44-46, January 28, 2018 · 4m 33s · at 53:16 · https://youtu.be/3Kd5InuBtFA?t=3196</w:t>
      </w:r>
    </w:p>
    <w:p>
      <w:r>
        <w:rPr>
          <w:i/>
        </w:rPr>
        <w:t>“Why do you say that truth and violence cannot exist together? Elaborate it.”</w:t>
      </w:r>
    </w:p>
    <w:p>
      <w:r>
        <w:rPr>
          <w:sz w:val="20"/>
        </w:rPr>
        <w:t>53:16  doctor safeena tabassum ne saharanpur se sawal bheja hai, unhon ne likha hai: "maulana, maulana sahib, wai</w:t>
      </w:r>
      <w:r>
        <w:br/>
      </w:r>
      <w:r>
        <w:rPr>
          <w:sz w:val="20"/>
        </w:rPr>
        <w:t>53:26  do you say that truth and violence cant exist together? is ko elaborate karen." dekhiye</w:t>
      </w:r>
      <w:r>
        <w:br/>
      </w:r>
      <w:r>
        <w:rPr>
          <w:sz w:val="20"/>
        </w:rPr>
        <w:t>53:36  , is tarah ke jo waqiat bataye jate hain, un ko main ne detail ke sath samajhne ki koshish ki.</w:t>
      </w:r>
      <w:r>
        <w:br/>
      </w:r>
      <w:r>
        <w:rPr>
          <w:sz w:val="20"/>
        </w:rPr>
        <w:t>53:43  yeh sare waqiat without any exception retaliation ke waqiat hain.</w:t>
      </w:r>
      <w:r>
        <w:br/>
      </w:r>
      <w:r>
        <w:rPr>
          <w:sz w:val="20"/>
        </w:rPr>
        <w:t>53:51  musalman kehte hain ke hamare upar zulm ho raha hai, zulm nahin.</w:t>
      </w:r>
      <w:r>
        <w:br/>
      </w:r>
      <w:r>
        <w:rPr>
          <w:sz w:val="20"/>
        </w:rPr>
        <w:t>53:59  yeh kehna chah</w:t>
      </w:r>
      <w:r>
        <w:br/>
      </w:r>
      <w:r>
        <w:rPr>
          <w:sz w:val="20"/>
        </w:rPr>
        <w:t>54:06  ye ke hamari ghalat policy ke nateejay mein pakistan hi hamare upar retaliate kar raha hai.</w:t>
      </w:r>
      <w:r>
        <w:br/>
      </w:r>
      <w:r>
        <w:rPr>
          <w:sz w:val="20"/>
        </w:rPr>
        <w:t>54:12  jawab-i-iqdam to agar is ko maan liya jaye aur is ko follow kiya jaye, yani doosre ki</w:t>
      </w:r>
      <w:r>
        <w:br/>
      </w:r>
      <w:r>
        <w:rPr>
          <w:sz w:val="20"/>
        </w:rPr>
        <w:t>54:18  nose ko up hat na karen to kuch bhi nahin, kuch bhi nahin, kuch nahin.</w:t>
      </w:r>
      <w:r>
        <w:br/>
      </w:r>
      <w:r>
        <w:rPr>
          <w:sz w:val="20"/>
        </w:rPr>
        <w:t>54:24  jo aadmi is ko na maane, is ko kar ke dekhe.</w:t>
      </w:r>
      <w:r>
        <w:br/>
      </w:r>
      <w:r>
        <w:rPr>
          <w:sz w:val="20"/>
        </w:rPr>
        <w:t>54:30  jo aadmi is ko na maane,</w:t>
      </w:r>
      <w:r>
        <w:br/>
      </w:r>
      <w:r>
        <w:rPr>
          <w:sz w:val="20"/>
        </w:rPr>
        <w:t>54:36  is ko kar ke dekhe.</w:t>
      </w:r>
      <w:r>
        <w:br/>
      </w:r>
      <w:r>
        <w:rPr>
          <w:sz w:val="20"/>
        </w:rPr>
        <w:t>54:41  pehle is par practice kare, phir mujhe bataye.</w:t>
      </w:r>
      <w:r>
        <w:br/>
      </w:r>
      <w:r>
        <w:rPr>
          <w:sz w:val="20"/>
        </w:rPr>
        <w:t>54:46  misalan kashmir mein, falasteen mein, aap apni taraf se na pathar marien, na bomb marien.</w:t>
      </w:r>
      <w:r>
        <w:br/>
      </w:r>
      <w:r>
        <w:rPr>
          <w:sz w:val="20"/>
        </w:rPr>
        <w:t>54:51  is ke baad mujhe bataiye ke phir kya hua? 60 saal aap ne pathar marne ka tajurba kiya</w:t>
      </w:r>
      <w:r>
        <w:br/>
      </w:r>
      <w:r>
        <w:rPr>
          <w:sz w:val="20"/>
        </w:rPr>
        <w:t>54:56  hai, bomb marne ka.</w:t>
      </w:r>
      <w:r>
        <w:br/>
      </w:r>
      <w:r>
        <w:rPr>
          <w:sz w:val="20"/>
        </w:rPr>
        <w:t>55:01  ab aap sirf ek mahina is ka tajurba kar lijiye jo main</w:t>
      </w:r>
      <w:r>
        <w:br/>
      </w:r>
      <w:r>
        <w:rPr>
          <w:sz w:val="20"/>
        </w:rPr>
        <w:t>55:06  kehta hoon.</w:t>
      </w:r>
      <w:r>
        <w:br/>
      </w:r>
      <w:r>
        <w:rPr>
          <w:sz w:val="20"/>
        </w:rPr>
        <w:t>55:11  main kehta hoon yahi yeh islam hai.</w:t>
      </w:r>
      <w:r>
        <w:br/>
      </w:r>
      <w:r>
        <w:rPr>
          <w:sz w:val="20"/>
        </w:rPr>
        <w:t>55:16  sabr ka matlab hai non violent struggle.</w:t>
      </w:r>
      <w:r>
        <w:br/>
      </w:r>
      <w:r>
        <w:rPr>
          <w:sz w:val="20"/>
        </w:rPr>
        <w:t>55:21  sabr ka matlab hai non violent struggle.</w:t>
      </w:r>
      <w:r>
        <w:br/>
      </w:r>
      <w:r>
        <w:rPr>
          <w:sz w:val="20"/>
        </w:rPr>
        <w:t>55:26  aap kar ke dekhiye is ko.</w:t>
      </w:r>
      <w:r>
        <w:br/>
      </w:r>
      <w:r>
        <w:rPr>
          <w:sz w:val="20"/>
        </w:rPr>
        <w:t>55:31  abhi aap violent struggle kar rahe hain, ab non violent struggle kar ke dekhiye. wahi hoga</w:t>
      </w:r>
      <w:r>
        <w:br/>
      </w:r>
      <w:r>
        <w:rPr>
          <w:sz w:val="20"/>
        </w:rPr>
        <w:t>55:36  jo gandhi ke sath hua.</w:t>
      </w:r>
      <w:r>
        <w:br/>
      </w:r>
      <w:r>
        <w:rPr>
          <w:sz w:val="20"/>
        </w:rPr>
        <w:t>55:42  aap jante hain ke india mein pehle azadi wale log agar un ko koi goli marte the, pathar</w:t>
      </w:r>
      <w:r>
        <w:br/>
      </w:r>
      <w:r>
        <w:rPr>
          <w:sz w:val="20"/>
        </w:rPr>
        <w:t>55:48  marte the to woh bhi karta tha.</w:t>
      </w:r>
      <w:r>
        <w:br/>
      </w:r>
      <w:r>
        <w:rPr>
          <w:sz w:val="20"/>
        </w:rPr>
        <w:t>55:54  jab gandhi ne ya yeh kiya, kapra bhi utar diya aur totally non violent ban gaye.</w:t>
      </w:r>
      <w:r>
        <w:br/>
      </w:r>
      <w:r>
        <w:rPr>
          <w:sz w:val="20"/>
        </w:rPr>
        <w:t>56:00  totally un ke hath mein sawal ek lutiya ke sath kuch bhi nahi</w:t>
      </w:r>
      <w:r>
        <w:br/>
      </w:r>
      <w:r>
        <w:rPr>
          <w:sz w:val="20"/>
        </w:rPr>
        <w:t>56:06  tha.</w:t>
      </w:r>
      <w:r>
        <w:br/>
      </w:r>
      <w:r>
        <w:rPr>
          <w:sz w:val="20"/>
        </w:rPr>
        <w:t>56:16  to us zamane ka ek latifa hai ke up ke area mein ek angrez character tha, to</w:t>
      </w:r>
      <w:r>
        <w:br/>
      </w:r>
      <w:r>
        <w:rPr>
          <w:sz w:val="20"/>
        </w:rPr>
        <w:t>56:26  us ne kaha ke jab us ne socha ke jab gandhi ne kapra</w:t>
      </w:r>
      <w:r>
        <w:br/>
      </w:r>
      <w:r>
        <w:rPr>
          <w:sz w:val="20"/>
        </w:rPr>
        <w:t>56:36  tak chhod utar diya aur us ke hath mein na koi pathar hai na bomb hai, to main</w:t>
      </w:r>
      <w:r>
        <w:br/>
      </w:r>
      <w:r>
        <w:rPr>
          <w:sz w:val="20"/>
        </w:rPr>
        <w:t>56:42  kaise marun us ko? to us ne ek us zamane mein telegraph hua karta tha, to us</w:t>
      </w:r>
      <w:r>
        <w:br/>
      </w:r>
      <w:r>
        <w:rPr>
          <w:sz w:val="20"/>
        </w:rPr>
        <w:t>56:48  ne apne secretariat ko card bheja.</w:t>
      </w:r>
      <w:r>
        <w:br/>
      </w:r>
      <w:r>
        <w:rPr>
          <w:sz w:val="20"/>
        </w:rPr>
        <w:t>56:54  اس میں یہ لکھا اس نے کہ "Kindly, kindly, wire instructions how to kill a tiger non-violently."</w:t>
      </w:r>
      <w:r>
        <w:br/>
      </w:r>
      <w:r>
        <w:rPr>
          <w:sz w:val="20"/>
        </w:rPr>
        <w:t>57:00  ke "baraye kar</w:t>
      </w:r>
      <w:r>
        <w:br/>
      </w:r>
      <w:r>
        <w:rPr>
          <w:sz w:val="20"/>
        </w:rPr>
        <w:t>57:06  م ہمیں بتائیے کہ ہم ایک شیر کو بغیر تشدد کے کیسے ماریں؟" "Kindly, your instructions, how to</w:t>
      </w:r>
      <w:r>
        <w:br/>
      </w:r>
      <w:r>
        <w:rPr>
          <w:sz w:val="20"/>
        </w:rPr>
        <w:t>57:17  kal a tiger non violently" to musalman kar ke to dekhen, har aadmi bolta hai us ke khilaf.</w:t>
      </w:r>
      <w:r>
        <w:br/>
      </w:r>
      <w:r>
        <w:rPr>
          <w:sz w:val="20"/>
        </w:rPr>
        <w:t>57:27  lekin koi kisi ne aaj tak kar ke nahi dikhaya,</w:t>
      </w:r>
      <w:r>
        <w:br/>
      </w:r>
      <w:r>
        <w:rPr>
          <w:sz w:val="20"/>
        </w:rPr>
        <w:t>57:37  kisi ne aaj tak kar ke nahi dikhaya.</w:t>
      </w:r>
      <w:r>
        <w:br/>
      </w:r>
      <w:r>
        <w:rPr>
          <w:sz w:val="20"/>
        </w:rPr>
        <w:t>57:43  to koi kar ke dikhaye, phir bataye.</w:t>
      </w:r>
    </w:p>
    <w:p>
      <w:pPr>
        <w:pStyle w:val="Heading2"/>
      </w:pPr>
      <w:r>
        <w:t>Violence Over Quran Disrespect and Islam</w:t>
      </w:r>
    </w:p>
    <w:p>
      <w:r>
        <w:rPr>
          <w:color w:val="666666"/>
          <w:sz w:val="18"/>
        </w:rPr>
        <w:t>Ethics &amp; Character · Creative Solution or Ijtihadi Hal September 16, 2012 · 3m 26s · at 1:28:08 · https://youtu.be/yBKbiu0d_1A?t=5288</w:t>
      </w:r>
    </w:p>
    <w:p>
      <w:r>
        <w:rPr>
          <w:i/>
        </w:rPr>
        <w:t>“Two days ago, in Mansoori village near Ghaziabad, at a railway station, the Quran was disrespected. People went to the police station to file a report. When the police did not register the report, Muslims vandalized the police station and set it on fire. Now there is a curfew and some people have been killed. Maulana, does the rioting by people over the disrespect of the Quran have any connection with Islam or not?”</w:t>
      </w:r>
    </w:p>
    <w:p>
      <w:r>
        <w:rPr>
          <w:sz w:val="20"/>
        </w:rPr>
        <w:t>1:28:08  maulana, agla sawal delhi se hai muhammad ans sahib ka. unhone likha hai: "maulana, do din pehle ghaziabad ke paas mansoori gaon mein railway station par quran ki be adabi ki gayi to log police station report darj karane ke liye gaye.</w:t>
      </w:r>
      <w:r>
        <w:br/>
      </w:r>
      <w:r>
        <w:rPr>
          <w:sz w:val="20"/>
        </w:rPr>
        <w:t>1:28:26  police ke report darj na karne par musalmanon ne police station mein tod phod kar ke aag laga di aur ab wahan curfew laga hua hai aur kuch log mare bhi gaye hain."</w:t>
      </w:r>
      <w:r>
        <w:br/>
      </w:r>
      <w:r>
        <w:rPr>
          <w:sz w:val="20"/>
        </w:rPr>
        <w:t>1:28:40  maulana, quran ki be adabi hone par wahan par jo log hangama kar rahe hain, is ka islam se koi talluq hai ya nahi?</w:t>
      </w:r>
      <w:r>
        <w:br/>
      </w:r>
      <w:r>
        <w:rPr>
          <w:sz w:val="20"/>
        </w:rPr>
        <w:t>1:28:49  maulana, logon ko kya karna chahiye aur kya nahi, is ke bare mein advice karein.</w:t>
      </w:r>
      <w:r>
        <w:br/>
      </w:r>
      <w:r>
        <w:rPr>
          <w:sz w:val="20"/>
        </w:rPr>
        <w:t>1:28:55  dekhein, yeh is ka islam se koi bhi talluq nahi hai. yeh to aik shaitani feal hai. aur dekhiye, aik baat mein arz karunga, aap har case mein ja kar tehqeeq kar lijiye.</w:t>
      </w:r>
      <w:r>
        <w:br/>
      </w:r>
      <w:r>
        <w:rPr>
          <w:sz w:val="20"/>
        </w:rPr>
        <w:t>1:29:06  be adabi nahi hoti, be adabi ki afwah hoti hai, rumor. jise kehte hain aap gustakhi, be adabi, woh hargiz na to gustakhi hoti hai, na be adabi hoti hai.</w:t>
      </w:r>
      <w:r>
        <w:br/>
      </w:r>
      <w:r>
        <w:rPr>
          <w:sz w:val="20"/>
        </w:rPr>
        <w:t>1:29:17  woh rumor hoti hai, afwah hoti hai. bas rumor ko suna aur daur pade log.</w:t>
      </w:r>
      <w:r>
        <w:br/>
      </w:r>
      <w:r>
        <w:rPr>
          <w:sz w:val="20"/>
        </w:rPr>
        <w:t>1:29:24  aap ja kar wahan dekhein, aik aadmi ne bhi ja kar tehqeeq nahi ki, hua kya? koi bhi be adabi nahi hui thi. bas rumor urr gayi, bas us ke baad woh bhark uthe ke ladne ke liye khare ho gaye.</w:t>
      </w:r>
      <w:r>
        <w:br/>
      </w:r>
      <w:r>
        <w:rPr>
          <w:sz w:val="20"/>
        </w:rPr>
        <w:t>1:29:37  jitne bhi waqiyat hain, yaad rakhiye, sab rumor par hote hain. aur quran mein saaf bataya gaya hai ke rumor sun kar ke action na lo.</w:t>
      </w:r>
      <w:r>
        <w:br/>
      </w:r>
      <w:r>
        <w:rPr>
          <w:sz w:val="20"/>
        </w:rPr>
        <w:t>1:29:48  quran mein aik ayat hai: "jab jakum fasiq bin bin fatabainu."</w:t>
      </w:r>
      <w:r>
        <w:br/>
      </w:r>
      <w:r>
        <w:rPr>
          <w:sz w:val="20"/>
        </w:rPr>
        <w:t>1:29:55  yeh ab ayat utri thi, aik aik waqia pesh aya tha. aik sahabi ko rasool allah sallallahu alaihi wasallam ne bheja, wahan kaha ke bana kar ke ghaleban yaman ka waqia hai.</w:t>
      </w:r>
      <w:r>
        <w:br/>
      </w:r>
      <w:r>
        <w:rPr>
          <w:sz w:val="20"/>
        </w:rPr>
        <w:t>1:30:07  to woh jab wahan pohanche, kab yani sarhad par, to wahan bohat se log ikhatta ho gaye the ke unhone samjha ke woh is ko maarne ke liye aaye hain.</w:t>
      </w:r>
      <w:r>
        <w:br/>
      </w:r>
      <w:r>
        <w:rPr>
          <w:sz w:val="20"/>
        </w:rPr>
        <w:t>1:30:17  to wapas aa gaye, woh yani yani basti mein gaye nahi, woh aur aa kar rasool allah se shikayat ki ke wahan to woh log mujhe maarne par tul gaye the.</w:t>
      </w:r>
      <w:r>
        <w:br/>
      </w:r>
      <w:r>
        <w:rPr>
          <w:sz w:val="20"/>
        </w:rPr>
        <w:t>1:30:30  to rasool allah ne is pe koi iqdami nahi kiya. pata kiya to maloom hua ke woh to receive karne ke liye aaye the.</w:t>
      </w:r>
      <w:r>
        <w:br/>
      </w:r>
      <w:r>
        <w:rPr>
          <w:sz w:val="20"/>
        </w:rPr>
        <w:t>1:30:37  woh bechare aaye the ke rasool allah ka aadmi aaya hua hai, chalo is ko receive karte hain. aur unhone samjha ke woh mujhe maarne ke liye aaye hain. to jab aap tehqeeq karenge to pata chalega ke baat kuch thi, baat kuch bandhi gayi.</w:t>
      </w:r>
      <w:r>
        <w:br/>
      </w:r>
      <w:r>
        <w:rPr>
          <w:sz w:val="20"/>
        </w:rPr>
        <w:t>1:30:52  woh kuch na be adabi hoti hai, na gustakhi hoti hai. aik rumor hoti hai, rumor par log daur padte hain. ab kya karein?</w:t>
      </w:r>
      <w:r>
        <w:br/>
      </w:r>
      <w:r>
        <w:rPr>
          <w:sz w:val="20"/>
        </w:rPr>
        <w:t>1:31:01  musalmanon mein allah ka darr nahi hai. basic baat hai, logon ko allah ka darr nahi hai.</w:t>
      </w:r>
      <w:r>
        <w:br/>
      </w:r>
      <w:r>
        <w:rPr>
          <w:sz w:val="20"/>
        </w:rPr>
        <w:t>1:31:06  be khauf ho gaye hain, be khauf, bilkul theek ho gaye hain. aur india mein chuki azadi hai, to is se is waqt harkatein hoti hain.</w:t>
      </w:r>
      <w:r>
        <w:br/>
      </w:r>
      <w:r>
        <w:rPr>
          <w:sz w:val="20"/>
        </w:rPr>
        <w:t>1:31:16  agar yahan dictatorship hoti hai to kuch na hota. jaise saudi arab mein sab nahi karte, karte kyunke jante hain ke wahan par to mamooli baat pe pakar ke jail mein band kar denge.</w:t>
      </w:r>
      <w:r>
        <w:br/>
      </w:r>
      <w:r>
        <w:rPr>
          <w:sz w:val="20"/>
        </w:rPr>
        <w:t>1:31:26  to wahan yeh sab nahi hota. yeh sab azadi ko misuse kar rahe hain musalman yahan par.</w:t>
      </w:r>
    </w:p>
    <w:p>
      <w:pPr>
        <w:pStyle w:val="Heading2"/>
      </w:pPr>
      <w:r>
        <w:t>What is good character according to you</w:t>
      </w:r>
    </w:p>
    <w:p>
      <w:r>
        <w:rPr>
          <w:color w:val="666666"/>
          <w:sz w:val="18"/>
        </w:rPr>
        <w:t>Ethics &amp; Character · Revival of Abrahamic Mission October 28, 2012 · 2m 24s · at 1:15:57 · https://youtu.be/9mV72V5gsqM?t=4557</w:t>
      </w:r>
    </w:p>
    <w:p>
      <w:r>
        <w:rPr>
          <w:i/>
        </w:rPr>
        <w:t>“What is good character according to you?”</w:t>
      </w:r>
    </w:p>
    <w:p>
      <w:r>
        <w:rPr>
          <w:sz w:val="20"/>
        </w:rPr>
        <w:t>1:15:57  Maulana, agla sawal Karnataka se hai Shahzad</w:t>
      </w:r>
      <w:r>
        <w:br/>
      </w:r>
      <w:r>
        <w:rPr>
          <w:sz w:val="20"/>
        </w:rPr>
        <w:t>1:16:00  Sahib ka. unhon ne poocha hai: "What is the good character according to you?"</w:t>
      </w:r>
      <w:r>
        <w:br/>
      </w:r>
      <w:r>
        <w:rPr>
          <w:sz w:val="20"/>
        </w:rPr>
        <w:t>1:16:15  bhai, social sense mein is ka matlab mein yeh samajhta hoon ke. is ko mein kaha karta hoon predictable character.</w:t>
      </w:r>
      <w:r>
        <w:br/>
      </w:r>
      <w:r>
        <w:rPr>
          <w:sz w:val="20"/>
        </w:rPr>
        <w:t>1:16:27  aap aik samaj mein hain to is ke andar aap ka character jo hai predictable ho, yaani doosray log peshgi tor par jaan sakein ke aap kis mauqa par kaisa response dein ge.</w:t>
      </w:r>
      <w:r>
        <w:br/>
      </w:r>
      <w:r>
        <w:rPr>
          <w:sz w:val="20"/>
        </w:rPr>
        <w:t>1:16:42  peshgi tor par jaan sakein.</w:t>
      </w:r>
      <w:r>
        <w:br/>
      </w:r>
      <w:r>
        <w:rPr>
          <w:sz w:val="20"/>
        </w:rPr>
        <w:t>1:16:47  mislan log jaan sakein ke agar woh tanqeed karein ge aap ke oopar to aap ghussa nahin hon ge.</w:t>
      </w:r>
      <w:r>
        <w:br/>
      </w:r>
      <w:r>
        <w:rPr>
          <w:sz w:val="20"/>
        </w:rPr>
        <w:t>1:16:54  to tanqeed karte hue woh unhein itminaan ho ke aadmi sune ga, soche ga, ghussa nahin hoga. kisi se paise ka len den ho to peshgi tor par woh samajh sake ke jo wada kare ga usay poora kare ga, kabhi waday ke khilaaf nahin jaye ga.</w:t>
      </w:r>
      <w:r>
        <w:br/>
      </w:r>
      <w:r>
        <w:rPr>
          <w:sz w:val="20"/>
        </w:rPr>
        <w:t>1:17:16  to is ko mein kahoon ga ke predictable character.</w:t>
      </w:r>
      <w:r>
        <w:br/>
      </w:r>
      <w:r>
        <w:rPr>
          <w:sz w:val="20"/>
        </w:rPr>
        <w:t>1:17:21  to social term mein yahi mere nazdeek is ki definition hai.</w:t>
      </w:r>
    </w:p>
    <w:p>
      <w:pPr>
        <w:pStyle w:val="Heading2"/>
      </w:pPr>
      <w:r>
        <w:t>What makes you angry and how to handle it?</w:t>
      </w:r>
    </w:p>
    <w:p>
      <w:r>
        <w:rPr>
          <w:color w:val="666666"/>
          <w:sz w:val="18"/>
        </w:rPr>
        <w:t>Ethics &amp; Character · Understanding Islam (In Conversation with Maulana) June 20, 2010 Maulana Wahidudidn Khan · 4m 43s · at 2:43 · https://youtu.be/7UylaPL-iO8?t=163</w:t>
      </w:r>
    </w:p>
    <w:p>
      <w:r>
        <w:rPr>
          <w:i/>
        </w:rPr>
        <w:t>“What things make you angry and what do you do when you get angry?”</w:t>
      </w:r>
    </w:p>
    <w:p>
      <w:r>
        <w:rPr>
          <w:sz w:val="20"/>
        </w:rPr>
        <w:t>2:43  Mera pehla sawal yeh hai ke har insaan ko kabhi na kabhi kisi na kisi baat par ghussa aata hai. Aap ko kaun kaun si baat par ghussa aata hai?</w:t>
      </w:r>
      <w:r>
        <w:br/>
      </w:r>
      <w:r>
        <w:rPr>
          <w:sz w:val="20"/>
        </w:rPr>
        <w:t>2:55  aur jab aap ko ghussa aata hai to aap kya karte hain?</w:t>
      </w:r>
      <w:r>
        <w:br/>
      </w:r>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r>
        <w:br/>
      </w:r>
      <w:r>
        <w:rPr>
          <w:sz w:val="20"/>
        </w:rPr>
        <w:t>6:47  un ka doosra sawal yeh hai, main janna chahta hoon ke aap ki qualification kya hai? sir, aap ka mind ilm aur maloomat ka ek khazana hai, woh aap ne kaise prapt ki?</w:t>
      </w:r>
      <w:r>
        <w:br/>
      </w:r>
      <w:r>
        <w:rPr>
          <w:sz w:val="20"/>
        </w:rPr>
        <w:t>7:01  dekhein, meri ek kitab hai, is ka naam hai "Deen o Shariat". is mein 50 safhe ka ek chapter hai, is mein meri taleem ke bare mein hai. is 50 safhe ko aap padh lijiye, is mein aap ko sari baat mil jayegi.</w:t>
      </w:r>
      <w:r>
        <w:br/>
      </w:r>
      <w:r>
        <w:rPr>
          <w:sz w:val="20"/>
        </w:rPr>
        <w:t>7:15  is ka naam hai kitab ka "Deen o Shariat". moti si kitab hai woh. ek chapter is ka hai meri apni education ke bare mein. is ko aap padh lijiye.</w:t>
      </w:r>
    </w:p>
    <w:p>
      <w:pPr>
        <w:pStyle w:val="Heading2"/>
      </w:pPr>
      <w:r>
        <w:t>What values to teach children for success in both worlds?</w:t>
      </w:r>
    </w:p>
    <w:p>
      <w:r>
        <w:rPr>
          <w:color w:val="666666"/>
          <w:sz w:val="18"/>
        </w:rPr>
        <w:t>Ethics &amp; Character · Hadith-e-Jibril, April 21, 2013 · 3m 49s · at 1:32:01 · https://youtu.be/0rF6Ou0pDog?t=5521</w:t>
      </w:r>
    </w:p>
    <w:p>
      <w:r>
        <w:rPr>
          <w:i/>
        </w:rPr>
        <w:t>“As a mother I want to ask what kind of values I should give to my children so that they become successful in both the worlds.”</w:t>
      </w:r>
    </w:p>
    <w:p>
      <w:r>
        <w:rPr>
          <w:sz w:val="20"/>
        </w:rPr>
        <w:t>1:32:01  maulana, agla sawal gurgaon se hai. miss farah raees khan</w:t>
      </w:r>
      <w:r>
        <w:br/>
      </w:r>
      <w:r>
        <w:rPr>
          <w:sz w:val="20"/>
        </w:rPr>
        <w:t>1:32:06  ka. unhon ne likha hai as a mother i want to ask what kind of values i should give to my children so that they become successful in both the worlds is ke bare mein batain.</w:t>
      </w:r>
      <w:r>
        <w:br/>
      </w:r>
      <w:r>
        <w:rPr>
          <w:sz w:val="20"/>
        </w:rPr>
        <w:t>1:32:20  sirf ek cheez.</w:t>
      </w:r>
      <w:r>
        <w:br/>
      </w:r>
      <w:r>
        <w:rPr>
          <w:sz w:val="20"/>
        </w:rPr>
        <w:t>1:32:24  sirf ek cheez. yaani do do cheez. pampering mat kijiye. un ke andar self confidence paida kijiye.</w:t>
      </w:r>
      <w:r>
        <w:br/>
      </w:r>
      <w:r>
        <w:rPr>
          <w:sz w:val="20"/>
        </w:rPr>
        <w:t>1:32:39  self confidence. pampering ka matlab kya hai? self confidence ko chheenna. jab aap pampering karte hain, un ko easy money dete</w:t>
      </w:r>
      <w:r>
        <w:br/>
      </w:r>
      <w:r>
        <w:rPr>
          <w:sz w:val="20"/>
        </w:rPr>
        <w:t>1:32:48  hain to is ka matlab hai ke aap se un se self confidence ko chheen rahe hain un se.</w:t>
      </w:r>
      <w:r>
        <w:br/>
      </w:r>
      <w:r>
        <w:rPr>
          <w:sz w:val="20"/>
        </w:rPr>
        <w:t>1:32:57  main aap ko ek misaal deta hoon ke self confidence ka matlab kya hai. main poona gaya to poona mein kuch parsi family rehte hain. parsi log is mamle mein bohat hi yaani samajhdar hain.</w:t>
      </w:r>
      <w:r>
        <w:br/>
      </w:r>
      <w:r>
        <w:rPr>
          <w:sz w:val="20"/>
        </w:rPr>
        <w:t>1:33:10  isi liye business mein taraqqi kar rahe hain woh log.</w:t>
      </w:r>
      <w:r>
        <w:br/>
      </w:r>
      <w:r>
        <w:rPr>
          <w:sz w:val="20"/>
        </w:rPr>
        <w:t>1:33:13  to mujhe bataya gaya ke yahan ek parsi hai. to us ne apne bete ko ek takht par, ek mez par khara kiya. mez par.</w:t>
      </w:r>
      <w:r>
        <w:br/>
      </w:r>
      <w:r>
        <w:rPr>
          <w:sz w:val="20"/>
        </w:rPr>
        <w:t>1:33:23  chote bache ko jo god mein liya jata hai us ko. chalne phirne wala tha woh. to mez par khara kar ke khud saamne aa beta aa.</w:t>
      </w:r>
      <w:r>
        <w:br/>
      </w:r>
      <w:r>
        <w:rPr>
          <w:sz w:val="20"/>
        </w:rPr>
        <w:t>1:33:36  yaani jaise ke woh god mein lena chahta hai us ko. to beta thoda jhuka us ki god god manne ke liye. to baap peeche hat gaya. aur beta dharram se gir pada zameen mein.</w:t>
      </w:r>
      <w:r>
        <w:br/>
      </w:r>
      <w:r>
        <w:rPr>
          <w:sz w:val="20"/>
        </w:rPr>
        <w:t>1:33:50  to us ke baad baap ne kaha ke dekho bete duniya mein kisi ek par bharosa na karna. apne baap par bhi nahi. to main samajhta hoon ke sab se bari cheez jo maa baap de sakte hain bache ke andar woh self confidence hai.</w:t>
      </w:r>
      <w:r>
        <w:br/>
      </w:r>
      <w:r>
        <w:rPr>
          <w:sz w:val="20"/>
        </w:rPr>
        <w:t>1:34:04  yani khud kamao to samjho ke yeh meri kamai hai. dilli mein nehru university mein aik aik sahib hain jo retired professor hain.</w:t>
      </w:r>
      <w:r>
        <w:br/>
      </w:r>
      <w:r>
        <w:rPr>
          <w:sz w:val="20"/>
        </w:rPr>
        <w:t>1:34:15  to mujhe maloom hua ke woh car un ke p</w:t>
      </w:r>
      <w:r>
        <w:br/>
      </w:r>
      <w:r>
        <w:rPr>
          <w:sz w:val="20"/>
        </w:rPr>
        <w:t>1:34:18  as nahi hai. un ke bete ne kaha ke aap professor the itne dinon tak aur aap ke paas car bhi nahi hai. aap cycle pe chalte hain.</w:t>
      </w:r>
      <w:r>
        <w:br/>
      </w:r>
      <w:r>
        <w:rPr>
          <w:sz w:val="20"/>
        </w:rPr>
        <w:t>1:34:29  woh bicycle pe chalte the woh. to unhon ne apne bete se kaha ke dekho mein tum ko car nahi de sakta. kaha loan le kar bhi mein tum ko car nahi doon ga.</w:t>
      </w:r>
      <w:r>
        <w:br/>
      </w:r>
      <w:r>
        <w:rPr>
          <w:sz w:val="20"/>
        </w:rPr>
        <w:t>1:34:43  tum car chahte ho to khud kamao. khud kam kar apne liye car khareedo. to mein samajhta hoon ke maa baap jo hain jo karte hain pampering woh is se yani confidence chheen rahe hain.</w:t>
      </w:r>
      <w:r>
        <w:br/>
      </w:r>
      <w:r>
        <w:rPr>
          <w:sz w:val="20"/>
        </w:rPr>
        <w:t>1:34:59  woh woh depend ho jata hai sab ke baap ka paisa, maa ki mohabbat isi par dene lagta hai woh. is ke andar yeh shauq nahi paida hota ke mein khud kamaoon.</w:t>
      </w:r>
      <w:r>
        <w:br/>
      </w:r>
      <w:r>
        <w:rPr>
          <w:sz w:val="20"/>
        </w:rPr>
        <w:t>1:35:10  mein khud apni zindagi</w:t>
      </w:r>
      <w:r>
        <w:br/>
      </w:r>
      <w:r>
        <w:rPr>
          <w:sz w:val="20"/>
        </w:rPr>
        <w:t>1:35:12  banao. yeh jazba hi nahi paida hota. mein samajhta hoon ke maa baap ko sab se bari cheez jo dena chahiye apne beton ke andar woh yahi hai self confidence.</w:t>
      </w:r>
      <w:r>
        <w:br/>
      </w:r>
      <w:r>
        <w:rPr>
          <w:sz w:val="20"/>
        </w:rPr>
        <w:t>1:35:24  aur yeh ke bas sab kuch woh dete raho, easy money dete raho. yeh to bachon ko kill karna hai. mein is ko bachon ke liye samajhta hoon ke bohat hi zyada yani tabah karna hai bachon ko.</w:t>
      </w:r>
      <w:r>
        <w:br/>
      </w:r>
      <w:r>
        <w:rPr>
          <w:sz w:val="20"/>
        </w:rPr>
        <w:t>1:35:38  ke aap easy money de rahe hain aur is ke andar incentive nahi paida hota ke mein khud kamaoon. sab se bari aaj kal ghar ghar mein jo buraiyan aa gayi hain woh yahi hain.</w:t>
      </w:r>
    </w:p>
    <w:p>
      <w:pPr>
        <w:pStyle w:val="Heading2"/>
      </w:pPr>
      <w:r>
        <w:t>Who is a better Muslim: pious but bad human?</w:t>
      </w:r>
    </w:p>
    <w:p>
      <w:r>
        <w:rPr>
          <w:color w:val="666666"/>
          <w:sz w:val="18"/>
        </w:rPr>
        <w:t>Ethics &amp; Character · Mission of Tajdeed (Revival of Islam) September 15, 2019 Maulana Wahiduddin Khan · 3m 20s · at 36:56 · https://youtu.be/jGfoAffJ4-8?t=2216</w:t>
      </w:r>
    </w:p>
    <w:p>
      <w:r>
        <w:rPr>
          <w:i/>
        </w:rPr>
        <w:t>“I want to clarify the following: If a person offers prayers five times, keeps all roza, but is not a good human being, while there is another person who is not a perfect namazi, but is a very good human being, helpful to others, kind to poor, and is a perfect human being, who is a better Muslim?”</w:t>
      </w:r>
    </w:p>
    <w:p>
      <w:r>
        <w:rPr>
          <w:sz w:val="20"/>
        </w:rPr>
        <w:t>36:56  maulana, agla sawal dilli se doctor saima ka hai. doctor saima ansari ka hai. unhon ne likha hai: "i want to clarify the following: if a person offers prayers five times,</w:t>
      </w:r>
      <w:r>
        <w:br/>
      </w:r>
      <w:r>
        <w:rPr>
          <w:sz w:val="20"/>
        </w:rPr>
        <w:t>37:14  keeps all rozaas, but is not a good human being, while there is other person who is not a perfect namazi, but is a very good human being, helpful to other,</w:t>
      </w:r>
      <w:r>
        <w:br/>
      </w:r>
      <w:r>
        <w:rPr>
          <w:sz w:val="20"/>
        </w:rPr>
        <w:t>37:28  kind to poor, and is a perfect human being, who is a better muslim.</w:t>
      </w:r>
      <w:r>
        <w:br/>
      </w:r>
      <w:r>
        <w:rPr>
          <w:sz w:val="20"/>
        </w:rPr>
        <w:t>37:34  " main to kehta hoon ke aap ka yeh mushahida sahi nahi hai. yeh jo categorize kiya hai aap ne, yeh main to nahi samajhta ke yeh sahi categorize hai ke aise hain ke yeh yeh aise hain, woh aise hain.</w:t>
      </w:r>
      <w:r>
        <w:br/>
      </w:r>
      <w:r>
        <w:rPr>
          <w:sz w:val="20"/>
        </w:rPr>
        <w:t>37:49  main to nahi jaanta ke yeh sahi hai, yeh baat sahi nahi hai. dono mein aise apni wajah se bhi hai. woh aam phenomena hai insani zindagi ka.</w:t>
      </w:r>
      <w:r>
        <w:br/>
      </w:r>
      <w:r>
        <w:rPr>
          <w:sz w:val="20"/>
        </w:rPr>
        <w:t>37:59  is ka taluq is se nahi ke namaz parhne wala aisa hai, namaz na parhne wala waisa hai. yeh benazeer category, category sahi nahi hai.</w:t>
      </w:r>
      <w:r>
        <w:br/>
      </w:r>
      <w:r>
        <w:rPr>
          <w:sz w:val="20"/>
        </w:rPr>
        <w:t>38:15  maulana israr khatib sahib ne likha hai chennai se: "maulana, aaj aap ke lecture se yeh maloom hua ke tajdeed kya hai aur aaj is ki zaroorat kya hai.</w:t>
      </w:r>
      <w:r>
        <w:br/>
      </w:r>
      <w:r>
        <w:rPr>
          <w:sz w:val="20"/>
        </w:rPr>
        <w:t>38:28  is baat ko aur zyada samajhne ke liye aap ki kitab 'tajdeed deen' bohat zyada mufeed hai." inshallah, inshallah.</w:t>
      </w:r>
      <w:r>
        <w:br/>
      </w:r>
      <w:r>
        <w:rPr>
          <w:sz w:val="20"/>
        </w:rPr>
        <w:t>38:41  sahib ali khan sahib ne likha hai bihar se: "muslims are deeply rooted in the misplaced version of derailed islam</w:t>
      </w:r>
      <w:r>
        <w:br/>
      </w:r>
      <w:r>
        <w:rPr>
          <w:sz w:val="20"/>
        </w:rPr>
        <w:t>38:51  . thank you so much maulana sahib for the enlightenment. we need to think about it and re read your book 'tajdeed islam'.</w:t>
      </w:r>
      <w:r>
        <w:br/>
      </w:r>
      <w:r>
        <w:rPr>
          <w:sz w:val="20"/>
        </w:rPr>
        <w:t>39:03  miss shabina ali ne kolkata se likha hai: "maulana, it is very clear from today lecture that reading quran in understanding language is very important to save us from derailment and to combat islamophobia.</w:t>
      </w:r>
      <w:r>
        <w:br/>
      </w:r>
      <w:r>
        <w:rPr>
          <w:sz w:val="20"/>
        </w:rPr>
        <w:t>39:22  aur mission of our life should be to re engineer our our mind as well as to do utmost da'wah work."</w:t>
      </w:r>
      <w:r>
        <w:br/>
      </w:r>
      <w:r>
        <w:rPr>
          <w:sz w:val="20"/>
        </w:rPr>
        <w:t>39:37  miss sahar saleem ne dilli se likha hai: "maulana sahib, today talk and my take away from the talk was a complete new learning.</w:t>
      </w:r>
      <w:r>
        <w:br/>
      </w:r>
      <w:r>
        <w:rPr>
          <w:sz w:val="20"/>
        </w:rPr>
        <w:t>39:49  it gave us the clarity what exactly we need to work on and how tajdeed is the way to spread the right message of islam.</w:t>
      </w:r>
      <w:r>
        <w:br/>
      </w:r>
      <w:r>
        <w:rPr>
          <w:sz w:val="20"/>
        </w:rPr>
        <w:t>40:00  " thank you maulana sahib. masha allah, masha allah, jazakum allah. okay, one more clarification: the book that maulana sahib just launch today is available right now only on cps website.</w:t>
      </w:r>
    </w:p>
    <w:p>
      <w:pPr>
        <w:pStyle w:val="Heading2"/>
      </w:pPr>
      <w:r>
        <w:t>Why Sincerity is Rare Today</w:t>
      </w:r>
    </w:p>
    <w:p>
      <w:r>
        <w:rPr>
          <w:color w:val="666666"/>
          <w:sz w:val="18"/>
        </w:rPr>
        <w:t>Ethics &amp; Character · The Companions and the Hadith Scholars June 24, 2012 · 3m 50s · at 1:31:59 · https://youtu.be/Dj4QiYnxgBs?t=5519</w:t>
      </w:r>
    </w:p>
    <w:p>
      <w:r>
        <w:rPr>
          <w:i/>
        </w:rPr>
        <w:t>“Maulana sahib, why is it that sincerity cannot be seen these days?”</w:t>
      </w:r>
    </w:p>
    <w:p>
      <w:r>
        <w:rPr>
          <w:sz w:val="20"/>
        </w:rPr>
        <w:t>1:31:59  maulana, agla sawal aah kolkata se hai, mister rakesh ka. unhon ne likha hai "Moulana sahib, why is it that sincerity cannot be seen these days?"</w:t>
      </w:r>
      <w:r>
        <w:br/>
      </w:r>
      <w:r>
        <w:rPr>
          <w:sz w:val="20"/>
        </w:rPr>
        <w:t>1:32:18  dekhen, consumerism jo aaya hai, is ne sab ko selfish bana diya hai.</w:t>
      </w:r>
      <w:r>
        <w:br/>
      </w:r>
      <w:r>
        <w:rPr>
          <w:sz w:val="20"/>
        </w:rPr>
        <w:t>1:32:24  consumerism</w:t>
      </w:r>
      <w:r>
        <w:br/>
      </w:r>
      <w:r>
        <w:rPr>
          <w:sz w:val="20"/>
        </w:rPr>
        <w:t>1:32:28  se sab log ek taraf selfish ho gaye hain. paisa, paisa, paisa. hamare bachpan mein koi item nahin hota jis ko khareede aadmi.</w:t>
      </w:r>
      <w:r>
        <w:br/>
      </w:r>
      <w:r>
        <w:rPr>
          <w:sz w:val="20"/>
        </w:rPr>
        <w:t>1:32:37  hata ke ek glass bhi nahin tha. to paise ki koi zaroorat hi nahin thi.</w:t>
      </w:r>
      <w:r>
        <w:br/>
      </w:r>
      <w:r>
        <w:rPr>
          <w:sz w:val="20"/>
        </w:rPr>
        <w:t>1:32:43  mujhe yaad hai ke mere bachpan mein ek aadmi ek bail gaari par sarson laad kar le aaya. sarson. aur koi khareedar is ka nahin tha.</w:t>
      </w:r>
      <w:r>
        <w:br/>
      </w:r>
      <w:r>
        <w:rPr>
          <w:sz w:val="20"/>
        </w:rPr>
        <w:t>1:32:55  to ek aadmi ko woh das rupay mein sab de ke chala gaya. aaj ke lehaz se woh das hazar se bhi zyada tha woh. to us zamane mein koi yaani aadmi paisa kare to kya kare?</w:t>
      </w:r>
      <w:r>
        <w:br/>
      </w:r>
      <w:r>
        <w:rPr>
          <w:sz w:val="20"/>
        </w:rPr>
        <w:t>1:33:06  aaj hazaron item hain. aaj hazaron ka million item hai. to woh woh temperature yaani consumerism ne jo temperature paida kiya, us ne sab ko money oriented bana diya.</w:t>
      </w:r>
      <w:r>
        <w:br/>
      </w:r>
      <w:r>
        <w:rPr>
          <w:sz w:val="20"/>
        </w:rPr>
        <w:t>1:33:19  sab ko selfish bana diya. ab mere jaisa koi aadmi ke meri koi zaroorat hi nahin. main apne aap ko yaani is had par rakhe hue hoon ke jahan bare necessities mere liye kafi hain.</w:t>
      </w:r>
      <w:r>
        <w:br/>
      </w:r>
      <w:r>
        <w:rPr>
          <w:sz w:val="20"/>
        </w:rPr>
        <w:t>1:33:32  to jo aadmi yahan tak aa jaye, wohi bach sakta hai is se warna bachega nahin. bare necessities ke sath meri koi zaroorat nahin hai.</w:t>
      </w:r>
      <w:r>
        <w:br/>
      </w:r>
      <w:r>
        <w:rPr>
          <w:sz w:val="20"/>
        </w:rPr>
        <w:t>1:33:43  to jo aadmi is is had tak aa jaye, us wohi sincere hoga. warna woh to ban jayega dishonest, selfish.</w:t>
      </w:r>
      <w:r>
        <w:br/>
      </w:r>
      <w:r>
        <w:rPr>
          <w:sz w:val="20"/>
        </w:rPr>
        <w:t>1:33:51  kyun ke is ko paisa chahiye. paisa chahiye. paisa chahiye. is ko marketing, is ko woh karna hai. shopping karna hai. is ko bachchon ko yeh karna hai, woh karna hai.</w:t>
      </w:r>
      <w:r>
        <w:br/>
      </w:r>
      <w:r>
        <w:rPr>
          <w:sz w:val="20"/>
        </w:rPr>
        <w:t>1:34:03  to yeh is daur mein jo yaani jo jis ko hum kaha jata hai consumerism, is daur ka taqaza hai ke log selfish ban gaye hain.</w:t>
      </w:r>
      <w:r>
        <w:br/>
      </w:r>
      <w:r>
        <w:rPr>
          <w:sz w:val="20"/>
        </w:rPr>
        <w:t>1:34:15  aur money oriented un ki soch ho gayi hai. aur bas more aur more ka un ko ek jis ko kehte hain hindi mein kehte hain hoard lagi hui hai.</w:t>
      </w:r>
      <w:r>
        <w:br/>
      </w:r>
      <w:r>
        <w:rPr>
          <w:sz w:val="20"/>
        </w:rPr>
        <w:t>1:34:29  maulana, yeh ek comment aaya hai doha, qatar se maulana abdul basit umri ka. unhon ne likha hai: "maulana, aaj ki taqreer mein jo baat aap ne kahi, hukumaton se takkaraye baghair deen ka kaam kar sakte hain, aur is is ka namuna muhaddiseen ke daur se hamein milta hai.</w:t>
      </w:r>
      <w:r>
        <w:br/>
      </w:r>
      <w:r>
        <w:rPr>
          <w:sz w:val="20"/>
        </w:rPr>
        <w:t>1:34:49  yeh baat main ne aaj pehli dafa jani hai."</w:t>
      </w:r>
    </w:p>
    <w:p>
      <w:pPr>
        <w:pStyle w:val="Heading2"/>
      </w:pPr>
      <w:r>
        <w:t>Why blaming others is popular among Muslims</w:t>
      </w:r>
    </w:p>
    <w:p>
      <w:r>
        <w:rPr>
          <w:color w:val="666666"/>
          <w:sz w:val="18"/>
        </w:rPr>
        <w:t>Ethics &amp; Character · Dars-e-Quran, Chapter 2, Verses 67-73, May 6, 2018 · 3m 22s · at 52:13 · https://youtu.be/JAsg4SpiVDU?t=3133</w:t>
      </w:r>
    </w:p>
    <w:p>
      <w:r>
        <w:rPr>
          <w:i/>
        </w:rPr>
        <w:t>“Teaching of Quran is to blame myself, but we all Muslims are always blaming others for our failures. We have developed this thinking of hating others and that we are victimized. Why has this false hold gained popularity amongst us Muslims?”</w:t>
      </w:r>
    </w:p>
    <w:p>
      <w:r>
        <w:rPr>
          <w:sz w:val="20"/>
        </w:rPr>
        <w:t>52:13  may Allah bless you." Maulana, agla sawal bheja hai saharanpur se doctor safina tabassum ne.</w:t>
      </w:r>
      <w:r>
        <w:br/>
      </w:r>
      <w:r>
        <w:rPr>
          <w:sz w:val="20"/>
        </w:rPr>
        <w:t>52:25  unhon ne likha hai: "teaching of Quran is to blame thy self, but we all muslims are always blaming others for our failures.</w:t>
      </w:r>
      <w:r>
        <w:br/>
      </w:r>
      <w:r>
        <w:rPr>
          <w:sz w:val="20"/>
        </w:rPr>
        <w:t>52:38  we all have developed this thinking of hating others and that we are victimized. why this false hold has gain popularity amongst us muslims?</w:t>
      </w:r>
      <w:r>
        <w:br/>
      </w:r>
      <w:r>
        <w:rPr>
          <w:sz w:val="20"/>
        </w:rPr>
        <w:t>52:51  please elaborate on this." Maulana sahab, dekhiye, yeh it is phenomena of degeneration,</w:t>
      </w:r>
      <w:r>
        <w:br/>
      </w:r>
      <w:r>
        <w:rPr>
          <w:sz w:val="20"/>
        </w:rPr>
        <w:t>53:05  yani tanzul, phenomena of degeneration. jab kisi ummat par, kisi qaum par yeh zamana aata hai degeneration ka ya zawal ka, to sab se zyada is pe yahi baat paida hoti hai ke woh paida ho, is ka zehn ban jata hai.</w:t>
      </w:r>
      <w:r>
        <w:br/>
      </w:r>
      <w:r>
        <w:rPr>
          <w:sz w:val="20"/>
        </w:rPr>
        <w:t>53:33  yeh pehle hindu, woh yahudiyon ka tha. yahudiyon ke haan baqayda kitabein hain, supericism. supericism ka matlab hai ke apne ko superior manna.</w:t>
      </w:r>
      <w:r>
        <w:br/>
      </w:r>
      <w:r>
        <w:rPr>
          <w:sz w:val="20"/>
        </w:rPr>
        <w:t>53:47  to baqayda yahudiyon mein yeh literature hai is par ke yahudi ka ek zamana nikla hai jab ke woh mubtala hue the ke hum bade hain, doosre sab ghalati par hain."</w:t>
      </w:r>
      <w:r>
        <w:br/>
      </w:r>
      <w:r>
        <w:rPr>
          <w:sz w:val="20"/>
        </w:rPr>
        <w:t>54:01  woh tha yahood ke zawal ka zamana. badqismati se yeh hui hai ke musalman sirf is yahudiyon ko jante hain jo madine ke zamane mein tha.</w:t>
      </w:r>
      <w:r>
        <w:br/>
      </w:r>
      <w:r>
        <w:rPr>
          <w:sz w:val="20"/>
        </w:rPr>
        <w:t>54:13  aaj ke yahudiyon ko musalman jante hi nahin. aaj ka yahudi kya hai? musalman is ko jante nahin. is liye ke dekhiye, yahudi bari tadad mein gaye maghrib mein,</w:t>
      </w:r>
      <w:r>
        <w:br/>
      </w:r>
      <w:r>
        <w:rPr>
          <w:sz w:val="20"/>
        </w:rPr>
        <w:t>54:28  europe, america mein. to yahudiyon ki bari tadad chali gayi diaspora mein. yeh diaspora mein jo log gaye, unhon ne dekha ke qaumein khoob taraqqi kar rahi hain.</w:t>
      </w:r>
      <w:r>
        <w:br/>
      </w:r>
      <w:r>
        <w:rPr>
          <w:sz w:val="20"/>
        </w:rPr>
        <w:t>54:41  yeh raaz kya hai? kyun? yeh parhe hue the blame others ke nafsiyat mein. yahudi sab galat hai, sab galat hai, sab galat hai.</w:t>
      </w:r>
      <w:r>
        <w:br/>
      </w:r>
      <w:r>
        <w:rPr>
          <w:sz w:val="20"/>
        </w:rPr>
        <w:t>54:53  to jab unhon ne dekha ke europe ki qaumein taraqqi kar rahi hain, america taraqqi kar raha hai, to un ke andar nai thak jaagi aur daryaft kiya unhon ne ke yeh log taraqqi kar rahe hain ke unhon ne law of nature ko daryaft kiya.</w:t>
      </w:r>
      <w:r>
        <w:br/>
      </w:r>
      <w:r>
        <w:rPr>
          <w:sz w:val="20"/>
        </w:rPr>
        <w:t>55:10  to bohat bare peimane par yahudiyon mein ek woh aaya hai, islah ka daur aaya hai. lekin badqismati se sare woh sawal se un yahudiyon ko jante hain jo jo jo madina mein the.</w:t>
      </w:r>
      <w:r>
        <w:br/>
      </w:r>
      <w:r>
        <w:rPr>
          <w:sz w:val="20"/>
        </w:rPr>
        <w:t>55:25  madine ke baad jo yahudi bane hain, is ko musalman jante hi nahin. yeh yeh ek tragedy.</w:t>
      </w:r>
    </w:p>
    <w:p>
      <w:pPr>
        <w:pStyle w:val="Heading2"/>
      </w:pPr>
      <w:r>
        <w:t>Why educated people lack wisdom and values</w:t>
      </w:r>
    </w:p>
    <w:p>
      <w:r>
        <w:rPr>
          <w:color w:val="666666"/>
          <w:sz w:val="18"/>
        </w:rPr>
        <w:t>Ethics &amp; Character · Dars-e-Quran, Chapter 2, Verse 79 June 24, 2018 · 2m 14s · at 49:58 · https://youtu.be/7OeNcHSoPp0?t=2998</w:t>
      </w:r>
    </w:p>
    <w:p>
      <w:r>
        <w:rPr>
          <w:i/>
        </w:rPr>
        <w:t>“Ideal education should bring wisdom and enlightenment to a person, but it is a common observation that nowadays educated and so-called intellectuals are lacking wisdom and human values. They are more biased and filled with hatred. Why is this so?”</w:t>
      </w:r>
    </w:p>
    <w:p>
      <w:r>
        <w:rPr>
          <w:sz w:val="20"/>
        </w:rPr>
        <w:t>49:58  maulana ghazi islam sahib ne patna se sawal bheja hai. unhon ne likha hai: "maulana sahib, ideally education should bring wisdom and enlightenment to a person, but it is a common observation that now adays educated and so called intellectuals are lacking wisdom and human values.</w:t>
      </w:r>
      <w:r>
        <w:br/>
      </w:r>
      <w:r>
        <w:rPr>
          <w:sz w:val="20"/>
        </w:rPr>
        <w:t>50:22  they are more biased and filled with hatred. why is this so?"</w:t>
      </w:r>
      <w:r>
        <w:br/>
      </w:r>
      <w:r>
        <w:rPr>
          <w:sz w:val="20"/>
        </w:rPr>
        <w:t>50:34  kya just hai is sawal ka ke maulana, education se to insan ko wisdom aur enlightenment milni chahiye, lekin aaj kal jo educated log hain, woh zyada hatred mein hain.</w:t>
      </w:r>
      <w:r>
        <w:br/>
      </w:r>
      <w:r>
        <w:rPr>
          <w:sz w:val="20"/>
        </w:rPr>
        <w:t>50:48  to aisa kyun hai? dekhen, yeh log jo jin ko aap kaha aap ne educated, woh sahi maano mein kya hai?</w:t>
      </w:r>
      <w:r>
        <w:br/>
      </w:r>
      <w:r>
        <w:rPr>
          <w:sz w:val="20"/>
        </w:rPr>
        <w:t>51:03  yani job ke liye to degree lete hain, degree, aur baqi jo zehn saazi karte hain apni, woh media se.</w:t>
      </w:r>
      <w:r>
        <w:br/>
      </w:r>
      <w:r>
        <w:rPr>
          <w:sz w:val="20"/>
        </w:rPr>
        <w:t>51:15  aik hai educational system, aik hai media. yeh saare logon ke bare mein meri rai yahi hai ke bas job ke liye woh parhte hain, degree lete hain, lekin jo soch hai, jo rai hai, woh media se banate hain.</w:t>
      </w:r>
      <w:r>
        <w:br/>
      </w:r>
      <w:r>
        <w:rPr>
          <w:sz w:val="20"/>
        </w:rPr>
        <w:t>51:33  aur media jante hain, sensational news ko leta hai hamesha. toh saari negative news ka source media hai aur kuch nahi.</w:t>
      </w:r>
      <w:r>
        <w:br/>
      </w:r>
      <w:r>
        <w:rPr>
          <w:sz w:val="20"/>
        </w:rPr>
        <w:t>51:48  toh mein media ko bhi bura nahi kehta, inki industry hai, inki industry hai, toh woh sensational news chhapenge. aap kyun is se apna mind banate hain?</w:t>
      </w:r>
      <w:r>
        <w:br/>
      </w:r>
      <w:r>
        <w:rPr>
          <w:sz w:val="20"/>
        </w:rPr>
        <w:t>52:01  aap study kijiye, study kar ke mind banaiye. media se kyun mind banate hain? yeh hai meri rai.</w:t>
      </w:r>
    </w:p>
    <w:p>
      <w:pPr>
        <w:pStyle w:val="Heading2"/>
      </w:pPr>
      <w:r>
        <w:t>Why men struggle to admit mistakes</w:t>
      </w:r>
    </w:p>
    <w:p>
      <w:r>
        <w:rPr>
          <w:color w:val="666666"/>
          <w:sz w:val="18"/>
        </w:rPr>
        <w:t>Ethics &amp; Character · 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Why not acknowledge peaceful opportunities</w:t>
      </w:r>
    </w:p>
    <w:p>
      <w:r>
        <w:rPr>
          <w:color w:val="666666"/>
          <w:sz w:val="18"/>
        </w:rPr>
        <w:t>Ethics &amp; Character · How God Manages Human History December 23, 2018 · 2m 07s · at 1:17:41 · https://youtu.be/j_yxigrCl5U?t=4661</w:t>
      </w:r>
    </w:p>
    <w:p>
      <w:r>
        <w:rPr>
          <w:i/>
        </w:rPr>
        <w:t>“Why don't you acknowledge and give thanks for the peaceful opportunities we have in this country? We are working peacefully, and no one stops us.”</w:t>
      </w:r>
    </w:p>
    <w:p>
      <w:r>
        <w:rPr>
          <w:sz w:val="20"/>
        </w:rPr>
        <w:t>1:17:41  maulana, agla sawal lena chahenge jo chennai se. main dekhiye, yeh is ke khilaf hai is hadees ke. "lamashkurannasa lamashkurallah." hum ko is mulk mein mauqa hai peaceful tareeqe se hum sab kaam kar rahe hain.</w:t>
      </w:r>
      <w:r>
        <w:br/>
      </w:r>
      <w:r>
        <w:rPr>
          <w:sz w:val="20"/>
        </w:rPr>
        <w:t>1:17:56  is ka etraf karein, is ka shukr ada karein. woh nahi, is hadees ke khilaf ho jayega. aap etraf kyon nahi karte?</w:t>
      </w:r>
      <w:r>
        <w:br/>
      </w:r>
      <w:r>
        <w:rPr>
          <w:sz w:val="20"/>
        </w:rPr>
        <w:t>1:18:09  main to aaj tak itni lambi muddat se main kaam kar raha hoon india mein. koi mujhe rok rokne nahi aaya.</w:t>
      </w:r>
      <w:r>
        <w:br/>
      </w:r>
      <w:r>
        <w:rPr>
          <w:sz w:val="20"/>
        </w:rPr>
        <w:t>1:18:20  yaani ajeeb baat hai. main aap ko ek qissa batata hoon ke main adhak board mein jab tha. adhak board ki baat hai yeh ke jab main naujawan tha, us waqt ki baat hai to mujhe dawat ka woh josh paida hua.</w:t>
      </w:r>
      <w:r>
        <w:br/>
      </w:r>
      <w:r>
        <w:rPr>
          <w:sz w:val="20"/>
        </w:rPr>
        <w:t>1:18:37  to dawat ka jo josh paida hua to main ne ek is zamane mein tanga chalta tha. ek tanga kiraye par liya raat ke liye.</w:t>
      </w:r>
      <w:r>
        <w:br/>
      </w:r>
      <w:r>
        <w:rPr>
          <w:sz w:val="20"/>
        </w:rPr>
        <w:t>1:18:47  is par woh rakha, loudspeaker rakha aur raat ke andhere mein main is mein bolta hua saare saare is mein ghuma.</w:t>
      </w:r>
      <w:r>
        <w:br/>
      </w:r>
      <w:r>
        <w:rPr>
          <w:sz w:val="20"/>
        </w:rPr>
        <w:t>1:18:59  saare is city mein hain. aur main kya kehta tha ke: "ae logon!</w:t>
      </w:r>
      <w:r>
        <w:br/>
      </w:r>
      <w:r>
        <w:rPr>
          <w:sz w:val="20"/>
        </w:rPr>
        <w:t>1:19:08  agar main yeh kahoon ke dakuon ki koi fauj saare hamla karne wali hai to tum mujh se poochne aaoge ke woh kaisa hai?" to dakuon ka hamla to nahi hai, to ek ek aur hamla hai.</w:t>
      </w:r>
      <w:r>
        <w:br/>
      </w:r>
      <w:r>
        <w:rPr>
          <w:sz w:val="20"/>
        </w:rPr>
        <w:t>1:19:20  woh shaitan ka hamla hai. hamare literature padho aur jano ke woh hamle se murad kya hai. to main sochta tha ke shayad subah ko police poochne aayegi mujh se.</w:t>
      </w:r>
      <w:r>
        <w:br/>
      </w:r>
      <w:r>
        <w:rPr>
          <w:sz w:val="20"/>
        </w:rPr>
        <w:t>1:19:31  aisa kyon kiya? aaj tak kisi ne poocha nahi mujhe. to itni azaadi hai is mulk mein to is ka shukr ada kijiye. aisa baatein kehte hain, baseless baatein, baseless.</w:t>
      </w:r>
    </w:p>
    <w:p>
      <w:pPr>
        <w:pStyle w:val="Heading2"/>
      </w:pPr>
      <w:r>
        <w:t>Why people avoid paying the price for truth</w:t>
      </w:r>
    </w:p>
    <w:p>
      <w:r>
        <w:rPr>
          <w:color w:val="666666"/>
          <w:sz w:val="18"/>
        </w:rPr>
        <w:t>Ethics &amp; Character · God and Man February 19, 2012 · 3m 34s · at 1:30:46 · https://youtu.be/rL4g0LOU3wo?t=5446</w:t>
      </w:r>
    </w:p>
    <w:p>
      <w:r>
        <w:rPr>
          <w:i/>
        </w:rPr>
        <w:t>“Why do people make big statements but when it's time to pay the price, they don't pay? And why do people not acknowledge the truth after knowing it?”</w:t>
      </w:r>
    </w:p>
    <w:p>
      <w:r>
        <w:rPr>
          <w:sz w:val="20"/>
        </w:rPr>
        <w:t>1:30:46  agar aap yahan hain to mujhe program ke baad yahan aa ke mujh se miliye. maulana, agla sawal bangalore se maulana naseer ullah sahib ka hai.</w:t>
      </w:r>
      <w:r>
        <w:br/>
      </w:r>
      <w:r>
        <w:rPr>
          <w:sz w:val="20"/>
        </w:rPr>
        <w:t>1:30:57  unho'n ne likha hai: "kyun log bari-bari batein karte hain magar jab is ka price dene ka waqt aata hai to is ka price nahi dete hain.</w:t>
      </w:r>
      <w:r>
        <w:br/>
      </w:r>
      <w:r>
        <w:rPr>
          <w:sz w:val="20"/>
        </w:rPr>
        <w:t>1:31:08  aur kyun log sachai ko janne ke baad is ka etraf nahi karte?" is ke bare mein bata'en. bhai, yeh to hamari jo qaum hai, is waqt wo on the decline hai.</w:t>
      </w:r>
      <w:r>
        <w:br/>
      </w:r>
      <w:r>
        <w:rPr>
          <w:sz w:val="20"/>
        </w:rPr>
        <w:t>1:31:20  zawaal ke marhale mein hai.</w:t>
      </w:r>
      <w:r>
        <w:br/>
      </w:r>
      <w:r>
        <w:rPr>
          <w:sz w:val="20"/>
        </w:rPr>
        <w:t>1:31:22  maine kai bar yeh baat batai hai ke ibn khaldun ka qaul naqal kiya hai ke "للأقوام أعمار كما للأفراد أعمار" ۔</w:t>
      </w:r>
      <w:r>
        <w:br/>
      </w:r>
      <w:r>
        <w:rPr>
          <w:sz w:val="20"/>
        </w:rPr>
        <w:t>1:31:32  jis tarah fard par barhapa aata hai, qaumo'n par barhapa aata hai. to yeh zawaal aa chuka hai. aap ise kyun expect karte hain, wo cheez jo jo jo poori hone wali hai hi nahi?</w:t>
      </w:r>
      <w:r>
        <w:br/>
      </w:r>
      <w:r>
        <w:rPr>
          <w:sz w:val="20"/>
        </w:rPr>
        <w:t>1:31:46  ab aap ko new blood talash karna hai. old blood jo hai, wo to exhaust ho chuka.</w:t>
      </w:r>
      <w:r>
        <w:br/>
      </w:r>
      <w:r>
        <w:rPr>
          <w:sz w:val="20"/>
        </w:rPr>
        <w:t>1:31:53  is se umeed na rakhein aap. ab new blood talash kijiye. yani musalmano'n mein naujawan'o ko pakriye. ghair muslimo'n mein un ke logon ko pakriye.</w:t>
      </w:r>
      <w:r>
        <w:br/>
      </w:r>
      <w:r>
        <w:rPr>
          <w:sz w:val="20"/>
        </w:rPr>
        <w:t>1:32:02  wo wo new blood hai. ab ab masla yeh nahi raha hai ke aap in ko in ki islaah kar dalen. nahi, ab masla yeh hai ke new blood induct karna hai.</w:t>
      </w:r>
      <w:r>
        <w:br/>
      </w:r>
      <w:r>
        <w:rPr>
          <w:sz w:val="20"/>
        </w:rPr>
        <w:t>1:32:16  naujawan'o mein khas tor par. kyunke naujawan abhi is qabil hote hain ke un ki conditioning abhi mukammal nahi hua karti. un ki conditioning to bohat zyada ho chuki. wo jaise hain waise hi rahen ge.</w:t>
      </w:r>
      <w:r>
        <w:br/>
      </w:r>
      <w:r>
        <w:rPr>
          <w:sz w:val="20"/>
        </w:rPr>
        <w:t>1:32:27  aam tor par. to ab aap ko jaise pond hota hai, pond mein pani jo hai wahi rahe ga.</w:t>
      </w:r>
      <w:r>
        <w:br/>
      </w:r>
      <w:r>
        <w:rPr>
          <w:sz w:val="20"/>
        </w:rPr>
        <w:t>1:32:36  to kuch dino'n ke baad pond ka maazi pollution aa jata hai is ke andar. lekin jo darya har waqt beh raha hai, use pollution nahi aata. to kyun</w:t>
      </w:r>
      <w:r>
        <w:br/>
      </w:r>
      <w:r>
        <w:rPr>
          <w:sz w:val="20"/>
        </w:rPr>
        <w:t>1:32:44  ? wahan hamesha naya pani, purane pani mein naya pani milta rehta hai. oopar se pani aa raha hai paharo'n se, naya pani.</w:t>
      </w:r>
      <w:r>
        <w:br/>
      </w:r>
      <w:r>
        <w:rPr>
          <w:sz w:val="20"/>
        </w:rPr>
        <w:t>1:32:53  to purane pani mein mila. har waqt yeh amal jari hai. purane pani mein naya pani. aise hi qoumi mamlaat mein karna hai ke "new blood, new blood, new blood" .</w:t>
      </w:r>
      <w:r>
        <w:br/>
      </w:r>
      <w:r>
        <w:rPr>
          <w:sz w:val="20"/>
        </w:rPr>
        <w:t>1:33:05  to is waqt aap ko naujawanon mein talash karna hai. boorhon mein waqt zaya karne ki koi zar</w:t>
      </w:r>
      <w:r>
        <w:br/>
      </w:r>
      <w:r>
        <w:rPr>
          <w:sz w:val="20"/>
        </w:rPr>
        <w:t>1:33:12  urat nahi hai. naujawanon mein kaam kijiye. to naujawanon mein aap ko afraad bhi le ke aayen. quran mein bhi "فَطَبْ بِنَ قَوْمٍ" .</w:t>
      </w:r>
      <w:r>
        <w:br/>
      </w:r>
      <w:r>
        <w:rPr>
          <w:sz w:val="20"/>
        </w:rPr>
        <w:t>1:33:20  naujawan tabqa jo hai, isi ne aur barg ke sath diya.</w:t>
      </w:r>
    </w:p>
    <w:p>
      <w:pPr>
        <w:pStyle w:val="Heading2"/>
      </w:pPr>
      <w:r>
        <w:t>Why we overlook our own mistakes</w:t>
      </w:r>
    </w:p>
    <w:p>
      <w:r>
        <w:rPr>
          <w:color w:val="666666"/>
          <w:sz w:val="18"/>
        </w:rPr>
        <w:t>Ethics &amp; Character · Living in Falsehood December 15, 2013 · 2m 21s · at 1:04:54 · https://youtu.be/UvboK59uF6s?t=3894</w:t>
      </w:r>
    </w:p>
    <w:p>
      <w:r>
        <w:rPr>
          <w:i/>
        </w:rPr>
        <w:t>“Often others' mistakes are quickly discovered, but one's own mistake is not discovered even after thinking. What is this problem and how can we overcome it?”</w:t>
      </w:r>
    </w:p>
    <w:p>
      <w:r>
        <w:rPr>
          <w:sz w:val="20"/>
        </w:rPr>
        <w:t>1:04:54  maulana, agla sawal Doha, Qatar se hai.</w:t>
      </w:r>
      <w:r>
        <w:br/>
      </w:r>
      <w:r>
        <w:rPr>
          <w:sz w:val="20"/>
        </w:rPr>
        <w:t>1:04:57  maulana Abdul Basit Umri ne kiya hai. unhone likha hai: "Maulana, aksar doosron ki ghaltiyan fori discover hoti hain, lekin apni ghalti sochne par bhi discover nahi hoti." Maulana, yeh kya masla hai is ke bare mein aap hamein batayein.</w:t>
      </w:r>
      <w:r>
        <w:br/>
      </w:r>
      <w:r>
        <w:rPr>
          <w:sz w:val="20"/>
        </w:rPr>
        <w:t>1:05:16  dekhein aadmi ke andar bohat zyada yeh bhara hua hai ke "I am right, I am right."</w:t>
      </w:r>
      <w:r>
        <w:br/>
      </w:r>
      <w:r>
        <w:rPr>
          <w:sz w:val="20"/>
        </w:rPr>
        <w:t>1:05:25  "I am wrong" yeh bhara hua nahi hai. apne aap ko sahi samajhna, yaani Right Wish Thinking, yeh bohat bhara hua hai insaan ke andar.</w:t>
      </w:r>
      <w:r>
        <w:br/>
      </w:r>
      <w:r>
        <w:rPr>
          <w:sz w:val="20"/>
        </w:rPr>
        <w:t>1:05:34  to jab tak aap apne khilaf sochne ka zehan develop na karein, tab tak aap nahi samajh payenge.</w:t>
      </w:r>
      <w:r>
        <w:br/>
      </w:r>
      <w:r>
        <w:rPr>
          <w:sz w:val="20"/>
        </w:rPr>
        <w:t>1:05:51  yaani Anti-Self Thinking agar aap ke andar hogi, tab aisa hoga ke aap apne ghaltiyon ko pakad payenge.</w:t>
      </w:r>
      <w:r>
        <w:br/>
      </w:r>
      <w:r>
        <w:rPr>
          <w:sz w:val="20"/>
        </w:rPr>
        <w:t>1:06:02  to main samajhta hoon ke is ka ek tareeqa yeh hai ke ek to aap apne andar Anti-Self Thinking paida</w:t>
      </w:r>
      <w:r>
        <w:br/>
      </w:r>
      <w:r>
        <w:rPr>
          <w:sz w:val="20"/>
        </w:rPr>
        <w:t>1:06:09  karein. doosri baat yeh honi chahiye ke doosra shakhs agar aap par criticize karta hai to bohat positively leijiye, react mat kijiye.</w:t>
      </w:r>
      <w:r>
        <w:br/>
      </w:r>
      <w:r>
        <w:rPr>
          <w:sz w:val="20"/>
        </w:rPr>
        <w:t>1:06:19  kyun ke doosra aadmi jo hai woh kisi obsession mein nahi hai aap ke bare mein. aap ko dekhta hai woh bohat hi, yaani</w:t>
      </w:r>
      <w:r>
        <w:br/>
      </w:r>
      <w:r>
        <w:rPr>
          <w:sz w:val="20"/>
        </w:rPr>
        <w:t>1:06:33  indifferent ho kar ke. to kai baar aisa hota hai ke woh point out kar pata hai doosra aadmi.</w:t>
      </w:r>
      <w:r>
        <w:br/>
      </w:r>
      <w:r>
        <w:rPr>
          <w:sz w:val="20"/>
        </w:rPr>
        <w:t>1:06:39  to aadmi ke andar agar do sifat hain, ek to ek apna muhasiba, jo kehte hain Anti-Self Thinking. muhasibe hi ka doosra naam Anti-Self Thinking.</w:t>
      </w:r>
      <w:r>
        <w:br/>
      </w:r>
      <w:r>
        <w:rPr>
          <w:sz w:val="20"/>
        </w:rPr>
        <w:t>1:06:50  yeh ho. aur doosri baat yeh ke criticism ko woh hamesha positively par le. criticism par provoke na ho, criticism par ghussa na ho. criticism ko kisi ghalt ma'ni mein na le.</w:t>
      </w:r>
      <w:r>
        <w:br/>
      </w:r>
      <w:r>
        <w:rPr>
          <w:sz w:val="20"/>
        </w:rPr>
        <w:t>1:07:01  yeh do sifatें hain. to yaqeenan insaan sachai tak pahunch sakta hai.</w:t>
      </w:r>
      <w:r>
        <w:br/>
      </w:r>
      <w:r>
        <w:rPr>
          <w:sz w:val="20"/>
        </w:rPr>
        <w:t>1:07:10  So it is two point formula.</w:t>
      </w:r>
    </w:p>
    <w:p>
      <w:pPr>
        <w:pStyle w:val="Heading2"/>
      </w:pPr>
      <w:r>
        <w:t>Will father's ultimatum reform his sons?</w:t>
      </w:r>
    </w:p>
    <w:p>
      <w:r>
        <w:rPr>
          <w:color w:val="666666"/>
          <w:sz w:val="18"/>
        </w:rPr>
        <w:t>Ethics &amp; Character · Quran for All Mankind June 3, 2012 · 2m 10s · at 59:29 · https://youtu.be/Gp-53Zjugcg?t=3569</w:t>
      </w:r>
    </w:p>
    <w:p>
      <w:r>
        <w:rPr>
          <w:i/>
        </w:rPr>
        <w:t>“A father, for the sake of reform, tells his three young sons that until you quit gutka, paan, and cigarettes, I will not come home. And that man has been staying at his brother's place for several days. Maulana, will this action of the father reform the children?”</w:t>
      </w:r>
    </w:p>
    <w:p>
      <w:r>
        <w:rPr>
          <w:sz w:val="20"/>
        </w:rPr>
        <w:t>59:29  Maulana, yeh sawal Mr Abdul Latif Sahab ka hai, Karachi, Pakistan se. Unhon ne likha hai: "Ek baap islah ke khatir apne teen naujawan beton se kehta hai ke jab tak tum gutka paan aur cigarette wagera nahi chhodoge, tab tak main ghar nahi aaunga." Aur woh sahab kai roz se apne bhai ke haan thehre hue hain.</w:t>
      </w:r>
      <w:r>
        <w:br/>
      </w:r>
      <w:r>
        <w:rPr>
          <w:sz w:val="20"/>
        </w:rPr>
        <w:t>59:56  Maulana Sahab, kya baap ka yeh amal aulad ki islah kar dega? Kabhi nahi. Is se islah nahi hoti.</w:t>
      </w:r>
      <w:r>
        <w:br/>
      </w:r>
      <w:r>
        <w:rPr>
          <w:sz w:val="20"/>
        </w:rPr>
        <w:t>1:00:07  Islah ka taluq jo hai, mind ki re-engineering. Aadmi wahi karta hai jo us ke bare mein aap us ko convince kar dein, us ke dimagh mein utar dein.</w:t>
      </w:r>
      <w:r>
        <w:br/>
      </w:r>
      <w:r>
        <w:rPr>
          <w:sz w:val="20"/>
        </w:rPr>
        <w:t>1:00:24  Jis baat ke liye aap convince na kar sakein, us ke liye aap yeh umeed bhi nahi kar sakte ke woh amal amal karega.</w:t>
      </w:r>
      <w:r>
        <w:br/>
      </w:r>
      <w:r>
        <w:rPr>
          <w:sz w:val="20"/>
        </w:rPr>
        <w:t>1:00:33  Us ke upar aise baap jo hain, khud galati kar ke bachchon ko bigadte hain. Jab bigadte hain to us ke baad yeh sab harkatein karte hain. Jinka aap keh rahe hain, woh yaqeenan hi is not an exception.</w:t>
      </w:r>
      <w:r>
        <w:br/>
      </w:r>
      <w:r>
        <w:rPr>
          <w:sz w:val="20"/>
        </w:rPr>
        <w:t>1:00:48  Dekhiye, ek bigad ka aaghaz kahan se hota hai</w:t>
      </w:r>
      <w:r>
        <w:br/>
      </w:r>
      <w:r>
        <w:rPr>
          <w:sz w:val="20"/>
        </w:rPr>
        <w:t>1:00:50  ? Bigad ka hota hai pampering se, easy money se, jo jiska jo bazahir khud baap hota hai.</w:t>
      </w:r>
      <w:r>
        <w:br/>
      </w:r>
      <w:r>
        <w:rPr>
          <w:sz w:val="20"/>
        </w:rPr>
        <w:t>1:01:00  Jitne bachche bigadte hain, one to all, sab ki jad mein kya hota hai? Pampering aur easy money. To yeh to baap khud zimmedar hai, apni islah karein.</w:t>
      </w:r>
      <w:r>
        <w:br/>
      </w:r>
      <w:r>
        <w:rPr>
          <w:sz w:val="20"/>
        </w:rPr>
        <w:t>1:01:10  woh yeh ghussa jo kar rahay hain, apnay oopar ghussa karein. woh aap pata kijiye to woh baap ne zaroor yahi sab kiya hoga,</w:t>
      </w:r>
      <w:r>
        <w:br/>
      </w:r>
      <w:r>
        <w:rPr>
          <w:sz w:val="20"/>
        </w:rPr>
        <w:t>1:01:19  khoob pampering aur khoob easy money. to to bigar rahay hain, bachay bigar rahay hain, kyun nahi bigarein ge? ab ghussa dikhate hain. aisa ghussa bilkul aik stepped kaam hai, is se koi islaah nahi ho sakti.</w:t>
      </w:r>
      <w:r>
        <w:br/>
      </w:r>
      <w:r>
        <w:rPr>
          <w:sz w:val="20"/>
        </w:rPr>
        <w:t>1:01:32  is se Maulana, doosra sawal un ki wife ka hai, Karachi, Pakistan se hi.</w:t>
      </w:r>
    </w:p>
    <w:p>
      <w:pPr>
        <w:pStyle w:val="Heading2"/>
      </w:pPr>
      <w:r>
        <w:t>غلط فہمی دور کرنے کا طریقہ</w:t>
      </w:r>
    </w:p>
    <w:p>
      <w:r>
        <w:rPr>
          <w:color w:val="666666"/>
          <w:sz w:val="18"/>
        </w:rPr>
        <w:t>Ethics &amp; Character · Discovery of God (In Conversation with Maulana) December 25, 2011 · 2m 25s · at 43:06 · https://youtu.be/-1c1d7cFj0s?t=2586</w:t>
      </w:r>
    </w:p>
    <w:p>
      <w:r>
        <w:rPr>
          <w:i/>
        </w:rPr>
        <w:t>“آپ نے الرسالہ میں لکھا ہے کہ مس انڈرسٹینڈنگ ہمیشہ بیس لیس ہوتی ہے۔ اگر کسی کے بارے میں مس انڈرسٹینڈنگ پیدا ہو تو آدمی یا تو فوراً اس کو بھلا دے یا وہ اس آدمی سے ڈائریکٹ مل کر مس انڈرسٹینڈنگ کو دور کرے۔ وہ مس انڈرسٹینڈنگ کو لے کر دوسروں کے درمیان نہ پھیلائے۔ ایسا کرنا اپنے اندر ویک پرسنیلٹی بنانا ہے۔”</w:t>
      </w:r>
    </w:p>
    <w:p>
      <w:r>
        <w:rPr>
          <w:sz w:val="20"/>
        </w:rPr>
        <w:t>43:06  Mr. Sharukh Hussain Riyazi ne Delhi se sawal kiya hai. Unhone likha hai: "Aap ne Al-Risala mein likha hai ke misunderstanding hamesha baseless hoti hai.</w:t>
      </w:r>
      <w:r>
        <w:br/>
      </w:r>
      <w:r>
        <w:rPr>
          <w:sz w:val="20"/>
        </w:rPr>
        <w:t>43:18  agar kisi ke bare mein misunderstanding paida ho to admi ya to foran usko bhula de ya woh us admi se direct mil kar misunderstanding ko door kare."</w:t>
      </w:r>
      <w:r>
        <w:br/>
      </w:r>
      <w:r>
        <w:rPr>
          <w:sz w:val="20"/>
        </w:rPr>
        <w:t>43:32  woh mis understandig ko le kar doosron ke darmiyan na phailaye. aisa karna apne andar weak personality banana hai.</w:t>
      </w:r>
      <w:r>
        <w:br/>
      </w:r>
      <w:r>
        <w:rPr>
          <w:sz w:val="20"/>
        </w:rPr>
        <w:t>43:42  maulana sahib, weak personality ka nuqsan kya hai aur is ko kaise theek kiya jaye?</w:t>
      </w:r>
      <w:r>
        <w:br/>
      </w:r>
      <w:r>
        <w:rPr>
          <w:sz w:val="20"/>
        </w:rPr>
        <w:t>43:53  ab isi misaal mein aap dekh lijiye ke ek baat pohnchi kisi aadmi ko aur us ko woh tehqeeq nahi karta aur maan leta hai.</w:t>
      </w:r>
      <w:r>
        <w:br/>
      </w:r>
      <w:r>
        <w:rPr>
          <w:sz w:val="20"/>
        </w:rPr>
        <w:t>44:03  to is se kya mizaj banega is ka? is ka mizaj yeh banega ke jhoot sach sab maan lo, jhoot bhi maan lo, sach bhi maan lo. yani sahi baat hai tab bhi mano, galat hai tab bhi mano.</w:t>
      </w:r>
      <w:r>
        <w:br/>
      </w:r>
      <w:r>
        <w:rPr>
          <w:sz w:val="20"/>
        </w:rPr>
        <w:t>44:16  yeh yeh is ke andar banegi personality. kyunke aadmi ne jo suna woh agar galat tha aur us ko maan rakha hai us ne, to isi ke sath hum to hain weak personality ke jhoot ko sach samajhna,</w:t>
      </w:r>
      <w:r>
        <w:br/>
      </w:r>
      <w:r>
        <w:rPr>
          <w:sz w:val="20"/>
        </w:rPr>
        <w:t>44:32  un true ko true samajhna, jis cheez ki koi base nahi hai, us ko samajhte rehna. to isi ka naam hai weak personality.</w:t>
      </w:r>
      <w:r>
        <w:br/>
      </w:r>
      <w:r>
        <w:rPr>
          <w:sz w:val="20"/>
        </w:rPr>
        <w:t>44:43  to aadmi ko karna kya hai? karna yeh hai ke is ko scrutiny ka hath daal lein. scrutiny tehqeeq. koi baat sune to us ko tehqeeq kare.</w:t>
      </w:r>
      <w:r>
        <w:br/>
      </w:r>
      <w:r>
        <w:rPr>
          <w:sz w:val="20"/>
        </w:rPr>
        <w:t>44:53  nahi to yeh prize deni padegi ke aap ke andar weak personality banegi. aur weak personality ka nuqsan kya hoga? phir ke aap ko farishton ki sohbat nahi milegi, Allah ki marifat hasil nahi hogi, Allah ki qurbat aap ko nahi milegi.</w:t>
      </w:r>
      <w:r>
        <w:br/>
      </w:r>
      <w:r>
        <w:rPr>
          <w:sz w:val="20"/>
        </w:rPr>
        <w:t>45:08  to weak personality ka bohat nuqsan hota hai, bohat nuqsan hota hai ke aap ke andar woh jo jo matloob hai, jo shakhsiyat, muqaddas shakhsiyat, woh banti nahi.</w:t>
      </w:r>
      <w:r>
        <w:br/>
      </w:r>
      <w:r>
        <w:rPr>
          <w:sz w:val="20"/>
        </w:rPr>
        <w:t>45:20  jab woh nahi banti hai to aap ko na farishton se bhi doori hai, Khuda se bhi doori hai, phir jannat se bhi doori hai. yeh to bohat hi tawakkun cheez hai.</w:t>
      </w:r>
    </w:p>
    <w:p>
      <w:pPr>
        <w:pStyle w:val="Heading2"/>
      </w:pPr>
      <w:r>
        <w:t>Activities in Paradise: Similar or Different?</w:t>
      </w:r>
    </w:p>
    <w:p>
      <w:r>
        <w:rPr>
          <w:color w:val="666666"/>
          <w:sz w:val="18"/>
        </w:rPr>
        <w:t>Faith &amp; God · Man and The Paradise August 11, 2013 Maulana Wahiduddin Khan · 3m 49s · at 1:06:10 · https://youtu.be/m8XdpnaS95U?t=3970</w:t>
      </w:r>
    </w:p>
    <w:p>
      <w:r>
        <w:rPr>
          <w:i/>
        </w:rPr>
        <w:t>“What kind of activities will we do in paradise? Are they similar to what we do here and different and at what level?”</w:t>
      </w:r>
    </w:p>
    <w:p>
      <w:r>
        <w:rPr>
          <w:sz w:val="20"/>
        </w:rPr>
        <w:t>1:06:10  maulana, agla sawal khwaja kaleemuddin sahib ka hai, jo dilli mein hain abhi.</w:t>
      </w:r>
      <w:r>
        <w:br/>
      </w:r>
      <w:r>
        <w:rPr>
          <w:sz w:val="20"/>
        </w:rPr>
        <w:t>1:06:16  unhone likha hai: "what kind of activities will we do in paradise? are they similar to what we do here or different and at what level?" iske baare mein bataein.</w:t>
      </w:r>
      <w:r>
        <w:br/>
      </w:r>
      <w:r>
        <w:rPr>
          <w:sz w:val="20"/>
        </w:rPr>
        <w:t>1:06:33  jaise quran se maloom hota hai ke ke jannat jo hai, wahan bhi wahi activities hongi jo is duniya mein hain.</w:t>
      </w:r>
      <w:r>
        <w:br/>
      </w:r>
      <w:r>
        <w:rPr>
          <w:sz w:val="20"/>
        </w:rPr>
        <w:t>1:06:46  quran mein surah al-baqarah mein yeh aayat hai ke: "kul min min</w:t>
      </w:r>
      <w:r>
        <w:br/>
      </w:r>
      <w:r>
        <w:rPr>
          <w:sz w:val="20"/>
        </w:rPr>
        <w:t>1:06:58  to log isko lete hain sirf mewa ke maene mein ke jab woh khane peene ki cheez milegi to kahenge wahan bhi aisa mila tha hum ko." matlab wahan ka safe bhi is tarah ka milta julta hoga.</w:t>
      </w:r>
      <w:r>
        <w:br/>
      </w:r>
      <w:r>
        <w:rPr>
          <w:sz w:val="20"/>
        </w:rPr>
        <w:t>1:07:08  yeh khane peene ki baat nahi hai. arabi zabaan mein rizq bahut hi zyada yaani جامع lafz hai, bahut hi comprehensive lafz hai.</w:t>
      </w:r>
      <w:r>
        <w:br/>
      </w:r>
      <w:r>
        <w:rPr>
          <w:sz w:val="20"/>
        </w:rPr>
        <w:t>1:07:18  saari activities is mein aati hain, saari activities. to main yeh kahunga ke is aayat, is quran ki is aayat ka matlab yeh hai ke jannat ki zindagi is poori ki poori isi duniya se milti julti zindagi hogi.</w:t>
      </w:r>
      <w:r>
        <w:br/>
      </w:r>
      <w:r>
        <w:rPr>
          <w:sz w:val="20"/>
        </w:rPr>
        <w:t>1:07:34  lekin farq kya hoga?</w:t>
      </w:r>
      <w:r>
        <w:br/>
      </w:r>
      <w:r>
        <w:rPr>
          <w:sz w:val="20"/>
        </w:rPr>
        <w:t>1:07:37  farq yeh hoga ke</w:t>
      </w:r>
      <w:r>
        <w:br/>
      </w:r>
      <w:r>
        <w:rPr>
          <w:sz w:val="20"/>
        </w:rPr>
        <w:t>1:07:42  wahan ki zindagi mein aaj ki zindagi mein farq yeh hoga ke wahan koi limitations nahi hongi. limitation yahan limitation hoti hain, wahan koi disadvantage nahi hoga.</w:t>
      </w:r>
      <w:r>
        <w:br/>
      </w:r>
      <w:r>
        <w:rPr>
          <w:sz w:val="20"/>
        </w:rPr>
        <w:t>1:07:52  yahan advantage, disadvantage hote hain. wahan perfection hoga, yahan perfection nahi hota. wahan ideal hoga, yahan ideal nahi hota.</w:t>
      </w:r>
      <w:r>
        <w:br/>
      </w:r>
      <w:r>
        <w:rPr>
          <w:sz w:val="20"/>
        </w:rPr>
        <w:t>1:08:02  yeh yeh farq hai.</w:t>
      </w:r>
      <w:r>
        <w:br/>
      </w:r>
      <w:r>
        <w:rPr>
          <w:sz w:val="20"/>
        </w:rPr>
        <w:t>1:08:11  yahan pleasure ke saath pain mila hua hai. duniya mein har pleasure ke saath pain mila hua hai. wahan sirf pleasure hoga, sirf pleasure hoga.</w:t>
      </w:r>
      <w:r>
        <w:br/>
      </w:r>
      <w:r>
        <w:rPr>
          <w:sz w:val="20"/>
        </w:rPr>
        <w:t>1:08:21  isi liye jannat mein jab jayenge log, jannat wale, to woh kahenge: "alhamdulillah alladhi adfa'a 'anna al-huzn." allah ka shukr hai ke is ne huzn ko nikaal diya hamari zindagi se.</w:t>
      </w:r>
      <w:r>
        <w:br/>
      </w:r>
      <w:r>
        <w:rPr>
          <w:sz w:val="20"/>
        </w:rPr>
        <w:t>1:08:36  yeh yeh nahi kahenge ke ek aur hi dunya de di rehne ke liye jo is se mukhtalif thi.</w:t>
      </w:r>
      <w:r>
        <w:br/>
      </w:r>
      <w:r>
        <w:rPr>
          <w:sz w:val="20"/>
        </w:rPr>
        <w:t>1:08:41  yeh aise koi quran mein nahi, aisa koi reference hai ke jannat wale yeh kahein ke yeh to doosri dunya hai. bilkul aisa nahi kahenge. woh kahenge: "is dunya mein hum huzn ke saath rehna padta tha.</w:t>
      </w:r>
      <w:r>
        <w:br/>
      </w:r>
      <w:r>
        <w:rPr>
          <w:sz w:val="20"/>
        </w:rPr>
        <w:t>1:08:53  wahan bila huzn ki zindagi hai." huzn ka matlab yeh hai ke har qism ka pain, har qism ki takleef, har qism ka dard, har qism ka displeasure, woh hai huzn.</w:t>
      </w:r>
      <w:r>
        <w:br/>
      </w:r>
      <w:r>
        <w:rPr>
          <w:sz w:val="20"/>
        </w:rPr>
        <w:t>1:09:07  to</w:t>
      </w:r>
      <w:r>
        <w:br/>
      </w:r>
      <w:r>
        <w:rPr>
          <w:sz w:val="20"/>
        </w:rPr>
        <w:t>1:09:08  is dunya mein aap jante hain ke har phool ke saath kanta hai, har masarrat ke saath pareshani hai.</w:t>
      </w:r>
      <w:r>
        <w:br/>
      </w:r>
      <w:r>
        <w:rPr>
          <w:sz w:val="20"/>
        </w:rPr>
        <w:t>1:09:20  isi ka naam dunya hai. to akhirat mein yeh hoga ke allah taala wahan huzn ko nikaal denge. wahan par har cheez perfect hogi, har cheez ideal hogi.</w:t>
      </w:r>
      <w:r>
        <w:br/>
      </w:r>
      <w:r>
        <w:rPr>
          <w:sz w:val="20"/>
        </w:rPr>
        <w:t>1:09:36  isi wajah se wahan par hamein kamil fulfillment milega. woh koi aur okhi dunya nahi hogi, koi koi jinnaaton wali.</w:t>
      </w:r>
      <w:r>
        <w:br/>
      </w:r>
      <w:r>
        <w:rPr>
          <w:sz w:val="20"/>
        </w:rPr>
        <w:t>1:09:48  jo farq jo hoga, woh perfection imperfection ka hoga. perfection imperfection yeh hai imperfect world, woh hai perfect world.</w:t>
      </w:r>
    </w:p>
    <w:p>
      <w:pPr>
        <w:pStyle w:val="Heading2"/>
      </w:pPr>
      <w:r>
        <w:t>Advent of Mahdi and Jesus: physical or conceptual?</w:t>
      </w:r>
    </w:p>
    <w:p>
      <w:r>
        <w:rPr>
          <w:color w:val="666666"/>
          <w:sz w:val="18"/>
        </w:rPr>
        <w:t>Faith &amp; God · Discovery of Modern Age I 10th Feb. 13 · 2m 10s · at 1:00:13 · https://youtu.be/Yp5T0KacY84?t=3613</w:t>
      </w:r>
    </w:p>
    <w:p>
      <w:r>
        <w:rPr>
          <w:i/>
        </w:rPr>
        <w:t>“Please explain about the advent of Mahdi and Jesus (peace be upon them). Are they supposed to come physically or is it a conceptual role in this modern age?”</w:t>
      </w:r>
    </w:p>
    <w:p>
      <w:r>
        <w:rPr>
          <w:sz w:val="20"/>
        </w:rPr>
        <w:t>1:00:13  maulana, agla sawal Delhi se hai Shahnawaz Zafar sahab ka.</w:t>
      </w:r>
      <w:r>
        <w:br/>
      </w:r>
      <w:r>
        <w:rPr>
          <w:sz w:val="20"/>
        </w:rPr>
        <w:t>1:00:19  انہوں نے لکھا ہے: "Please explain about the advent of Mahdi and Isa alaihis salam." Are this suppose</w:t>
      </w:r>
      <w:r>
        <w:br/>
      </w:r>
      <w:r>
        <w:rPr>
          <w:sz w:val="20"/>
        </w:rPr>
        <w:t>1:00:24  to come physically or it is a conceptual role in this modern age? dekhiye, basic baat yeh hai</w:t>
      </w:r>
      <w:r>
        <w:br/>
      </w:r>
      <w:r>
        <w:rPr>
          <w:sz w:val="20"/>
        </w:rPr>
        <w:t>1:00:30  ke aap sari hadithain jo hain padhiye is hisse mein. sari hadithain.</w:t>
      </w:r>
      <w:r>
        <w:br/>
      </w:r>
      <w:r>
        <w:rPr>
          <w:sz w:val="20"/>
        </w:rPr>
        <w:t>1:00:36  kisi bhi hadith mein yeh nahi hai ke koi aadmi aayega to kahega ke main Mahdi</w:t>
      </w:r>
      <w:r>
        <w:br/>
      </w:r>
      <w:r>
        <w:rPr>
          <w:sz w:val="20"/>
        </w:rPr>
        <w:t>1:00:41  hoon, main masih hoon.</w:t>
      </w:r>
      <w:r>
        <w:br/>
      </w:r>
      <w:r>
        <w:rPr>
          <w:sz w:val="20"/>
        </w:rPr>
        <w:t>1:00:47  yeh declare karega.</w:t>
      </w:r>
      <w:r>
        <w:br/>
      </w:r>
      <w:r>
        <w:rPr>
          <w:sz w:val="20"/>
        </w:rPr>
        <w:t>1:00:53  aisa hai hi nahin.</w:t>
      </w:r>
      <w:r>
        <w:br/>
      </w:r>
      <w:r>
        <w:rPr>
          <w:sz w:val="20"/>
        </w:rPr>
        <w:t>1:00:59  jab ke paighambar aata hai to woh declare karta hai ke main masih hoon.</w:t>
      </w:r>
      <w:r>
        <w:br/>
      </w:r>
      <w:r>
        <w:rPr>
          <w:sz w:val="20"/>
        </w:rPr>
        <w:t>1:01:04  "ana nabiyyu wa la kadhib, ana rasool-e-rabb-ul-alameen." to kisi bhi hadith mein jo hadithain is hissay mein</w:t>
      </w:r>
      <w:r>
        <w:br/>
      </w:r>
      <w:r>
        <w:rPr>
          <w:sz w:val="20"/>
        </w:rPr>
        <w:t>1:01:10  aayi hain, is mein yeh baat nahin hai ke aane wala apni zuban se kahega ke main</w:t>
      </w:r>
      <w:r>
        <w:br/>
      </w:r>
      <w:r>
        <w:rPr>
          <w:sz w:val="20"/>
        </w:rPr>
        <w:t>1:01:16  mahdi hoon ya main masih hoon.</w:t>
      </w:r>
      <w:r>
        <w:br/>
      </w:r>
      <w:r>
        <w:rPr>
          <w:sz w:val="20"/>
        </w:rPr>
        <w:t>1:01:21  is se hi apne aap mein baat sabit ho jati hai ke woh ek role hai.</w:t>
      </w:r>
      <w:r>
        <w:br/>
      </w:r>
      <w:r>
        <w:rPr>
          <w:sz w:val="20"/>
        </w:rPr>
        <w:t>1:01:27  woh role hai.</w:t>
      </w:r>
      <w:r>
        <w:br/>
      </w:r>
      <w:r>
        <w:rPr>
          <w:sz w:val="20"/>
        </w:rPr>
        <w:t>1:01:33  yeh to logon ne jinhon ne dawaye kiye hain, woh to main samajhta hoon ke beslay dawaye thay.</w:t>
      </w:r>
      <w:r>
        <w:br/>
      </w:r>
      <w:r>
        <w:rPr>
          <w:sz w:val="20"/>
        </w:rPr>
        <w:t>1:01:38  jinhon ne kaha ke main mahdi hoon, jinhon ne kaha ke main masih hoon, yeh to beslay dawaye thay.</w:t>
      </w:r>
      <w:r>
        <w:br/>
      </w:r>
      <w:r>
        <w:rPr>
          <w:sz w:val="20"/>
        </w:rPr>
        <w:t>1:01:44  yeh kahan se bol rahe hain? woh jab hadithon mein yeh baat aayi nahin ke aane wala dawah</w:t>
      </w:r>
      <w:r>
        <w:br/>
      </w:r>
      <w:r>
        <w:rPr>
          <w:sz w:val="20"/>
        </w:rPr>
        <w:t>1:01:50  karega to aap kahan dawah kar rahe hain? to in hadithon mein kahin bhi yeh nahin hai</w:t>
      </w:r>
      <w:r>
        <w:br/>
      </w:r>
      <w:r>
        <w:rPr>
          <w:sz w:val="20"/>
        </w:rPr>
        <w:t>1:01:55  ke aane wala apni zuban se bolega ke main mahdi hoon, main masih hoon.</w:t>
      </w:r>
      <w:r>
        <w:br/>
      </w:r>
      <w:r>
        <w:rPr>
          <w:sz w:val="20"/>
        </w:rPr>
        <w:t>1:02:01  isi se sabit hota hai ke woh ek role ki baat hai.</w:t>
      </w:r>
      <w:r>
        <w:br/>
      </w:r>
      <w:r>
        <w:rPr>
          <w:sz w:val="20"/>
        </w:rPr>
        <w:t>1:02:07  aur role ka ilm Allah taala ko hai ke Allah ko pata hai kis ne yeh role kiya,</w:t>
      </w:r>
      <w:r>
        <w:br/>
      </w:r>
      <w:r>
        <w:rPr>
          <w:sz w:val="20"/>
        </w:rPr>
        <w:t>1:02:12  kis ne nahin kiya.</w:t>
      </w:r>
      <w:r>
        <w:br/>
      </w:r>
      <w:r>
        <w:rPr>
          <w:sz w:val="20"/>
        </w:rPr>
        <w:t>1:02:18  hum aap is ko determine nahin kar sakte.</w:t>
      </w:r>
    </w:p>
    <w:p>
      <w:pPr>
        <w:pStyle w:val="Heading2"/>
      </w:pPr>
      <w:r>
        <w:t>Answering Criticism of Fear-Based Worship</w:t>
      </w:r>
    </w:p>
    <w:p>
      <w:r>
        <w:rPr>
          <w:color w:val="666666"/>
          <w:sz w:val="18"/>
        </w:rPr>
        <w:t>Faith &amp; God · Q&amp;A 04 DEC 2011 Maulana Wahiduddin Khan · 2m 28s · at 33:20 · https://youtu.be/KIMNmuUZoGo?t=2000</w:t>
      </w:r>
    </w:p>
    <w:p>
      <w:r>
        <w:rPr>
          <w:i/>
        </w:rPr>
        <w:t>“In one of the discussions with my doctor, he said that first impression he got from Quran is that God wants to scare people and threaten man to worship. He gave examples of hell and burning in fire, etc. He said that a man should have loving relationship with God and not the one based on fear. Maulana please guide me for its appropriate answer.”</w:t>
      </w:r>
    </w:p>
    <w:p>
      <w:r>
        <w:rPr>
          <w:sz w:val="20"/>
        </w:rPr>
        <w:t>33:20  ji. maulana agla sawal aaya hai mister zeeshan yusuf ka hyderabad se. unhon ne likha hai: "in one of the discussions with my doctor, he said that first impression he got from quran is that god wants to scare people and threaten man to worship</w:t>
      </w:r>
      <w:r>
        <w:br/>
      </w:r>
      <w:r>
        <w:rPr>
          <w:sz w:val="20"/>
        </w:rPr>
        <w:t>33:44  . he gave examples of hell and burning in fire, etc. he said that a man should have loving relationship with god and not the one based on fear.</w:t>
      </w:r>
      <w:r>
        <w:br/>
      </w:r>
      <w:r>
        <w:rPr>
          <w:sz w:val="20"/>
        </w:rPr>
        <w:t>33:57  maulana please guide me for its appropriate answer."</w:t>
      </w:r>
      <w:r>
        <w:br/>
      </w:r>
      <w:r>
        <w:rPr>
          <w:sz w:val="20"/>
        </w:rPr>
        <w:t>34:03  dekhiye yeh aik cheez ko bure dhang se explain karna hai. masla fear ka ya hell ka nahin hai.</w:t>
      </w:r>
      <w:r>
        <w:br/>
      </w:r>
      <w:r>
        <w:rPr>
          <w:sz w:val="20"/>
        </w:rPr>
        <w:t>34:13  masla yeh hai ke khuda ka takhleeqi mansooba kya hai? creation plan of god kya hai? woh is se juri hui baat hai.</w:t>
      </w:r>
      <w:r>
        <w:br/>
      </w:r>
      <w:r>
        <w:rPr>
          <w:sz w:val="20"/>
        </w:rPr>
        <w:t>34:21  keh khuda ne jab banaya hai duniya ko to yeh testing ground hai.</w:t>
      </w:r>
      <w:r>
        <w:br/>
      </w:r>
      <w:r>
        <w:rPr>
          <w:sz w:val="20"/>
        </w:rPr>
        <w:t>34:30  to khuda select kar raha hai, select. ek selection khuda ki taraf se ho raha hai. kaun is test mein poora hua, kaun poora nahi hua.</w:t>
      </w:r>
      <w:r>
        <w:br/>
      </w:r>
      <w:r>
        <w:rPr>
          <w:sz w:val="20"/>
        </w:rPr>
        <w:t>34:40  jo poora hoga us ke paradise hai, poora nahi woh hell hai is ka. to woh to khuda ne bataya hai.</w:t>
      </w:r>
      <w:r>
        <w:br/>
      </w:r>
      <w:r>
        <w:rPr>
          <w:sz w:val="20"/>
        </w:rPr>
        <w:t>34:47  woh jis ko aap kehte hain keh threat diya hai, threat nahi diya hai. balkeh bataya hai keh kya hai takhleeqi mansooba, kya hone wala hai. to batane ko aap threat keh rahe hain.</w:t>
      </w:r>
      <w:r>
        <w:br/>
      </w:r>
      <w:r>
        <w:rPr>
          <w:sz w:val="20"/>
        </w:rPr>
        <w:t>34:58  ghalat us ko ek bura naam de rahe hain. yaani khuda ne jo cheez bator waqia batayi hai us ko aap keh rahe hain threat.</w:t>
      </w:r>
      <w:r>
        <w:br/>
      </w:r>
      <w:r>
        <w:rPr>
          <w:sz w:val="20"/>
        </w:rPr>
        <w:t>35:07  threat ki baat nahi hai.</w:t>
      </w:r>
      <w:r>
        <w:br/>
      </w:r>
      <w:r>
        <w:rPr>
          <w:sz w:val="20"/>
        </w:rPr>
        <w:t>35:09  agar agar agar aap ko traffic police kahe keh agar ghalat tareeqe se chalaoge gaari gaari to accident ho jayega to kahein threat hua?</w:t>
      </w:r>
      <w:r>
        <w:br/>
      </w:r>
      <w:r>
        <w:rPr>
          <w:sz w:val="20"/>
        </w:rPr>
        <w:t>35:19  agar traffic police wala kahein khada hua hai woh kahe keh tum agar ghalat gaari chaloge to</w:t>
      </w:r>
      <w:r>
        <w:br/>
      </w:r>
      <w:r>
        <w:rPr>
          <w:sz w:val="20"/>
        </w:rPr>
        <w:t>35:29  accident ho jayega, mar jaoge. to threat nahi hai yeh. yeh ek baat hai, us ko bataya us ne. aisi quran mein jo hai woh ek baat hai, woh batayi gayi hai, woh threat ko kehte hain aap us ko.</w:t>
      </w:r>
      <w:r>
        <w:br/>
      </w:r>
      <w:r>
        <w:rPr>
          <w:sz w:val="20"/>
        </w:rPr>
        <w:t>35:39  woh threat nahi hai. simply woh information hai.</w:t>
      </w:r>
    </w:p>
    <w:p>
      <w:pPr>
        <w:pStyle w:val="Heading2"/>
      </w:pPr>
      <w:r>
        <w:t>Answering claim that deeds control God's feelings</w:t>
      </w:r>
    </w:p>
    <w:p>
      <w:r>
        <w:rPr>
          <w:color w:val="666666"/>
          <w:sz w:val="18"/>
        </w:rPr>
        <w:t>Faith &amp; God · Purpose of Human Life February 12, 2012 Maulana Wahiduddin Khan · 3m 05s · at 1:38:57 · https://youtu.be/gRupSXuak-w?t=5937</w:t>
      </w:r>
    </w:p>
    <w:p>
      <w:r>
        <w:rPr>
          <w:i/>
        </w:rPr>
        <w:t>“A person said that "We can control feelings of Allah because of we do good deeds, Allah will become happy. If we do bad deeds, then He will become angry." Maulana Sahib, how can we answer to this question?”</w:t>
      </w:r>
    </w:p>
    <w:p>
      <w:r>
        <w:rPr>
          <w:sz w:val="20"/>
        </w:rPr>
        <w:t>1:38:57  Maulana, agla sawal Andhra Pradesh se aya hai Maulana Abdul Kareem sahib ka</w:t>
      </w:r>
      <w:r>
        <w:br/>
      </w:r>
      <w:r>
        <w:rPr>
          <w:sz w:val="20"/>
        </w:rPr>
        <w:t>1:39:02  . unhon ne poocha hai aap se k a Maulana ek sahib ne farmaya k "we can control feelings of Allah because of we do good deeds, Allah will become happy.</w:t>
      </w:r>
      <w:r>
        <w:br/>
      </w:r>
      <w:r>
        <w:rPr>
          <w:sz w:val="20"/>
        </w:rPr>
        <w:t>1:39:16  if we do bad deeds, then he will become angry." Maulana sahib, how can we answer to this question? kya kya bara</w:t>
      </w:r>
      <w:r>
        <w:br/>
      </w:r>
      <w:r>
        <w:rPr>
          <w:sz w:val="20"/>
        </w:rPr>
        <w:t>1:39:26  sentence mein samjhaya? haan, Maulana woh yeh keh rahe hain k jo Allah taala ki feelings hain, woh hum control kar sakte hain. ek sahib ne un ko kaha: "nahi, kya matlab feelings control kar?</w:t>
      </w:r>
      <w:r>
        <w:br/>
      </w:r>
      <w:r>
        <w:rPr>
          <w:sz w:val="20"/>
        </w:rPr>
        <w:t>1:39:34  kya matlab? kya kya bugwas baat hai yeh? kya matlab control kar sakte hain?" to kuch kuch koi sense nahi banta. aap bataiye, kya sense banta hai?</w:t>
      </w:r>
      <w:r>
        <w:br/>
      </w:r>
      <w:r>
        <w:rPr>
          <w:sz w:val="20"/>
        </w:rPr>
        <w:t>1:39:44  kya sawal hai? mein to samajh nahi raha.</w:t>
      </w:r>
      <w:r>
        <w:br/>
      </w:r>
      <w:r>
        <w:rPr>
          <w:sz w:val="20"/>
        </w:rPr>
        <w:t>1:39:46  Maulana, woh shayad yeh kehna chah</w:t>
      </w:r>
      <w:r>
        <w:br/>
      </w:r>
      <w:r>
        <w:rPr>
          <w:sz w:val="20"/>
        </w:rPr>
        <w:t>1:40:05  sawal ek: humein kya pata hai k hum ne acha kaam kiya hai? woh Allah taala jab is ko acha qarar de, tab woh acha hai. hamare samne acha ho jaye ga.</w:t>
      </w:r>
      <w:r>
        <w:br/>
      </w:r>
      <w:r>
        <w:rPr>
          <w:sz w:val="20"/>
        </w:rPr>
        <w:t>1:40:14  ab mein pani pi raha hoon, dahne haan, dahne hath se. bas samajh lo k bas Khuda khush ho gaya k bhai, aam makan baat ho gayi. yeh Khuda ko pata hai kis kaam par woh khush hoga, kis kaam par na khush hoga.</w:t>
      </w:r>
      <w:r>
        <w:br/>
      </w:r>
      <w:r>
        <w:rPr>
          <w:sz w:val="20"/>
        </w:rPr>
        <w:t>1:40:25  aap ko to yeh pata hai. hmm, yeh to bilkul stupid baat hai. bilkul jo ek aisa karta hai, aadmi woh samajhta hai k us ko us k ikhtiyar mein hai Khuda ko khush karna.</w:t>
      </w:r>
      <w:r>
        <w:br/>
      </w:r>
      <w:r>
        <w:rPr>
          <w:sz w:val="20"/>
        </w:rPr>
        <w:t>1:40:36  Khuda khud jis se jis cheez se khush hoga, jis cheez se naraz hoga, humein kya pata?</w:t>
      </w:r>
      <w:r>
        <w:br/>
      </w:r>
      <w:r>
        <w:rPr>
          <w:sz w:val="20"/>
        </w:rPr>
        <w:t>1:40:44  yaani jo kaam hum karte hain, woh Khuda jis ko qabool kare, tab ja kar woh Khuda ko khush karne wala baney ga.</w:t>
      </w:r>
      <w:r>
        <w:br/>
      </w:r>
      <w:r>
        <w:rPr>
          <w:sz w:val="20"/>
        </w:rPr>
        <w:t>1:40:54  sirf hamare karne se thori ban jaye ga. isi liye saare Sahaba jo thay, aakhir waqt tak fear mein jeete thay. fear mein kya?</w:t>
      </w:r>
      <w:r>
        <w:br/>
      </w:r>
      <w:r>
        <w:rPr>
          <w:sz w:val="20"/>
        </w:rPr>
        <w:t>1:41:03  woh hum ne jo kiya, woh qabool hua k nahi? Allah taala k haan yeh to ek stupid question hai.</w:t>
      </w:r>
    </w:p>
    <w:p>
      <w:pPr>
        <w:pStyle w:val="Heading2"/>
      </w:pPr>
      <w:r>
        <w:t>Are prophets' duas always accepted?</w:t>
      </w:r>
    </w:p>
    <w:p>
      <w:r>
        <w:rPr>
          <w:color w:val="666666"/>
          <w:sz w:val="18"/>
        </w:rPr>
        <w:t>Faith &amp; God · The Character of a Dayee 4 March 2012 - Maulana Wahiduddin Khan · 3m 08s · at 1:24:17 · https://youtu.be/YtavJpVNbEM?t=5057</w:t>
      </w:r>
    </w:p>
    <w:p>
      <w:r>
        <w:rPr>
          <w:i/>
        </w:rPr>
        <w:t>“Is the dua made by prophets always accepted by Allah? Is there any case when Prophet Muhammad asked something in dua, but Allah did not accept it?”</w:t>
      </w:r>
    </w:p>
    <w:p>
      <w:r>
        <w:rPr>
          <w:sz w:val="20"/>
        </w:rPr>
        <w:t>1:24:17  maulana, agla sawal haiderabad se aaya hai misTr zeeshan yusuf ka. unho'n ne aap se poocha hai ke is dua "made by prophets" always accepted by Allah.</w:t>
      </w:r>
      <w:r>
        <w:br/>
      </w:r>
      <w:r>
        <w:rPr>
          <w:sz w:val="20"/>
        </w:rPr>
        <w:t>1:24:29  Is there any case when Prophet Muhammad asked something in dua, but Allah did not accept it?</w:t>
      </w:r>
      <w:r>
        <w:br/>
      </w:r>
      <w:r>
        <w:rPr>
          <w:sz w:val="20"/>
        </w:rPr>
        <w:t>1:24:37  haan, is ki maujood hai. ummat ke liye dua ki thi aap ne,</w:t>
      </w:r>
      <w:r>
        <w:br/>
      </w:r>
      <w:r>
        <w:rPr>
          <w:sz w:val="20"/>
        </w:rPr>
        <w:t>1:24:45  woh Allah taala ne qabool nahi'n ki. khud rasool Allah ne farmaya ke qabool nahi'n hui. kaha ji, To qabool nahi'n hui thi. sab bahmi ikhtilaf hain.</w:t>
      </w:r>
      <w:r>
        <w:br/>
      </w:r>
      <w:r>
        <w:rPr>
          <w:sz w:val="20"/>
        </w:rPr>
        <w:t>1:24:55  bahmi ikhtilaf. rasool Allah sal Allahu alaihi wasallam ne dua ki Allah taala se ke meri ummat mein bahmi ikhtilaf na ho,</w:t>
      </w:r>
      <w:r>
        <w:br/>
      </w:r>
      <w:r>
        <w:rPr>
          <w:sz w:val="20"/>
        </w:rPr>
        <w:t>1:25:05  bahmi ikhtilaf na ho. lamba sajda kiya tha aap ne, To aap ne khud farmaya ke yeh qabool nahi'n hui.</w:t>
      </w:r>
      <w:r>
        <w:br/>
      </w:r>
      <w:r>
        <w:rPr>
          <w:sz w:val="20"/>
        </w:rPr>
        <w:t>1:25:16  To is ka ma'na hai ke jab musalman bahmi ikhtilaf kar ke aapas mein, ya'ni aik doosre ke negative ban jayen, nafraten karen aur buraiyan phailayen, jhoote ilzamat lagayen.</w:t>
      </w:r>
      <w:r>
        <w:br/>
      </w:r>
      <w:r>
        <w:rPr>
          <w:sz w:val="20"/>
        </w:rPr>
        <w:t>1:25:32  dekhen, bahmi ikhtilaf saada baat nahi'n hai.</w:t>
      </w:r>
      <w:r>
        <w:br/>
      </w:r>
      <w:r>
        <w:rPr>
          <w:sz w:val="20"/>
        </w:rPr>
        <w:t>1:25:35  bahmi ikhtilaf ke do ma'ne hain. aik yeh hai jis ko kehte hain "dissent". dissent ya'ni</w:t>
      </w:r>
      <w:r>
        <w:br/>
      </w:r>
      <w:r>
        <w:rPr>
          <w:sz w:val="20"/>
        </w:rPr>
        <w:t>1:25:46  ikhtilafi rai ka izhar. dissent is very good. dissent mein koi kharabi nahi'n hai. D. I. S. S. E. N. T.</w:t>
      </w:r>
      <w:r>
        <w:br/>
      </w:r>
      <w:r>
        <w:rPr>
          <w:sz w:val="20"/>
        </w:rPr>
        <w:t>1:25:56  decent mein koi kharabi nahi hai. woh koi burai nahi hai. woh lekin yeh buri cheez hai ke aap kisi se aap ko ikhtilaf ho to aap us ke dushman ban jayen, us ko badnaam karen, jhoote ilzaam lagayen,</w:t>
      </w:r>
      <w:r>
        <w:br/>
      </w:r>
      <w:r>
        <w:rPr>
          <w:sz w:val="20"/>
        </w:rPr>
        <w:t>1:26:12  us ka character asassinate karen. yeh sab yeh sab buri cheezain hain. to is se Allah Rasool Allah ne dua ki thi ke yeh meri qom is mein na mubtala ho, is burai mein.</w:t>
      </w:r>
      <w:r>
        <w:br/>
      </w:r>
      <w:r>
        <w:rPr>
          <w:sz w:val="20"/>
        </w:rPr>
        <w:t>1:26:21  to dua qabool nahi hui. kyunke agar yeh, agar Allah taala is ummat ko is se, yani</w:t>
      </w:r>
      <w:r>
        <w:br/>
      </w:r>
      <w:r>
        <w:rPr>
          <w:sz w:val="20"/>
        </w:rPr>
        <w:t>1:26:29  is se woh kar de, mehfooz kar de, to un ka imtehan kis cheez mein hoga? un ka test kis cheez mein liya jayega? to test khatam ho jata tha.</w:t>
      </w:r>
      <w:r>
        <w:br/>
      </w:r>
      <w:r>
        <w:rPr>
          <w:sz w:val="20"/>
        </w:rPr>
        <w:t>1:26:39  is liye qabool nahi hui dua. to musalmanon ko bohat ziyada darna chahiye is baat se</w:t>
      </w:r>
      <w:r>
        <w:br/>
      </w:r>
      <w:r>
        <w:rPr>
          <w:sz w:val="20"/>
        </w:rPr>
        <w:t>1:26:48  ke ikhtilaf kar ke jo aaj kal aam hai, aam jahan ikhtilaf hua, foran jhooti baatein phailane lage is ke baray mein.</w:t>
      </w:r>
      <w:r>
        <w:br/>
      </w:r>
      <w:r>
        <w:rPr>
          <w:sz w:val="20"/>
        </w:rPr>
        <w:t>1:26:58  jahan ikhtilaf hua, ilzaam tarashi, aib zani, yeh se shuru kar di. to yeh woh maqam hai jahan</w:t>
      </w:r>
      <w:r>
        <w:br/>
      </w:r>
      <w:r>
        <w:rPr>
          <w:sz w:val="20"/>
        </w:rPr>
        <w:t>1:27:06  aik Allah aur Rasool ka saath dene wale nahi hain. jo is mein mubtala hoga, to us ko Allah aur Rasool ka saath nahi milega. aap ko decent ka haq bilashuba hai, decent ka daleel ke sath.</w:t>
      </w:r>
      <w:r>
        <w:br/>
      </w:r>
      <w:r>
        <w:rPr>
          <w:sz w:val="20"/>
        </w:rPr>
        <w:t>1:27:18  lekin kisi ka character assassination, kisi ki aib zani, kisi ki ilzaam tarashi,</w:t>
      </w:r>
    </w:p>
    <w:p>
      <w:pPr>
        <w:pStyle w:val="Heading2"/>
      </w:pPr>
      <w:r>
        <w:t>Are sins due to weakness in monotheistic faith?</w:t>
      </w:r>
    </w:p>
    <w:p>
      <w:r>
        <w:rPr>
          <w:color w:val="666666"/>
          <w:sz w:val="18"/>
        </w:rPr>
        <w:t>Faith &amp; God · Revival of Faith September 25, 2011 Maulana Wahiduddin Khan · 3m 07s · at 1:12:22 · https://youtu.be/sG_btZMffxg?t=4342</w:t>
      </w:r>
    </w:p>
    <w:p>
      <w:r>
        <w:rPr>
          <w:i/>
        </w:rPr>
        <w:t>“A person cannot enter paradise without proving himself to be a monotheist, but the sins that a person commits, are they due to weakness in faith of monotheism? Please explain.”</w:t>
      </w:r>
    </w:p>
    <w:p>
      <w:r>
        <w:rPr>
          <w:sz w:val="20"/>
        </w:rPr>
        <w:t>1:12:22  mr amir bin yusuf ne karachi pakistan se sawal kiya hai. unhone likha hai: "insan jannat mein apne aap ko tawheed parast hone ke saboot diye baghair nahi ja sakta,</w:t>
      </w:r>
      <w:r>
        <w:br/>
      </w:r>
      <w:r>
        <w:rPr>
          <w:sz w:val="20"/>
        </w:rPr>
        <w:t>1:12:37  magar jo insaan se gunah hote hain, woh kya imaan toheed ki kamzori ki wajah se hote hain? is ke bare mein bataein." mein bas samajhta hoon ke aise aadmi ko bas apni study barhana chahiye.</w:t>
      </w:r>
      <w:r>
        <w:br/>
      </w:r>
      <w:r>
        <w:rPr>
          <w:sz w:val="20"/>
        </w:rPr>
        <w:t>1:12:51  zyada mutala, zyada mutala karne se sari baatein clear hoti hain, aur shaoor barhta hai.</w:t>
      </w:r>
      <w:r>
        <w:br/>
      </w:r>
      <w:r>
        <w:rPr>
          <w:sz w:val="20"/>
        </w:rPr>
        <w:t>1:13:00  jitna shaoor barhega,</w:t>
      </w:r>
      <w:r>
        <w:br/>
      </w:r>
      <w:r>
        <w:rPr>
          <w:sz w:val="20"/>
        </w:rPr>
        <w:t>1:13:02  imaan ki kamzori aik ambiguous term hai. mein samajhta hoon ke aisi cheez hai shaoor ki kami aa jati hai. shaoor ki kami aa jati hai.</w:t>
      </w:r>
      <w:r>
        <w:br/>
      </w:r>
      <w:r>
        <w:rPr>
          <w:sz w:val="20"/>
        </w:rPr>
        <w:t>1:13:11  jab aap zyada study karein ge, zyada parhein ge to aap ka shaoor barhega. jab shaoor barhega to apne aap sab cheezein theek hoti chali jayengi.</w:t>
      </w:r>
      <w:r>
        <w:br/>
      </w:r>
      <w:r>
        <w:rPr>
          <w:sz w:val="20"/>
        </w:rPr>
        <w:t>1:13:21  imaan ki kamzori to aik aik waham term hai. kya matlab is ka hai imaan ki kamzori ka? ji, mr shah imran hasan ne new delhi se sawal kiya hai.</w:t>
      </w:r>
      <w:r>
        <w:br/>
      </w:r>
      <w:r>
        <w:rPr>
          <w:sz w:val="20"/>
        </w:rPr>
        <w:t>1:13:31  unhon ne likha hai: "aap paraye apne speech mein kehte hain ke islam dharm shanti ka sandesh deta hai, magar practically to dharm aadmi ke beech nafrat ki bhavna paida karta hai.</w:t>
      </w:r>
      <w:r>
        <w:br/>
      </w:r>
      <w:r>
        <w:rPr>
          <w:sz w:val="20"/>
        </w:rPr>
        <w:t>1:13:46  jaise mein imran hoon, koi rajesh hai. dharm ne to humein aapas mein baant diya hai. kripya karke spasht karein." naam se batwara nahi hota hai.</w:t>
      </w:r>
      <w:r>
        <w:br/>
      </w:r>
      <w:r>
        <w:rPr>
          <w:sz w:val="20"/>
        </w:rPr>
        <w:t>1:14:02  naam se batwara nahi hota hai. soch se batwara hota hai. soch se logon ki soch mein intolerance hota hai.</w:t>
      </w:r>
      <w:r>
        <w:br/>
      </w:r>
      <w:r>
        <w:rPr>
          <w:sz w:val="20"/>
        </w:rPr>
        <w:t>1:14:12  is se batwara hota hai. ab mein to dekhein, mera naam aik aik arabi naam hai, muslim naam. mein sare insaan se mohabbat karta hoon.</w:t>
      </w:r>
      <w:r>
        <w:br/>
      </w:r>
      <w:r>
        <w:rPr>
          <w:sz w:val="20"/>
        </w:rPr>
        <w:t>1:14:22  mein sach poochhiye, mere dil mein kisi ki nafrat nahi.</w:t>
      </w:r>
      <w:r>
        <w:br/>
      </w:r>
      <w:r>
        <w:rPr>
          <w:sz w:val="20"/>
        </w:rPr>
        <w:t>1:14:27  abhi subah mein kisi ne kaha tha, aaj hi subah ke india ka jo constitution bana to muslim leaderon ke mang par is mein clause rakha gaya ke minority ya majority ke musalmanon ko minority kar diya aur hinduo ko majority.</w:t>
      </w:r>
      <w:r>
        <w:br/>
      </w:r>
      <w:r>
        <w:rPr>
          <w:sz w:val="20"/>
        </w:rPr>
        <w:t>1:14:43  mein ne kaha yeh kya, is ki kya zaroorat thi? koi zaroorat hi nahi. bhai, hum indian hain, bas hum indian hain. hum kyun kahein ke aap log, hum aqalliyat hain?</w:t>
      </w:r>
      <w:r>
        <w:br/>
      </w:r>
      <w:r>
        <w:rPr>
          <w:sz w:val="20"/>
        </w:rPr>
        <w:t>1:14:54  to mein to sochta hi nahi is tareeqe se. agarche mera naam muslim hai, mein aik aik practice muslim hoon. yeh sara mamla soch ka mamla hai, naam ka mamla nahi hai.</w:t>
      </w:r>
      <w:r>
        <w:br/>
      </w:r>
      <w:r>
        <w:rPr>
          <w:sz w:val="20"/>
        </w:rPr>
        <w:t>1:15:06  agar jin logon ke naam eksaan hain, woh aapas mein ladte nahi hain. hindu, hindu aapas mein nahi ladta. muslim, muslim, muslim aapas mein nahi ladte. musalman, musalman aapas mein ladte hain. hindu, hindu aapas mein ladte hain.</w:t>
      </w:r>
      <w:r>
        <w:br/>
      </w:r>
      <w:r>
        <w:rPr>
          <w:sz w:val="20"/>
        </w:rPr>
        <w:t>1:15:15  to naam ka mamla nahi hai, soch ka mamla hai.</w:t>
      </w:r>
      <w:r>
        <w:br/>
      </w:r>
      <w:r>
        <w:rPr>
          <w:sz w:val="20"/>
        </w:rPr>
        <w:t>1:15:19  soch ki satah par aadmi ka agar tolerance ho to bas sab theek rahega.</w:t>
      </w:r>
    </w:p>
    <w:p>
      <w:pPr>
        <w:pStyle w:val="Heading2"/>
      </w:pPr>
      <w:r>
        <w:t>Atheism intellectual or practical state</w:t>
      </w:r>
    </w:p>
    <w:p>
      <w:r>
        <w:rPr>
          <w:color w:val="666666"/>
          <w:sz w:val="18"/>
        </w:rPr>
        <w:t>Faith &amp; God · On Atheism | May 22, 2016 · 2m 24s · at 1:16:36 · https://youtu.be/tzJmfYnSleo?t=4596</w:t>
      </w:r>
    </w:p>
    <w:p>
      <w:r>
        <w:rPr>
          <w:i/>
        </w:rPr>
        <w:t>“Is atheism an intellectual state or a practical one? The common Muslim may be atheist without knowing. What is your comment to this?”</w:t>
      </w:r>
    </w:p>
    <w:p>
      <w:r>
        <w:rPr>
          <w:sz w:val="20"/>
        </w:rPr>
        <w:t>1:16:36  maulana agla sawal jamal bin saad ne kiya hai unhone apni location nahi likhi hai unka</w:t>
      </w:r>
      <w:r>
        <w:br/>
      </w:r>
      <w:r>
        <w:rPr>
          <w:sz w:val="20"/>
        </w:rPr>
        <w:t>1:16:42  سوال ہے کہ Is atheism an intellectual state or a practical one? The common Muslim may be atheist.</w:t>
      </w:r>
      <w:r>
        <w:br/>
      </w:r>
      <w:r>
        <w:rPr>
          <w:sz w:val="20"/>
        </w:rPr>
        <w:t>1:16:48  without knowing. What is your comment to this?</w:t>
      </w:r>
      <w:r>
        <w:br/>
      </w:r>
      <w:r>
        <w:rPr>
          <w:sz w:val="20"/>
        </w:rPr>
        <w:t>1:16:54  کیا پھر سے پڑھیے Is atheism an intellectual state or a practical one? The common Muslim</w:t>
      </w:r>
      <w:r>
        <w:br/>
      </w:r>
      <w:r>
        <w:rPr>
          <w:sz w:val="20"/>
        </w:rPr>
        <w:t>1:17:00  may also be an atheist without knowing it.</w:t>
      </w:r>
      <w:r>
        <w:br/>
      </w:r>
      <w:r>
        <w:rPr>
          <w:sz w:val="20"/>
        </w:rPr>
        <w:t>1:17:06  to mujhe kuch clear nahi hua sawal aap ko clear hai maulana shayad wo yeh farq janna chah</w:t>
      </w:r>
      <w:r>
        <w:br/>
      </w:r>
      <w:r>
        <w:rPr>
          <w:sz w:val="20"/>
        </w:rPr>
        <w:t>1:17:12  rahe hain ke atheism jo hai wo kya ek mental level pe ek understanding ko le ke hai</w:t>
      </w:r>
      <w:r>
        <w:br/>
      </w:r>
      <w:r>
        <w:rPr>
          <w:sz w:val="20"/>
        </w:rPr>
        <w:t>1:17:18  ya practically applied hota hai yeh bhi ho sakta hai ke kai musalman jo believers kehte hon apne</w:t>
      </w:r>
      <w:r>
        <w:br/>
      </w:r>
      <w:r>
        <w:rPr>
          <w:sz w:val="20"/>
        </w:rPr>
        <w:t>1:17:24  ko but wo actually mein atheist hon but they might not be aware about it. dekhiye</w:t>
      </w:r>
      <w:r>
        <w:br/>
      </w:r>
      <w:r>
        <w:rPr>
          <w:sz w:val="20"/>
        </w:rPr>
        <w:t>1:17:30  atheist ki baat nahi hai har cheez jo bhi cheez hai pehle zehan ki satah par aati hai</w:t>
      </w:r>
      <w:r>
        <w:br/>
      </w:r>
      <w:r>
        <w:rPr>
          <w:sz w:val="20"/>
        </w:rPr>
        <w:t>1:17:37  aap khayen khana pani piyen bolen chalen kuch bhi ho pehle aap ko mind sochta hai phir wo</w:t>
      </w:r>
      <w:r>
        <w:br/>
      </w:r>
      <w:r>
        <w:rPr>
          <w:sz w:val="20"/>
        </w:rPr>
        <w:t>1:17:45  practice mein aata hai to atheist bhi pehle mind mein paida hogi phir aap us ko practice mein</w:t>
      </w:r>
      <w:r>
        <w:br/>
      </w:r>
      <w:r>
        <w:rPr>
          <w:sz w:val="20"/>
        </w:rPr>
        <w:t>1:17:52  layenge yeh to bilkul it is but natural is mein to koi do raah nahi hai.</w:t>
      </w:r>
      <w:r>
        <w:br/>
      </w:r>
      <w:r>
        <w:rPr>
          <w:sz w:val="20"/>
        </w:rPr>
        <w:t>1:18:00  Okay so we will end the session now thank you.</w:t>
      </w:r>
    </w:p>
    <w:p>
      <w:pPr>
        <w:pStyle w:val="Heading2"/>
      </w:pPr>
      <w:r>
        <w:t>Attributing Our Achievements Only to God</w:t>
      </w:r>
    </w:p>
    <w:p>
      <w:r>
        <w:rPr>
          <w:color w:val="666666"/>
          <w:sz w:val="18"/>
        </w:rPr>
        <w:t>Faith &amp; God · Study of The Quran November 30, 2014 · 2m 36s · at 1:03:39 · https://youtu.be/x3fcJ2nlDow?t=3819</w:t>
      </w:r>
    </w:p>
    <w:p>
      <w:r>
        <w:rPr>
          <w:i/>
        </w:rPr>
        <w:t>“When we achieve something, what is the way that we can attribute it only to God and not to anything of our own?”</w:t>
      </w:r>
    </w:p>
    <w:p>
      <w:r>
        <w:rPr>
          <w:sz w:val="20"/>
        </w:rPr>
        <w:t>1:03:39  maulana, agla sawal dilli se kiya hai miss naghma siddiqui ne, aur unhon ne aap se poocha hai ke "When we achieve something, what is the way that we can attribute it only to God and not to anything of our own?"</w:t>
      </w:r>
      <w:r>
        <w:br/>
      </w:r>
      <w:r>
        <w:rPr>
          <w:sz w:val="20"/>
        </w:rPr>
        <w:t>1:03:59  dekhiye, objective analysis aap karen kisi cheez ka bhi. to aap yahi tak pahunchenge ke woh cheez jo hai, jo mili hai mujhe, na mere paise se mili hai, na mere effort se mili hai.</w:t>
      </w:r>
      <w:r>
        <w:br/>
      </w:r>
      <w:r>
        <w:rPr>
          <w:sz w:val="20"/>
        </w:rPr>
        <w:t>1:04:14  woh khuda se mili hai. jaise misaal ke taur par dekhiye, yeh pani hai. yeh pani jo hai, aap jante hain ke water tax hum dete hain.</w:t>
      </w:r>
      <w:r>
        <w:br/>
      </w:r>
      <w:r>
        <w:rPr>
          <w:sz w:val="20"/>
        </w:rPr>
        <w:t>1:04:25  nal se pani aata hai.</w:t>
      </w:r>
      <w:r>
        <w:br/>
      </w:r>
      <w:r>
        <w:rPr>
          <w:sz w:val="20"/>
        </w:rPr>
        <w:t>1:04:27  water supply system jo hai, us se. to hum chahte hain ke water supply system hai, woh pani supply kar raha hai. hum ne water tax de kar apne haan tap lagwa liya to hamein pani mil raha hai.</w:t>
      </w:r>
      <w:r>
        <w:br/>
      </w:r>
      <w:r>
        <w:rPr>
          <w:sz w:val="20"/>
        </w:rPr>
        <w:t>1:04:39  to yeh soch bohat superficial soch hai. You have to go to deeper. aur deep pe jaiye ke pani kaise bana?</w:t>
      </w:r>
      <w:r>
        <w:br/>
      </w:r>
      <w:r>
        <w:rPr>
          <w:sz w:val="20"/>
        </w:rPr>
        <w:t>1:04:49  pani jaisi liquid cheez bani kaise?</w:t>
      </w:r>
      <w:r>
        <w:br/>
      </w:r>
      <w:r>
        <w:rPr>
          <w:sz w:val="20"/>
        </w:rPr>
        <w:t>1:04:53  to aap pohnchenge ke do gason ka majmooa hai. phir aap samjhenge ke do cheezen jo gases theen, woh water liquid form kaise aa gayi?</w:t>
      </w:r>
      <w:r>
        <w:br/>
      </w:r>
      <w:r>
        <w:rPr>
          <w:sz w:val="20"/>
        </w:rPr>
        <w:t>1:05:04  ke kya koi insan kar sakta hai aisa? insan to na to gas ko create kar sakta, na gas ko convert kar sakta pani mein.</w:t>
      </w:r>
      <w:r>
        <w:br/>
      </w:r>
      <w:r>
        <w:rPr>
          <w:sz w:val="20"/>
        </w:rPr>
        <w:t>1:05:15  tab shukr hi shukr</w:t>
      </w:r>
      <w:r>
        <w:br/>
      </w:r>
      <w:r>
        <w:rPr>
          <w:sz w:val="20"/>
        </w:rPr>
        <w:t>1:05:16  aayega. to har cheez jo bazahir aap kharidte hain shopping centers se ya ya khud se kahin se aap hasil karte hain, to woh aap deep mein jaiye.</w:t>
      </w:r>
      <w:r>
        <w:br/>
      </w:r>
      <w:r>
        <w:rPr>
          <w:sz w:val="20"/>
        </w:rPr>
        <w:t>1:05:32  deep mein jayenge to maloom hoga ke yeh sab Khuda ki taraf se hai.</w:t>
      </w:r>
      <w:r>
        <w:br/>
      </w:r>
      <w:r>
        <w:rPr>
          <w:sz w:val="20"/>
        </w:rPr>
        <w:t>1:05:36  misalan jo roti hum khate hain, to aap samjhen ke roti to hamein bazaar se khareed liya, gehoon aur chakar se paswa liya, aur cook ne paka diya, paisa de diya hum ne to roti mil gayi.</w:t>
      </w:r>
      <w:r>
        <w:br/>
      </w:r>
      <w:r>
        <w:rPr>
          <w:sz w:val="20"/>
        </w:rPr>
        <w:t>1:05:49  aap aur deep mein jaiye ke kaise is is mitti se, is soil se gehoon ka poda hua. is mein kaise baal aayi, is mein kaise gehoon tha,</w:t>
      </w:r>
      <w:r>
        <w:br/>
      </w:r>
      <w:r>
        <w:rPr>
          <w:sz w:val="20"/>
        </w:rPr>
        <w:t>1:06:03  kaise yeh sab hua.</w:t>
      </w:r>
      <w:r>
        <w:br/>
      </w:r>
      <w:r>
        <w:rPr>
          <w:sz w:val="20"/>
        </w:rPr>
        <w:t>1:06:04  to maloom hoga ke yeh to mere bas mein to kuch hai nahi, yeh to koi aur kar raha hai. tab shukr hi shukr aayega.</w:t>
      </w:r>
    </w:p>
    <w:p>
      <w:pPr>
        <w:pStyle w:val="Heading2"/>
      </w:pPr>
      <w:r>
        <w:t>Becoming son of God</w:t>
      </w:r>
    </w:p>
    <w:p>
      <w:r>
        <w:rPr>
          <w:color w:val="666666"/>
          <w:sz w:val="18"/>
        </w:rPr>
        <w:t>Faith &amp; God · Islam in A New Age March 18, 2012 · 2m 38s · at 1:21:46 · https://youtu.be/P5hzq_NheY0?t=4906</w:t>
      </w:r>
    </w:p>
    <w:p>
      <w:r>
        <w:rPr>
          <w:i/>
        </w:rPr>
        <w:t>“How can I become the son of the great God?”</w:t>
      </w:r>
    </w:p>
    <w:p>
      <w:r>
        <w:rPr>
          <w:sz w:val="20"/>
        </w:rPr>
        <w:t>1:21:46  Maulana, agla sawal dilli se hai, Mr. Ramakant Swami, jinhon ne aap se poocha hai ke How can I become the son of the great God?</w:t>
      </w:r>
      <w:r>
        <w:br/>
      </w:r>
      <w:r>
        <w:rPr>
          <w:sz w:val="20"/>
        </w:rPr>
        <w:t>1:21:57  Son? Son of the great God. Bhai, hum to nahin jante ke aap bete banen Allah ke. Yeh to Christian aqeeda hai. Hum to mante hain ke Allah ki baaton ko man'ne wale banen.</w:t>
      </w:r>
      <w:r>
        <w:br/>
      </w:r>
      <w:r>
        <w:rPr>
          <w:sz w:val="20"/>
        </w:rPr>
        <w:t>1:22:11  Allah ke Son ka yeh Sonship ka jo concept hai, woh to Christian</w:t>
      </w:r>
      <w:r>
        <w:br/>
      </w:r>
      <w:r>
        <w:rPr>
          <w:sz w:val="20"/>
        </w:rPr>
        <w:t>1:22:15  concept hai. Is ko hum nahin nahin mante hum. Is ko hum galat samajhte hain. Allah koi beta nahin. Koi Allah ka baap nahin aur koi Allah ka beta nahin.</w:t>
      </w:r>
      <w:r>
        <w:br/>
      </w:r>
      <w:r>
        <w:rPr>
          <w:sz w:val="20"/>
        </w:rPr>
        <w:t>1:22:27  Hum sab Allah ke creature hain, paida kiye hue hain. Creature hone ke naate hamein Allah ki baaton ko follow karna hai.</w:t>
      </w:r>
      <w:r>
        <w:br/>
      </w:r>
      <w:r>
        <w:rPr>
          <w:sz w:val="20"/>
        </w:rPr>
        <w:t>1:22:36  Yeh hum mante hain ke Sonship ka jo aqeeda hai, woh to Christian aqeeda hai jo Hazrat Masih ka diya hua nahin hai. Yani abhi bhi yeh Hazrat Masih ki jo taraf jo mansoob hai, jo Bible, jo Injeel, us mein abhi bhi yeh baat nahin hai.</w:t>
      </w:r>
      <w:r>
        <w:br/>
      </w:r>
      <w:r>
        <w:rPr>
          <w:sz w:val="20"/>
        </w:rPr>
        <w:t>1:22:51  Yeh to Church ka aqeeda hai. Sach poochhen to yeh Christianity ka bhi nahin hai, Church ka aqeeda hai yeh. Yeh Saint Paul ne nikala. To hum is ko sahi nahin samajhte.</w:t>
      </w:r>
      <w:r>
        <w:br/>
      </w:r>
      <w:r>
        <w:rPr>
          <w:sz w:val="20"/>
        </w:rPr>
        <w:t>1:23:03  Maulana, dilli se Miss Amita Pushpendra ne aap se sawal kiya hai. Woh aap se pooch rahi hain ke Where can we go to find God if we cannot see Him?</w:t>
      </w:r>
      <w:r>
        <w:br/>
      </w:r>
      <w:r>
        <w:rPr>
          <w:sz w:val="20"/>
        </w:rPr>
        <w:t>1:23:17  Kya cheez dekhta hai aadmi? Kuch nahin. Aap dekhte hain aap. Apne baap ko dekhte hain, apni maa ko dekhte hain. Yeh yeh yeh ek bohat khalsi hai, bohat bari.</w:t>
      </w:r>
      <w:r>
        <w:br/>
      </w:r>
      <w:r>
        <w:rPr>
          <w:sz w:val="20"/>
        </w:rPr>
        <w:t>1:23:26  Koi bhi cheez aap dekh nahin sakte. Jo dekhte ho to appearance hota hai.</w:t>
      </w:r>
      <w:r>
        <w:br/>
      </w:r>
      <w:r>
        <w:rPr>
          <w:sz w:val="20"/>
        </w:rPr>
        <w:t>1:23:31  To Allah ke creature ko hum dekhte hain?</w:t>
      </w:r>
      <w:r>
        <w:br/>
      </w:r>
      <w:r>
        <w:rPr>
          <w:sz w:val="20"/>
        </w:rPr>
        <w:t>1:23:37  Jis yani aap bhi apne appearance ko dekhte hain. Apne wajood jo asli hai, aap ka mind, aap ke soul, us ko thori dekhte hain aap? Ya apne maa baap ko aap us ka ek physical appearance ko dekhte hain.</w:t>
      </w:r>
      <w:r>
        <w:br/>
      </w:r>
      <w:r>
        <w:rPr>
          <w:sz w:val="20"/>
        </w:rPr>
        <w:t>1:23:50  Andar jo maa baap hain, woh to dekhte nahin hain aap.</w:t>
      </w:r>
      <w:r>
        <w:br/>
      </w:r>
      <w:r>
        <w:rPr>
          <w:sz w:val="20"/>
        </w:rPr>
        <w:t>1:23:53  To Khuda ka muamla bhi aisa hi hai ke Khuda ke creature ko hum dekhte hain. Khud Khuda ko aap dekhna chahte hain to yeh yeh nigah is is ke liye kafi nahin hai.</w:t>
      </w:r>
      <w:r>
        <w:br/>
      </w:r>
      <w:r>
        <w:rPr>
          <w:sz w:val="20"/>
        </w:rPr>
        <w:t>1:24:04  Woh to akhirat mein hogi, inshallah. Yeh dunya mein jo hamein aqbli hui hai, us mein hum kisi bhi cheez ko nahin dekhte. Sirf appearance ko dekhte hain.</w:t>
      </w:r>
      <w:r>
        <w:br/>
      </w:r>
      <w:r>
        <w:rPr>
          <w:sz w:val="20"/>
        </w:rPr>
        <w:t>1:24:13  Ek kitab hai, us ka naam hai Appearance and Reality. Aap us ko parhiye. Bradley ki Appearance and Reality.</w:t>
      </w:r>
    </w:p>
    <w:p>
      <w:pPr>
        <w:pStyle w:val="Heading2"/>
      </w:pPr>
      <w:r>
        <w:t>Believing in unseen God and angels</w:t>
      </w:r>
    </w:p>
    <w:p>
      <w:r>
        <w:rPr>
          <w:color w:val="666666"/>
          <w:sz w:val="18"/>
        </w:rPr>
        <w:t>Faith &amp; God · Hadith-e-Jibril, April 21, 2013 · 2m 26s · at 1:29:35 · https://youtu.be/0rF6Ou0pDog?t=5375</w:t>
      </w:r>
    </w:p>
    <w:p>
      <w:r>
        <w:rPr>
          <w:i/>
        </w:rPr>
        <w:t>“Among the things you said are necessary for faith, we have not seen God and angels. How can we believe in them?”</w:t>
      </w:r>
    </w:p>
    <w:p>
      <w:r>
        <w:rPr>
          <w:sz w:val="20"/>
        </w:rPr>
        <w:t>1:29:35  is ko parhne ke baad bhi agar koi sawal rehta hai to bataiye. haqeeqat e hajj mein aap is ke bare mein parh lijiye. maulana, agla sawal bhi jamia millia islamia se hai.</w:t>
      </w:r>
      <w:r>
        <w:br/>
      </w:r>
      <w:r>
        <w:rPr>
          <w:sz w:val="20"/>
        </w:rPr>
        <w:t>1:29:48  mus raziya ne kiya</w:t>
      </w:r>
      <w:r>
        <w:br/>
      </w:r>
      <w:r>
        <w:rPr>
          <w:sz w:val="20"/>
        </w:rPr>
        <w:t>1:29:49  hai. unhon ne likha hai maulana jitni cheezon par yaqeen aap ne imaan ke liye zaroori bataya hai un mein se khuda aur farishton ko hum ne nahi dekha.</w:t>
      </w:r>
      <w:r>
        <w:br/>
      </w:r>
      <w:r>
        <w:rPr>
          <w:sz w:val="20"/>
        </w:rPr>
        <w:t>1:30:02  rasoolon ke bare mein bhi quran aur tareekhi kitabon se hi pata chalta hai. phir in sab ki discovery kaise ho? imaan ki discovery se aap ka kya matlab hai?</w:t>
      </w:r>
      <w:r>
        <w:br/>
      </w:r>
      <w:r>
        <w:rPr>
          <w:sz w:val="20"/>
        </w:rPr>
        <w:t>1:30:14  hum to bana dekhe hi in par yaqeen karte hain.</w:t>
      </w:r>
      <w:r>
        <w:br/>
      </w:r>
      <w:r>
        <w:rPr>
          <w:sz w:val="20"/>
        </w:rPr>
        <w:t>1:30:21  dekhiye insaan ko jo dimagh diya gaya hai us ki definition yeh batayi jati hai ke dimagh ke andar</w:t>
      </w:r>
      <w:r>
        <w:br/>
      </w:r>
      <w:r>
        <w:rPr>
          <w:sz w:val="20"/>
        </w:rPr>
        <w:t>1:30:32  conceptual thought ki capacity hai. yaani tasawwurati taur par baat ko samajhna. yeh dimagh ki aala sift yahi hai.</w:t>
      </w:r>
      <w:r>
        <w:br/>
      </w:r>
      <w:r>
        <w:rPr>
          <w:sz w:val="20"/>
        </w:rPr>
        <w:t>1:30:43  ke na dekhe hue, na dekhne ke bawajood dekh dekh sakna. yeh insaan ke dimagh ki sift hai.</w:t>
      </w:r>
      <w:r>
        <w:br/>
      </w:r>
      <w:r>
        <w:rPr>
          <w:sz w:val="20"/>
        </w:rPr>
        <w:t>1:30:51  to conceptual thinking ki jo capacity insaan ke andar hai woh apne aap mein bata rahi hai ke imaan yeh bata rahi hai ke insaan ke andar yeh salahiyat hai ke woh ghaib ko bhi maan sake.</w:t>
      </w:r>
      <w:r>
        <w:br/>
      </w:r>
      <w:r>
        <w:rPr>
          <w:sz w:val="20"/>
        </w:rPr>
        <w:t>1:31:04  ghaib ko bhi maan la sake. aur doosri baat yeh hai ke science ne maujooda daur mein daryaft kiya hai har cheez ghaybi mein hai. aap apni maan ko samajhte hon ke main maan ko dekh rahe hon to aap dekh rahe hi nahi maan ko.</w:t>
      </w:r>
      <w:r>
        <w:br/>
      </w:r>
      <w:r>
        <w:rPr>
          <w:sz w:val="20"/>
        </w:rPr>
        <w:t>1:31:18  aap maan ke external</w:t>
      </w:r>
      <w:r>
        <w:br/>
      </w:r>
      <w:r>
        <w:rPr>
          <w:sz w:val="20"/>
        </w:rPr>
        <w:t>1:31:20  body ko dekh rahe hain. asal maan to us ke andar chupi hui hai. jo aap dikhai nahi deta aap ko. to har cheez har cheez jo hai unseen is daur mein hai.</w:t>
      </w:r>
      <w:r>
        <w:br/>
      </w:r>
      <w:r>
        <w:rPr>
          <w:sz w:val="20"/>
        </w:rPr>
        <w:t>1:31:31  ek kitab hai is ko aap padh lijiye unseen world. addington ki kitab hai unseen world. to us ne bataya ke sari sari cheez hi unseen hai.</w:t>
      </w:r>
      <w:r>
        <w:br/>
      </w:r>
      <w:r>
        <w:rPr>
          <w:sz w:val="20"/>
        </w:rPr>
        <w:t>1:31:41  jis ko insaan samajhta tha ke woh seen hai woh bhi aaj unseen ban chuka hai.</w:t>
      </w:r>
      <w:r>
        <w:br/>
      </w:r>
      <w:r>
        <w:rPr>
          <w:sz w:val="20"/>
        </w:rPr>
        <w:t>1:31:46  to aap dimagh ke andar jo sochne ki taqat hai usi se baaton ko aap jaan paate hain. to wohi islam mein matloob hai.</w:t>
      </w:r>
      <w:r>
        <w:br/>
      </w:r>
      <w:r>
        <w:rPr>
          <w:sz w:val="20"/>
        </w:rPr>
        <w:t>1:31:57  wohi matloob hai insaan mein.</w:t>
      </w:r>
    </w:p>
    <w:p>
      <w:pPr>
        <w:pStyle w:val="Heading2"/>
      </w:pPr>
      <w:r>
        <w:t>Biggest hurdle in discovering God</w:t>
      </w:r>
    </w:p>
    <w:p>
      <w:r>
        <w:rPr>
          <w:color w:val="666666"/>
          <w:sz w:val="18"/>
        </w:rPr>
        <w:t>Faith &amp; God · Discovering God June 30, 2019 Maulana Wahiduddin Khan · 2m 01s · at 37:04 · https://youtu.be/Yt1-eX7XzYU?t=2224</w:t>
      </w:r>
    </w:p>
    <w:p>
      <w:r>
        <w:rPr>
          <w:i/>
        </w:rPr>
        <w:t>“According to you, what is the biggest hurdle for anyone in discovering God?”</w:t>
      </w:r>
    </w:p>
    <w:p>
      <w:r>
        <w:rPr>
          <w:sz w:val="20"/>
        </w:rPr>
        <w:t>37:04  ! ke kya point hai?" muhammad irfan rashidi sahib ne parbhani se likha hai: "maulana sahib, today cps teams from mumbai, nagpur, parbhani, nanded, hyderabad and gulbarga have gathered for a da'wah program at parbhani, and we are watching your sunday program live together." maulana, sawal lena chahenge?</w:t>
      </w:r>
      <w:r>
        <w:br/>
      </w:r>
      <w:r>
        <w:rPr>
          <w:sz w:val="20"/>
        </w:rPr>
        <w:t>37:32  yeh sawal bheja hai ahmedabad se rahat kazmi sahib ne. unhon ne aap se poocha hai ke "according to you, what is the biggest hurdle for anyone in discovering God?"</w:t>
      </w:r>
      <w:r>
        <w:br/>
      </w:r>
      <w:r>
        <w:rPr>
          <w:sz w:val="20"/>
        </w:rPr>
        <w:t>37:51  aap ko mere misaal mein yeh jawab mil chuka hai. aap ne beshumar log paye honge jinhon ne mango khaya hai, lekin shayad ek bhi nahi milegi misaal aap ko ke mango khate hue us ko khushi ki hansi hansi aa gayi hai.</w:t>
      </w:r>
      <w:r>
        <w:br/>
      </w:r>
      <w:r>
        <w:rPr>
          <w:sz w:val="20"/>
        </w:rPr>
        <w:t>38:14  woh mango ke creator ko ek mohabbat bhare khuda ke taur par daryaft kiya, aur us ki aankhon mein khushi ke aansu aa jayen.</w:t>
      </w:r>
      <w:r>
        <w:br/>
      </w:r>
      <w:r>
        <w:rPr>
          <w:sz w:val="20"/>
        </w:rPr>
        <w:t>38:29  to logon ne discover nahi kiya,</w:t>
      </w:r>
      <w:r>
        <w:br/>
      </w:r>
      <w:r>
        <w:rPr>
          <w:sz w:val="20"/>
        </w:rPr>
        <w:t>38:34  khaliq ko discover nahi kiya. unhon ne is liye aisa hua. aap logon ke liye khuda ko discoverable item banaiye.</w:t>
      </w:r>
      <w:r>
        <w:br/>
      </w:r>
      <w:r>
        <w:rPr>
          <w:sz w:val="20"/>
        </w:rPr>
        <w:t>38:48  is ke baad aap dekhen ke har aadmi</w:t>
      </w:r>
      <w:r>
        <w:br/>
      </w:r>
      <w:r>
        <w:rPr>
          <w:sz w:val="20"/>
        </w:rPr>
        <w:t>38:56  mohabbat ka pahad ban jayega.</w:t>
      </w:r>
    </w:p>
    <w:p>
      <w:pPr>
        <w:pStyle w:val="Heading2"/>
      </w:pPr>
      <w:r>
        <w:t>Biggest obstacle to entering Paradise</w:t>
      </w:r>
    </w:p>
    <w:p>
      <w:r>
        <w:rPr>
          <w:color w:val="666666"/>
          <w:sz w:val="18"/>
        </w:rPr>
        <w:t>Faith &amp; God · Discovery of Paradise November 15, 2020 Maulana Wahiduddin Khan · 3m 32s · at 21:33 · https://youtu.be/Ig1kHk5K3zE?t=1293</w:t>
      </w:r>
    </w:p>
    <w:p>
      <w:r>
        <w:rPr>
          <w:i/>
        </w:rPr>
        <w:t>“What is the biggest obstacle to qualifying for Paradise? Please clarify.”</w:t>
      </w:r>
    </w:p>
    <w:p>
      <w:r>
        <w:rPr>
          <w:sz w:val="20"/>
        </w:rPr>
        <w:t>21:33  Maulana, kuch sawal lena chahenge. Yeh sawal bheja hai Lucknow se Yusuf Khan sahab ne. Unhon ne aapse poocha hai ke Maulana sahab, sab se bari rukawat paradise ko qualify karne ki kya hai?</w:t>
      </w:r>
      <w:r>
        <w:br/>
      </w:r>
      <w:r>
        <w:rPr>
          <w:sz w:val="20"/>
        </w:rPr>
        <w:t>21:50  Is ko wazeh karein.</w:t>
      </w:r>
      <w:r>
        <w:br/>
      </w:r>
      <w:r>
        <w:rPr>
          <w:sz w:val="20"/>
        </w:rPr>
        <w:t>21:53  Main sochta hoon ke Alhamdulillah Rabb-ul-Alameen ki daryaft, discovery, is mein jitni kami hogi, utni</w:t>
      </w:r>
      <w:r>
        <w:br/>
      </w:r>
      <w:r>
        <w:rPr>
          <w:sz w:val="20"/>
        </w:rPr>
        <w:t>22:08  daryaft mein kami hogi.</w:t>
      </w:r>
      <w:r>
        <w:br/>
      </w:r>
      <w:r>
        <w:rPr>
          <w:sz w:val="20"/>
        </w:rPr>
        <w:t>22:18  Hamare mission ki poori daud-dhoop is daryaft ke liye hui thi.</w:t>
      </w:r>
      <w:r>
        <w:br/>
      </w:r>
      <w:r>
        <w:rPr>
          <w:sz w:val="20"/>
        </w:rPr>
        <w:t>22:36  Miss Dania Mustafa ne Karachi Pakistan se likha hai: "What a thrilling lecture! You awaken the spirit of discovering God through science in me." Maulana sahab, I have a question.</w:t>
      </w:r>
      <w:r>
        <w:br/>
      </w:r>
      <w:r>
        <w:rPr>
          <w:sz w:val="20"/>
        </w:rPr>
        <w:t>22:52  Maulana sahab, are the divine laws set by Allah in the universe and in ourselves? Is it equal?</w:t>
      </w:r>
      <w:r>
        <w:br/>
      </w:r>
      <w:r>
        <w:rPr>
          <w:sz w:val="20"/>
        </w:rPr>
        <w:t>23:03  Can we base our life on these universal scientific laws?</w:t>
      </w:r>
      <w:r>
        <w:br/>
      </w:r>
      <w:r>
        <w:rPr>
          <w:sz w:val="20"/>
        </w:rPr>
        <w:t>23:12  Chonke! Woh yeh janna chah rahi hain ke jo nature mein aur hamare insano mein jo laws Allah taala ne banaye hain, jis pe jo zindagi chalti hai, kya is ko hum ek jaisa samajh sakte hain aur kya is ko divine revelations ke barabar maan sakte hain?</w:t>
      </w:r>
      <w:r>
        <w:br/>
      </w:r>
      <w:r>
        <w:rPr>
          <w:sz w:val="20"/>
        </w:rPr>
        <w:t>23:37  Main to samajhta hoon ke haan, aisa hi hai aur yeh itna zyada hai ke woh kabhi khatam nahi hoga.</w:t>
      </w:r>
      <w:r>
        <w:br/>
      </w:r>
      <w:r>
        <w:rPr>
          <w:sz w:val="20"/>
        </w:rPr>
        <w:t>23:49  Man aala Allah, man aala Allah, woh kabhi khatam nahi honge.</w:t>
      </w:r>
      <w:r>
        <w:br/>
      </w:r>
      <w:r>
        <w:rPr>
          <w:sz w:val="20"/>
        </w:rPr>
        <w:t>23:57  Isi liye Quran mein hai ke: "Man ba'ad</w:t>
      </w:r>
      <w:r>
        <w:br/>
      </w:r>
      <w:r>
        <w:rPr>
          <w:sz w:val="20"/>
        </w:rPr>
        <w:t>24:12  Kalmatullah."</w:t>
      </w:r>
      <w:r>
        <w:br/>
      </w:r>
      <w:r>
        <w:rPr>
          <w:sz w:val="20"/>
        </w:rPr>
        <w:t>24:16  To yeh to</w:t>
      </w:r>
      <w:r>
        <w:br/>
      </w:r>
      <w:r>
        <w:rPr>
          <w:sz w:val="20"/>
        </w:rPr>
        <w:t>24:20  koi shak nahi ke waqia hai.</w:t>
      </w:r>
      <w:r>
        <w:br/>
      </w:r>
      <w:r>
        <w:rPr>
          <w:sz w:val="20"/>
        </w:rPr>
        <w:t>24:30  maulana, agla comment bheja hai muhammad ammar sahib ne dilli se. unho ne likha hai: "maulana, aap ne bilkul durust farmaya.</w:t>
      </w:r>
      <w:r>
        <w:br/>
      </w:r>
      <w:r>
        <w:rPr>
          <w:sz w:val="20"/>
        </w:rPr>
        <w:t>24:42  allah ki daryaft hi hamare jeene aur marne ka maqsad hona chahiye. yahi raaz-e-hayat hai aur yeh raaz-e-hayat hamein sirf aap hi se seekhne ko mila hai.</w:t>
      </w:r>
      <w:r>
        <w:br/>
      </w:r>
      <w:r>
        <w:rPr>
          <w:sz w:val="20"/>
        </w:rPr>
        <w:t>24:57  inshallah, i will discover allah as much as i can in my entire life.</w:t>
      </w:r>
    </w:p>
    <w:p>
      <w:pPr>
        <w:pStyle w:val="Heading2"/>
      </w:pPr>
      <w:r>
        <w:t>Bringing children back to Islamic faith</w:t>
      </w:r>
    </w:p>
    <w:p>
      <w:r>
        <w:rPr>
          <w:color w:val="666666"/>
          <w:sz w:val="18"/>
        </w:rPr>
        <w:t>Faith &amp; God · Lessons from My Journey to Canada II January 10, 2016 · 2m 13s · at 1:00:35 · https://youtu.be/GHF2Ph3GW7A?t=3635</w:t>
      </w:r>
    </w:p>
    <w:p>
      <w:r>
        <w:rPr>
          <w:i/>
        </w:rPr>
        <w:t>“Many of our children are deviating from Islamic faith. They often react to your arguments and suggestions. How do we bring them to the right path?”</w:t>
      </w:r>
    </w:p>
    <w:p>
      <w:r>
        <w:rPr>
          <w:sz w:val="20"/>
        </w:rPr>
        <w:t>1:00:35  Maulana, agla sawal Orissa se hai Dr. Hamid Hussain sahib ka, aur un ka sawal hai: "Many of</w:t>
      </w:r>
      <w:r>
        <w:br/>
      </w:r>
      <w:r>
        <w:rPr>
          <w:sz w:val="20"/>
        </w:rPr>
        <w:t>1:00:44  aur children are deviating from Islamic faith,</w:t>
      </w:r>
      <w:r>
        <w:br/>
      </w:r>
      <w:r>
        <w:rPr>
          <w:sz w:val="20"/>
        </w:rPr>
        <w:t>1:00:49  They often react to your arguments and suggestions. How do we bring them to the right path?</w:t>
      </w:r>
      <w:r>
        <w:br/>
      </w:r>
      <w:r>
        <w:rPr>
          <w:sz w:val="20"/>
        </w:rPr>
        <w:t>1:00:57  ? Dekhiye, mera jo experience hai, woh yeh hai ke aam taur par hamare haan ulama ka jo</w:t>
      </w:r>
      <w:r>
        <w:br/>
      </w:r>
      <w:r>
        <w:rPr>
          <w:sz w:val="20"/>
        </w:rPr>
        <w:t>1:01:05  Tariqa raha hai, woh do and don't ki zabanen baat kartay rahay hain.</w:t>
      </w:r>
      <w:r>
        <w:br/>
      </w:r>
      <w:r>
        <w:rPr>
          <w:sz w:val="20"/>
        </w:rPr>
        <w:t>1:01:10  Yeh karo, woh na karo, yeh na karo, yeh karo, woh na karo.</w:t>
      </w:r>
      <w:r>
        <w:br/>
      </w:r>
      <w:r>
        <w:rPr>
          <w:sz w:val="20"/>
        </w:rPr>
        <w:t>1:01:15  To woh un ki samajh mein nahi aata.</w:t>
      </w:r>
      <w:r>
        <w:br/>
      </w:r>
      <w:r>
        <w:rPr>
          <w:sz w:val="20"/>
        </w:rPr>
        <w:t>1:01:17  Aaj ka jo youth hai, woh is kay andar to rational thinking hoti hai.</w:t>
      </w:r>
      <w:r>
        <w:br/>
      </w:r>
      <w:r>
        <w:rPr>
          <w:sz w:val="20"/>
        </w:rPr>
        <w:t>1:01:23  جس آدمی کے اندر ریشنل تھنکنگ ہے، وہ do and don't کی زبان اس کے سامنے آتی نہیں۔</w:t>
      </w:r>
      <w:r>
        <w:br/>
      </w:r>
      <w:r>
        <w:rPr>
          <w:sz w:val="20"/>
        </w:rPr>
        <w:t>1:01:31  To yeh sach poochain to language gap ka muamla hai.</w:t>
      </w:r>
      <w:r>
        <w:br/>
      </w:r>
      <w:r>
        <w:rPr>
          <w:sz w:val="20"/>
        </w:rPr>
        <w:t>1:01:35  Aaj ka jo daai hai, agar woh bolay ga woh zaban jo pehlay chalti thi, to is aaj</w:t>
      </w:r>
      <w:r>
        <w:br/>
      </w:r>
      <w:r>
        <w:rPr>
          <w:sz w:val="20"/>
        </w:rPr>
        <w:t>1:01:41  ka insaan samajh mein nahi aye ga.</w:t>
      </w:r>
      <w:r>
        <w:br/>
      </w:r>
      <w:r>
        <w:rPr>
          <w:sz w:val="20"/>
        </w:rPr>
        <w:t>1:01:43  Is ko aap national language in ko</w:t>
      </w:r>
      <w:r>
        <w:br/>
      </w:r>
      <w:r>
        <w:rPr>
          <w:sz w:val="20"/>
        </w:rPr>
        <w:t>1:01:48  batayiye. Baton ko</w:t>
      </w:r>
      <w:r>
        <w:br/>
      </w:r>
      <w:r>
        <w:rPr>
          <w:sz w:val="20"/>
        </w:rPr>
        <w:t>1:01:50  Dekhein, Quran mein aik ayat hai ke: "Kul fil fasal qaul baligha,</w:t>
      </w:r>
      <w:r>
        <w:br/>
      </w:r>
      <w:r>
        <w:rPr>
          <w:sz w:val="20"/>
        </w:rPr>
        <w:t>1:01:59  Kul fil fasal qaul baligha".</w:t>
      </w:r>
      <w:r>
        <w:br/>
      </w:r>
      <w:r>
        <w:rPr>
          <w:sz w:val="20"/>
        </w:rPr>
        <w:t>1:02:01  یعنی ایسی زبان میں بات کرو جو ان کے دل کو ایڈریس کرنے والی ہو، ان کے mind</w:t>
      </w:r>
      <w:r>
        <w:br/>
      </w:r>
      <w:r>
        <w:rPr>
          <w:sz w:val="20"/>
        </w:rPr>
        <w:t>1:02:08  Ko address karnay wali ho.</w:t>
      </w:r>
      <w:r>
        <w:br/>
      </w:r>
      <w:r>
        <w:rPr>
          <w:sz w:val="20"/>
        </w:rPr>
        <w:t>1:02:11  Qaul baligh ke maani hain mind ko address karnay wala kalam.</w:t>
      </w:r>
      <w:r>
        <w:br/>
      </w:r>
      <w:r>
        <w:rPr>
          <w:sz w:val="20"/>
        </w:rPr>
        <w:t>1:02:16  To main samajhta hoon ke mera tajruba to yahi hai ke jab hum aisay zaban mein baat karein</w:t>
      </w:r>
      <w:r>
        <w:br/>
      </w:r>
      <w:r>
        <w:rPr>
          <w:sz w:val="20"/>
        </w:rPr>
        <w:t>1:02:22  جو ان کے mind کو address کرے، تو وہ بہت توجہ سے سنتے ہیں اور اس کو importance</w:t>
      </w:r>
      <w:r>
        <w:br/>
      </w:r>
      <w:r>
        <w:rPr>
          <w:sz w:val="20"/>
        </w:rPr>
        <w:t>1:02:29  detay hain. To agar hum woh zaban bolain,</w:t>
      </w:r>
      <w:r>
        <w:br/>
      </w:r>
      <w:r>
        <w:rPr>
          <w:sz w:val="20"/>
        </w:rPr>
        <w:t>1:02:34  ڈو اور ڈونٹ والی زبان، تو ان کا mind کو ایڈریس نہیں کرے گا، تو وہ react</w:t>
      </w:r>
      <w:r>
        <w:br/>
      </w:r>
      <w:r>
        <w:rPr>
          <w:sz w:val="20"/>
        </w:rPr>
        <w:t>1:02:38  karenge to yeh masla sirf yani mindset ka hai na ke</w:t>
      </w:r>
      <w:r>
        <w:br/>
      </w:r>
      <w:r>
        <w:rPr>
          <w:sz w:val="20"/>
        </w:rPr>
        <w:t>1:02:47  inkar ka case nahi hai</w:t>
      </w:r>
    </w:p>
    <w:p>
      <w:pPr>
        <w:pStyle w:val="Heading2"/>
      </w:pPr>
      <w:r>
        <w:t>Can Intellect Be Used in Religion?</w:t>
      </w:r>
    </w:p>
    <w:p>
      <w:r>
        <w:rPr>
          <w:color w:val="666666"/>
          <w:sz w:val="18"/>
        </w:rPr>
        <w:t>Faith &amp; God · Material Science Vs Spiritual Science 20th May 12 SLOW · 2m 05s · at 1:17:33 · https://youtu.be/qYwFExG7cyM?t=4653</w:t>
      </w:r>
    </w:p>
    <w:p>
      <w:r>
        <w:rPr>
          <w:i/>
        </w:rPr>
        <w:t>“Can intellect be used in religion? Some people quote Ali (may Allah be pleased with him) saying: 'If religion were by intellect, then wiping under the foot would be more appropriate than wiping over it.'”</w:t>
      </w:r>
    </w:p>
    <w:p>
      <w:r>
        <w:rPr>
          <w:sz w:val="20"/>
        </w:rPr>
        <w:t>1:17:33  Maulana, agla sawal hai Umarabad se Maulana Fard Ahmed sahib ka.</w:t>
      </w:r>
      <w:r>
        <w:br/>
      </w:r>
      <w:r>
        <w:rPr>
          <w:sz w:val="20"/>
        </w:rPr>
        <w:t>1:17:39  unhon ne likha hai: "Deen mein aql ka istemal kiya ja sakta hai ya nahi? Kuch log yeh</w:t>
      </w:r>
      <w:r>
        <w:br/>
      </w:r>
      <w:r>
        <w:rPr>
          <w:sz w:val="20"/>
        </w:rPr>
        <w:t>1:17:45  kehte hain ke Hazrat Ali ne farmaya: agar deen aql se hota to paon ke neeche ka masah</w:t>
      </w:r>
      <w:r>
        <w:br/>
      </w:r>
      <w:r>
        <w:rPr>
          <w:sz w:val="20"/>
        </w:rPr>
        <w:t>1:17:51  hota, ooper ka nahi." Is ke baray mein batayen.</w:t>
      </w:r>
      <w:r>
        <w:br/>
      </w:r>
      <w:r>
        <w:rPr>
          <w:sz w:val="20"/>
        </w:rPr>
        <w:t>1:17:57  nahi, woh Hazrat Ali ke qoul ke alag alag mani mein hai.</w:t>
      </w:r>
      <w:r>
        <w:br/>
      </w:r>
      <w:r>
        <w:rPr>
          <w:sz w:val="20"/>
        </w:rPr>
        <w:t>1:18:03  aql to Quran Majeed mein, yani bar bar istemal hua hai.</w:t>
      </w:r>
      <w:r>
        <w:br/>
      </w:r>
      <w:r>
        <w:rPr>
          <w:sz w:val="20"/>
        </w:rPr>
        <w:t>1:18:09  yani, yani aql jo hai, Quran mein bar bar, yani is woh aadmi ko ubhara gaya hai ke</w:t>
      </w:r>
      <w:r>
        <w:br/>
      </w:r>
      <w:r>
        <w:rPr>
          <w:sz w:val="20"/>
        </w:rPr>
        <w:t>1:18:15  woh apni aql ko istemal kare.</w:t>
      </w:r>
      <w:r>
        <w:br/>
      </w:r>
      <w:r>
        <w:rPr>
          <w:sz w:val="20"/>
        </w:rPr>
        <w:t>1:18:21  aap Surah Aal-e-Imran mein parhiye mislan Inna fi khalqi samawati wal ardi wakhtilafi al-layli wal nahari la ayat-il-lil-albab</w:t>
      </w:r>
      <w:r>
        <w:br/>
      </w:r>
      <w:r>
        <w:rPr>
          <w:sz w:val="20"/>
        </w:rPr>
        <w:t>1:18:26  lub mani aql ke Khuda ki takhleeq mein nishaniyan hain.</w:t>
      </w:r>
      <w:r>
        <w:br/>
      </w:r>
      <w:r>
        <w:rPr>
          <w:sz w:val="20"/>
        </w:rPr>
        <w:t>1:18:32  Khuda ki takhleeq mein, yani woh sab kuch hai jo Allah taala ko matloob hai ke aap daryaft karen.</w:t>
      </w:r>
      <w:r>
        <w:br/>
      </w:r>
      <w:r>
        <w:rPr>
          <w:sz w:val="20"/>
        </w:rPr>
        <w:t>1:18:38  magar lub walon ke liye, al-bab ke liye, woh to jagah jagah aisa hai.</w:t>
      </w:r>
      <w:r>
        <w:br/>
      </w:r>
      <w:r>
        <w:rPr>
          <w:sz w:val="20"/>
        </w:rPr>
        <w:t>1:18:44  kahin kahin hajar ka lafz hai ke lub ka lafz hai ke aql ka lafz hai, kahin tadabbur</w:t>
      </w:r>
      <w:r>
        <w:br/>
      </w:r>
      <w:r>
        <w:rPr>
          <w:sz w:val="20"/>
        </w:rPr>
        <w:t>1:18:50  kalafz hai.</w:t>
      </w:r>
      <w:r>
        <w:br/>
      </w:r>
      <w:r>
        <w:rPr>
          <w:sz w:val="20"/>
        </w:rPr>
        <w:t>1:18:56  yeh sab isi liye hai ke aadmi apni aql ko istemal kare.</w:t>
      </w:r>
      <w:r>
        <w:br/>
      </w:r>
      <w:r>
        <w:rPr>
          <w:sz w:val="20"/>
        </w:rPr>
        <w:t>1:19:02  jo log aisa kehte hain, woh to quran ke nafi hain.</w:t>
      </w:r>
      <w:r>
        <w:br/>
      </w:r>
      <w:r>
        <w:rPr>
          <w:sz w:val="20"/>
        </w:rPr>
        <w:t>1:19:08  quran ke nafi hain ke islam mein aql ka dakhal nahi hai.</w:t>
      </w:r>
      <w:r>
        <w:br/>
      </w:r>
      <w:r>
        <w:rPr>
          <w:sz w:val="20"/>
        </w:rPr>
        <w:t>1:19:14  yani quran to kitni sankron aayatein aisi hain jis mein ke kehti hain ke aql ko istemal karo.</w:t>
      </w:r>
      <w:r>
        <w:br/>
      </w:r>
      <w:r>
        <w:rPr>
          <w:sz w:val="20"/>
        </w:rPr>
        <w:t>1:19:20  aql hi se ghaur o fikr hota hai aur ghaur o fikr hi se aadmi bari bari baaton</w:t>
      </w:r>
      <w:r>
        <w:br/>
      </w:r>
      <w:r>
        <w:rPr>
          <w:sz w:val="20"/>
        </w:rPr>
        <w:t>1:19:26  ko daryaft karta hai.</w:t>
      </w:r>
      <w:r>
        <w:br/>
      </w:r>
      <w:r>
        <w:rPr>
          <w:sz w:val="20"/>
        </w:rPr>
        <w:t>1:19:32  to yeh bilkul galat nazariya hai.</w:t>
      </w:r>
    </w:p>
    <w:p>
      <w:pPr>
        <w:pStyle w:val="Heading2"/>
      </w:pPr>
      <w:r>
        <w:t>Can different ways lead to the same God?</w:t>
      </w:r>
    </w:p>
    <w:p>
      <w:r>
        <w:rPr>
          <w:color w:val="666666"/>
          <w:sz w:val="18"/>
        </w:rPr>
        <w:t>Faith &amp; God · Three levels of Realization 4 July 2010 - Maulana Wahiduddin Khan · 3m 49s · at 1:20:34 · https://youtu.be/H-kx5TldzfQ?t=4834</w:t>
      </w:r>
    </w:p>
    <w:p>
      <w:r>
        <w:rPr>
          <w:i/>
        </w:rPr>
        <w:t>“If God is one, can there be different ways to attain Him?”</w:t>
      </w:r>
    </w:p>
    <w:p>
      <w:r>
        <w:rPr>
          <w:sz w:val="20"/>
        </w:rPr>
        <w:t>1:20:34  maulana agla sawal kya hai mister shahnawaz siddiqui ne new dehli se. unhon ne likha hai ke agar ishwar ek hai to kya use paane ke tareeqay alag alag ho sakte hain?</w:t>
      </w:r>
      <w:r>
        <w:br/>
      </w:r>
      <w:r>
        <w:rPr>
          <w:sz w:val="20"/>
        </w:rPr>
        <w:t>1:20:49  nahi nahi, alag alag kaise honge? aap jana hai yahan se kolkata to wahi road chalegi, wahi railway line jayegi, hawa jahaz se woh isi sarukh par jahaz uregah.</w:t>
      </w:r>
      <w:r>
        <w:br/>
      </w:r>
      <w:r>
        <w:rPr>
          <w:sz w:val="20"/>
        </w:rPr>
        <w:t>1:21:00  yani ke idhar daudo tab bhi kolkata aa jaye, idhar jao tab bhi kolkata aa jaye. aise kaise ho sakta hai? yeh to koi baat nahi hai. kolkata ek hi direction mein chalne milega.</w:t>
      </w:r>
      <w:r>
        <w:br/>
      </w:r>
      <w:r>
        <w:rPr>
          <w:sz w:val="20"/>
        </w:rPr>
        <w:t>1:21:14  is liye main nahi manta ke kuch bhi karo, kuch bhi karo, khuda mil jaye tum ko. is ka ek right course hoga, is ka ek right path hoga.</w:t>
      </w:r>
      <w:r>
        <w:br/>
      </w:r>
      <w:r>
        <w:rPr>
          <w:sz w:val="20"/>
        </w:rPr>
        <w:t>1:21:25  woh path jo hai, main ritual nahi manta ke rituals koi aise rituals hain, woh woh path hain, woh ritual karo to mil jayega khuda. nahi, woh thinking thinking par base karta hai, soch soch par base karta hai.</w:t>
      </w:r>
      <w:r>
        <w:br/>
      </w:r>
      <w:r>
        <w:rPr>
          <w:sz w:val="20"/>
        </w:rPr>
        <w:t>1:21:38  right thinking se khuda milega, right thinking, different path se nahi. main nahi manta ke different path pe chalo aur to aakhir mein khuda hi tak pahunch jaoge.</w:t>
      </w:r>
      <w:r>
        <w:br/>
      </w:r>
      <w:r>
        <w:rPr>
          <w:sz w:val="20"/>
        </w:rPr>
        <w:t>1:21:48  yani right thinking agar hogi tum ko, cheezon ko right angle se dekhna, bahut badi baat hai. cheezon ko log bahut kam log aise mujhe mile jo cheezon ko right angle se dekhte hon,</w:t>
      </w:r>
      <w:r>
        <w:br/>
      </w:r>
      <w:r>
        <w:rPr>
          <w:sz w:val="20"/>
        </w:rPr>
        <w:t>1:22:04  right angle se. ya abhi mere paas ek, aaj hi ek aya hai, ek ek sahib ka letter, abhi subah mujhe mila to afghanistan ki ladai ke bare mein maine kaha hai ke yeh ladai jo hai woh jihad nahi hai.</w:t>
      </w:r>
      <w:r>
        <w:br/>
      </w:r>
      <w:r>
        <w:rPr>
          <w:sz w:val="20"/>
        </w:rPr>
        <w:t>1:22:20  to kahein kaise kaise kaise hain? aap jihad kehte hain, woh to sab ulama hain aur islami baatein karte hain.</w:t>
      </w:r>
      <w:r>
        <w:br/>
      </w:r>
      <w:r>
        <w:rPr>
          <w:sz w:val="20"/>
        </w:rPr>
        <w:t>1:22:29  to maine kaha aap right angle se nahi dekh rahe hain,</w:t>
      </w:r>
      <w:r>
        <w:br/>
      </w:r>
      <w:r>
        <w:rPr>
          <w:sz w:val="20"/>
        </w:rPr>
        <w:t>1:22:33  yani hum dekh rahe hain is result ke angle se. woh dekh rahe hain ke unhon ne leaderon ne kya sab bole hain. woh bole the ke hum ko islami nizam qaim karna hai, hum ko islami qanoon nafiz karna hai.</w:t>
      </w:r>
      <w:r>
        <w:br/>
      </w:r>
      <w:r>
        <w:rPr>
          <w:sz w:val="20"/>
        </w:rPr>
        <w:t>1:22:45  is angle se aap dekh rahe hain, un ke shabdon ke angle se. main dekh raha hoon result ke angle se. result to kuch nahi nikal raha, tabahi, tabahi, tabahi, tabahi.</w:t>
      </w:r>
      <w:r>
        <w:br/>
      </w:r>
      <w:r>
        <w:rPr>
          <w:sz w:val="20"/>
        </w:rPr>
        <w:t>1:22:57  to khuda ko bhi paane ke liye woh aankh chahiye jo result, jo sahi angle se cheezon ko dekhe. bahut important baat yeh hai ke right angle se cheezon ko dekhna yeh hai marifat ka sab se bada zariya.</w:t>
      </w:r>
      <w:r>
        <w:br/>
      </w:r>
      <w:r>
        <w:rPr>
          <w:sz w:val="20"/>
        </w:rPr>
        <w:t>1:23:14  agar aap ke andar woh woh ability develop nahi ki hai yeh cheezon ko right angle se dekhne ki to kabhi bhi nahi milega khuda aap ko, kabhi bhi nahi milega.</w:t>
      </w:r>
      <w:r>
        <w:br/>
      </w:r>
      <w:r>
        <w:rPr>
          <w:sz w:val="20"/>
        </w:rPr>
        <w:t>1:23:34  jaise ek bar ek ek park mein ek shayar aur ek chemist do aadmi gaye to wahan phool tha, us mein bahut rang bhi tha, khushbu bhi thi, har cheez thi.</w:t>
      </w:r>
      <w:r>
        <w:br/>
      </w:r>
      <w:r>
        <w:rPr>
          <w:sz w:val="20"/>
        </w:rPr>
        <w:t>1:23:47  to chemist jo tha, us ki chemistry mein sochne laga, "what is the chemistry of this flower?" woh shayar jo tha, us ko us ko ek use mehboob jalwa dikhai de di de de gaya.</w:t>
      </w:r>
      <w:r>
        <w:br/>
      </w:r>
      <w:r>
        <w:rPr>
          <w:sz w:val="20"/>
        </w:rPr>
        <w:t>1:24:01  woh isi is angle se dekhne laga</w:t>
      </w:r>
      <w:r>
        <w:br/>
      </w:r>
      <w:r>
        <w:rPr>
          <w:sz w:val="20"/>
        </w:rPr>
        <w:t>1:24:04  to kisi waqeye ko dekhne ke mukhtalif angle hote hain. to khuda ko paane ke liye zaroori hai ke aap ko woh woh vision mil jaye, woh vision jis mein aap cheezon ko right angle se dekh saken.</w:t>
      </w:r>
      <w:r>
        <w:br/>
      </w:r>
      <w:r>
        <w:rPr>
          <w:sz w:val="20"/>
        </w:rPr>
        <w:t>1:24:18  tab ja kar aap ko sachai milegi, nahi to nahi milegi.</w:t>
      </w:r>
    </w:p>
    <w:p>
      <w:pPr>
        <w:pStyle w:val="Heading2"/>
      </w:pPr>
      <w:r>
        <w:t>Can dua change what is written in destiny?</w:t>
      </w:r>
    </w:p>
    <w:p>
      <w:r>
        <w:rPr>
          <w:color w:val="666666"/>
          <w:sz w:val="18"/>
        </w:rPr>
        <w:t>Faith &amp; God · God Gives in Abundance 13 Oct 2019 - Maulana Wahiduddin Khan · 4m 22s · at 39:35 · https://youtu.be/eC4RaczXBzM?t=2375</w:t>
      </w:r>
    </w:p>
    <w:p>
      <w:r>
        <w:rPr>
          <w:i/>
        </w:rPr>
        <w:t>“Can dua change the things already written by Allah in Al-Lauh Al-Mahfuz? Please clarify. There is a hadith: 'La taruddu al-qada illa al-dua.'”</w:t>
      </w:r>
    </w:p>
    <w:p>
      <w:r>
        <w:rPr>
          <w:sz w:val="20"/>
        </w:rPr>
        <w:t>39:35  mayusi ka koi sawal nahi hai. maulana, sari ummat ke liye yahi ek paigham kafi hai." jazaak allah. ah, muhammad irfan rashidi sahib ne nagpur se likha hai: "maulana sahib, mera take away yeh hai ke humein allah ki rehmat se mayoos nahi hona chahiye." this inspires me a lot.</w:t>
      </w:r>
      <w:r>
        <w:br/>
      </w:r>
      <w:r>
        <w:rPr>
          <w:sz w:val="20"/>
        </w:rPr>
        <w:t>40:01  maulana, agla ah sawal ah islamabad pakistan se muhammad tufail sahib ne bheja hai. unhone aapse poocha hai ke "can dua change the things already written by allah in lauh-e-mehfooz?" is ko wazeh karen.</w:t>
      </w:r>
      <w:r>
        <w:br/>
      </w:r>
      <w:r>
        <w:rPr>
          <w:sz w:val="20"/>
        </w:rPr>
        <w:t>40:23  yeh to dekhiye, hadith mein aata hai ke "la taruddu dua, la tarudda al-qada illa al-dua." la tarudda al-qada illa al-dua.</w:t>
      </w:r>
      <w:r>
        <w:br/>
      </w:r>
      <w:r>
        <w:rPr>
          <w:sz w:val="20"/>
        </w:rPr>
        <w:t>40:39  to yeh to sabit hai, lekin yaad rakhiye ke dua ko genuine hona chahiye. genuine, aap agar dua karen jis tarah aaj kal bad dua hoti hai:</w:t>
      </w:r>
      <w:r>
        <w:br/>
      </w:r>
      <w:r>
        <w:rPr>
          <w:sz w:val="20"/>
        </w:rPr>
        <w:t>40:53  "falan ko halak kar de", aisi dua bilkul qabool nahi hogi, kabhi bhi nahi. aap hazar saal tak dua karte rahiye, kisi ke liye bad dua karen to yeh allah ke scheme ke khilaf hai.</w:t>
      </w:r>
      <w:r>
        <w:br/>
      </w:r>
      <w:r>
        <w:rPr>
          <w:sz w:val="20"/>
        </w:rPr>
        <w:t>41:07  aap is ki hidayat ke liye dua karen, hidayat ke liye to allah ke scheme ke mutabiq hogi. to achi dua qabool hoti hai, buri dua qabool hoti hi nahi.</w:t>
      </w:r>
      <w:r>
        <w:br/>
      </w:r>
      <w:r>
        <w:rPr>
          <w:sz w:val="20"/>
        </w:rPr>
        <w:t>41:18  main apne bachpan se sunta aaya hoon yeh bad dua masjidon mein: "allahum al-kufra al-mushrikeen", lekin aaj tak koi khabar nahi suni ke yeh dua qabool hui hogi.</w:t>
      </w:r>
      <w:r>
        <w:br/>
      </w:r>
      <w:r>
        <w:rPr>
          <w:sz w:val="20"/>
        </w:rPr>
        <w:t>41:33  to dua genuine genuine honi chahiye, tab zaroor qabool hogi. woh</w:t>
      </w:r>
      <w:r>
        <w:br/>
      </w:r>
      <w:r>
        <w:rPr>
          <w:sz w:val="20"/>
        </w:rPr>
        <w:t>41:42  doctor naghma siddiqui ne delhi se likha hai: "i am thankful to god for guiding me to this mission. it is the true islamic mission.</w:t>
      </w:r>
      <w:r>
        <w:br/>
      </w:r>
      <w:r>
        <w:rPr>
          <w:sz w:val="20"/>
        </w:rPr>
        <w:t>41:53  everyday i realize god's hand in guiding me, and i sincerely thank him for it. i will continue to do dawah work till my last breath." bangalore team jo is waqt collectively watch kar rahi hai, unhone comment bheja hai.</w:t>
      </w:r>
      <w:r>
        <w:br/>
      </w:r>
      <w:r>
        <w:rPr>
          <w:sz w:val="20"/>
        </w:rPr>
        <w:t>42:10  unhone likha hai: "maulana, aaj ki class se da'wati kaam ke silsile mein bohat hausla mila, aur humne faisla kiya hai ke hum khalis dawah da'wati kaam karenge.</w:t>
      </w:r>
      <w:r>
        <w:br/>
      </w:r>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Certainty of Paradise by Following Commands</w:t>
      </w:r>
    </w:p>
    <w:p>
      <w:r>
        <w:rPr>
          <w:color w:val="666666"/>
          <w:sz w:val="18"/>
        </w:rPr>
        <w:t>Faith &amp; God · Dars-e-Quran, Chapter 2, Verse 25 | November 19, 2017 | Maulana Wahiduddin Khan · 3m 27s · at 51:12 · https://youtu.be/ctvrG32NCgA?t=3072</w:t>
      </w:r>
    </w:p>
    <w:p>
      <w:r>
        <w:rPr>
          <w:i/>
        </w:rPr>
        <w:t>“How much a man can be sure of his entry to Paradise if he follows the commandments and teachings of Allah and?”</w:t>
      </w:r>
    </w:p>
    <w:p>
      <w:r>
        <w:rPr>
          <w:sz w:val="20"/>
        </w:rPr>
        <w:t>51:12  pane ki talab aur haris paida hoti hai." molana, agla sawal dilli se bheja hai muhammad rehan sahib ne,</w:t>
      </w:r>
      <w:r>
        <w:br/>
      </w:r>
      <w:r>
        <w:rPr>
          <w:sz w:val="20"/>
        </w:rPr>
        <w:t>51:20  جو ایک ریسرچ سکالر ہیں جامعہ ملیہ اسلامیہ یونیورسٹی میں، انہوں نے لکھا ہے: "How much a man</w:t>
      </w:r>
      <w:r>
        <w:br/>
      </w:r>
      <w:r>
        <w:rPr>
          <w:sz w:val="20"/>
        </w:rPr>
        <w:t>51:27  can be sure of his entry to paradise if he follows the commandments and teachings of Allah and</w:t>
      </w:r>
      <w:r>
        <w:br/>
      </w:r>
      <w:r>
        <w:rPr>
          <w:sz w:val="20"/>
        </w:rPr>
        <w:t>51:35  di profit of islam? molana, please advise on this.</w:t>
      </w:r>
      <w:r>
        <w:br/>
      </w:r>
      <w:r>
        <w:rPr>
          <w:sz w:val="20"/>
        </w:rPr>
        <w:t>51:43  dekhiye, aadmi jannat ke bare mein</w:t>
      </w:r>
      <w:r>
        <w:br/>
      </w:r>
      <w:r>
        <w:rPr>
          <w:sz w:val="20"/>
        </w:rPr>
        <w:t>51:51  shor na ho to sab se bara amal yeh hai, yaad rakhiye, allah ke nazdeek yani allah jo</w:t>
      </w:r>
      <w:r>
        <w:br/>
      </w:r>
      <w:r>
        <w:rPr>
          <w:sz w:val="20"/>
        </w:rPr>
        <w:t>52:01  kam, yani har aitbar se perfect hai, allah jo har aitbar se perfect hai, kya aap samajhte hain</w:t>
      </w:r>
      <w:r>
        <w:br/>
      </w:r>
      <w:r>
        <w:rPr>
          <w:sz w:val="20"/>
        </w:rPr>
        <w:t>52:11  ke kisi ke amal ko perfect surat mein dekh sakta hai? woh allah ki nazar</w:t>
      </w:r>
      <w:r>
        <w:br/>
      </w:r>
      <w:r>
        <w:rPr>
          <w:sz w:val="20"/>
        </w:rPr>
        <w:t>52:21  mein koi bhi amal kisi ka perfect ho hi nahi sakta.</w:t>
      </w:r>
      <w:r>
        <w:br/>
      </w:r>
      <w:r>
        <w:rPr>
          <w:sz w:val="20"/>
        </w:rPr>
        <w:t>52:27  is liye yeh yani yeh yeh criteria nahi jo aap ne samajh rahe hain, criteria yeh hai ke</w:t>
      </w:r>
      <w:r>
        <w:br/>
      </w:r>
      <w:r>
        <w:rPr>
          <w:sz w:val="20"/>
        </w:rPr>
        <w:t>52:34  aap ke andar itna izzat ho, itna as the aap criticize ho gaye hon ke samjhein ke main</w:t>
      </w:r>
      <w:r>
        <w:br/>
      </w:r>
      <w:r>
        <w:rPr>
          <w:sz w:val="20"/>
        </w:rPr>
        <w:t>52:40  to kuch nahi kar paya.</w:t>
      </w:r>
      <w:r>
        <w:br/>
      </w:r>
      <w:r>
        <w:rPr>
          <w:sz w:val="20"/>
        </w:rPr>
        <w:t>52:46  allah jo al perfect hai, us ki nazar mein</w:t>
      </w:r>
      <w:r>
        <w:br/>
      </w:r>
      <w:r>
        <w:rPr>
          <w:sz w:val="20"/>
        </w:rPr>
        <w:t>52:53  wohi banda qabil qadar hai jo ehsas izzat ke sath wahan pohnche ke mere pas kya hai, mere</w:t>
      </w:r>
      <w:r>
        <w:br/>
      </w:r>
      <w:r>
        <w:rPr>
          <w:sz w:val="20"/>
        </w:rPr>
        <w:t>52:58  pas kya hai.</w:t>
      </w:r>
      <w:r>
        <w:br/>
      </w:r>
      <w:r>
        <w:rPr>
          <w:sz w:val="20"/>
        </w:rPr>
        <w:t>53:03  main ne ek qissa bataya tha aap logon ko is se pehle ke arab kisara mein ek baddo</w:t>
      </w:r>
      <w:r>
        <w:br/>
      </w:r>
      <w:r>
        <w:rPr>
          <w:sz w:val="20"/>
        </w:rPr>
        <w:t>53:08  ko pani ka chashma mila, us zamane ki baat hai, to bohat bari cheez nazar aai us ko,</w:t>
      </w:r>
      <w:r>
        <w:br/>
      </w:r>
      <w:r>
        <w:rPr>
          <w:sz w:val="20"/>
        </w:rPr>
        <w:t>53:13  pani ka chashma.</w:t>
      </w:r>
      <w:r>
        <w:br/>
      </w:r>
      <w:r>
        <w:rPr>
          <w:sz w:val="20"/>
        </w:rPr>
        <w:t>53:18  to us ne</w:t>
      </w:r>
      <w:r>
        <w:br/>
      </w:r>
      <w:r>
        <w:rPr>
          <w:sz w:val="20"/>
        </w:rPr>
        <w:t>53:23  ek bartan mein pani rakha, kaha ke bhai is ko le jaon ga badshah ke pas, haroon rasheed</w:t>
      </w:r>
      <w:r>
        <w:br/>
      </w:r>
      <w:r>
        <w:rPr>
          <w:sz w:val="20"/>
        </w:rPr>
        <w:t>53:29  ke pas, woh unhein inaam o ikram de ga.</w:t>
      </w:r>
      <w:r>
        <w:br/>
      </w:r>
      <w:r>
        <w:rPr>
          <w:sz w:val="20"/>
        </w:rPr>
        <w:t>53:35  to gaya woh, kis tarah se dakhil hua wahan, woh lekin haroon rasheed ka jo mahal tha, woh</w:t>
      </w:r>
      <w:r>
        <w:br/>
      </w:r>
      <w:r>
        <w:rPr>
          <w:sz w:val="20"/>
        </w:rPr>
        <w:t>53:41  dijla ke kinare tha, dijla bohat bara naddi gangi, jaise ganga hamara hai.</w:t>
      </w:r>
      <w:r>
        <w:br/>
      </w:r>
      <w:r>
        <w:rPr>
          <w:sz w:val="20"/>
        </w:rPr>
        <w:t>53:47  to jab us ne dekha</w:t>
      </w:r>
      <w:r>
        <w:br/>
      </w:r>
      <w:r>
        <w:rPr>
          <w:sz w:val="20"/>
        </w:rPr>
        <w:t>53:54  to is ne socha ke ke is ka mahal to ek bohat bari nadi ke kinare waqe hai,</w:t>
      </w:r>
      <w:r>
        <w:br/>
      </w:r>
      <w:r>
        <w:rPr>
          <w:sz w:val="20"/>
        </w:rPr>
        <w:t>54:01  is ke pas hamare is pani ki kya qeemat hai? to to yeh cheez haroon rasheed ko zyada</w:t>
      </w:r>
      <w:r>
        <w:br/>
      </w:r>
      <w:r>
        <w:rPr>
          <w:sz w:val="20"/>
        </w:rPr>
        <w:t>54:09  yani pasand aayi, aur us ne is ke bartan ko sone dhone se bhar diya.</w:t>
      </w:r>
      <w:r>
        <w:br/>
      </w:r>
      <w:r>
        <w:rPr>
          <w:sz w:val="20"/>
        </w:rPr>
        <w:t>54:16  to yeh kabhi bas chahiye ke aap aisa amal karee</w:t>
      </w:r>
      <w:r>
        <w:br/>
      </w:r>
      <w:r>
        <w:rPr>
          <w:sz w:val="20"/>
        </w:rPr>
        <w:t>54:24  n jo bilkul perfect ho, yeh Allah ke, Allah ke yani Allah ka jo ki jo shan hai,</w:t>
      </w:r>
      <w:r>
        <w:br/>
      </w:r>
      <w:r>
        <w:rPr>
          <w:sz w:val="20"/>
        </w:rPr>
        <w:t>54:31  اس کا جو درجہ ہے، اس کو underestimate کرنا ہے۔</w:t>
      </w:r>
    </w:p>
    <w:p>
      <w:pPr>
        <w:pStyle w:val="Heading2"/>
      </w:pPr>
      <w:r>
        <w:t>Challenge for atheist to find God rationally</w:t>
      </w:r>
    </w:p>
    <w:p>
      <w:r>
        <w:rPr>
          <w:color w:val="666666"/>
          <w:sz w:val="18"/>
        </w:rPr>
        <w:t>Faith &amp; God · On Atheism | May 22, 2016 · 4m 56s · at 1:10:01 · https://youtu.be/tzJmfYnSleo?t=4201</w:t>
      </w:r>
    </w:p>
    <w:p>
      <w:r>
        <w:rPr>
          <w:i/>
        </w:rPr>
        <w:t>“I think the real challenge for an atheist is that he wants to discover God at a rational level and he does not get all the logical answers. What is your opinion?”</w:t>
      </w:r>
    </w:p>
    <w:p>
      <w:r>
        <w:rPr>
          <w:sz w:val="20"/>
        </w:rPr>
        <w:t>1:10:01  maulana agla sawal kya hai mister ajay dravri ne dilli se unho ne likha hai ke maulana ai</w:t>
      </w:r>
      <w:r>
        <w:br/>
      </w:r>
      <w:r>
        <w:rPr>
          <w:sz w:val="20"/>
        </w:rPr>
        <w:t>1:10:08  I think the real challenge for an atheist is that he wants to discover God at a rational level and</w:t>
      </w:r>
      <w:r>
        <w:br/>
      </w:r>
      <w:r>
        <w:rPr>
          <w:sz w:val="20"/>
        </w:rPr>
        <w:t>1:10:14  He does not get all the logical answers.</w:t>
      </w:r>
      <w:r>
        <w:br/>
      </w:r>
      <w:r>
        <w:rPr>
          <w:sz w:val="20"/>
        </w:rPr>
        <w:t>1:10:20  Is it possible to discover God at a logical level?</w:t>
      </w:r>
      <w:r>
        <w:br/>
      </w:r>
      <w:r>
        <w:rPr>
          <w:sz w:val="20"/>
        </w:rPr>
        <w:t>1:10:26  What is your opinion in this? یہ بات صحیح ہے کہ ہم ہر چیز کو ریزن اؤٹ کرتے ہیں۔</w:t>
      </w:r>
      <w:r>
        <w:br/>
      </w:r>
      <w:r>
        <w:rPr>
          <w:sz w:val="20"/>
        </w:rPr>
        <w:t>1:10:33  god ko hum god ke concept ko har cheez ko hum reason out yeh hamara hamara mind jo</w:t>
      </w:r>
      <w:r>
        <w:br/>
      </w:r>
      <w:r>
        <w:rPr>
          <w:sz w:val="20"/>
        </w:rPr>
        <w:t>1:10:41  hai woh by nature har cheez ko reason out karna chahta hai.</w:t>
      </w:r>
      <w:r>
        <w:br/>
      </w:r>
      <w:r>
        <w:rPr>
          <w:sz w:val="20"/>
        </w:rPr>
        <w:t>1:10:49  lekin reason out karne ke principle kya hain? Agar aap yeh janna chahein ke aap apni maan ke bete hain</w:t>
      </w:r>
      <w:r>
        <w:br/>
      </w:r>
      <w:r>
        <w:rPr>
          <w:sz w:val="20"/>
        </w:rPr>
        <w:t>1:10:57  to is ki shart yeh ho ke mujhe dekhna chahiye to kabhi aap dekh payenge ke aap</w:t>
      </w:r>
      <w:r>
        <w:br/>
      </w:r>
      <w:r>
        <w:rPr>
          <w:sz w:val="20"/>
        </w:rPr>
        <w:t>1:11:03  apni maan ke peit se paida hue? Aisi hazaron cheezein hain aaj is zamane mein to aap jante</w:t>
      </w:r>
      <w:r>
        <w:br/>
      </w:r>
      <w:r>
        <w:rPr>
          <w:sz w:val="20"/>
        </w:rPr>
        <w:t>1:11:09  hain ke yeh discovery ho gayi hai ke sub atomic particle hain.</w:t>
      </w:r>
      <w:r>
        <w:br/>
      </w:r>
      <w:r>
        <w:rPr>
          <w:sz w:val="20"/>
        </w:rPr>
        <w:t>1:11:15  sub atomic particle jo hain woh dikhai nahi dete.</w:t>
      </w:r>
      <w:r>
        <w:br/>
      </w:r>
      <w:r>
        <w:rPr>
          <w:sz w:val="20"/>
        </w:rPr>
        <w:t>1:11:21  koi bhi aala is ko aap ko dikha nahi sakta phir</w:t>
      </w:r>
      <w:r>
        <w:br/>
      </w:r>
      <w:r>
        <w:rPr>
          <w:sz w:val="20"/>
        </w:rPr>
        <w:t>1:11:27  bhi aap is ko mante hain.</w:t>
      </w:r>
      <w:r>
        <w:br/>
      </w:r>
      <w:r>
        <w:rPr>
          <w:sz w:val="20"/>
        </w:rPr>
        <w:t>1:11:30  to reason ka is zamane mein concept badal gaya hai.</w:t>
      </w:r>
      <w:r>
        <w:br/>
      </w:r>
      <w:r>
        <w:rPr>
          <w:sz w:val="20"/>
        </w:rPr>
        <w:t>1:11:34  pehlay zamane mein yeh reason ka matlab tha ke aankh se dekhna.</w:t>
      </w:r>
      <w:r>
        <w:br/>
      </w:r>
      <w:r>
        <w:rPr>
          <w:sz w:val="20"/>
        </w:rPr>
        <w:t>1:11:38  ab woh dekhne dikhai nahi koi cheez cheez dikhai nahi deti.</w:t>
      </w:r>
      <w:r>
        <w:br/>
      </w:r>
      <w:r>
        <w:rPr>
          <w:sz w:val="20"/>
        </w:rPr>
        <w:t>1:11:42  is mamle ko aap ko samajhna ho to ek kitab padh lijiye woh hai sir Arthur Eddington ki kitab.</w:t>
      </w:r>
      <w:r>
        <w:br/>
      </w:r>
      <w:r>
        <w:rPr>
          <w:sz w:val="20"/>
        </w:rPr>
        <w:t>1:11:45  is ka naam hai unseen word.</w:t>
      </w:r>
      <w:r>
        <w:br/>
      </w:r>
      <w:r>
        <w:rPr>
          <w:sz w:val="20"/>
        </w:rPr>
        <w:t>1:11:49  unseen word.</w:t>
      </w:r>
      <w:r>
        <w:br/>
      </w:r>
      <w:r>
        <w:rPr>
          <w:sz w:val="20"/>
        </w:rPr>
        <w:t>1:11:53  sirf ek kitab padhna aap ko ka</w:t>
      </w:r>
      <w:r>
        <w:br/>
      </w:r>
      <w:r>
        <w:rPr>
          <w:sz w:val="20"/>
        </w:rPr>
        <w:t>1:11:57  fi ho jayega.</w:t>
      </w:r>
      <w:r>
        <w:br/>
      </w:r>
      <w:r>
        <w:rPr>
          <w:sz w:val="20"/>
        </w:rPr>
        <w:t>1:12:03  maulana ek comment parhna chahenge jo abdul basit umri ne bheja hai doha qatar se aur unhon ne</w:t>
      </w:r>
      <w:r>
        <w:br/>
      </w:r>
      <w:r>
        <w:rPr>
          <w:sz w:val="20"/>
        </w:rPr>
        <w:t>1:12:09  likha hai maulana aap ne jo kaha ke khuda ko manne se aadmi ko ek yaqeen aur umeed</w:t>
      </w:r>
      <w:r>
        <w:br/>
      </w:r>
      <w:r>
        <w:rPr>
          <w:sz w:val="20"/>
        </w:rPr>
        <w:t>1:12:15  milti hai ke jis khuda ne aj mere liye suraj ko nikala wahi kal bhi nikale ga lekin</w:t>
      </w:r>
      <w:r>
        <w:br/>
      </w:r>
      <w:r>
        <w:rPr>
          <w:sz w:val="20"/>
        </w:rPr>
        <w:t>1:12:21  khuda ko na mane to insan ke liye koi sahara nahi woh hairan aur pareshan ki tarah</w:t>
      </w:r>
      <w:r>
        <w:br/>
      </w:r>
      <w:r>
        <w:rPr>
          <w:sz w:val="20"/>
        </w:rPr>
        <w:t>1:12:27  jangal mein bhatakta rahega yeh mere liye khuda ko manne ke liye ek aur daleel hai.</w:t>
      </w:r>
      <w:r>
        <w:br/>
      </w:r>
      <w:r>
        <w:rPr>
          <w:sz w:val="20"/>
        </w:rPr>
        <w:t>1:12:34  maulana ek aur sawal aaya hai aamir jinn mori sahib ka kashmir se woh sawal aj ke topic</w:t>
      </w:r>
      <w:r>
        <w:br/>
      </w:r>
      <w:r>
        <w:rPr>
          <w:sz w:val="20"/>
        </w:rPr>
        <w:t>1:12:42  se nahi hai unhon ne likha hai ke maulana sahib when a team is doing dawah work how</w:t>
      </w:r>
      <w:r>
        <w:br/>
      </w:r>
      <w:r>
        <w:rPr>
          <w:sz w:val="20"/>
        </w:rPr>
        <w:t>1:12:50  important is it that every member of the team</w:t>
      </w:r>
      <w:r>
        <w:br/>
      </w:r>
      <w:r>
        <w:rPr>
          <w:sz w:val="20"/>
        </w:rPr>
        <w:t>1:12:57  should have rules and responsibilities of doing the work how important is it that there has to be</w:t>
      </w:r>
      <w:r>
        <w:br/>
      </w:r>
      <w:r>
        <w:rPr>
          <w:sz w:val="20"/>
        </w:rPr>
        <w:t>1:13:03  a lot of cohesiveness among the team members and if both are equally important then how we can</w:t>
      </w:r>
      <w:r>
        <w:br/>
      </w:r>
      <w:r>
        <w:rPr>
          <w:sz w:val="20"/>
        </w:rPr>
        <w:t>1:13:10  address it if either or both of them are missing.</w:t>
      </w:r>
      <w:r>
        <w:br/>
      </w:r>
      <w:r>
        <w:rPr>
          <w:sz w:val="20"/>
        </w:rPr>
        <w:t>1:13:16  dekhiye dawah jo hai har qatar mein har fard ka kaam hai.</w:t>
      </w:r>
      <w:r>
        <w:br/>
      </w:r>
      <w:r>
        <w:rPr>
          <w:sz w:val="20"/>
        </w:rPr>
        <w:t>1:13:22  dawah har fard ka kaam hai</w:t>
      </w:r>
      <w:r>
        <w:br/>
      </w:r>
      <w:r>
        <w:rPr>
          <w:sz w:val="20"/>
        </w:rPr>
        <w:t>1:13:28  lekin koi bhi kaam aap jante hain organized way pe kiya aata hai to zyada bada result niklta hai.</w:t>
      </w:r>
      <w:r>
        <w:br/>
      </w:r>
      <w:r>
        <w:rPr>
          <w:sz w:val="20"/>
        </w:rPr>
        <w:t>1:13:34  to team kis ek hai dawah akele akele karna ek hai team ki surat mein karna to team</w:t>
      </w:r>
      <w:r>
        <w:br/>
      </w:r>
      <w:r>
        <w:rPr>
          <w:sz w:val="20"/>
        </w:rPr>
        <w:t>1:13:40  ki surat mein karne ke mani hain organized way mein karna aur organized way pe jab karenge</w:t>
      </w:r>
      <w:r>
        <w:br/>
      </w:r>
      <w:r>
        <w:rPr>
          <w:sz w:val="20"/>
        </w:rPr>
        <w:t>1:13:46  to result bohat barh jayega bohat barh jayega.</w:t>
      </w:r>
      <w:r>
        <w:br/>
      </w:r>
      <w:r>
        <w:rPr>
          <w:sz w:val="20"/>
        </w:rPr>
        <w:t>1:13:52  to yeh hai maamla hadith mein jo</w:t>
      </w:r>
      <w:r>
        <w:br/>
      </w:r>
      <w:r>
        <w:rPr>
          <w:sz w:val="20"/>
        </w:rPr>
        <w:t>1:13:58  aata hai ke yadullah al jamaat jamaat ke upar Allah ka hath hai wo yahi hai ke team ki shakal mein jab kaam karoge tum ya organized way mein kaam karoge to result bahut zyada badh jayega baqi farz to har ek ke liye har ek ko anjam dena hai lekin jo aadmi dawah ka kaam kar raha hai agar akela kiya usne to farz to ada ho gaya lekin jitna bada result nikal sakta tha</w:t>
      </w:r>
      <w:r>
        <w:br/>
      </w:r>
      <w:r>
        <w:rPr>
          <w:sz w:val="20"/>
        </w:rPr>
        <w:t>1:14:28  wo nikal nahi nikal payega woh kyunke is ke liye chahiye bohat se sathi acha jo sathi</w:t>
      </w:r>
      <w:r>
        <w:br/>
      </w:r>
      <w:r>
        <w:rPr>
          <w:sz w:val="20"/>
        </w:rPr>
        <w:t>1:14:36  ke liye qeemat deni parti hai sathi ban nahi sakte aap ke sathi jab banenge jab aap</w:t>
      </w:r>
      <w:r>
        <w:br/>
      </w:r>
      <w:r>
        <w:rPr>
          <w:sz w:val="20"/>
        </w:rPr>
        <w:t>1:14:43  ke andar bardasht ho sabr ho khair khwahi ho tolerance ho tab hoga warna warna team banegi</w:t>
      </w:r>
      <w:r>
        <w:br/>
      </w:r>
      <w:r>
        <w:rPr>
          <w:sz w:val="20"/>
        </w:rPr>
        <w:t>1:14:51  nahi to apne</w:t>
      </w:r>
    </w:p>
    <w:p>
      <w:pPr>
        <w:pStyle w:val="Heading2"/>
      </w:pPr>
      <w:r>
        <w:t>Clarification on definition of Islam</w:t>
      </w:r>
    </w:p>
    <w:p>
      <w:r>
        <w:rPr>
          <w:color w:val="666666"/>
          <w:sz w:val="18"/>
        </w:rPr>
        <w:t>Faith &amp; God · Story of the Prophet Yusuf May 11, 2014 Maulana Wahiduddin Khan · 2m 19s · at 1:06:39 · https://youtu.be/2alsBthUWhw?t=3999</w:t>
      </w:r>
    </w:p>
    <w:p>
      <w:r>
        <w:rPr>
          <w:i/>
        </w:rPr>
        <w:t>“Maulana, you have defined Islam in this way: Islam, in terms of its ideology, is based on the religion of Tawheed, and in terms of its methodology, is based on...”</w:t>
      </w:r>
    </w:p>
    <w:p>
      <w:r>
        <w:rPr>
          <w:sz w:val="20"/>
        </w:rPr>
        <w:t>1:06:39  maulana agla sawal bidar karnataka se yunusuddin sahib ne kiya</w:t>
      </w:r>
      <w:r>
        <w:br/>
      </w:r>
      <w:r>
        <w:rPr>
          <w:sz w:val="20"/>
        </w:rPr>
        <w:t>1:06:44  hai unhone likha hai Maulana aap ne Islam ko is tarah define kiya hai ke Islam apne</w:t>
      </w:r>
      <w:r>
        <w:br/>
      </w:r>
      <w:r>
        <w:rPr>
          <w:sz w:val="20"/>
        </w:rPr>
        <w:t>1:06:52  nazariye ke aitbar se buniyad par tauheed deen hai aur apne tareeqa kar ke aitbar se buniyad par</w:t>
      </w:r>
      <w:r>
        <w:br/>
      </w:r>
      <w:r>
        <w:rPr>
          <w:sz w:val="20"/>
        </w:rPr>
        <w:t>1:07:01  aman deen hai is ki thori si mazeed wazahat karein bhai hamari kitabein padhiye yeh to bohat zyada</w:t>
      </w:r>
      <w:r>
        <w:br/>
      </w:r>
      <w:r>
        <w:rPr>
          <w:sz w:val="20"/>
        </w:rPr>
        <w:t>1:07:09  kitabon mein likha hua hai ab yahan kya hum wazahat karein</w:t>
      </w:r>
      <w:r>
        <w:br/>
      </w:r>
      <w:r>
        <w:rPr>
          <w:sz w:val="20"/>
        </w:rPr>
        <w:t>1:07:13  yeh jo baat hai yeh kitabon mein bohat zyada wazeh hai isi mein padhiye</w:t>
      </w:r>
      <w:r>
        <w:br/>
      </w:r>
      <w:r>
        <w:rPr>
          <w:sz w:val="20"/>
        </w:rPr>
        <w:t>1:07:18  ek baar padhein wazeh na ho do baar padhiye teen baar padhiye char baar padhiye panch baar padhiye</w:t>
      </w:r>
      <w:r>
        <w:br/>
      </w:r>
      <w:r>
        <w:rPr>
          <w:sz w:val="20"/>
        </w:rPr>
        <w:t>1:07:24  Maulana Shibli Nomani ko kitab likhni thi Sir al-Ajam to ek kitab hai</w:t>
      </w:r>
      <w:r>
        <w:br/>
      </w:r>
      <w:r>
        <w:rPr>
          <w:sz w:val="20"/>
        </w:rPr>
        <w:t>1:07:29  is ka naam hai ab hayat</w:t>
      </w:r>
      <w:r>
        <w:br/>
      </w:r>
      <w:r>
        <w:rPr>
          <w:sz w:val="20"/>
        </w:rPr>
        <w:t>1:07:32  woh muhammad hussain azad ki woh bhi literary mauzu par woh bhi literary mauzu par hai to maulana shibli nomani ne is kitab ko 14 bar parha ek literary mauzu par 14 bar parha aur akhirat ke mauzu par aap ek hi ek parhte hain ek hi bar aap ghor kijiye aap ab hayat jo kitab hai woh bhi literary mauzu par hai</w:t>
      </w:r>
      <w:r>
        <w:br/>
      </w:r>
      <w:r>
        <w:rPr>
          <w:sz w:val="20"/>
        </w:rPr>
        <w:t>1:07:58  adabi adabi mauzu par hai aur seer ul a'jam bhi adabi mauzu par hai to adabi mauzu ko achhi tarah nibhane ke liye unhon ne is mauzu se muta'alliq ek kitab ko 14 bar parha aur aap sirf ek bar parh kar ke samajhte hain ke parh liya aap ne bar bar parhiye bar bar parhiye to sawal apne aap khatam ho jaye ga okay we will end this session now thank you.</w:t>
      </w:r>
    </w:p>
    <w:p>
      <w:pPr>
        <w:pStyle w:val="Heading2"/>
      </w:pPr>
      <w:r>
        <w:t>Clarification on knowledge of God in Ma'rifat</w:t>
      </w:r>
    </w:p>
    <w:p>
      <w:r>
        <w:rPr>
          <w:color w:val="666666"/>
          <w:sz w:val="18"/>
        </w:rPr>
        <w:t>Faith &amp; God · Purpose of Creation September 28, 2014 · 2m 17s · at 54:26 · https://youtu.be/7M-rzLZzCYw?t=3266</w:t>
      </w:r>
    </w:p>
    <w:p>
      <w:r>
        <w:rPr>
          <w:i/>
        </w:rPr>
        <w:t>“In the book 'Ma'rifat', you wrote that knowledge of God means discovering God's existence at the level of consciousness. Please clarify this a bit.”</w:t>
      </w:r>
    </w:p>
    <w:p>
      <w:r>
        <w:rPr>
          <w:sz w:val="20"/>
        </w:rPr>
        <w:t>54:26  molana dilli se agla sawal kya hai mateen tahir sahib ne aur inhon ne likha hai ke kitab marifat mein aap ne likha hai ke khuda ki marifat yani khuda ke wajood ko shaoor ki satah par daryaft karna is ko thoda wazeh kar dein bhai is ko dobara padhiye toh wazeh ho jayega aap ne shayad kitab ko ek hi baar padha hai</w:t>
      </w:r>
      <w:r>
        <w:br/>
      </w:r>
      <w:r>
        <w:rPr>
          <w:sz w:val="20"/>
        </w:rPr>
        <w:t>54:53  ek baar aur padhiye toh isi kitab hi se wazeh ho jayega aur mazeed aap ko sawal karne ki zaroorat inshallah pesh nahi aayegi molana agla jo comment hai woh khwaja kaleemuddin sahib ne bheja hai pennsylvania usa se inhon ne kuch comments ah ah reference ke taur par diye hain molana aur phir inhon ne comment kiya hai toh hum in ke pehle woh comments padhte hain</w:t>
      </w:r>
      <w:r>
        <w:br/>
      </w:r>
      <w:r>
        <w:rPr>
          <w:sz w:val="20"/>
        </w:rPr>
        <w:t>55:22  inhon ne comments likhe hain ke please see the comments by seekers of the truth hello my name is john and i am seeking knowledge in islam if there is any way shape or form that you could please help me i would greatly appreciate it john prockett california</w:t>
      </w:r>
      <w:r>
        <w:br/>
      </w:r>
      <w:r>
        <w:rPr>
          <w:sz w:val="20"/>
        </w:rPr>
        <w:t>55:48  dusra comment hai dear sir salam i wish to learn more about the quran by reading the translated version in the english language i am 53 years of age and in my community we have many religions i believe it is very important to educate one self in learning about other whether it be studying language or studying religion</w:t>
      </w:r>
      <w:r>
        <w:br/>
      </w:r>
      <w:r>
        <w:rPr>
          <w:sz w:val="20"/>
        </w:rPr>
        <w:t>56:17  michael yates philadelphia molana sahib the hundreds of comments like the ones above we receive who are looking for quran online prove your point in the lecture that muslims should only be disseminating the gods message and nothing else</w:t>
      </w:r>
      <w:r>
        <w:br/>
      </w:r>
      <w:r>
        <w:rPr>
          <w:sz w:val="20"/>
        </w:rPr>
        <w:t>56:40  theek</w:t>
      </w:r>
    </w:p>
    <w:p>
      <w:pPr>
        <w:pStyle w:val="Heading2"/>
      </w:pPr>
      <w:r>
        <w:t>Clarify claim that Islam's system is incomplete</w:t>
      </w:r>
    </w:p>
    <w:p>
      <w:r>
        <w:rPr>
          <w:color w:val="666666"/>
          <w:sz w:val="18"/>
        </w:rPr>
        <w:t>Faith &amp; God · Islam and Politics November 17, 2013 · 2m 10s · at 48:15 · https://youtu.be/LgKA8wg4NPc?t=2895</w:t>
      </w:r>
    </w:p>
    <w:p>
      <w:r>
        <w:rPr>
          <w:i/>
        </w:rPr>
        <w:t>“A person said that Islam's system is not complete, then which system is complete? Maulana, please clarify his mistake.”</w:t>
      </w:r>
    </w:p>
    <w:p>
      <w:r>
        <w:rPr>
          <w:sz w:val="20"/>
        </w:rPr>
        <w:t>48:15  maulana agla sawal tamil nadu se kiya hai maulana iqbal umri ne unhon ne likha hai maulana ek sahab ne kaha ke islam ka nizam mukammal nahi hai to phir konsa nizam mukammal hai maulana is ki ghalati wazeh karen dekhen ye sawal jo hai khud ghalat sawal hai</w:t>
      </w:r>
      <w:r>
        <w:br/>
      </w:r>
      <w:r>
        <w:rPr>
          <w:sz w:val="20"/>
        </w:rPr>
        <w:t>48:40  un ko ye kehna chahiye ke dekhen tum kaise kehte ho jab ke falan ayat se sabit hota hai ye ye sawal hi be be matlab hai meaningless sawal hai</w:t>
      </w:r>
      <w:r>
        <w:br/>
      </w:r>
      <w:r>
        <w:rPr>
          <w:sz w:val="20"/>
        </w:rPr>
        <w:t>48:52  jab ap ye kehte hain ke islam ke ye taabeer durust nahi hai ke islam ek mukammal nizam hai to un ko ye kehna chahiye ke nahi dekho falan ayat mein falan hadith mein aisa bataya gaya hai ye konsa sawal ye konsa sawal hai jo wo kar rahe hain wo koi sir reper is ka hai</w:t>
      </w:r>
      <w:r>
        <w:br/>
      </w:r>
      <w:r>
        <w:rPr>
          <w:sz w:val="20"/>
        </w:rPr>
        <w:t>49:08  koi is ka is sawal ka koi sirper hai ye koi sawal hi nahi hai sawal ye hai ke jab quran ki buniyad par ek shakhs ye keh raha hai ke quran mein kahin bhi ye nahi hai ke iqam dolat al islam nafi shariat al islam aur maujooda zamaney mein kuch log isi ko goal bana liye hain kehte hain ke yahi asal islam hai to aap ko aisa hawala dena chahiye ke haan dekho quran mein maujood hai</w:t>
      </w:r>
      <w:r>
        <w:br/>
      </w:r>
      <w:r>
        <w:rPr>
          <w:sz w:val="20"/>
        </w:rPr>
        <w:t>49:37  ye ye sawal to koi sawal hi nahi hai aise phir sawal kiya jata hai ye sawal hi nahi hai ye na sawal hai na kuch hai ye to ye alfaaz hain jo quran mein hai ke inna kalimatan wa qailun kuch baatein aisi hoti hain jis ke bare mein quran khud batata hai ke inna kalimatan wa qailun yani kuch alfaaz bol raha hai koi mani nahi matlab</w:t>
      </w:r>
      <w:r>
        <w:br/>
      </w:r>
      <w:r>
        <w:rPr>
          <w:sz w:val="20"/>
        </w:rPr>
        <w:t>50:06  admi alfaaz bol raha hai lekin mani nahi matlab jaise main kahoon ke ye ye jo hamara jo haal hai ye haal nahi hai ye hathi hai to alfaaz to meri zuban se nikle hathi hai ghoda hai kuch bhi hum keh sakte hain lekin wo martab to kuch nahi hua is ka</w:t>
      </w:r>
    </w:p>
    <w:p>
      <w:pPr>
        <w:pStyle w:val="Heading2"/>
      </w:pPr>
      <w:r>
        <w:t>Comparison of true Islam with prevalent Islam</w:t>
      </w:r>
    </w:p>
    <w:p>
      <w:r>
        <w:rPr>
          <w:color w:val="666666"/>
          <w:sz w:val="18"/>
        </w:rPr>
        <w:t>Faith &amp; God · The Importance of Wisdom November 4, 2012 · 4m 00s · at 50:01 · https://youtu.be/7e6FvqRSHic?t=3001</w:t>
      </w:r>
    </w:p>
    <w:p>
      <w:r>
        <w:rPr>
          <w:i/>
        </w:rPr>
        <w:t>“Al-Risala presents the Islam of Quran and Sunnah, but the Islam prevalent among Muslims worldwide is either the Islam of virtues or the Islam of issues, because the Islam that Muslims have today includes complaint and protest, it makes other nations rivals and enemies, it has paradise only for oneself and hell for others, it does not endanger paradise despite enmity with humanity. In short, seeing the current state of declining Muslims, it can be said that if paradise...”</w:t>
      </w:r>
    </w:p>
    <w:p>
      <w:r>
        <w:rPr>
          <w:sz w:val="20"/>
        </w:rPr>
        <w:t>50:01  maulana yeh sawal aaya hai karachi pakistan se miss samia latif ka unhone likha hai al risala jis islam ko aaj tamam insaniyat ke samne pesh kar raha hai woh quran aur sunnat wala islam hai magar dunya bhar ke musalmanon mein jo islam raaij hai woh ya to fazail wala islam hai ya masail wala islam hai</w:t>
      </w:r>
      <w:r>
        <w:br/>
      </w:r>
      <w:r>
        <w:rPr>
          <w:sz w:val="20"/>
        </w:rPr>
        <w:t>50:29  kyun ke aaj musalmanon ko jo islam mila hua hai is mein shikayat aur ehtejaj jama ho sakta hai is mein ghair qomon ko apna hreef aur dushman dushman banaya ja sakta hai is mein jannat sirf apne liye aur jahannum doosre ke liye hai is mein insaniyat ke sath dushmani ke bawajood jannat khatre mein nahi parta</w:t>
      </w:r>
      <w:r>
        <w:br/>
      </w:r>
      <w:r>
        <w:rPr>
          <w:sz w:val="20"/>
        </w:rPr>
        <w:t>50:59  al garaz zawal yafta musalmanon ki maujooda halat ko dekhte hue yeh kaha ja sakta hai ke agar jannat mein yahi musalman jayenge to phir jahannum ko khali hona chahiye kyun ke doosre log un se kam bure hain is ke bare mein aap kya kahenge</w:t>
      </w:r>
      <w:r>
        <w:br/>
      </w:r>
      <w:r>
        <w:rPr>
          <w:sz w:val="20"/>
        </w:rPr>
        <w:t>51:21  dekhiye ek hadith hai ke yeh</w:t>
      </w:r>
      <w:r>
        <w:br/>
      </w:r>
      <w:r>
        <w:rPr>
          <w:sz w:val="20"/>
        </w:rPr>
        <w:t>51:28  mashhoor jo kitab hai hadith ki is mein aap dekh sakte hain ke badal islam mughriban wa saud kima bada fatubah lil ghuraba islam jab shuru hua to woh ajnabi tha ajnabi matlab stranger ki tarah tha</w:t>
      </w:r>
      <w:r>
        <w:br/>
      </w:r>
      <w:r>
        <w:rPr>
          <w:sz w:val="20"/>
        </w:rPr>
        <w:t>51:51  islam jab shuru hua to ajnabi tha aur islam dobara ajnabi ho jayega pehle ki tarah to in log woh log mubarakbad ke mustahiq hain jo is baat wale daur mein islam ko dobara pehle wali halat par lane ki koshish karein</w:t>
      </w:r>
      <w:r>
        <w:br/>
      </w:r>
      <w:r>
        <w:rPr>
          <w:sz w:val="20"/>
        </w:rPr>
        <w:t>52:11  to dekhein agar doosron mein bigaad hai to aap yeh sochiye ke hamein itna bara mauqa mil raha hai ke bigaad ke daur mein hum islam ko dobara ahya karein is ko revive karein aur dobara is ko pehle wali halat par lane ki koshish karein to is pehlu ko dekhiye</w:t>
      </w:r>
      <w:r>
        <w:br/>
      </w:r>
      <w:r>
        <w:rPr>
          <w:sz w:val="20"/>
        </w:rPr>
        <w:t>52:34  is pehlu ko</w:t>
      </w:r>
      <w:r>
        <w:br/>
      </w:r>
      <w:r>
        <w:rPr>
          <w:sz w:val="20"/>
        </w:rPr>
        <w:t>52:37  yahi ek pehlu nahi hai muamle ka ke doosron logon ko to bigara gaya hai hadith ke</w:t>
      </w:r>
      <w:r>
        <w:br/>
      </w:r>
      <w:r>
        <w:rPr>
          <w:sz w:val="20"/>
        </w:rPr>
        <w:t>52:43  mutabiq aisa hona hi hona tha kyun ke dekhiye yeh hai</w:t>
      </w:r>
      <w:r>
        <w:br/>
      </w:r>
      <w:r>
        <w:rPr>
          <w:sz w:val="20"/>
        </w:rPr>
        <w:t>52:49  is ka sabab hai woh hai law of generation</w:t>
      </w:r>
      <w:r>
        <w:br/>
      </w:r>
      <w:r>
        <w:rPr>
          <w:sz w:val="20"/>
        </w:rPr>
        <w:t>52:53  law of degeneration</w:t>
      </w:r>
      <w:r>
        <w:br/>
      </w:r>
      <w:r>
        <w:rPr>
          <w:sz w:val="20"/>
        </w:rPr>
        <w:t>52:56  is ka sabab hai law of degeneration yani qanoon zawal</w:t>
      </w:r>
      <w:r>
        <w:br/>
      </w:r>
      <w:r>
        <w:rPr>
          <w:sz w:val="20"/>
        </w:rPr>
        <w:t>53:03  to</w:t>
      </w:r>
      <w:r>
        <w:br/>
      </w:r>
      <w:r>
        <w:rPr>
          <w:sz w:val="20"/>
        </w:rPr>
        <w:t>53:04  yeh hamesha aisa hota hai har qom mein koi musalmanon ka exception nahi hai ke qomein zawal ka shikar hoti hain</w:t>
      </w:r>
      <w:r>
        <w:br/>
      </w:r>
      <w:r>
        <w:rPr>
          <w:sz w:val="20"/>
        </w:rPr>
        <w:t>53:15  baad ke zamane mein har qom par zawal aata hai to musalmanon ka is mamle mein exception nahi hai in mein zawal aaya hai isi ki taraf rasool Allah ne peshgi taur par hamein khabar kar diya tha ab hamara kaam kya hai</w:t>
      </w:r>
      <w:r>
        <w:br/>
      </w:r>
      <w:r>
        <w:rPr>
          <w:sz w:val="20"/>
        </w:rPr>
        <w:t>53:32  Allah ne agar hum ko yeh yeh samajh di hai ke sahi islam kya hai aur zawal yafta islam kya hai to hum ahya ki koshish karein is ko revive karne ki koshish karein aur Allah taala ka jo reward hai us ko hasil karein is tarah mein khwahish se sochna chahiye is mamle mein</w:t>
      </w:r>
    </w:p>
    <w:p>
      <w:pPr>
        <w:pStyle w:val="Heading2"/>
      </w:pPr>
      <w:r>
        <w:t>Condition Without Quran and Hadith Guidance</w:t>
      </w:r>
    </w:p>
    <w:p>
      <w:r>
        <w:rPr>
          <w:color w:val="666666"/>
          <w:sz w:val="18"/>
        </w:rPr>
        <w:t>Faith &amp; God · The Process of Personality Development June 30, 2013 · 2m 06s · at 58:12 · https://youtu.be/CSSFRydcJlo?t=3492</w:t>
      </w:r>
    </w:p>
    <w:p>
      <w:r>
        <w:rPr>
          <w:i/>
        </w:rPr>
        <w:t>“If you did not have guidance from Quran and Hadith, what would have been your condition? And what would be my condition without them?”</w:t>
      </w:r>
    </w:p>
    <w:p>
      <w:r>
        <w:rPr>
          <w:sz w:val="20"/>
        </w:rPr>
        <w:t>58:12  molana, agla sawal hai molana iqbal umri sahab ka, tamil nadu se. unhon ne likha hai: aap ne apne bare mein likha hai ke mein ek fikri hevan, thinking animal hoon.</w:t>
      </w:r>
      <w:r>
        <w:br/>
      </w:r>
      <w:r>
        <w:rPr>
          <w:sz w:val="20"/>
        </w:rPr>
        <w:t>58:25  molana, agar aap ko quran aur hadith rasool se rehnumai na milti to aap jaise insan ka kya haal hota?</w:t>
      </w:r>
      <w:r>
        <w:br/>
      </w:r>
      <w:r>
        <w:rPr>
          <w:sz w:val="20"/>
        </w:rPr>
        <w:t>58:36  mein to apni parhaiyon mein aksar ro ro kar kehta hoon apne aap se ke khuda ya, agar quran na hota, peghambar allah ne na bheja hota to kya hota mera haal?</w:t>
      </w:r>
      <w:r>
        <w:br/>
      </w:r>
      <w:r>
        <w:rPr>
          <w:sz w:val="20"/>
        </w:rPr>
        <w:t>58:55  yaad rakhiye, insan jo hai wa ma utitiya min alimin illa qalil</w:t>
      </w:r>
      <w:r>
        <w:br/>
      </w:r>
      <w:r>
        <w:rPr>
          <w:sz w:val="20"/>
        </w:rPr>
        <w:t>59:00  an insan ke potential bohat zyada hain, lekin sath sath is ke limitations bhi bohat zyada hain. hamein ek ek ek ek basic guidance chahiye.</w:t>
      </w:r>
      <w:r>
        <w:br/>
      </w:r>
      <w:r>
        <w:rPr>
          <w:sz w:val="20"/>
        </w:rPr>
        <w:t>59:14  agar basic guidance hamare paas na ho, ek model chahiye. agar model hamare paas na ho to hum phat jayenge. rasool allah hamare liye model hain, quran hamare liye basic guidance deta hai.</w:t>
      </w:r>
      <w:r>
        <w:br/>
      </w:r>
      <w:r>
        <w:rPr>
          <w:sz w:val="20"/>
        </w:rPr>
        <w:t>59:30  mehaz aql hargiz kafi nahi hai ke aap sachai tak pahunch jayen. kisi bhi insan ke liye, kisi bhi insan ke liye.</w:t>
      </w:r>
      <w:r>
        <w:br/>
      </w:r>
      <w:r>
        <w:rPr>
          <w:sz w:val="20"/>
        </w:rPr>
        <w:t>59:40  khud quran mein rasool allah ki ayat hai ke wa wajadaka zalan fa hada to rasool ke liye bhi zaroori tha ke us ko allah ki hidayat aaye, tab wo paye hidayat ko.</w:t>
      </w:r>
      <w:r>
        <w:br/>
      </w:r>
      <w:r>
        <w:rPr>
          <w:sz w:val="20"/>
        </w:rPr>
        <w:t>59:52  apne aap hi nahi pa lega, wo to koi aur insan kaise pa sakta hai?</w:t>
      </w:r>
      <w:r>
        <w:br/>
      </w:r>
      <w:r>
        <w:rPr>
          <w:sz w:val="20"/>
        </w:rPr>
        <w:t>59:58  to yeh ek haqiqat hai ke insan ko allah ne be panah potential ke sath paida kiya. is ke bawajood us ko zaroorat hai ke us ko allah ki guidance mile aur allah ke rasool ka model mile, tab wo sachai par qaim ho sakta hai.</w:t>
      </w:r>
    </w:p>
    <w:p>
      <w:pPr>
        <w:pStyle w:val="Heading2"/>
      </w:pPr>
      <w:r>
        <w:t>Convincing an atheist of God's existence</w:t>
      </w:r>
    </w:p>
    <w:p>
      <w:r>
        <w:rPr>
          <w:color w:val="666666"/>
          <w:sz w:val="18"/>
        </w:rPr>
        <w:t>Faith &amp; God · Discovering God June 30, 2019 Maulana Wahiduddin Khan · 3m 55s · at 57:44 · https://youtu.be/Yt1-eX7XzYU?t=3464</w:t>
      </w:r>
    </w:p>
    <w:p>
      <w:r>
        <w:rPr>
          <w:i/>
        </w:rPr>
        <w:t>“How can a believer of Allah convince an atheist that there is God?”</w:t>
      </w:r>
    </w:p>
    <w:p>
      <w:r>
        <w:rPr>
          <w:sz w:val="20"/>
        </w:rPr>
        <w:t>57:44  maulana, chandi garh se sawal aaya hai syed ahmed, doctor syed ahmed wajee sahib ka. unhon ne likha hai: "how is a believer of allah, we can convince an atheist that there is god?" is ke bare mein bataein kya kya ke hum ek atheist ko kaise convince kar sakte hain khuda ke bare mein.</w:t>
      </w:r>
      <w:r>
        <w:br/>
      </w:r>
      <w:r>
        <w:rPr>
          <w:sz w:val="20"/>
        </w:rPr>
        <w:t>58:07  is ke bare mein woh aap se janna chahte hain. maine aap ne aaj hi ki bataya hai ke einstein jo tha,</w:t>
      </w:r>
      <w:r>
        <w:br/>
      </w:r>
      <w:r>
        <w:rPr>
          <w:sz w:val="20"/>
        </w:rPr>
        <w:t>58:18  is ke ek dost ka letter chupa hai german zaban mein. is ka tarjuma maine padha english mein. to einstein ke dost ne is ko likha tha ke log samajhte hain ke aap atheist hain,</w:t>
      </w:r>
      <w:r>
        <w:br/>
      </w:r>
      <w:r>
        <w:rPr>
          <w:sz w:val="20"/>
        </w:rPr>
        <w:t>58:37  yani khuda ke munkir.</w:t>
      </w:r>
      <w:r>
        <w:br/>
      </w:r>
      <w:r>
        <w:rPr>
          <w:sz w:val="20"/>
        </w:rPr>
        <w:t>58:41  yeh chupa hua hai yeh khat. to einstein ne is ka jawab diya ke main atheist nahi hoon, main agnostic hoon.</w:t>
      </w:r>
      <w:r>
        <w:br/>
      </w:r>
      <w:r>
        <w:rPr>
          <w:sz w:val="20"/>
        </w:rPr>
        <w:t>58:53  apne yani hand writing mein likha tha, yeh type shuda nahi hai. woh woh jo letter is ka hai, woh hand hand writing mein hai.</w:t>
      </w:r>
      <w:r>
        <w:br/>
      </w:r>
      <w:r>
        <w:rPr>
          <w:sz w:val="20"/>
        </w:rPr>
        <w:t>59:05  agnostic mein hoon. to agnostic ka matlab hai na munkir, na muqarrar, muqarrar na inkar karne wala, na iqrar karne wala.</w:t>
      </w:r>
      <w:r>
        <w:br/>
      </w:r>
      <w:r>
        <w:rPr>
          <w:sz w:val="20"/>
        </w:rPr>
        <w:t>59:20  to in in between to hue. isi liye main kehta hoon ke science ka jo case hai, woh 50-50 ka case hai.</w:t>
      </w:r>
      <w:r>
        <w:br/>
      </w:r>
      <w:r>
        <w:rPr>
          <w:sz w:val="20"/>
        </w:rPr>
        <w:t>59:32  inkar ka case har giz nahi hai.</w:t>
      </w:r>
      <w:r>
        <w:br/>
      </w:r>
      <w:r>
        <w:rPr>
          <w:sz w:val="20"/>
        </w:rPr>
        <w:t>59:37  top boost scientist tha</w:t>
      </w:r>
      <w:r>
        <w:br/>
      </w:r>
      <w:r>
        <w:rPr>
          <w:sz w:val="20"/>
        </w:rPr>
        <w:t>59:43  yeh einstein. ab bataun ke sare yani sare science danon ka yahi case hai, yani</w:t>
      </w:r>
      <w:r>
        <w:br/>
      </w:r>
      <w:r>
        <w:rPr>
          <w:sz w:val="20"/>
        </w:rPr>
        <w:t>59:57  napoleon aur sir james gene se le kar</w:t>
      </w:r>
      <w:r>
        <w:br/>
      </w:r>
      <w:r>
        <w:rPr>
          <w:sz w:val="20"/>
        </w:rPr>
        <w:t>1:00:03  einstein tak.</w:t>
      </w:r>
      <w:r>
        <w:br/>
      </w:r>
      <w:r>
        <w:rPr>
          <w:sz w:val="20"/>
        </w:rPr>
        <w:t>1:00:07  aap gehrai ke sath padhein, log gehrai ke sath padhte nahi, idhar udhar idhar ke sunte hain aur sarap bana lete hain.</w:t>
      </w:r>
      <w:r>
        <w:br/>
      </w:r>
      <w:r>
        <w:rPr>
          <w:sz w:val="20"/>
        </w:rPr>
        <w:t>1:00:17  maine bahut gehrai ke sath padha hai aur meri research yeh hai ke ke science dan ka case har giz har giz inkar khuda ka case nahi hai.</w:t>
      </w:r>
      <w:r>
        <w:br/>
      </w:r>
      <w:r>
        <w:rPr>
          <w:sz w:val="20"/>
        </w:rPr>
        <w:t>1:00:32  woh 50-50 ka case hai.</w:t>
      </w:r>
      <w:r>
        <w:br/>
      </w:r>
      <w:r>
        <w:rPr>
          <w:sz w:val="20"/>
        </w:rPr>
        <w:t>1:00:37  to 50-50 jab case hai to is waqt adha adha woh adha woh</w:t>
      </w:r>
      <w:r>
        <w:br/>
      </w:r>
      <w:r>
        <w:rPr>
          <w:sz w:val="20"/>
        </w:rPr>
        <w:t>1:00:48  manne wale kase.</w:t>
      </w:r>
      <w:r>
        <w:br/>
      </w:r>
      <w:r>
        <w:rPr>
          <w:sz w:val="20"/>
        </w:rPr>
        <w:t>1:00:53  meri kitab jo abhi aaj release hui hai, us ko aap padhiye.</w:t>
      </w:r>
      <w:r>
        <w:br/>
      </w:r>
      <w:r>
        <w:rPr>
          <w:sz w:val="20"/>
        </w:rPr>
        <w:t>1:01:01  baghair padhe bhi rah mat dijiye. log jo hain, baghair padhe bhi rah dete hain.</w:t>
      </w:r>
      <w:r>
        <w:br/>
      </w:r>
      <w:r>
        <w:rPr>
          <w:sz w:val="20"/>
        </w:rPr>
        <w:t>1:01:11  jaise einstein ke dost ne baghair padhe hue yeh keh diya tha ke einstein jo hai, atheist hai, munkir khuda.</w:t>
      </w:r>
      <w:r>
        <w:br/>
      </w:r>
      <w:r>
        <w:rPr>
          <w:sz w:val="20"/>
        </w:rPr>
        <w:t>1:01:23  khat likh diya is ko to is ne jawab mein khat likha ke main atheist nahi hoon, main agnostic hoon, yani main case 50-50 ka case hai.</w:t>
      </w:r>
    </w:p>
    <w:p>
      <w:pPr>
        <w:pStyle w:val="Heading2"/>
      </w:pPr>
      <w:r>
        <w:t>Correcting misconception of Islam by sword</w:t>
      </w:r>
    </w:p>
    <w:p>
      <w:r>
        <w:rPr>
          <w:color w:val="666666"/>
          <w:sz w:val="18"/>
        </w:rPr>
        <w:t>Faith &amp; God · Importance of Patience October 26, 2014 · 3m 10s · at 1:04:59 · https://youtu.be/XdOlp9-fPG0?t=3899</w:t>
      </w:r>
    </w:p>
    <w:p>
      <w:r>
        <w:rPr>
          <w:i/>
        </w:rPr>
        <w:t>“Time and again I come across the question that Islam is a religion which spread with the power of sword from earliest days till current times. My question is: how should we approach this issue so that the wrong ideas among non-Muslims can be rectified?”</w:t>
      </w:r>
    </w:p>
    <w:p>
      <w:r>
        <w:rPr>
          <w:sz w:val="20"/>
        </w:rPr>
        <w:t>1:04:59  Maulana, agla sawal Dilli se aaya hai Miss Anki ka, aur unhone likha hai: "time and again I come across the question that Islam is a religion which spread with the power of sword from earliest days till current times".</w:t>
      </w:r>
      <w:r>
        <w:br/>
      </w:r>
      <w:r>
        <w:rPr>
          <w:sz w:val="20"/>
        </w:rPr>
        <w:t>1:05:18  maulana sahib, mai question is: "how should we approach this issue so that the wrong ideas among non muslims can be rectified"?</w:t>
      </w:r>
      <w:r>
        <w:br/>
      </w:r>
      <w:r>
        <w:rPr>
          <w:sz w:val="20"/>
        </w:rPr>
        <w:t>1:05:30  dekhen, main is par main ne bohat likha hai. yeh islam, yani sword jo hai ya war jo hai, yeh islam ki koi teaching nahi hai.</w:t>
      </w:r>
      <w:r>
        <w:br/>
      </w:r>
      <w:r>
        <w:rPr>
          <w:sz w:val="20"/>
        </w:rPr>
        <w:t>1:05:49  islam ki teaching ka part nahi hai. jaise islam mein hai ke allah ko ek mano, sach bolo, allah ki ibadat karo,</w:t>
      </w:r>
      <w:r>
        <w:br/>
      </w:r>
      <w:r>
        <w:rPr>
          <w:sz w:val="20"/>
        </w:rPr>
        <w:t>1:06:00  yeh islam ki teaching ka part hai. lekin yeh jo war hai, yeh islam ki apni teaching ka part nahi hai.</w:t>
      </w:r>
      <w:r>
        <w:br/>
      </w:r>
      <w:r>
        <w:rPr>
          <w:sz w:val="20"/>
        </w:rPr>
        <w:t>1:06:10  yeh hai is ke peechay age factor. us waqt dunya mein tribal culture tha, aur tribes jo hua karte thay, un mein un ka culture hi tha larna phirna.</w:t>
      </w:r>
      <w:r>
        <w:br/>
      </w:r>
      <w:r>
        <w:rPr>
          <w:sz w:val="20"/>
        </w:rPr>
        <w:t>1:06:23  barabar larte phirte rehte thay. woh</w:t>
      </w:r>
      <w:r>
        <w:br/>
      </w:r>
      <w:r>
        <w:rPr>
          <w:sz w:val="20"/>
        </w:rPr>
        <w:t>1:06:26  jahan jahan bhi tribal culture tha, har jagah bas larna phirna, larna phirna. is wajah se jab un ke haan ek rasool allah salallaho alaihi wasallam ne ek ek tauheed ka baat kahi to woh us ko ek nai baat lagi,</w:t>
      </w:r>
      <w:r>
        <w:br/>
      </w:r>
      <w:r>
        <w:rPr>
          <w:sz w:val="20"/>
        </w:rPr>
        <w:t>1:06:45  aur nai baat ke khilaf ho jatay thay woh log. to is bina par woh larnay shuru kar diya. unhon ne</w:t>
      </w:r>
      <w:r>
        <w:br/>
      </w:r>
      <w:r>
        <w:rPr>
          <w:sz w:val="20"/>
        </w:rPr>
        <w:t>1:06:52  to islam mein dekhiye, jo chand jangain hui hain, woh jangain bhi bohat choti jangain theen. yani woh waqt is ka miss thi, woh war nahi thi.</w:t>
      </w:r>
      <w:r>
        <w:br/>
      </w:r>
      <w:r>
        <w:rPr>
          <w:sz w:val="20"/>
        </w:rPr>
        <w:t>1:07:04  islam mein koi ek bhi full-fledged war nahi. jo chand war hain, woh sab us ke us ka miss hain. woh bhi is liye ke unhon ne attack kiya, unhon ne aggression kiya, aur woh attack bhi is liye ke woh un ka mind set jo tha, tribal mind set tha.</w:t>
      </w:r>
      <w:r>
        <w:br/>
      </w:r>
      <w:r>
        <w:rPr>
          <w:sz w:val="20"/>
        </w:rPr>
        <w:t>1:07:22  ab to main samajhta hoon ke islam mein war ka koi jagah hi nahi hai. ab islam mein ab war ek irrelevant baat ban chuki hai.</w:t>
      </w:r>
      <w:r>
        <w:br/>
      </w:r>
      <w:r>
        <w:rPr>
          <w:sz w:val="20"/>
        </w:rPr>
        <w:t>1:07:33  aaj ab to islam, ab to dunya mein peace hai, freedom hai, tolerance hai. ab larnay ka koi sawal hi nahi.</w:t>
      </w:r>
      <w:r>
        <w:br/>
      </w:r>
      <w:r>
        <w:rPr>
          <w:sz w:val="20"/>
        </w:rPr>
        <w:t>1:07:42  kon aap se larnay aata hai? hum jo yeh kaam kar rahay hain, kon aap se</w:t>
      </w:r>
      <w:r>
        <w:br/>
      </w:r>
      <w:r>
        <w:rPr>
          <w:sz w:val="20"/>
        </w:rPr>
        <w:t>1:07:48  larnay aata hai? lekin isi kaam ke liye pehlay zamanay mein log larnay aa jatay thay, tod phod karte thay. isi kaam ke liye jo hum kar rahay hain, to woh hai age factor ki wajah se.</w:t>
      </w:r>
      <w:r>
        <w:br/>
      </w:r>
      <w:r>
        <w:rPr>
          <w:sz w:val="20"/>
        </w:rPr>
        <w:t>1:08:02  is ka koi talluq islam ki teaching se nahi hai.</w:t>
      </w:r>
    </w:p>
    <w:p>
      <w:pPr>
        <w:pStyle w:val="Heading2"/>
      </w:pPr>
      <w:r>
        <w:t>Criterion to identify the true religion</w:t>
      </w:r>
    </w:p>
    <w:p>
      <w:r>
        <w:rPr>
          <w:color w:val="666666"/>
          <w:sz w:val="18"/>
        </w:rPr>
        <w:t>Faith &amp; God · Age of Democracy May 25, 2014 · 2m 39s · at 1:14:35 · https://youtu.be/pyZy1-EhW1Q?t=4475</w:t>
      </w:r>
    </w:p>
    <w:p>
      <w:r>
        <w:rPr>
          <w:i/>
        </w:rPr>
        <w:t>“There are hundreds of new and old religions in the world. In such a situation, what is the criterion by which one can judge the true religion?”</w:t>
      </w:r>
    </w:p>
    <w:p>
      <w:r>
        <w:rPr>
          <w:sz w:val="20"/>
        </w:rPr>
        <w:t>1:14:35  maulana, in ka doosra sawal is tarah hai. inhon ne likha hai ke dunya mein sankaron naye purane mazhab hain. aisi halat mein woh konsa peymana hai jis se sachche mazhab ko parkha ja sake?</w:t>
      </w:r>
      <w:r>
        <w:br/>
      </w:r>
      <w:r>
        <w:rPr>
          <w:sz w:val="20"/>
        </w:rPr>
        <w:t>1:14:54  dunya mein major religion to sirf ek darja hai, ek darja, ek ek darjan se zyada nahi hai.</w:t>
      </w:r>
      <w:r>
        <w:br/>
      </w:r>
      <w:r>
        <w:rPr>
          <w:sz w:val="20"/>
        </w:rPr>
        <w:t>1:15:02  major religion. aur agar aap sachche seeker hain to bohat asan hai pata karna.</w:t>
      </w:r>
      <w:r>
        <w:br/>
      </w:r>
      <w:r>
        <w:rPr>
          <w:sz w:val="20"/>
        </w:rPr>
        <w:t>1:15:15  ab mein aap ko misaal deta hoon doctor rishi kanth rabadiya ki. doctor rishi kanth rabadiya the, sachche seeker the woh.</w:t>
      </w:r>
      <w:r>
        <w:br/>
      </w:r>
      <w:r>
        <w:rPr>
          <w:sz w:val="20"/>
        </w:rPr>
        <w:t>1:15:24  yeh bangali, bengal mein hindu family mein paida hue woh.</w:t>
      </w:r>
      <w:r>
        <w:br/>
      </w:r>
      <w:r>
        <w:rPr>
          <w:sz w:val="20"/>
        </w:rPr>
        <w:t>1:15:30  to</w:t>
      </w:r>
      <w:r>
        <w:br/>
      </w:r>
      <w:r>
        <w:rPr>
          <w:sz w:val="20"/>
        </w:rPr>
        <w:t>1:15:34  aur bohat padhe likhe aadmi the, bohat well educated aadmi the, kai language jante the. to unhon ne kya kiya ke sachai ko talash shuru ki unhon ne.</w:t>
      </w:r>
      <w:r>
        <w:br/>
      </w:r>
      <w:r>
        <w:rPr>
          <w:sz w:val="20"/>
        </w:rPr>
        <w:t>1:15:44  philosophy ko padha, legend ko padha, history ko padha, doosre mazhabon ko padha.</w:t>
      </w:r>
      <w:r>
        <w:br/>
      </w:r>
      <w:r>
        <w:rPr>
          <w:sz w:val="20"/>
        </w:rPr>
        <w:t>1:15:53  lekin unhein kahin unhein woh cheez nahi mili jo woh chahte thay.</w:t>
      </w:r>
      <w:r>
        <w:br/>
      </w:r>
      <w:r>
        <w:rPr>
          <w:sz w:val="20"/>
        </w:rPr>
        <w:t>1:15:58  aakhir mein islam ko parha to unhein mil gayi. woh kya? woh chahte thay ke aisa koi prophet jis ko historical credibility hasil ho.</w:t>
      </w:r>
      <w:r>
        <w:br/>
      </w:r>
      <w:r>
        <w:rPr>
          <w:sz w:val="20"/>
        </w:rPr>
        <w:t>1:16:09  hum keh saken ke yeh aadmi ek aisa ek insaan tha jo paida hua falan date ko, falan date ko is ki wafat hui, yeh is ka mission tha ya aisa is ne kiya.</w:t>
      </w:r>
      <w:r>
        <w:br/>
      </w:r>
      <w:r>
        <w:rPr>
          <w:sz w:val="20"/>
        </w:rPr>
        <w:t>1:16:21  to aap jante hain ke jitne bhi major religions hain, un mein kisi ki bhi history nahi hai.</w:t>
      </w:r>
      <w:r>
        <w:br/>
      </w:r>
      <w:r>
        <w:rPr>
          <w:sz w:val="20"/>
        </w:rPr>
        <w:t>1:16:29  kisi ki bhi nahi hai.</w:t>
      </w:r>
      <w:r>
        <w:br/>
      </w:r>
      <w:r>
        <w:rPr>
          <w:sz w:val="20"/>
        </w:rPr>
        <w:t>1:16:33  to jab unhone islam ko parha aur rasool Allah ko parha to us waqt unhone ek kitaab likhi hai, is par aap is par aap parh sakte hain. unhone is mein likha hai ke "oh what a relief to find after all a truly historical prophet to believe in".</w:t>
      </w:r>
      <w:r>
        <w:br/>
      </w:r>
      <w:r>
        <w:rPr>
          <w:sz w:val="20"/>
        </w:rPr>
        <w:t>1:16:51  to meri kitaab hai, is ka naam hai "Islam Rediscovered". is mein maine un ke case ko naqal kiya hai.</w:t>
      </w:r>
      <w:r>
        <w:br/>
      </w:r>
      <w:r>
        <w:rPr>
          <w:sz w:val="20"/>
        </w:rPr>
        <w:t>1:16:57  is ek chapter hi ke baray mein hai doctor Rishicarat Rabadiya ka. is ko aap parhiye. "Islam Rediscovered" ka ek poora chapter hi isi par hai.</w:t>
      </w:r>
      <w:r>
        <w:br/>
      </w:r>
      <w:r>
        <w:rPr>
          <w:sz w:val="20"/>
        </w:rPr>
        <w:t>1:17:08  is ko aap parhen ge to inshallah is masle ki wazahat ho jaye gi.</w:t>
      </w:r>
      <w:r>
        <w:br/>
      </w:r>
      <w:r>
        <w:rPr>
          <w:sz w:val="20"/>
        </w:rPr>
        <w:t>1:17:15  maulana, agla sawal raipur se kiya hai Idris sahib ne</w:t>
      </w:r>
    </w:p>
    <w:p>
      <w:pPr>
        <w:pStyle w:val="Heading2"/>
      </w:pPr>
      <w:r>
        <w:t>Dealing with doubts from atheist books</w:t>
      </w:r>
    </w:p>
    <w:p>
      <w:r>
        <w:rPr>
          <w:color w:val="666666"/>
          <w:sz w:val="18"/>
        </w:rPr>
        <w:t>Faith &amp; God · 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Definition of monotheism</w:t>
      </w:r>
    </w:p>
    <w:p>
      <w:r>
        <w:rPr>
          <w:color w:val="666666"/>
          <w:sz w:val="18"/>
        </w:rPr>
        <w:t>Faith &amp; God · Revival of Muslim Ummah, February 4, 2013 · 2m 04s · at 1:19:04 · https://youtu.be/xB3MfWhLHoM?t=4744</w:t>
      </w:r>
    </w:p>
    <w:p>
      <w:r>
        <w:rPr>
          <w:i/>
        </w:rPr>
        <w:t>“What is monotheism?”</w:t>
      </w:r>
    </w:p>
    <w:p>
      <w:r>
        <w:rPr>
          <w:sz w:val="20"/>
        </w:rPr>
        <w:t>1:19:04  maulana, agla sawal dilli se hai jameel akhtar khan sahib ka. unhon ne aapse poocha hai: "what is monism?" is ke baray mein bataein.</w:t>
      </w:r>
      <w:r>
        <w:br/>
      </w:r>
      <w:r>
        <w:rPr>
          <w:sz w:val="20"/>
        </w:rPr>
        <w:t>1:19:15  is par hum likh chuke hain. dekhein, ek monism, ek monotheism urdu mein kehte hain: "wahdat al wajood tauheed." monotheism ka matlab hota hai</w:t>
      </w:r>
      <w:r>
        <w:br/>
      </w:r>
      <w:r>
        <w:rPr>
          <w:sz w:val="20"/>
        </w:rPr>
        <w:t>1:19:29  tauheed, yani Allah ko ek ek ek ek mustaqil existence ke taur par manna, ek wajood ke taur par manna.</w:t>
      </w:r>
      <w:r>
        <w:br/>
      </w:r>
      <w:r>
        <w:rPr>
          <w:sz w:val="20"/>
        </w:rPr>
        <w:t>1:19:38  aur monism ka matlab hota hai ek ke woh qulub bhi mante hain kis cheez ko, lekin ek what is ek spirit ke taur par, just like gravity.</w:t>
      </w:r>
      <w:r>
        <w:br/>
      </w:r>
      <w:r>
        <w:rPr>
          <w:sz w:val="20"/>
        </w:rPr>
        <w:t>1:19:48  to woh khuda ka naam tha, ek symbolic word hota hai,</w:t>
      </w:r>
      <w:r>
        <w:br/>
      </w:r>
      <w:r>
        <w:rPr>
          <w:sz w:val="20"/>
        </w:rPr>
        <w:t>1:19:52  jaise gravity hai, cosmic rules hain. to is ko aap khuda keh dein to woh ek symbolic word hoga. monism ka matlab kuch bhi nahi hai, yani woh woh ek philosophy hai.</w:t>
      </w:r>
      <w:r>
        <w:br/>
      </w:r>
      <w:r>
        <w:rPr>
          <w:sz w:val="20"/>
        </w:rPr>
        <w:t>1:20:05  monism koi religion nahi hai. main monism ko religion nahi manta, is ko main philosophy manta hoon. aur monotheism to religion hai, yani Allah ko ek wajood ke taur par man kar ke aap aap apni zindagi is is ke hukum ke mutabiq jab ta'ameer karen to is ka monotheism to ek ko kehte hain wahid wajood aur doosre kehte hain tauheed.</w:t>
      </w:r>
      <w:r>
        <w:br/>
      </w:r>
      <w:r>
        <w:rPr>
          <w:sz w:val="20"/>
        </w:rPr>
        <w:t>1:20:31  maulana, woh aap se ek aur sawal unhon ne kiya hai. unhon ne likha</w:t>
      </w:r>
      <w:r>
        <w:br/>
      </w:r>
      <w:r>
        <w:rPr>
          <w:sz w:val="20"/>
        </w:rPr>
        <w:t>1:20:35  hai ke daba ke baray mein aap ne apni rai ko aakhir rai kyun qarar diya hai?</w:t>
      </w:r>
      <w:r>
        <w:br/>
      </w:r>
      <w:r>
        <w:rPr>
          <w:sz w:val="20"/>
        </w:rPr>
        <w:t>1:20:44  bhai, aap dalail se mutmaeen ho to maaniye, mat maaniye. aakhir raaye kya? aakhir raaye to koi cheez nahi hoti. har cheez ko dalail se jaancha jaata hai.</w:t>
      </w:r>
      <w:r>
        <w:br/>
      </w:r>
      <w:r>
        <w:rPr>
          <w:sz w:val="20"/>
        </w:rPr>
        <w:t>1:20:55  jo maine daleelein di hain, is ko is ke lihaaz se dekhiye. aap agar aap ko theek lagti hai to maan lijiye, nahi to na maaniye. aap ko maanne ka bhi haq hai aur reject karne ka bhi haq hai.</w:t>
      </w:r>
    </w:p>
    <w:p>
      <w:pPr>
        <w:pStyle w:val="Heading2"/>
      </w:pPr>
      <w:r>
        <w:t>Degree of Faith: Educated vs Less Educated</w:t>
      </w:r>
    </w:p>
    <w:p>
      <w:r>
        <w:rPr>
          <w:color w:val="666666"/>
          <w:sz w:val="18"/>
        </w:rPr>
        <w:t>Faith &amp; God · Unseen God July 30, 2017 Maulana Wahiduddin Khan · 2m 21s · at 56:20 · https://youtu.be/MOkCdGFAVR4?t=3380</w:t>
      </w:r>
    </w:p>
    <w:p>
      <w:r>
        <w:rPr>
          <w:i/>
        </w:rPr>
        <w:t>“An educated person with a scientific mind discovers God and believes in Him. Similarly, a less educated person who does not have a scientific bent of mind also believes one hundred percent in God through tadabbur and tafakkur. So will the degree of faith differ among the two? I mean will an educated, scientifically based man be placed higher in ma'rifat-e-deen than a less educated mind? What is your opinion?”</w:t>
      </w:r>
    </w:p>
    <w:p>
      <w:r>
        <w:rPr>
          <w:sz w:val="20"/>
        </w:rPr>
        <w:t>56:20  ji مولانا agla sawal lucknow se bheja hai razi sahab ne unhone likha hai مولانا an educated person who has scientific mind discovers god and believes in him</w:t>
      </w:r>
      <w:r>
        <w:br/>
      </w:r>
      <w:r>
        <w:rPr>
          <w:sz w:val="20"/>
        </w:rPr>
        <w:t>56:36  similarly a less educated person who does not have a scientific bent of mind also believes hundred percent in god through tadabbur and tafakkur so will the degree of faith differ among the two i mean will an educated scientific based man be placed higher in marifat than a less educated mind what is your</w:t>
      </w:r>
      <w:r>
        <w:br/>
      </w:r>
      <w:r>
        <w:rPr>
          <w:sz w:val="20"/>
        </w:rPr>
        <w:t>57:03  opinion dekhiye islam ka jo criterion hai woh base hai base karta hai quality par quantity par nahi</w:t>
      </w:r>
      <w:r>
        <w:br/>
      </w:r>
      <w:r>
        <w:rPr>
          <w:sz w:val="20"/>
        </w:rPr>
        <w:t>57:14  yani quantity stress mein kiska darja kya hai woh dekha jayega</w:t>
      </w:r>
      <w:r>
        <w:br/>
      </w:r>
      <w:r>
        <w:rPr>
          <w:sz w:val="20"/>
        </w:rPr>
        <w:t>57:20  quantity stress mein nahi dekha jayega</w:t>
      </w:r>
      <w:r>
        <w:br/>
      </w:r>
      <w:r>
        <w:rPr>
          <w:sz w:val="20"/>
        </w:rPr>
        <w:t>57:23  aur doosri baat yeh hai ke kis ke ilm ne is ke andar Allah ki mohabbat paida ki</w:t>
      </w:r>
      <w:r>
        <w:br/>
      </w:r>
      <w:r>
        <w:rPr>
          <w:sz w:val="20"/>
        </w:rPr>
        <w:t>57:31  allazina amanu ashaddu hubban lillah is se jaancha jayega aap ki knowledge bahut ho aap</w:t>
      </w:r>
      <w:r>
        <w:br/>
      </w:r>
      <w:r>
        <w:rPr>
          <w:sz w:val="20"/>
        </w:rPr>
        <w:t>57:39  dunya ke sab bade scientific mind hon lekin aap ke andar Allah ke liye mohabbat nahi paida hui</w:t>
      </w:r>
      <w:r>
        <w:br/>
      </w:r>
      <w:r>
        <w:rPr>
          <w:sz w:val="20"/>
        </w:rPr>
        <w:t>57:45  to to woh nateeja koi value is ki</w:t>
      </w:r>
      <w:r>
        <w:br/>
      </w:r>
      <w:r>
        <w:rPr>
          <w:sz w:val="20"/>
        </w:rPr>
        <w:t>57:48  nahi hai to criterion yeh hai ke aap ki knowledge aap ki research ne aap ke andar</w:t>
      </w:r>
      <w:r>
        <w:br/>
      </w:r>
      <w:r>
        <w:rPr>
          <w:sz w:val="20"/>
        </w:rPr>
        <w:t>57:55  khaliq ke liye rab-ul-alameen ke liye mohabbat ka jazba paida kiya hai ya nahi paida kiya yeh</w:t>
      </w:r>
      <w:r>
        <w:br/>
      </w:r>
      <w:r>
        <w:rPr>
          <w:sz w:val="20"/>
        </w:rPr>
        <w:t>58:01  hai criterion aur koi cheez criterion nahi hai</w:t>
      </w:r>
      <w:r>
        <w:br/>
      </w:r>
      <w:r>
        <w:rPr>
          <w:sz w:val="20"/>
        </w:rPr>
        <w:t>58:06  walazina amanu ashaddu hubban lillah</w:t>
      </w:r>
      <w:r>
        <w:br/>
      </w:r>
      <w:r>
        <w:rPr>
          <w:sz w:val="20"/>
        </w:rPr>
        <w:t>58:10  amnu ka matlab yeh hai ke jo discover karte hain</w:t>
      </w:r>
      <w:r>
        <w:br/>
      </w:r>
      <w:r>
        <w:rPr>
          <w:sz w:val="20"/>
        </w:rPr>
        <w:t>58:14  yani is ka ayat ka matlab yeh hai ke jo Allah ko discover karta hai woh Allah se</w:t>
      </w:r>
      <w:r>
        <w:br/>
      </w:r>
      <w:r>
        <w:rPr>
          <w:sz w:val="20"/>
        </w:rPr>
        <w:t>58:19  bohat ziyada mohabbat karne wala ban jata hai to aap ki agar discovery</w:t>
      </w:r>
      <w:r>
        <w:br/>
      </w:r>
      <w:r>
        <w:rPr>
          <w:sz w:val="20"/>
        </w:rPr>
        <w:t>58:26  allah ki taraf ho rahi ho to jaancha yeh jayega ke aap ke andar allah se mohabbat</w:t>
      </w:r>
      <w:r>
        <w:br/>
      </w:r>
      <w:r>
        <w:rPr>
          <w:sz w:val="20"/>
        </w:rPr>
        <w:t>58:30  qatai paida hui darja isi se banega</w:t>
      </w:r>
      <w:r>
        <w:br/>
      </w:r>
      <w:r>
        <w:rPr>
          <w:sz w:val="20"/>
        </w:rPr>
        <w:t>58:34  walzain</w:t>
      </w:r>
      <w:r>
        <w:br/>
      </w:r>
      <w:r>
        <w:rPr>
          <w:sz w:val="20"/>
        </w:rPr>
        <w:t>58:34  amnu ashad hub lilah is mamle mein bohat hi wazeh ayat hai</w:t>
      </w:r>
    </w:p>
    <w:p>
      <w:pPr>
        <w:pStyle w:val="Heading2"/>
      </w:pPr>
      <w:r>
        <w:t>Desire for paradise material pleasures</w:t>
      </w:r>
    </w:p>
    <w:p>
      <w:r>
        <w:rPr>
          <w:color w:val="666666"/>
          <w:sz w:val="18"/>
        </w:rPr>
        <w:t>Faith &amp; God · Paradise September 18, 2016 · 3m 35s · at 44:38 · https://youtu.be/R2kZlD0PbGQ?t=2678</w:t>
      </w:r>
    </w:p>
    <w:p>
      <w:r>
        <w:rPr>
          <w:i/>
        </w:rPr>
        <w:t>“Many people when they discuss paradise seem to desire for it in terms of good food, drinks, and...”</w:t>
      </w:r>
    </w:p>
    <w:p>
      <w:r>
        <w:rPr>
          <w:sz w:val="20"/>
        </w:rPr>
        <w:t>44:38  Maulana sahib, pehla sawal lete hain.</w:t>
      </w:r>
      <w:r>
        <w:br/>
      </w:r>
      <w:r>
        <w:rPr>
          <w:sz w:val="20"/>
        </w:rPr>
        <w:t>44:44  Yeh pehla sawal buland shehar se Mahmood sahib ne bheja hai aur unhon ne likha hai: "Maulana sahib,</w:t>
      </w:r>
      <w:r>
        <w:br/>
      </w:r>
      <w:r>
        <w:rPr>
          <w:sz w:val="20"/>
        </w:rPr>
        <w:t>44:49  many people when they discuss paradise seem to desire for it in terms of good food, drinks, and</w:t>
      </w:r>
      <w:r>
        <w:br/>
      </w:r>
      <w:r>
        <w:rPr>
          <w:sz w:val="20"/>
        </w:rPr>
        <w:t>44:55  a better living.</w:t>
      </w:r>
      <w:r>
        <w:br/>
      </w:r>
      <w:r>
        <w:rPr>
          <w:sz w:val="20"/>
        </w:rPr>
        <w:t>45:00  Don't you think that this is underestimating paradise and reducing it to the worldly level?</w:t>
      </w:r>
      <w:r>
        <w:br/>
      </w:r>
      <w:r>
        <w:rPr>
          <w:sz w:val="20"/>
        </w:rPr>
        <w:t>45:06  My question is, what should be the correct desire for paradise?</w:t>
      </w:r>
      <w:r>
        <w:br/>
      </w:r>
      <w:r>
        <w:rPr>
          <w:sz w:val="20"/>
        </w:rPr>
        <w:t>45:11  "Dekhiye, yeh khana peena to aise hi jaise guest house mein thehraya jaye aap ko, kisi bara</w:t>
      </w:r>
      <w:r>
        <w:br/>
      </w:r>
      <w:r>
        <w:rPr>
          <w:sz w:val="20"/>
        </w:rPr>
        <w:t>45:17  aadmi thehraye aap ko guest house mein to khana peena to milega wahan par, lekin asal cheez</w:t>
      </w:r>
      <w:r>
        <w:br/>
      </w:r>
      <w:r>
        <w:rPr>
          <w:sz w:val="20"/>
        </w:rPr>
        <w:t>45:23  khana peena nahi hai.</w:t>
      </w:r>
      <w:r>
        <w:br/>
      </w:r>
      <w:r>
        <w:rPr>
          <w:sz w:val="20"/>
        </w:rPr>
        <w:t>45:28  Asal cheez hai high level of life, aise logon ke saath rehna jinke andar high thinking ho,</w:t>
      </w:r>
      <w:r>
        <w:br/>
      </w:r>
      <w:r>
        <w:rPr>
          <w:sz w:val="20"/>
        </w:rPr>
        <w:t>45:34  jinke andar high test ho, jinke andar jo high educated log jaise hote hain, is tarah</w:t>
      </w:r>
      <w:r>
        <w:br/>
      </w:r>
      <w:r>
        <w:rPr>
          <w:sz w:val="20"/>
        </w:rPr>
        <w:t>45:40  ke log hon.</w:t>
      </w:r>
      <w:r>
        <w:br/>
      </w:r>
      <w:r>
        <w:rPr>
          <w:sz w:val="20"/>
        </w:rPr>
        <w:t>45:45  To main apney tajrube ko arz karunga ke main sari bohat zyada mein ne safar kiye, bohat</w:t>
      </w:r>
      <w:r>
        <w:br/>
      </w:r>
      <w:r>
        <w:rPr>
          <w:sz w:val="20"/>
        </w:rPr>
        <w:t>45:51  zyada mein logon se mila.</w:t>
      </w:r>
      <w:r>
        <w:br/>
      </w:r>
      <w:r>
        <w:rPr>
          <w:sz w:val="20"/>
        </w:rPr>
        <w:t>45:57  To main jis insaan ko jaanta hoon apni shakl mein, sab se zyada mujhe jo pressure milta hai,</w:t>
      </w:r>
      <w:r>
        <w:br/>
      </w:r>
      <w:r>
        <w:rPr>
          <w:sz w:val="20"/>
        </w:rPr>
        <w:t>46:02  pressure woh high class ke logon se baat karne mein, exchange mein, intellectual exchange mein.</w:t>
      </w:r>
      <w:r>
        <w:br/>
      </w:r>
      <w:r>
        <w:rPr>
          <w:sz w:val="20"/>
        </w:rPr>
        <w:t>46:08  Agar aap kisi jungle mein hon, darakht patharon ki duniya mein hon to aap bilkul pagal ho jayen</w:t>
      </w:r>
      <w:r>
        <w:br/>
      </w:r>
      <w:r>
        <w:rPr>
          <w:sz w:val="20"/>
        </w:rPr>
        <w:t>46:14  ge kyunke wahan koi milega nahi baat karne ke liye.</w:t>
      </w:r>
      <w:r>
        <w:br/>
      </w:r>
      <w:r>
        <w:rPr>
          <w:sz w:val="20"/>
        </w:rPr>
        <w:t>46:20  Insaan ka sab se bara jo hai sifat, woh uska mind hai.</w:t>
      </w:r>
      <w:r>
        <w:br/>
      </w:r>
      <w:r>
        <w:rPr>
          <w:sz w:val="20"/>
        </w:rPr>
        <w:t>46:25  maind exchange karna chahta hai to jannat woh jagah hai jahan high class ke log available honge</w:t>
      </w:r>
      <w:r>
        <w:br/>
      </w:r>
      <w:r>
        <w:rPr>
          <w:sz w:val="20"/>
        </w:rPr>
        <w:t>46:31  exchange karne ke liye.</w:t>
      </w:r>
      <w:r>
        <w:br/>
      </w:r>
      <w:r>
        <w:rPr>
          <w:sz w:val="20"/>
        </w:rPr>
        <w:t>46:37  aur bachta hoon ke is ka ishara quran mein maujood hai ke do ayatein quran mein hain ke</w:t>
      </w:r>
      <w:r>
        <w:br/>
      </w:r>
      <w:r>
        <w:rPr>
          <w:sz w:val="20"/>
        </w:rPr>
        <w:t>46:42  allah ke kalmat itne zyada hain ke is ko tum likhna shuru karo to kabhi khatam nahi honge.</w:t>
      </w:r>
      <w:r>
        <w:br/>
      </w:r>
      <w:r>
        <w:rPr>
          <w:sz w:val="20"/>
        </w:rPr>
        <w:t>46:48  wa lau an mim shajarati aqlamun wal bahru yamuddu min ba'dihi sab'atu abhurin ma nafidat kalimatu Allahi.</w:t>
      </w:r>
      <w:r>
        <w:br/>
      </w:r>
      <w:r>
        <w:rPr>
          <w:sz w:val="20"/>
        </w:rPr>
        <w:t>46:54  to is intellectual exchange ke item itne zyada hain, kabhi khatam nahi honge.</w:t>
      </w:r>
      <w:r>
        <w:br/>
      </w:r>
      <w:r>
        <w:rPr>
          <w:sz w:val="20"/>
        </w:rPr>
        <w:t>46:59  intellectual exchange jo sab se zyada marghoob cheez hai insan ke liye, is ke item itne zyada hain</w:t>
      </w:r>
      <w:r>
        <w:br/>
      </w:r>
      <w:r>
        <w:rPr>
          <w:sz w:val="20"/>
        </w:rPr>
        <w:t>47:05  ke aap kabhi khatam nahi honge.</w:t>
      </w:r>
      <w:r>
        <w:br/>
      </w:r>
      <w:r>
        <w:rPr>
          <w:sz w:val="20"/>
        </w:rPr>
        <w:t>47:11  to main sochta hoon asal cheez yeh hai, isi liye main kehta hoon wahan library hogi, wahan seminar</w:t>
      </w:r>
      <w:r>
        <w:br/>
      </w:r>
      <w:r>
        <w:rPr>
          <w:sz w:val="20"/>
        </w:rPr>
        <w:t>47:17  hoga, wahan woh academic activities hongi.</w:t>
      </w:r>
      <w:r>
        <w:br/>
      </w:r>
      <w:r>
        <w:rPr>
          <w:sz w:val="20"/>
        </w:rPr>
        <w:t>47:22  yeh sab jo allah ka alao allah jo hain, jo un ko quran mein to alao allah wahan</w:t>
      </w:r>
      <w:r>
        <w:br/>
      </w:r>
      <w:r>
        <w:rPr>
          <w:sz w:val="20"/>
        </w:rPr>
        <w:t>47:28  ka activities ka markaz hoga.</w:t>
      </w:r>
      <w:r>
        <w:br/>
      </w:r>
      <w:r>
        <w:rPr>
          <w:sz w:val="20"/>
        </w:rPr>
        <w:t>47:34  to woh sari cheezein to quran mein hai ke woh utububish shabah ke jannat mein jo phal mile</w:t>
      </w:r>
      <w:r>
        <w:br/>
      </w:r>
      <w:r>
        <w:rPr>
          <w:sz w:val="20"/>
        </w:rPr>
        <w:t>47:39  ga, woh dunya ke phal ke mutabiq khuloos samajhte hain ke sirf aisa hoga.</w:t>
      </w:r>
      <w:r>
        <w:br/>
      </w:r>
      <w:r>
        <w:rPr>
          <w:sz w:val="20"/>
        </w:rPr>
        <w:t>47:45  aur yeh matlab nahi, is ka nahi.</w:t>
      </w:r>
      <w:r>
        <w:br/>
      </w:r>
      <w:r>
        <w:rPr>
          <w:sz w:val="20"/>
        </w:rPr>
        <w:t>47:51  yeh jo dunya mein hum hamari activities hain ke haan aap jante hain ke yahan par university hai,</w:t>
      </w:r>
      <w:r>
        <w:br/>
      </w:r>
      <w:r>
        <w:rPr>
          <w:sz w:val="20"/>
        </w:rPr>
        <w:t>47:56  yahan par library hai, yahan par bade bade sumrein hain, conference hoti hai, hum safar karte hain.</w:t>
      </w:r>
      <w:r>
        <w:br/>
      </w:r>
      <w:r>
        <w:rPr>
          <w:sz w:val="20"/>
        </w:rPr>
        <w:t>48:02  yeh jo activities hain, yeh high class ki, woh sab wahan honge aur zyada high class ki.</w:t>
      </w:r>
      <w:r>
        <w:br/>
      </w:r>
      <w:r>
        <w:rPr>
          <w:sz w:val="20"/>
        </w:rPr>
        <w:t>48:08  yeh matlab hai is ka.</w:t>
      </w:r>
    </w:p>
    <w:p>
      <w:pPr>
        <w:pStyle w:val="Heading2"/>
      </w:pPr>
      <w:r>
        <w:t>Developing love of God and taqwa</w:t>
      </w:r>
    </w:p>
    <w:p>
      <w:r>
        <w:rPr>
          <w:color w:val="666666"/>
          <w:sz w:val="18"/>
        </w:rPr>
        <w:t>Faith &amp; God · In the Name of God 12 Jan 2020 - Maulana Wahiduddin Khan · 2m 35s · at 38:57 · https://youtu.be/aKynaASsI4s?t=2337</w:t>
      </w:r>
    </w:p>
    <w:p>
      <w:r>
        <w:rPr>
          <w:i/>
        </w:rPr>
        <w:t>“How can I develop love of God like you? When we look at you we find ourselves short of taqwa. We need your continuous guidance.”</w:t>
      </w:r>
    </w:p>
    <w:p>
      <w:r>
        <w:rPr>
          <w:sz w:val="20"/>
        </w:rPr>
        <w:t>38:57  molana agla sawal lena chahenge yeh sawal bheja hai ahmed abad se tanzeel khan sahab ne unho</w:t>
      </w:r>
      <w:r>
        <w:br/>
      </w:r>
      <w:r>
        <w:rPr>
          <w:sz w:val="20"/>
        </w:rPr>
        <w:t>39:05  نے اپ سے پوچھا ہے مولانا How can I develop love of God like you? When we look</w:t>
      </w:r>
      <w:r>
        <w:br/>
      </w:r>
      <w:r>
        <w:rPr>
          <w:sz w:val="20"/>
        </w:rPr>
        <w:t>39:12  at you we find our self short of taqwa we need your continuous guidance</w:t>
      </w:r>
      <w:r>
        <w:br/>
      </w:r>
      <w:r>
        <w:rPr>
          <w:sz w:val="20"/>
        </w:rPr>
        <w:t>39:21  ek lafz hai dua</w:t>
      </w:r>
      <w:r>
        <w:br/>
      </w:r>
      <w:r>
        <w:rPr>
          <w:sz w:val="20"/>
        </w:rPr>
        <w:t>39:24  allah se dua</w:t>
      </w:r>
      <w:r>
        <w:br/>
      </w:r>
      <w:r>
        <w:rPr>
          <w:sz w:val="20"/>
        </w:rPr>
        <w:t>39:29  dene wala Allah rabbul alameen hai paane wala insan hai har insan ke liye har nemat muqaddar hai muqaddar hai muqaddar hai</w:t>
      </w:r>
      <w:r>
        <w:br/>
      </w:r>
      <w:r>
        <w:rPr>
          <w:sz w:val="20"/>
        </w:rPr>
        <w:t>39:46  har insan ke liye</w:t>
      </w:r>
      <w:r>
        <w:br/>
      </w:r>
      <w:r>
        <w:rPr>
          <w:sz w:val="20"/>
        </w:rPr>
        <w:t>39:53  is mein koi</w:t>
      </w:r>
      <w:r>
        <w:br/>
      </w:r>
      <w:r>
        <w:rPr>
          <w:sz w:val="20"/>
        </w:rPr>
        <w:t>39:59  do raah nahi</w:t>
      </w:r>
      <w:r>
        <w:br/>
      </w:r>
      <w:r>
        <w:rPr>
          <w:sz w:val="20"/>
        </w:rPr>
        <w:t>40:05  har insan ko ek hi darja hasil hai chahe woh kisi bhi qaum ka ho kisi bhi community ka ho Allah ka koi discrimination nahi discrimination nahi ms dania mustafa ne karachi se comment bheja hai unhone likha hai what an incredible message Maulana</w:t>
      </w:r>
      <w:r>
        <w:br/>
      </w:r>
      <w:r>
        <w:rPr>
          <w:sz w:val="20"/>
        </w:rPr>
        <w:t>40:32  we have to keep our self dedicated to any good work we are doing and should not be hindered by any negative activity going on dr naghma siddiqui ne delhi se likha hai Maulana your lecture today gave so much hope to me i realize that any problem i face is the result of my own foolishness no one can harm me in any way as my creator is protect</w:t>
      </w:r>
    </w:p>
    <w:p>
      <w:pPr>
        <w:pStyle w:val="Heading2"/>
      </w:pPr>
      <w:r>
        <w:t>Did Companions accomplish tasks only through prayer?</w:t>
      </w:r>
    </w:p>
    <w:p>
      <w:r>
        <w:rPr>
          <w:color w:val="666666"/>
          <w:sz w:val="18"/>
        </w:rPr>
        <w:t>Faith &amp; God · The Expression of Faith (Izhar e Deen) September 1, 2013 · 2m 01s · at 1:08:28 · https://youtu.be/muBDJ8a_8-0?t=4108</w:t>
      </w:r>
    </w:p>
    <w:p>
      <w:r>
        <w:rPr>
          <w:i/>
        </w:rPr>
        <w:t>“Often in the mosque, one hears such narrations that the Companions used to go to the mosque for their tasks and pray to Allah and get their tasks done through prayer. Please explain whether their tasks were accomplished without any means?”</w:t>
      </w:r>
    </w:p>
    <w:p>
      <w:r>
        <w:rPr>
          <w:sz w:val="20"/>
        </w:rPr>
        <w:t>1:08:28  maulana agla sawal dilli se hai, ans sahib ne</w:t>
      </w:r>
      <w:r>
        <w:br/>
      </w:r>
      <w:r>
        <w:rPr>
          <w:sz w:val="20"/>
        </w:rPr>
        <w:t>1:08:31  kiya hai. unhon ne likha hai: "aksar masjid mein is tarah ki riwayatein sunne ko milti hain ke sahaba apne kaamo ke liye masjid mein jaate aur allah se dua karke apne kaamo ko dua se kara lete. iske bare mein bataein ke kya bina kisi asbab ke un logon ke kaam ho jaate the?" bilkul galat hai.</w:t>
      </w:r>
      <w:r>
        <w:br/>
      </w:r>
      <w:r>
        <w:rPr>
          <w:sz w:val="20"/>
        </w:rPr>
        <w:t>1:08:55  jo log aisi kahaniyan sunate hain, woh khud sakhta kahaniyan hoti hain</w:t>
      </w:r>
      <w:r>
        <w:br/>
      </w:r>
      <w:r>
        <w:rPr>
          <w:sz w:val="20"/>
        </w:rPr>
        <w:t>1:09:00  ke dua se sab kuch hota hai. yeh dua se sab kuch hota hai ka nazariya hi galat hai bilkul. is par to hamari kitabein aap padh lijiye, har kitab mein aap is ke liye payenge.</w:t>
      </w:r>
      <w:r>
        <w:br/>
      </w:r>
      <w:r>
        <w:rPr>
          <w:sz w:val="20"/>
        </w:rPr>
        <w:t>1:09:12  baqi jo log is par tareeqe chalate hain ke dua se sab kuch hota hai, woh na to islam ko jante hain na deen ko jante hain. kuch kahaniyan un ke paas hain, woh is kahani ko sunate hain.</w:t>
      </w:r>
      <w:r>
        <w:br/>
      </w:r>
      <w:r>
        <w:rPr>
          <w:sz w:val="20"/>
        </w:rPr>
        <w:t>1:09:22  bas kahaniyon ka naam islam nahi hai. aap meri kitabein padhiye, meri tafsir padhiye, meri seerat pe kitab hai, us ko padhiye to aap is ki haqeeqat aap ko maloom ho jayegi.</w:t>
      </w:r>
      <w:r>
        <w:br/>
      </w:r>
      <w:r>
        <w:rPr>
          <w:sz w:val="20"/>
        </w:rPr>
        <w:t>1:09:35  maulana, is ko clarify kar dein ke dua kab kaam karti hai?</w:t>
      </w:r>
      <w:r>
        <w:br/>
      </w:r>
      <w:r>
        <w:rPr>
          <w:sz w:val="20"/>
        </w:rPr>
        <w:t>1:09:45  dua ka yeh matlab yeh nahi ke dua karo aur aur aur aur sara kaam banta chala jaye. dua ibadat hai, ibadat. ibadat hai.</w:t>
      </w:r>
      <w:r>
        <w:br/>
      </w:r>
      <w:r>
        <w:rPr>
          <w:sz w:val="20"/>
        </w:rPr>
        <w:t>1:09:56  yani bande ko, bande jab apni apni apni bandagi ka izhaar karta hai to isi ka naam ibadat hai. kaam banna ya na banna allah ke ikhtiyar mein hai.</w:t>
      </w:r>
      <w:r>
        <w:br/>
      </w:r>
      <w:r>
        <w:rPr>
          <w:sz w:val="20"/>
        </w:rPr>
        <w:t>1:10:07  aap ki dua se ban jayega kaam? yeh sahi nahi hai. allah chahega to hoga, chahega to nahi hoga. aap ko dua isi tarah karna hai jis tarah aap ibadat karte hain.</w:t>
      </w:r>
      <w:r>
        <w:br/>
      </w:r>
      <w:r>
        <w:rPr>
          <w:sz w:val="20"/>
        </w:rPr>
        <w:t>1:10:18  to dua jo hai, woh ibadat ka hissa hai, woh karobari ka hissa nahi hai.</w:t>
      </w:r>
      <w:r>
        <w:br/>
      </w:r>
      <w:r>
        <w:rPr>
          <w:sz w:val="20"/>
        </w:rPr>
        <w:t>1:10:30  maulana agla sawal dilli se hai, maulana zakwan nadvi ka. unhon ne likha hai: "cps aur doosre idaron ki taraf se duniya mein har jagah quran ka translation distribute kiya ja raha hai,</w:t>
      </w:r>
    </w:p>
    <w:p>
      <w:pPr>
        <w:pStyle w:val="Heading2"/>
      </w:pPr>
      <w:r>
        <w:t>Did God create humans to think?</w:t>
      </w:r>
    </w:p>
    <w:p>
      <w:r>
        <w:rPr>
          <w:color w:val="666666"/>
          <w:sz w:val="18"/>
        </w:rPr>
        <w:t>Faith &amp; God · On Death June 08, 2014 · 2m 31s · at 54:47 · https://youtu.be/p0lSKQ0edmw?t=3287</w:t>
      </w:r>
    </w:p>
    <w:p>
      <w:r>
        <w:rPr>
          <w:i/>
        </w:rPr>
        <w:t>“I was very thrilled by today's talk. You said that DNA contains all information except death. So, did God create humans to think? Please explain.”</w:t>
      </w:r>
    </w:p>
    <w:p>
      <w:r>
        <w:rPr>
          <w:sz w:val="20"/>
        </w:rPr>
        <w:t>54:47  Maulana, agla sawal kiya hai Maulana Iqbal Umri ne Chennai se. Unhon ne likha hai ke. Maulana, aaj ke talk se bohat zyada thrill hua.</w:t>
      </w:r>
      <w:r>
        <w:br/>
      </w:r>
      <w:r>
        <w:rPr>
          <w:sz w:val="20"/>
        </w:rPr>
        <w:t>55:00  aap ne jo aaj baat kahi ke DNA mein maut ke siwa tamam information hai. To kya Maulana, insan ko sochne ke liye Khuda ne aisa kiya?</w:t>
      </w:r>
      <w:r>
        <w:br/>
      </w:r>
      <w:r>
        <w:rPr>
          <w:sz w:val="20"/>
        </w:rPr>
        <w:t>55:12  is ke bare mein batayein.</w:t>
      </w:r>
      <w:r>
        <w:br/>
      </w:r>
      <w:r>
        <w:rPr>
          <w:sz w:val="20"/>
        </w:rPr>
        <w:t>55:17  dekhiye, agar maut hamari memory mein bilkul vivid jis ko kehte hain vivid memory.</w:t>
      </w:r>
      <w:r>
        <w:br/>
      </w:r>
      <w:r>
        <w:rPr>
          <w:sz w:val="20"/>
        </w:rPr>
        <w:t>55:25  vivid memory mein hoti hai. Har waqt hum ko yaad aata hai. Yaad aane ke maani hain ke DNA mein likha hota ke mujh ko</w:t>
      </w:r>
      <w:r>
        <w:br/>
      </w:r>
      <w:r>
        <w:rPr>
          <w:sz w:val="20"/>
        </w:rPr>
        <w:t>55:37  pandrah July do hazar pandrah ko marna hai.</w:t>
      </w:r>
      <w:r>
        <w:br/>
      </w:r>
      <w:r>
        <w:rPr>
          <w:sz w:val="20"/>
        </w:rPr>
        <w:t>55:42  mera matlab yeh hai ke DNA mein har cheez likhi hui hai. Meri aankh choti ho gayi ya badi ho gayi. Mera kaan chota ho gaya ya bada ho gaya.</w:t>
      </w:r>
      <w:r>
        <w:br/>
      </w:r>
      <w:r>
        <w:rPr>
          <w:sz w:val="20"/>
        </w:rPr>
        <w:t>55:52  meri ungliyan kaisi ho gayi, sab kuch likha hua hai. To agar DNA mein likha hota ke mujhe marna hai pandrah July do hazar pandrah ko.</w:t>
      </w:r>
      <w:r>
        <w:br/>
      </w:r>
      <w:r>
        <w:rPr>
          <w:sz w:val="20"/>
        </w:rPr>
        <w:t>56:02  to kya hota, aap sochein.</w:t>
      </w:r>
      <w:r>
        <w:br/>
      </w:r>
      <w:r>
        <w:rPr>
          <w:sz w:val="20"/>
        </w:rPr>
        <w:t>56:07  ek ek stagnation ka mahol rehta hai mere upar taari.</w:t>
      </w:r>
      <w:r>
        <w:br/>
      </w:r>
      <w:r>
        <w:rPr>
          <w:sz w:val="20"/>
        </w:rPr>
        <w:t>56:11  achha, lekin jab aisa nahi hai, sochne ka item bana diya. To sochne ka item se kya hota hai? Intellectual development hota hai. Agar DNA mein likha hota to aata is se intellectual stagnation.</w:t>
      </w:r>
      <w:r>
        <w:br/>
      </w:r>
      <w:r>
        <w:rPr>
          <w:sz w:val="20"/>
        </w:rPr>
        <w:t>56:27  jab nahi likha hua hai to mujhe think karna hai, sochna hai. Is se aata hai kya? Meri creativity badhti hai. Thinking process jaari hota hai.</w:t>
      </w:r>
      <w:r>
        <w:br/>
      </w:r>
      <w:r>
        <w:rPr>
          <w:sz w:val="20"/>
        </w:rPr>
        <w:t>56:37  Intellectual development hota hai. Yeh to bohat badi nemat hai.</w:t>
      </w:r>
      <w:r>
        <w:br/>
      </w:r>
      <w:r>
        <w:rPr>
          <w:sz w:val="20"/>
        </w:rPr>
        <w:t>56:42  boht bari nemat hai agar d n a mein likha hua hota to us waqt yeh sab paate nahi ho sakte thay. tab na to creative thinking aati hai mere andar.</w:t>
      </w:r>
      <w:r>
        <w:br/>
      </w:r>
      <w:r>
        <w:rPr>
          <w:sz w:val="20"/>
        </w:rPr>
        <w:t>56:55  na intellectual development hota. na sochne ka maada mere andar develop karta, yeh sab kuch na hota.</w:t>
      </w:r>
      <w:r>
        <w:br/>
      </w:r>
      <w:r>
        <w:rPr>
          <w:sz w:val="20"/>
        </w:rPr>
        <w:t>57:08  to yeh Allah ki rehmat hai aur insan ko chahiye ke woh is ko samjhe aur is ko avail kare.</w:t>
      </w:r>
    </w:p>
    <w:p>
      <w:pPr>
        <w:pStyle w:val="Heading2"/>
      </w:pPr>
      <w:r>
        <w:t>Difference Between Atonement and Intercession</w:t>
      </w:r>
    </w:p>
    <w:p>
      <w:r>
        <w:rPr>
          <w:color w:val="666666"/>
          <w:sz w:val="18"/>
        </w:rPr>
        <w:t>Faith &amp; God · Material Science and Spiritual Science 20 May 2012 · 2m 49s · at 1:12:43 · https://youtu.be/4K6CxjThlxQ?t=4363</w:t>
      </w:r>
    </w:p>
    <w:p>
      <w:r>
        <w:rPr>
          <w:i/>
        </w:rPr>
        <w:t>“What is the difference between the Christian belief of atonement and the Muslim belief of intercession? They seem the same; what is the difference? Please clarify.”</w:t>
      </w:r>
    </w:p>
    <w:p>
      <w:r>
        <w:rPr>
          <w:sz w:val="20"/>
        </w:rPr>
        <w:t>1:12:43  maulana agla sawal bangalore se hai maulana inayatullah umri sahib ka unhon ne poocha hai aap se ke christians mein kaffara ka aqeedah aur musalmanon mein shafaat ka aqeedah dono mein kya farq hai is ke bare mein batayein</w:t>
      </w:r>
      <w:r>
        <w:br/>
      </w:r>
      <w:r>
        <w:rPr>
          <w:sz w:val="20"/>
        </w:rPr>
        <w:t>1:13:00  ek dam ek hi hai farq kya hai usi ki wazahat hai</w:t>
      </w:r>
      <w:r>
        <w:br/>
      </w:r>
      <w:r>
        <w:rPr>
          <w:sz w:val="20"/>
        </w:rPr>
        <w:t>1:13:04  shafaat ka aqeedah kaffara ka jis ko kehte hain atonement usi ki wazahat hai ek sahib ne mujhe ek qissa bataya hamare ek saathi hain ke kuch christians se mulaqat un ki hui to unhon ne kaha bhai mujhe to aakhirat ka bohat dar lagta hai kyunke aakhirat ke sath accountability juri hui hai</w:t>
      </w:r>
      <w:r>
        <w:br/>
      </w:r>
      <w:r>
        <w:rPr>
          <w:sz w:val="20"/>
        </w:rPr>
        <w:t>1:13:29  accountability muno ka shafqat halq yeh sab juda hua hai to unhon ne kaha ke mujhe to akhirat</w:t>
      </w:r>
      <w:r>
        <w:br/>
      </w:r>
      <w:r>
        <w:rPr>
          <w:sz w:val="20"/>
        </w:rPr>
        <w:t>1:13:37  ko soch kar bohat yani mein darta hoon to is christian sahib ne kaha ke mujhe to koi</w:t>
      </w:r>
      <w:r>
        <w:br/>
      </w:r>
      <w:r>
        <w:rPr>
          <w:sz w:val="20"/>
        </w:rPr>
        <w:t>1:13:45  dar nahi mujhe to koi dar nahi kyunke jesus christ jo hai wo</w:t>
      </w:r>
      <w:r>
        <w:br/>
      </w:r>
      <w:r>
        <w:rPr>
          <w:sz w:val="20"/>
        </w:rPr>
        <w:t>1:13:53  apne ko crucify kar ke mera kaffara ban chuke hain wo ab mujhe darna kis baat ka</w:t>
      </w:r>
      <w:r>
        <w:br/>
      </w:r>
      <w:r>
        <w:rPr>
          <w:sz w:val="20"/>
        </w:rPr>
        <w:t>1:14:03  to isaiyon ne ye nazariya banaya tha ke ke hazrat masih jo hain halanke wo ye galat hai ke wo wo sui par un ki maut hui thi galat quran kehta hai galat hai ye qatalu sarbu lekin baharhal unhon ne aisa aqeedah bana rakha hai</w:t>
      </w:r>
      <w:r>
        <w:br/>
      </w:r>
      <w:r>
        <w:rPr>
          <w:sz w:val="20"/>
        </w:rPr>
        <w:t>1:14:21  to un ke aqeedah ke mutabiq hazrat masih jo the yani un ka aqeedah ye hai ke had adam se jab gunah hua to wo gunah yani wirasati ban gaya hereditary wo un ka jo gunah ka taaluq hereditary hai un in hum hum inherit karte hain apne baap dada ke gunah ko ke bilkul main is ko galat manta hoon is ko un ka aqeedah aisa hi hai</w:t>
      </w:r>
      <w:r>
        <w:br/>
      </w:r>
      <w:r>
        <w:rPr>
          <w:sz w:val="20"/>
        </w:rPr>
        <w:t>1:14:48  to hazrat adam ke ka gunah mein hone se sare sare insani gunah gunahgar ban gaye sare insan gunahgar ban gaye to allah taala ne apne bete ko bheja ja ke saleeb pe charhaye aur wo saleeb charh kar ke sab ke gunahon ka kaffara ban jaye</w:t>
      </w:r>
      <w:r>
        <w:br/>
      </w:r>
      <w:r>
        <w:rPr>
          <w:sz w:val="20"/>
        </w:rPr>
        <w:t>1:15:06  to ab ab aqeedah ye isaiyon ka ye hai ke hum agar yani hazrat masih par aqeedah rakhein to phir hamara yani hamari taraf se wo wahi guarantee salvation ka nazariya ke haan hamara yani kaffara ho gaya wo jannat pakki ho gayi yahi musalmanon ne shafaat ke naam se kar rakha hai apni terminology mein</w:t>
      </w:r>
    </w:p>
    <w:p>
      <w:pPr>
        <w:pStyle w:val="Heading2"/>
      </w:pPr>
      <w:r>
        <w:t>Difference between Allah and Khuda</w:t>
      </w:r>
    </w:p>
    <w:p>
      <w:r>
        <w:rPr>
          <w:color w:val="666666"/>
          <w:sz w:val="18"/>
        </w:rPr>
        <w:t>Faith &amp; God · Realisation of God January 19, 2014 · 3m 02s · at 53:32 · https://youtu.be/uIn3AfDkk6Y?t=3212</w:t>
      </w:r>
    </w:p>
    <w:p>
      <w:r>
        <w:rPr>
          <w:i/>
        </w:rPr>
        <w:t>“Many people use the word Allah and some people use the word Khuda for God. What is your comment on this?”</w:t>
      </w:r>
    </w:p>
    <w:p>
      <w:r>
        <w:rPr>
          <w:sz w:val="20"/>
        </w:rPr>
        <w:t>53:32  maulana, un ka ek aur sawal hai. unhone aap se poocha hai ke "my people use the word allah and some people use the word khuda for god."</w:t>
      </w:r>
      <w:r>
        <w:br/>
      </w:r>
      <w:r>
        <w:rPr>
          <w:sz w:val="20"/>
        </w:rPr>
        <w:t>53:42  waat is your comment on this?</w:t>
      </w:r>
      <w:r>
        <w:br/>
      </w:r>
      <w:r>
        <w:rPr>
          <w:sz w:val="20"/>
        </w:rPr>
        <w:t>53:45  daikhen, yeh aik yeh bhi aik fitna nikala hai kuch logon ne ke kehte hain ke Allah is mein zaat hai aur Khuda ya koi aur lafz is ne nahi kiya ja sakta.</w:t>
      </w:r>
      <w:r>
        <w:br/>
      </w:r>
      <w:r>
        <w:rPr>
          <w:sz w:val="20"/>
        </w:rPr>
        <w:t>53:55  yeh bilkul baseless baaten hain. khud Quran se sabit hai ke mushrikeen lafz Allah boltay thay. "la man khalaq la yaqoon illa Allah" zaroor kahengay ke Allah ne mushrikeen ke baray mein aaya hai to khud Quran keh raha hai ke mushrikeen lafz Allah boltay thay.</w:t>
      </w:r>
      <w:r>
        <w:br/>
      </w:r>
      <w:r>
        <w:rPr>
          <w:sz w:val="20"/>
        </w:rPr>
        <w:t>54:12  yeh kahan se nikale logon ne? yeh sirf moj zamanay ki bid'aten hain, yeh bhi aik bid'at hai. ab bid'at kahan se aayi hai?</w:t>
      </w:r>
      <w:r>
        <w:br/>
      </w:r>
      <w:r>
        <w:rPr>
          <w:sz w:val="20"/>
        </w:rPr>
        <w:t>54:20  musalmanon mein is zamanay mein aaya hai ke jis ko kehte hain shanakht, identity. sab se bari cheez samajhte hain hum pehchan, shanakht, identity.</w:t>
      </w:r>
      <w:r>
        <w:br/>
      </w:r>
      <w:r>
        <w:rPr>
          <w:sz w:val="20"/>
        </w:rPr>
        <w:t>54:29  halankay Islam mein koi haqeeqat nahi shanakht ki. identity Islam ke musalmanon ki identity jo hai, woh character hai, yeh sab alfaaz nahi hain.</w:t>
      </w:r>
      <w:r>
        <w:br/>
      </w:r>
      <w:r>
        <w:rPr>
          <w:sz w:val="20"/>
        </w:rPr>
        <w:t>54:41  to yeh jo nikala hai logon ne, yeh bilkul bid'at hai ke lafz Allah jo hai, woh Allah ki ism zaat hai aur koi doosra haq nahi</w:t>
      </w:r>
      <w:r>
        <w:br/>
      </w:r>
      <w:r>
        <w:rPr>
          <w:sz w:val="20"/>
        </w:rPr>
        <w:t>54:50  rakhti. yahan tak ke aap suna hoga aap ne aik aik Muslim country mein baqayda is pe muqadma kiya gaya aur doosron ko mehroom kiya gaya.</w:t>
      </w:r>
      <w:r>
        <w:br/>
      </w:r>
      <w:r>
        <w:rPr>
          <w:sz w:val="20"/>
        </w:rPr>
        <w:t>55:00  doosra lafz Allah bol nahi sakte, sirf musalman hi bol sakte hain. is halat mein yeh sab bilkul bid'aten hain. lafz khud Quran mein yeh baat maujood hai ke mushrikeen lafz Allah boltay thay.</w:t>
      </w:r>
      <w:r>
        <w:br/>
      </w:r>
      <w:r>
        <w:rPr>
          <w:sz w:val="20"/>
        </w:rPr>
        <w:t>55:11  to kaisay aap kehte hain ke Allah hamari monopoly hai? Allah aap ki monopoly kaisay ho jaye gi?</w:t>
      </w:r>
      <w:r>
        <w:br/>
      </w:r>
      <w:r>
        <w:rPr>
          <w:sz w:val="20"/>
        </w:rPr>
        <w:t>55:19  mere nazdeek yeh sab kuch bhi nahi, bilkul be-haqeeqat baaten hain. aur lafz Allah durust hai, Khuda bhi durust hai, God bhi durust hai.</w:t>
      </w:r>
      <w:r>
        <w:br/>
      </w:r>
      <w:r>
        <w:rPr>
          <w:sz w:val="20"/>
        </w:rPr>
        <w:t>55:29  is mein koi Islami o ghair Islami ki baat nahi hai. yeh is ka taluq dekhiye riwaj aam se hai. kuch cheezen riwaj aam mein nahi aayi hain to woh woh nahi istemal karna sahi hoga.</w:t>
      </w:r>
      <w:r>
        <w:br/>
      </w:r>
      <w:r>
        <w:rPr>
          <w:sz w:val="20"/>
        </w:rPr>
        <w:t>55:42  jo cheez riwaj aam mein aa jaye,</w:t>
      </w:r>
      <w:r>
        <w:br/>
      </w:r>
      <w:r>
        <w:rPr>
          <w:sz w:val="20"/>
        </w:rPr>
        <w:t>55:45  Arabi mein kaha jata hai ke "al-ghalath al-aam fashih". al-ghalath al-aam fashih yani koi cheez jo aam ho jaye, riwaj pa jaye to wahi fashih hai, wahi sahi hai.</w:t>
      </w:r>
      <w:r>
        <w:br/>
      </w:r>
      <w:r>
        <w:rPr>
          <w:sz w:val="20"/>
        </w:rPr>
        <w:t>55:59  to Khuda aam ho chuka hai aur God aam ho chuka hai, to bilkul durust hai. woh is mein koi harj nahi hai.</w:t>
      </w:r>
      <w:r>
        <w:br/>
      </w:r>
      <w:r>
        <w:rPr>
          <w:sz w:val="20"/>
        </w:rPr>
        <w:t>56:08  lekin kalma jo hai, mislan is mein lafz Allah hi bola jayega.</w:t>
      </w:r>
      <w:r>
        <w:br/>
      </w:r>
      <w:r>
        <w:rPr>
          <w:sz w:val="20"/>
        </w:rPr>
        <w:t>56:14  "la ilaha illallah" mein Allah hi rahega, wahan aap God nahi shamil karenge. jo jo Quran hai, asal matan matan mein wahi rahega jo hai.</w:t>
      </w:r>
      <w:r>
        <w:br/>
      </w:r>
      <w:r>
        <w:rPr>
          <w:sz w:val="20"/>
        </w:rPr>
        <w:t>56:25  matan mein aap tabdeeli nahi kar sakte, lekin tarjmay mein tabdeeli kar sakte hain. aap koi harj is mein nahi hai.</w:t>
      </w:r>
    </w:p>
    <w:p>
      <w:pPr>
        <w:pStyle w:val="Heading2"/>
      </w:pPr>
      <w:r>
        <w:t>Difference between Muslim and Momin</w:t>
      </w:r>
    </w:p>
    <w:p>
      <w:r>
        <w:rPr>
          <w:color w:val="666666"/>
          <w:sz w:val="18"/>
        </w:rPr>
        <w:t>Faith &amp; God · The Expression of Faith (Izhar e Deen) September 1, 2013 · 2m 19s · at 1:01:27 · https://youtu.be/muBDJ8a_8-0?t=3687</w:t>
      </w:r>
    </w:p>
    <w:p>
      <w:r>
        <w:rPr>
          <w:i/>
        </w:rPr>
        <w:t>“What is the difference between Muslim and Momin? For which people is the term Momin used? Explain.”</w:t>
      </w:r>
    </w:p>
    <w:p>
      <w:r>
        <w:rPr>
          <w:sz w:val="20"/>
        </w:rPr>
        <w:t>1:01:27  maulana agla sawal bhi dilli se hai. woh kousar ali sabri sahib ne likha hai. unhon ne likha hai: "muslim aur momin mein kya farq hai?</w:t>
      </w:r>
      <w:r>
        <w:br/>
      </w:r>
      <w:r>
        <w:rPr>
          <w:sz w:val="20"/>
        </w:rPr>
        <w:t>1:01:37  momin kin logon ke liye istemal kiya jayega? is ke baray mein bataye."</w:t>
      </w:r>
      <w:r>
        <w:br/>
      </w:r>
      <w:r>
        <w:rPr>
          <w:sz w:val="20"/>
        </w:rPr>
        <w:t>1:01:49  yani fiqhi lihaz se to yeh farq hai ke momin woh hai jo aqeedah rakhe aur muslim woh hai jo is par amal kare.</w:t>
      </w:r>
      <w:r>
        <w:br/>
      </w:r>
      <w:r>
        <w:rPr>
          <w:sz w:val="20"/>
        </w:rPr>
        <w:t>1:02:00  yani ke momin ka lafz aqeeday ko batata hai aur muslim ka lafz amal ko batata hai.</w:t>
      </w:r>
      <w:r>
        <w:br/>
      </w:r>
      <w:r>
        <w:rPr>
          <w:sz w:val="20"/>
        </w:rPr>
        <w:t>1:02:08  lekin haqeeqat ke aitbar se dono mein koi farq nahi hai.</w:t>
      </w:r>
      <w:r>
        <w:br/>
      </w:r>
      <w:r>
        <w:rPr>
          <w:sz w:val="20"/>
        </w:rPr>
        <w:t>1:02:14  kyun ke imaan jo hai woh sirf is yeh nahi ke aap kalma padh len. lip service ka naam imaan nahi hai.</w:t>
      </w:r>
      <w:r>
        <w:br/>
      </w:r>
      <w:r>
        <w:rPr>
          <w:sz w:val="20"/>
        </w:rPr>
        <w:t>1:02:24  imaan hai discovery ka naam. imaan discovery ka naam hai, marifat ka naam hai.</w:t>
      </w:r>
      <w:r>
        <w:br/>
      </w:r>
      <w:r>
        <w:rPr>
          <w:sz w:val="20"/>
        </w:rPr>
        <w:t>1:02:32  jab aap Allah ko daryaft karen, jab aap alam e aakhirat ko daryaft karen, aap farishton ko daryaft karen, aap jannat dozakh ko daryaft karen, aap creation plan of God ko daryaft karen to us waqt aap marifat wale ban jate hain.</w:t>
      </w:r>
      <w:r>
        <w:br/>
      </w:r>
      <w:r>
        <w:rPr>
          <w:sz w:val="20"/>
        </w:rPr>
        <w:t>1:02:52  marfat wale. is ke baad kya amal abhi kaheen chupa rahe ga idhar udhar? is ke lazmi nateejay ke taur par amal zahir hoga.</w:t>
      </w:r>
      <w:r>
        <w:br/>
      </w:r>
      <w:r>
        <w:rPr>
          <w:sz w:val="20"/>
        </w:rPr>
        <w:t>1:03:03  dekhen, daryaft ka lazmi nateeja amal hai. to fiqhi taqseem mein to imaan naam hai aqeeday ka aur amal naam hai aur islam naam hai amal ka.</w:t>
      </w:r>
      <w:r>
        <w:br/>
      </w:r>
      <w:r>
        <w:rPr>
          <w:sz w:val="20"/>
        </w:rPr>
        <w:t>1:03:16  lekin yeh fiqhi taqseem hai. haqeeqat, haqeeqat ke aitbaar se koi taqseem nahin. jab daryaft aayi to amal aaya.</w:t>
      </w:r>
      <w:r>
        <w:br/>
      </w:r>
      <w:r>
        <w:rPr>
          <w:sz w:val="20"/>
        </w:rPr>
        <w:t>1:03:26  to darja marfat mein aap Allah ko daryaft karen,</w:t>
      </w:r>
      <w:r>
        <w:br/>
      </w:r>
      <w:r>
        <w:rPr>
          <w:sz w:val="20"/>
        </w:rPr>
        <w:t>1:03:31  darja discovery mein aap haqeeqaton ko jaan len to is ke baad amli amal hai. phir phir amal kaheen door nahin rehta aap se.</w:t>
      </w:r>
    </w:p>
    <w:p>
      <w:pPr>
        <w:pStyle w:val="Heading2"/>
      </w:pPr>
      <w:r>
        <w:t>Difference between faith and rational thinking</w:t>
      </w:r>
    </w:p>
    <w:p>
      <w:r>
        <w:rPr>
          <w:color w:val="666666"/>
          <w:sz w:val="18"/>
        </w:rPr>
        <w:t>Faith &amp; God · The Process of Personality Development June 30, 2013 · 3m 15s · at 46:16 · https://youtu.be/CSSFRydcJlo?t=2776</w:t>
      </w:r>
    </w:p>
    <w:p>
      <w:r>
        <w:rPr>
          <w:i/>
        </w:rPr>
        <w:t>“What is the difference between faith and rational thinking?”</w:t>
      </w:r>
    </w:p>
    <w:p>
      <w:r>
        <w:rPr>
          <w:sz w:val="20"/>
        </w:rPr>
        <w:t>46:16  to aap ka kehna bilkul sahi hai, aur yahi har momin ko karna chahiye. hamara agla sawal hai muhammad ilyas sahab ka tamil nadu se.</w:t>
      </w:r>
      <w:r>
        <w:br/>
      </w:r>
      <w:r>
        <w:rPr>
          <w:sz w:val="20"/>
        </w:rPr>
        <w:t>46:26  unhon ne likha hai: "imaan aur rational thinking mein kya farq hai?"</w:t>
      </w:r>
      <w:r>
        <w:br/>
      </w:r>
      <w:r>
        <w:rPr>
          <w:sz w:val="20"/>
        </w:rPr>
        <w:t>46:37  imaan aur rational thinking mein yeh farq hai ke imaan ibtidai taur par naam hai aqeedah ka. yaani aap jab yeh maanein ke Allah ka wajood hai to Allah ko aap dekh nahin rahe hain, woh to ghaib mein hai.</w:t>
      </w:r>
      <w:r>
        <w:br/>
      </w:r>
      <w:r>
        <w:rPr>
          <w:sz w:val="20"/>
        </w:rPr>
        <w:t>46:55  to ghaib par jab aap jab ghaib ke aik aik waqea jo ghaib mein hai, us ko aap maante hain to us ko aqeedah kaha jata hai.</w:t>
      </w:r>
      <w:r>
        <w:br/>
      </w:r>
      <w:r>
        <w:rPr>
          <w:sz w:val="20"/>
        </w:rPr>
        <w:t>47:06  to Allah ghaib mein hai, jannat ghaib mein hai, farishtay ghaib mein hain. in sab cheezon ko jab aap iqrar karte hain, iqrar to woh imaan hota hai.</w:t>
      </w:r>
      <w:r>
        <w:br/>
      </w:r>
      <w:r>
        <w:rPr>
          <w:sz w:val="20"/>
        </w:rPr>
        <w:t>47:19  yaani iqrar jab aap karte hain in cheezon ka to woh imaan hota hai. lekin dekhiye, yeh aakhri had nahin hai, yeh aakhri had nahin hai.</w:t>
      </w:r>
      <w:r>
        <w:br/>
      </w:r>
      <w:r>
        <w:rPr>
          <w:sz w:val="20"/>
        </w:rPr>
        <w:t>47:31  aap soch kar insan apne mizaj mein, insan ka jo mizaj hai, bohat hi rational thinking mizaj mein shamil hai.</w:t>
      </w:r>
      <w:r>
        <w:br/>
      </w:r>
      <w:r>
        <w:rPr>
          <w:sz w:val="20"/>
        </w:rPr>
        <w:t>47:39  insan ke yeh aadmi cheezon ko reason out karta hai. to imaan ibtidai taur par naam hai aqeedah ka, aur jab is ko reason out karte hain aap to woh imaan yaqeen ban jata hai, woh aala marifat ban jata hai.</w:t>
      </w:r>
      <w:r>
        <w:br/>
      </w:r>
      <w:r>
        <w:rPr>
          <w:sz w:val="20"/>
        </w:rPr>
        <w:t>47:55  to main samajhta hoon ke imaan aslan naam hai iqrar ka, lekin imaan ko jab aap taraqqi dein, is ko reason out karein, waqeaat ko rational way mein sochein to imaan mein aik aur cheez ka izafa ho, imaan plus ban jata hai.</w:t>
      </w:r>
      <w:r>
        <w:br/>
      </w:r>
      <w:r>
        <w:rPr>
          <w:sz w:val="20"/>
        </w:rPr>
        <w:t>48:14  to phir aap ka imaan, imaan plus ban jata hai. yaani yeh yaqeen aata hai, aala marifat aati hai. to main yahi kahunga ke shaoor jo hai, aap ke imaan ko, yaani shaoori,</w:t>
      </w:r>
      <w:r>
        <w:br/>
      </w:r>
      <w:r>
        <w:rPr>
          <w:sz w:val="20"/>
        </w:rPr>
        <w:t>48:28  yaani shaoori amal jo hai, woh aap ke imaan ko imaan plus banata hai.</w:t>
      </w:r>
      <w:r>
        <w:br/>
      </w:r>
      <w:r>
        <w:rPr>
          <w:sz w:val="20"/>
        </w:rPr>
        <w:t>48:34  hamara agla question hai ans sahab ka dehli se. unhon ne likha hai ke aik sahab ne bataya ke jab koi problem ho to 41 martaba quran ki surah yaseen parh kar dua karo.</w:t>
      </w:r>
      <w:r>
        <w:br/>
      </w:r>
      <w:r>
        <w:rPr>
          <w:sz w:val="20"/>
        </w:rPr>
        <w:t>48:48  maulana, quran ka is tarah istemal karna kaisa hai? kya prophet aur prophet ke companions quran ka is tarah use karte thay?</w:t>
      </w:r>
      <w:r>
        <w:br/>
      </w:r>
      <w:r>
        <w:rPr>
          <w:sz w:val="20"/>
        </w:rPr>
        <w:t>49:00  aakhir sahaba ke waqeaat mein to aisi cheezein nahin hain, lekin kuch kitabein likhi gayi hain, hamare ulma ne likhi hain, hamare purani ke naam se.</w:t>
      </w:r>
      <w:r>
        <w:br/>
      </w:r>
      <w:r>
        <w:rPr>
          <w:sz w:val="20"/>
        </w:rPr>
        <w:t>49:08  to is mein yeh baatein aati hain. to yeh koi najayaz to nahin, main kahunga is ko, lekin yaani sahaba ke haan is ka, yaani istemal ki misaal maine nahin likhi, agarche main is ko jaayaz samajhta hoon.</w:t>
      </w:r>
    </w:p>
    <w:p>
      <w:pPr>
        <w:pStyle w:val="Heading2"/>
      </w:pPr>
      <w:r>
        <w:t>Difference between pro-Islam and pro-Muslim</w:t>
      </w:r>
    </w:p>
    <w:p>
      <w:r>
        <w:rPr>
          <w:color w:val="666666"/>
          <w:sz w:val="18"/>
        </w:rPr>
        <w:t>Faith &amp; God · Islam in A New Age March 18, 2012 · 3m 04s · at 1:13:38 · https://youtu.be/P5hzq_NheY0?t=4418</w:t>
      </w:r>
    </w:p>
    <w:p>
      <w:r>
        <w:rPr>
          <w:i/>
        </w:rPr>
        <w:t>“What is the difference between pro-Islam and pro-Muslim?”</w:t>
      </w:r>
    </w:p>
    <w:p>
      <w:r>
        <w:rPr>
          <w:sz w:val="20"/>
        </w:rPr>
        <w:t>1:13:38  Maulana, agla sawal hai Tamil Nadu se Maulana Iqbal Umri sahib ka. unhone aapse poocha hai What is the difference between pro-Islam and pro</w:t>
      </w:r>
      <w:r>
        <w:br/>
      </w:r>
      <w:r>
        <w:rPr>
          <w:sz w:val="20"/>
        </w:rPr>
        <w:t>1:13:48  -Muslim? pro-Muslim hota hai woh qaumi, yaani logon ke andar jo hai mizaj qaumi mizaj hai. qaumi mizaj hai.</w:t>
      </w:r>
      <w:r>
        <w:br/>
      </w:r>
      <w:r>
        <w:rPr>
          <w:sz w:val="20"/>
        </w:rPr>
        <w:t>1:13:58  Islam ek bilkul ek ideology hai, pure ideology. toh pure Islam ka matlab yeh hai ke aap khalis ek divine ideology ko le kar sochein.</w:t>
      </w:r>
      <w:r>
        <w:br/>
      </w:r>
      <w:r>
        <w:rPr>
          <w:sz w:val="20"/>
        </w:rPr>
        <w:t>1:14:09  aur pro-Muslim hai ke ek qaum hai, ek millat hai, us ko le kar sochein aap. toh bilkul do alag alag soch ban</w:t>
      </w:r>
      <w:r>
        <w:br/>
      </w:r>
      <w:r>
        <w:rPr>
          <w:sz w:val="20"/>
        </w:rPr>
        <w:t>1:14:17  jati hai. jaise jaise musalman aam taur par jo campaign mein jeete hain, protest mein jeete hain, nafrat jeete hain, woh kyun? qaumi soch ki wajah se, qaumi mizaj ki wajah se.</w:t>
      </w:r>
      <w:r>
        <w:br/>
      </w:r>
      <w:r>
        <w:rPr>
          <w:sz w:val="20"/>
        </w:rPr>
        <w:t>1:14:27  agar aap ke andar, yaani khalis Islami mizaj ho, toh phir nafrat ki aur negativity ki koi gunjaish hi is mein nahi hoti.</w:t>
      </w:r>
      <w:r>
        <w:br/>
      </w:r>
      <w:r>
        <w:rPr>
          <w:sz w:val="20"/>
        </w:rPr>
        <w:t>1:14:38  dono bilkul do alag alag woh hain. Islami zehan se sochna aur Muslim zehan se sochna, dono bilkul alag al</w:t>
      </w:r>
      <w:r>
        <w:br/>
      </w:r>
      <w:r>
        <w:rPr>
          <w:sz w:val="20"/>
        </w:rPr>
        <w:t>1:14:47  ag hain. Muslim zehan se sochne ke maani hain qaumi zehan. qaumi zehan se sochna. aur Islami zehan ke maani hain, yaani khalis, yaani nazariya, ideology ke aitbar se sochna.</w:t>
      </w:r>
      <w:r>
        <w:br/>
      </w:r>
      <w:r>
        <w:rPr>
          <w:sz w:val="20"/>
        </w:rPr>
        <w:t>1:15:00  toh bohat farq hai.</w:t>
      </w:r>
      <w:r>
        <w:br/>
      </w:r>
      <w:r>
        <w:rPr>
          <w:sz w:val="20"/>
        </w:rPr>
        <w:t>1:15:05  Maulana, unka ek aur sawal</w:t>
      </w:r>
      <w:r>
        <w:br/>
      </w:r>
      <w:r>
        <w:rPr>
          <w:sz w:val="20"/>
        </w:rPr>
        <w:t>1:15:07  hai. unhone aapse poocha hai ke ek Quran ki ayat ko wazeh karne ke liye, jis mein yeh kaha gaya hai كُنْتُمْ خَيْرًا أُمَّةٌ أَخْرِجَتْ لِلنَّاسِ iska kya matlab hai?</w:t>
      </w:r>
      <w:r>
        <w:br/>
      </w:r>
      <w:r>
        <w:rPr>
          <w:sz w:val="20"/>
        </w:rPr>
        <w:t>1:15:20  dekhiye, yeh khair o bad ka lafz jo Quran mein aaya hai, toh aam taur par log samajhte hain ke saare musalman khair ul ummat hain. yeh bilkul galat hai. saare musalman khair ul ummat nahi hain.</w:t>
      </w:r>
      <w:r>
        <w:br/>
      </w:r>
      <w:r>
        <w:rPr>
          <w:sz w:val="20"/>
        </w:rPr>
        <w:t>1:15:31  saare musalman toh ek giroh hain, bas ek nasli giroh. is ayat mein khair ul ummat se murad sahaba hain.</w:t>
      </w:r>
      <w:r>
        <w:br/>
      </w:r>
      <w:r>
        <w:rPr>
          <w:sz w:val="20"/>
        </w:rPr>
        <w:t>1:15:37  sahaba. yaani jo Allah ke Rasool ki sohbat mein jinki training hui thi, jinke andar ek akhlaq aaya tha, jo yaani apne qaul o amal ke aitbar se Allah ke deen par qaim hue the, woh murad hai is se.</w:t>
      </w:r>
      <w:r>
        <w:br/>
      </w:r>
      <w:r>
        <w:rPr>
          <w:sz w:val="20"/>
        </w:rPr>
        <w:t>1:15:52  yeh koi qaum nahi murad hai jo musalmanon ki qaum hai, bas saare khair ul ummat hain. aisa kuch bhi nahi.</w:t>
      </w:r>
      <w:r>
        <w:br/>
      </w:r>
      <w:r>
        <w:rPr>
          <w:sz w:val="20"/>
        </w:rPr>
        <w:t>1:16:03  Maulana, agla jo hai woh sawal nahi</w:t>
      </w:r>
      <w:r>
        <w:br/>
      </w:r>
      <w:r>
        <w:rPr>
          <w:sz w:val="20"/>
        </w:rPr>
        <w:t>1:16:06  hai, ek comment aaya hai Doha, Qatar se Maulana Abdul Basit Umri ka. unhone likha hai: Maulana, ijtihad ka mafhoom aaj tak mubham aur ghair wazeh tha.</w:t>
      </w:r>
      <w:r>
        <w:br/>
      </w:r>
      <w:r>
        <w:rPr>
          <w:sz w:val="20"/>
        </w:rPr>
        <w:t>1:16:18  aaj ki taqreer se pehli baar ijtihad ka sahi mafhoom samajh mein aaya. suraj ki tarah wazeh. ke asal cheez niyat ko dekhna nahi, niyat agar durust hai toh phir kuch bhi darne ki baat nahi.</w:t>
      </w:r>
      <w:r>
        <w:br/>
      </w:r>
      <w:r>
        <w:rPr>
          <w:sz w:val="20"/>
        </w:rPr>
        <w:t>1:16:33  Jazak Allah khair, Allah aap ki umar mein barkat de aur aapse zyada se zyada seekhne ka mauqa de. Jazak Allah.</w:t>
      </w:r>
    </w:p>
    <w:p>
      <w:pPr>
        <w:pStyle w:val="Heading2"/>
      </w:pPr>
      <w:r>
        <w:t>Difference between tawakkul and wise planning</w:t>
      </w:r>
    </w:p>
    <w:p>
      <w:r>
        <w:rPr>
          <w:color w:val="666666"/>
          <w:sz w:val="18"/>
        </w:rPr>
        <w:t>Faith &amp; God · Living In Falsehood I December 15, 2013 · 3m 23s · at 1:00:11 · https://youtu.be/yD-ZtvlrFDw?t=3611</w:t>
      </w:r>
    </w:p>
    <w:p>
      <w:r>
        <w:rPr>
          <w:i/>
        </w:rPr>
        <w:t>“What is the difference between tawakkul and planning based on wisdom? Please explain.”</w:t>
      </w:r>
    </w:p>
    <w:p>
      <w:r>
        <w:rPr>
          <w:sz w:val="20"/>
        </w:rPr>
        <w:t>1:00:11  maulana, agla sawal maulana iqbal umri ne kiya hai chennai se.</w:t>
      </w:r>
      <w:r>
        <w:br/>
      </w:r>
      <w:r>
        <w:rPr>
          <w:sz w:val="20"/>
        </w:rPr>
        <w:t>1:00:16  unhone likha hai: "tawakkul aur wisdom pe base ki hui planning mein kya farq hai?" is ke</w:t>
      </w:r>
      <w:r>
        <w:br/>
      </w:r>
      <w:r>
        <w:rPr>
          <w:sz w:val="20"/>
        </w:rPr>
        <w:t>1:00:24  baare mein bataein.</w:t>
      </w:r>
      <w:r>
        <w:br/>
      </w:r>
      <w:r>
        <w:rPr>
          <w:sz w:val="20"/>
        </w:rPr>
        <w:t>1:00:25  kya kiya hai? tawakkul aur wisdom pe based ki hui planning dono mein kya farq hai? bhai, yeh</w:t>
      </w:r>
      <w:r>
        <w:br/>
      </w:r>
      <w:r>
        <w:rPr>
          <w:sz w:val="20"/>
        </w:rPr>
        <w:t>1:00:33  to hadith mein is ka jawab maujood hai.</w:t>
      </w:r>
      <w:r>
        <w:br/>
      </w:r>
      <w:r>
        <w:rPr>
          <w:sz w:val="20"/>
        </w:rPr>
        <w:t>1:00:36  ek shakhs ne rasool ALLAH sal ALLAHU ALAIHI WASALLAM se poocha ke main apne mere paas oont jo</w:t>
      </w:r>
      <w:r>
        <w:br/>
      </w:r>
      <w:r>
        <w:rPr>
          <w:sz w:val="20"/>
        </w:rPr>
        <w:t>1:00:44  hai, is oont ko main baat ka tawakkul karoon ya chhod kar tawakkul karoon? aap ne farmaya ke</w:t>
      </w:r>
      <w:r>
        <w:br/>
      </w:r>
      <w:r>
        <w:rPr>
          <w:sz w:val="20"/>
        </w:rPr>
        <w:t>1:00:52  "iqlaaf tawakkal".</w:t>
      </w:r>
      <w:r>
        <w:br/>
      </w:r>
      <w:r>
        <w:rPr>
          <w:sz w:val="20"/>
        </w:rPr>
        <w:t>1:00:53  is ko pehle baandho phir tawakkul karo.</w:t>
      </w:r>
      <w:r>
        <w:br/>
      </w:r>
      <w:r>
        <w:rPr>
          <w:sz w:val="20"/>
        </w:rPr>
        <w:t>1:00:56  to tawakkul ka matlab yeh jo liya liya gaya hai, bas ALLAH par daalna, yeh tawakkul nahi hai.</w:t>
      </w:r>
      <w:r>
        <w:br/>
      </w:r>
      <w:r>
        <w:rPr>
          <w:sz w:val="20"/>
        </w:rPr>
        <w:t>1:01:04  yeh to yeh to be danisti ki baat hai, is ka islam se koi talluq nahi hai.</w:t>
      </w:r>
      <w:r>
        <w:br/>
      </w:r>
      <w:r>
        <w:rPr>
          <w:sz w:val="20"/>
        </w:rPr>
        <w:t>1:01:11  dekhen, tawakkul ka matlab kya hai? main jo samjhaun woh yeh hai ke jitni aap ke bas mein</w:t>
      </w:r>
      <w:r>
        <w:br/>
      </w:r>
      <w:r>
        <w:rPr>
          <w:sz w:val="20"/>
        </w:rPr>
        <w:t>1:01:19  hai, aap apni aql ko istemal karen, apni soch ko istemal karen, apni resources ko istemal karen aur</w:t>
      </w:r>
      <w:r>
        <w:br/>
      </w:r>
      <w:r>
        <w:rPr>
          <w:sz w:val="20"/>
        </w:rPr>
        <w:t>1:01:27  bahut hi realistic way mein planning karen aap.</w:t>
      </w:r>
      <w:r>
        <w:br/>
      </w:r>
      <w:r>
        <w:rPr>
          <w:sz w:val="20"/>
        </w:rPr>
        <w:t>1:01:30  lekin dekhen, insan ki limitations hoti hain, kahin na kahin insan ki had aa jati hai.</w:t>
      </w:r>
      <w:r>
        <w:br/>
      </w:r>
      <w:r>
        <w:rPr>
          <w:sz w:val="20"/>
        </w:rPr>
        <w:t>1:01:37  to agar aap ne apne aap ko poori tarah exact kiya hai to jo aap ki kami hai,</w:t>
      </w:r>
      <w:r>
        <w:br/>
      </w:r>
      <w:r>
        <w:rPr>
          <w:sz w:val="20"/>
        </w:rPr>
        <w:t>1:01:45  woh Allah poori kar de ga.</w:t>
      </w:r>
      <w:r>
        <w:br/>
      </w:r>
      <w:r>
        <w:rPr>
          <w:sz w:val="20"/>
        </w:rPr>
        <w:t>1:01:47  to tawakkul ka matlab yeh hai: "man yatawakkal alal lahi fahazbuhi".</w:t>
      </w:r>
      <w:r>
        <w:br/>
      </w:r>
      <w:r>
        <w:rPr>
          <w:sz w:val="20"/>
        </w:rPr>
        <w:t>1:01:52  matlab apna sab kuch kar ke aap yeh kahen: "khuda ya, yahan to meri had aa gayi, ab aage</w:t>
      </w:r>
      <w:r>
        <w:br/>
      </w:r>
      <w:r>
        <w:rPr>
          <w:sz w:val="20"/>
        </w:rPr>
        <w:t>1:01:59  to meri madad farma".</w:t>
      </w:r>
      <w:r>
        <w:br/>
      </w:r>
      <w:r>
        <w:rPr>
          <w:sz w:val="20"/>
        </w:rPr>
        <w:t>1:02:01  to wahan par aap ki madad ho jayegi, hogi.</w:t>
      </w:r>
      <w:r>
        <w:br/>
      </w:r>
      <w:r>
        <w:rPr>
          <w:sz w:val="20"/>
        </w:rPr>
        <w:t>1:02:05  yeh matlab hai tawakkul ka.</w:t>
      </w:r>
      <w:r>
        <w:br/>
      </w:r>
      <w:r>
        <w:rPr>
          <w:sz w:val="20"/>
        </w:rPr>
        <w:t>1:02:07  yani aap yun kahen ke 50 percent aap ka hissa hai.</w:t>
      </w:r>
      <w:r>
        <w:br/>
      </w:r>
      <w:r>
        <w:rPr>
          <w:sz w:val="20"/>
        </w:rPr>
        <w:t>1:02:12  jab hissa aap ada karte hain to baqi 50 percent Allah ki taraf poora kar diya jata hai.</w:t>
      </w:r>
      <w:r>
        <w:br/>
      </w:r>
      <w:r>
        <w:rPr>
          <w:sz w:val="20"/>
        </w:rPr>
        <w:t>1:02:20  jaise ek ayat hai ke: "woh hai ilahi yasadu al kalamu al tayyibu wal amalu al salihu arfuhu".</w:t>
      </w:r>
      <w:r>
        <w:br/>
      </w:r>
      <w:r>
        <w:rPr>
          <w:sz w:val="20"/>
        </w:rPr>
        <w:t>1:02:26  ilahi yasadu al kalamu al tayyibu wal amalu al salihu arfuhu.</w:t>
      </w:r>
      <w:r>
        <w:br/>
      </w:r>
      <w:r>
        <w:rPr>
          <w:sz w:val="20"/>
        </w:rPr>
        <w:t>1:02:29  yani ek hai kalam tayyib, ek hai amal salih.</w:t>
      </w:r>
      <w:r>
        <w:br/>
      </w:r>
      <w:r>
        <w:rPr>
          <w:sz w:val="20"/>
        </w:rPr>
        <w:t>1:02:33  to kalam tayyib aap ko pesh karna hai, yani kalam ke matlab la ilaha nahi yahan par hai,</w:t>
      </w:r>
      <w:r>
        <w:br/>
      </w:r>
      <w:r>
        <w:rPr>
          <w:sz w:val="20"/>
        </w:rPr>
        <w:t>1:02:40  koi bhi positive baat.</w:t>
      </w:r>
      <w:r>
        <w:br/>
      </w:r>
      <w:r>
        <w:rPr>
          <w:sz w:val="20"/>
        </w:rPr>
        <w:t>1:02:42  to aap positive baat jo aap ke paas hai, koi positive planning, koi positive maqsad, koi positive target</w:t>
      </w:r>
      <w:r>
        <w:br/>
      </w:r>
      <w:r>
        <w:rPr>
          <w:sz w:val="20"/>
        </w:rPr>
        <w:t>1:02:50  jaiz qism ka, is mein bharpoor tor par aap ke paas jo kuch hai, woh laga den aap.</w:t>
      </w:r>
      <w:r>
        <w:br/>
      </w:r>
      <w:r>
        <w:rPr>
          <w:sz w:val="20"/>
        </w:rPr>
        <w:t>1:02:58  to is ke baad baqi jo hai, Allah ki taraf poora kiya jayega.</w:t>
      </w:r>
      <w:r>
        <w:br/>
      </w:r>
      <w:r>
        <w:rPr>
          <w:sz w:val="20"/>
        </w:rPr>
        <w:t>1:03:04  yeh matlab hai, yani: "man yatawakkal alal lahi fahazbuhi".</w:t>
      </w:r>
      <w:r>
        <w:br/>
      </w:r>
      <w:r>
        <w:rPr>
          <w:sz w:val="20"/>
        </w:rPr>
        <w:t>1:03:07  aur hadith mein khud is ka jawab hai ke aap ne farmaya ke oont ko bandho par tawakkul</w:t>
      </w:r>
      <w:r>
        <w:br/>
      </w:r>
      <w:r>
        <w:rPr>
          <w:sz w:val="20"/>
        </w:rPr>
        <w:t>1:03:15  karo, yeh nahi ke chhod do phir tawakkul, yani Allah par tawakkul karte hue chhod do is ko.</w:t>
      </w:r>
      <w:r>
        <w:br/>
      </w:r>
      <w:r>
        <w:rPr>
          <w:sz w:val="20"/>
        </w:rPr>
        <w:t>1:03:23  yeh yeh nahi farmaya aap ne.</w:t>
      </w:r>
      <w:r>
        <w:br/>
      </w:r>
      <w:r>
        <w:rPr>
          <w:sz w:val="20"/>
        </w:rPr>
        <w:t>1:03:25  to hadith ka yeh jo hadith hai, bohat wazeh tor par batati hai ke ke tawakkul ka concept</w:t>
      </w:r>
      <w:r>
        <w:br/>
      </w:r>
      <w:r>
        <w:rPr>
          <w:sz w:val="20"/>
        </w:rPr>
        <w:t>1:03:33  islam mein kya hai.</w:t>
      </w:r>
    </w:p>
    <w:p>
      <w:pPr>
        <w:pStyle w:val="Heading2"/>
      </w:pPr>
      <w:r>
        <w:t>Difference in reactions to criticism of God vs Prophet</w:t>
      </w:r>
    </w:p>
    <w:p>
      <w:r>
        <w:rPr>
          <w:color w:val="666666"/>
          <w:sz w:val="18"/>
        </w:rPr>
        <w:t>Faith &amp; God · The Existence of God October 7, 2012 · 2m 08s · at 1:22:29 · https://youtu.be/Hm0ybuokQ8s?t=4949</w:t>
      </w:r>
    </w:p>
    <w:p>
      <w:r>
        <w:rPr>
          <w:i/>
        </w:rPr>
        <w:t>“Einstein said in his letter that God does not exist. If someone said the same thing about the Prophet, there would be protests all over the world. Why is there this difference in the matter of God and the Messenger? Please explain.”</w:t>
      </w:r>
    </w:p>
    <w:p>
      <w:r>
        <w:rPr>
          <w:sz w:val="20"/>
        </w:rPr>
        <w:t>1:22:29  maulana, agla sawal dilli se hai maulana zikwan nadvi sahab ka. unhon ne likha hai: "einstein ne apne letter mein khuda ke baray mein jo kaha ke khuda ka koi wajood nahi hai,</w:t>
      </w:r>
      <w:r>
        <w:br/>
      </w:r>
      <w:r>
        <w:rPr>
          <w:sz w:val="20"/>
        </w:rPr>
        <w:t>1:22:41  agar yahi baat koi shakhs prophet ke baray mein keh de to sari dunya mein protest shuru ho jaye ga. khuda aur rasool ke mamlay mein yeh farq kyun paya jata hai, is ke baray mein batayein." dekhiye, musalman phatkay hue hain.</w:t>
      </w:r>
      <w:r>
        <w:br/>
      </w:r>
      <w:r>
        <w:rPr>
          <w:sz w:val="20"/>
        </w:rPr>
        <w:t>1:22:58  aaj kal ke musalman jo hain, mein saaf kehta hoon ke yeh phatkay hue log hain. yeh yeh na khuda ko mantay hain, na muhammad ko mantay hain. apne qoumi khwahishat mein jeetay hain yeh log.</w:t>
      </w:r>
      <w:r>
        <w:br/>
      </w:r>
      <w:r>
        <w:rPr>
          <w:sz w:val="20"/>
        </w:rPr>
        <w:t>1:23:09  yeh qoumi khwahishat ke hangamay hain. yeh mat samjhiye ke rasool Allah ke hangamay hain. harghiz harghiz yeh rasool Allah ke hangamay nahi hain.</w:t>
      </w:r>
      <w:r>
        <w:br/>
      </w:r>
      <w:r>
        <w:rPr>
          <w:sz w:val="20"/>
        </w:rPr>
        <w:t>1:23:19  rasool Allah ke hangamay agar hotay to woh jantay hain ke rasool Allah ne kya kiya.</w:t>
      </w:r>
      <w:r>
        <w:br/>
      </w:r>
      <w:r>
        <w:rPr>
          <w:sz w:val="20"/>
        </w:rPr>
        <w:t>1:23:25  yaani gustakhi par hangama kiya rasool Allah sallallahu alaihi wasallam ne. wahan to gustakhi khoob hoti thi rozana subah makkah madinay mein.</w:t>
      </w:r>
      <w:r>
        <w:br/>
      </w:r>
      <w:r>
        <w:rPr>
          <w:sz w:val="20"/>
        </w:rPr>
        <w:t>1:23:33  yeh to qoumi hangamay hain, apni khwahishat mein peechay dorr rahay hain. yeh in ko na islam se matlab hai, na quran se, na muhammad se, na islam khuda se, kisi se matlab nahi.</w:t>
      </w:r>
      <w:r>
        <w:br/>
      </w:r>
      <w:r>
        <w:rPr>
          <w:sz w:val="20"/>
        </w:rPr>
        <w:t>1:23:43  in ko apni khwahishat se matlab hai. mein nahi manta ke yeh koi islami phenomena hai. mein harghiz nahi manta ke yeh koi islami phenomena hai.</w:t>
      </w:r>
      <w:r>
        <w:br/>
      </w:r>
      <w:r>
        <w:rPr>
          <w:sz w:val="20"/>
        </w:rPr>
        <w:t>1:23:54  yahan phenomena aaye to kyun nahi? in ke andar khauf khuda kyun nahi? in ke andar insaan se khair khwahi kyun nahi? in ke andar yeh jazba kyun nahi ke logon ko</w:t>
      </w:r>
      <w:r>
        <w:br/>
      </w:r>
      <w:r>
        <w:rPr>
          <w:sz w:val="20"/>
        </w:rPr>
        <w:t>1:24:05  quran pohanchayein? yeh sab jazba kyun nahi? khair, marna kaatna kya hai? hangama karna, protest karna, jalsay nikalna, yeh kyun hai? sab se pehla jo hona chahiye, rasool Allah: "lilk baakh an-nafs ka an-fusak allahu yaqoon al-mu'mineen".</w:t>
      </w:r>
      <w:r>
        <w:br/>
      </w:r>
      <w:r>
        <w:rPr>
          <w:sz w:val="20"/>
        </w:rPr>
        <w:t>1:24:21  yeh rasool Allah ki yeh seerat hai. yeh kyun nahi? in ke andar hai ke logon ki khair khwahi mein aap poochtay thay ke kaash in ko sachai mil jaye.</w:t>
      </w:r>
      <w:r>
        <w:br/>
      </w:r>
      <w:r>
        <w:rPr>
          <w:sz w:val="20"/>
        </w:rPr>
        <w:t>1:24:32  to agar aap baray ashiq rasool hain to yeh kyun nahi?</w:t>
      </w:r>
    </w:p>
    <w:p>
      <w:pPr>
        <w:pStyle w:val="Heading2"/>
      </w:pPr>
      <w:r>
        <w:t>Different paths to one God?</w:t>
      </w:r>
    </w:p>
    <w:p>
      <w:r>
        <w:rPr>
          <w:color w:val="666666"/>
          <w:sz w:val="18"/>
        </w:rPr>
        <w:t>Faith &amp; God · Three levels of Realization July 4, 2010 · 3m 40s · at 1:20:07 · https://youtu.be/NtCTVVov3Nw?t=4807</w:t>
      </w:r>
    </w:p>
    <w:p>
      <w:r>
        <w:rPr>
          <w:i/>
        </w:rPr>
        <w:t>“If God is one, can there be different ways to attain Him? How can there be different paths? It is like going from here to Kolkata: only one road, one railway line, one direction will get you there. So how can there be multiple paths to God?”</w:t>
      </w:r>
    </w:p>
    <w:p>
      <w:r>
        <w:rPr>
          <w:sz w:val="20"/>
        </w:rPr>
        <w:t>1:20:07  maulana agla sawal kya hai mister shah nawaz siddiqui ne new delhi se</w:t>
      </w:r>
      <w:r>
        <w:br/>
      </w:r>
      <w:r>
        <w:rPr>
          <w:sz w:val="20"/>
        </w:rPr>
        <w:t>1:20:12  unhone likha hai ke agar ishwar ek hai to kya use paane ke tareeqe alag alag ho sakte hain nahi nahi alag alag kaise honge aap jana hai yahan se kolkata to wahi road chalegi wahi railway line jayegi hawa jahan se woh isi sarukh par jahan daudega yani ke idhar daudo tab bhi kolkata aa jaye idhar jao tab bhi kolkata aa jaye aisa kaise ho sakta hai yeh to koi baat nahi hai</w:t>
      </w:r>
      <w:r>
        <w:br/>
      </w:r>
      <w:r>
        <w:rPr>
          <w:sz w:val="20"/>
        </w:rPr>
        <w:t>1:20:41  kolkata ek hi direction mein chalne milega</w:t>
      </w:r>
      <w:r>
        <w:br/>
      </w:r>
      <w:r>
        <w:rPr>
          <w:sz w:val="20"/>
        </w:rPr>
        <w:t>1:20:46  yeh main nahi manta kuch bhi karo kuch bhi karo khuda mil jaye tum ko is ka ek right course hoga is ka ek right path hoga woh path jo hai main ritual nahi manta ke rituals koi aise rituals hain woh woh path hain woh ritual karo to mil jayega khuda nahi woh thinking par based karta hai soch soch par based karta hai</w:t>
      </w:r>
      <w:r>
        <w:br/>
      </w:r>
      <w:r>
        <w:rPr>
          <w:sz w:val="20"/>
        </w:rPr>
        <w:t>1:21:08  right thinking se khuda milega right thinking different path se nahi by nahi matlab ek different path pe chalo aur to aakhir mein khuda hi tak pahunch jaoge yani right thinking agar hogi tum ko cheezon ko right angle se dekhna bahut badi baat hai ke cheezon ko log bahut kam log aise mujhe mile jo cheezon ko right angle se dekhta hoon right angle se</w:t>
      </w:r>
      <w:r>
        <w:br/>
      </w:r>
      <w:r>
        <w:rPr>
          <w:sz w:val="20"/>
        </w:rPr>
        <w:t>1:21:36  ya abhi mere paas ek aaj hi ek aaya hai ek ek sahib ka letter abhi subah mujhe mila to afghanistan ki ladai ke bare mein maine kaha hai ke yeh ladai jo hai woh jihad nahi hai to kehte hain kaise kaise kaise aap jihad karte hain woh to sab ulama hain aur islami batein karte hain to maine kaha aap right angle se nahi dekh rahe hain yani hum dekh rahe hain is result ke angle se</w:t>
      </w:r>
      <w:r>
        <w:br/>
      </w:r>
      <w:r>
        <w:rPr>
          <w:sz w:val="20"/>
        </w:rPr>
        <w:t>1:22:04  woh dekh rahe hain ke unhone leaderon ne kya sab bole hain woh bole the ke hum koi islami nizam qaim karna hai hum koi islami qanoon nafiz karna hai is angle se aap dekh rahe hain un ke shabdon ke angle se main dekh raha hoon result ke angle se result to kuch nahi nikal raha tabahi tabahi tabahi tabahi to khuda ko bhi paane ke liye woh aankh chahiye jo result jo sahi angle se cheezon ko dekhe</w:t>
      </w:r>
      <w:r>
        <w:br/>
      </w:r>
      <w:r>
        <w:rPr>
          <w:sz w:val="20"/>
        </w:rPr>
        <w:t>1:22:32  bahut important baat yeh hai ke right angle se cheezon ko dekhna yeh hai marifat ka sab se bada zariya agar aap ke andar woh woh ability develop nahi ki hai yeh cheezon ko right angle se dekhne ki to kabhi bhi nahi milega khuda aap ko kabhi bhi nahi milega</w:t>
      </w:r>
      <w:r>
        <w:br/>
      </w:r>
      <w:r>
        <w:rPr>
          <w:sz w:val="20"/>
        </w:rPr>
        <w:t>1:23:00  jaise ek baar ek ek park mein ek shayar aur ek chemist do aadmi gaye to wahan phool</w:t>
      </w:r>
      <w:r>
        <w:br/>
      </w:r>
      <w:r>
        <w:rPr>
          <w:sz w:val="20"/>
        </w:rPr>
        <w:t>1:23:08  tha us mein bohat rang bhi tha khushbu bhi thi har cheez thi to chemist jo tha us</w:t>
      </w:r>
      <w:r>
        <w:br/>
      </w:r>
      <w:r>
        <w:rPr>
          <w:sz w:val="20"/>
        </w:rPr>
        <w:t>1:23:14  ki chemistry mein sochne laga</w:t>
      </w:r>
      <w:r>
        <w:br/>
      </w:r>
      <w:r>
        <w:rPr>
          <w:sz w:val="20"/>
        </w:rPr>
        <w:t>1:23:17  what is a chemistry of this flower woh shayar jo tha us ko us ko ek use mehboob</w:t>
      </w:r>
      <w:r>
        <w:br/>
      </w:r>
      <w:r>
        <w:rPr>
          <w:sz w:val="20"/>
        </w:rPr>
        <w:t>1:23:24  ko jalwa dikhai de gayi woh isi is angle se dekhne laga to kisi waqeye ko</w:t>
      </w:r>
      <w:r>
        <w:br/>
      </w:r>
      <w:r>
        <w:rPr>
          <w:sz w:val="20"/>
        </w:rPr>
        <w:t>1:23:31  dekhne ke mukhtalif angle hote hain</w:t>
      </w:r>
      <w:r>
        <w:br/>
      </w:r>
      <w:r>
        <w:rPr>
          <w:sz w:val="20"/>
        </w:rPr>
        <w:t>1:23:34  to khuda ko paane ke liye zaroori hai ke aap ko woh woh vision mil jaye woh vision</w:t>
      </w:r>
      <w:r>
        <w:br/>
      </w:r>
      <w:r>
        <w:rPr>
          <w:sz w:val="20"/>
        </w:rPr>
        <w:t>1:23:40  jismein aap cheezon ko right angle se dekh saken</w:t>
      </w:r>
      <w:r>
        <w:br/>
      </w:r>
      <w:r>
        <w:rPr>
          <w:sz w:val="20"/>
        </w:rPr>
        <w:t>1:23:42  tab ja kar aap ko sachai milegi nahi to nahi milegi</w:t>
      </w:r>
    </w:p>
    <w:p>
      <w:pPr>
        <w:pStyle w:val="Heading2"/>
      </w:pPr>
      <w:r>
        <w:t>Division of Islam into sects and handling bid'ah</w:t>
      </w:r>
    </w:p>
    <w:p>
      <w:r>
        <w:rPr>
          <w:color w:val="666666"/>
          <w:sz w:val="18"/>
        </w:rPr>
        <w:t>Faith &amp; God · Art of Crisis Management October 3, 2010 · 4m 07s · at 1:50:50 · https://youtu.be/sKdyThFThXo?t=6650</w:t>
      </w:r>
    </w:p>
    <w:p>
      <w:r>
        <w:rPr>
          <w:i/>
        </w:rPr>
        <w:t>“How did Islam become divided into four or five sects when the Companions continued on the Prophet's path? How can we stop Muslims today who are far from authentic Hadith and practice innovations, refusing to listen, claiming many new hadiths are false?”</w:t>
      </w:r>
    </w:p>
    <w:p>
      <w:r>
        <w:rPr>
          <w:sz w:val="20"/>
        </w:rPr>
        <w:t>1:50:50  maulana, yeh sawal miss mehrin ne kiya hai dilli se. unhon 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w:t>
      </w:r>
      <w:r>
        <w:br/>
      </w:r>
      <w:r>
        <w:rPr>
          <w:sz w:val="20"/>
        </w:rPr>
        <w:t>1:51:15  jab woh hamare baat manne se inkar karein aur yeh jawab dein ke aaj ke time mein bahut se nayi nayi hadisein nikal rahi hain jo ke galat hain?" is ke bare mein bataein.</w:t>
      </w:r>
      <w:r>
        <w:br/>
      </w:r>
      <w:r>
        <w:rPr>
          <w:sz w:val="20"/>
        </w:rPr>
        <w:t>1:51:29  dekhein, yeh aap yeh yahan mein detail nahi bata sakta. meri ek kitaab hai, uska naam hai "tajdeed deen". is mein aap is ki tafseel padh lijeye.</w:t>
      </w:r>
      <w:r>
        <w:br/>
      </w:r>
      <w:r>
        <w:rPr>
          <w:sz w:val="20"/>
        </w:rPr>
        <w:t>1:51:41  yeh chaaron jo woh bane hain,</w:t>
      </w:r>
      <w:r>
        <w:br/>
      </w:r>
      <w:r>
        <w:rPr>
          <w:sz w:val="20"/>
        </w:rPr>
        <w:t>1:51:45  fiqhi school, is ki haqeeqat kya hai? is mein aap is ko pa sakte hain. uska naam hai kitaab ka "tajdeed deen". is ko aap padhiye, is mein saari baat aap ko mil jayegi.</w:t>
      </w:r>
      <w:r>
        <w:br/>
      </w:r>
      <w:r>
        <w:rPr>
          <w:sz w:val="20"/>
        </w:rPr>
        <w:t>1:51:56  maulana, in ka ek aur sawal hai, woh pooch rahi hain ke ghair muslim ko dawat dene ka sahi tareeqa kya hai? sahi tareeqa hai un ke khair khwah ban jaiye.</w:t>
      </w:r>
      <w:r>
        <w:br/>
      </w:r>
      <w:r>
        <w:rPr>
          <w:sz w:val="20"/>
        </w:rPr>
        <w:t>1:52:10  yeh jab maa khair khwah hoti hai apne bete ki to kya beta koi maa ja ke poochti hai mohalle mein ke bhai mein kya karoon bete ke liye? kya koi maa aisi dekhi hai aap ne ke beta paida ho to mohalle mein ghoome?</w:t>
      </w:r>
      <w:r>
        <w:br/>
      </w:r>
      <w:r>
        <w:rPr>
          <w:sz w:val="20"/>
        </w:rPr>
        <w:t>1:52:24  arey bhai, mera beta paida hua hai, batao mein mujhe kya karna hai? maa ki mohabbat, maa ki khair khwahi apne aap mein batati hai ke use kya karna hai.</w:t>
      </w:r>
      <w:r>
        <w:br/>
      </w:r>
      <w:r>
        <w:rPr>
          <w:sz w:val="20"/>
        </w:rPr>
        <w:t>1:52:35  to dawat jo hai, kahan se</w:t>
      </w:r>
      <w:r>
        <w:br/>
      </w:r>
      <w:r>
        <w:rPr>
          <w:sz w:val="20"/>
        </w:rPr>
        <w:t>1:52:37  shuru hoti hai? yaad rakhiye, khair khwahi se, mohabbat se shuru hoti hai. logon ko mohabbat hi nahi to dawat kya denge? woh</w:t>
      </w:r>
      <w:r>
        <w:br/>
      </w:r>
      <w:r>
        <w:rPr>
          <w:sz w:val="20"/>
        </w:rPr>
        <w:t>1:52:47  "ani lakum naasih" quran mein aata hai ke mein tumhara khair khwah hoon. to maa khair khwah hoti hai, is liye woh jaan leti hai ke mujhe kya karna hai apne bete ke bare mein.</w:t>
      </w:r>
      <w:r>
        <w:br/>
      </w:r>
      <w:r>
        <w:rPr>
          <w:sz w:val="20"/>
        </w:rPr>
        <w:t>1:52:58  muslim khair khwahi nahi hai doosron ke, to kya jaane ke kya karna hai woh?</w:t>
      </w:r>
      <w:r>
        <w:br/>
      </w:r>
      <w:r>
        <w:rPr>
          <w:sz w:val="20"/>
        </w:rPr>
        <w:t>1:53:06  to sab se pehli jo cheez darkaar hai, woh yeh hai ke aap...</w:t>
      </w:r>
      <w:r>
        <w:br/>
      </w:r>
      <w:r>
        <w:rPr>
          <w:sz w:val="20"/>
        </w:rPr>
        <w:t>1:53:13  mein ek baar tha wahan gaya tha bhopal to ek naujawan ne kaha ke aap dawat ki baatein karte hain.</w:t>
      </w:r>
      <w:r>
        <w:br/>
      </w:r>
      <w:r>
        <w:rPr>
          <w:sz w:val="20"/>
        </w:rPr>
        <w:t>1:53:22  dawat to sabhi baat karte hain, sabhi log dawat ka kaam karte hain. to aap dawat dawat karte hain, zyada zyada. mein ne kaha aap ne dawat ko samjha nahi.</w:t>
      </w:r>
      <w:r>
        <w:br/>
      </w:r>
      <w:r>
        <w:rPr>
          <w:sz w:val="20"/>
        </w:rPr>
        <w:t>1:53:33  dawat ko aap samajhte hain ke jaise saari taqreerein hoti hain, aise kuch aur taqreerein kar do to dawat ho gayi. to mein us waqt mere dimaag se nikla tha ke mauzu se mohabbat karna padta hai, us ke baad dawat ka aaghaz hota hai.</w:t>
      </w:r>
      <w:r>
        <w:br/>
      </w:r>
      <w:r>
        <w:rPr>
          <w:sz w:val="20"/>
        </w:rPr>
        <w:t>1:53:49  mauzu se mohabbat karna hota hai, mauzu se mohabbat karna padta hai, us ke baad dawat ka aaghaz hota hai. to logon ko mohabbat to hai hi nahi aur dawat ki baatein karte hain.</w:t>
      </w:r>
      <w:r>
        <w:br/>
      </w:r>
      <w:r>
        <w:rPr>
          <w:sz w:val="20"/>
        </w:rPr>
        <w:t>1:54:02  yaad rakhiye, mauzu se aap ko wahi mohabbat karni padegi jo maa ko apne bete se hoti hai. yaad rakhiye, is se kam agar aap ka taalluq hai to aap ko dawat ka naam nahi lena chahiye.</w:t>
      </w:r>
      <w:r>
        <w:br/>
      </w:r>
      <w:r>
        <w:rPr>
          <w:sz w:val="20"/>
        </w:rPr>
        <w:t>1:54:19  dawat ka naam nahi lena chahiye. aap</w:t>
      </w:r>
      <w:r>
        <w:br/>
      </w:r>
      <w:r>
        <w:rPr>
          <w:sz w:val="20"/>
        </w:rPr>
        <w:t>1:54:22  yeh is ko quran majeed mein kaha gaya hai ke "yuhbboon yuhmad bima lam yaf'aloo" yaani aise kaam ka credit lena jis ko aadmi ne kiya hi nahi.</w:t>
      </w:r>
      <w:r>
        <w:br/>
      </w:r>
      <w:r>
        <w:rPr>
          <w:sz w:val="20"/>
        </w:rPr>
        <w:t>1:54:33  to dawat to di nahi aur is ka credit lena chahte hain dawat ka. to yaad rakhiye, agar aap ko dawat ka allah taala ke haan reward lena hai to mauzu se woh mohabbat karna seekhein jo maa ko apne bete se hoti hai.</w:t>
      </w:r>
      <w:r>
        <w:br/>
      </w:r>
      <w:r>
        <w:rPr>
          <w:sz w:val="20"/>
        </w:rPr>
        <w:t>1:54:53  nahi to dawat ka inaam aap ko milne wala nahi hai.</w:t>
      </w:r>
    </w:p>
    <w:p>
      <w:pPr>
        <w:pStyle w:val="Heading2"/>
      </w:pPr>
      <w:r>
        <w:t>Doctor's Misconception About Quranic Fear</w:t>
      </w:r>
    </w:p>
    <w:p>
      <w:r>
        <w:rPr>
          <w:color w:val="666666"/>
          <w:sz w:val="18"/>
        </w:rPr>
        <w:t>Faith &amp; God · The Problem of Evil December 4, 2011 · 2m 22s · at 1:32:01 · https://youtu.be/SMqtVjaGHfw?t=5521</w:t>
      </w:r>
    </w:p>
    <w:p>
      <w:r>
        <w:rPr>
          <w:i/>
        </w:rPr>
        <w:t>“In one of the discussions with my doctor, he said that the first impression he got from Quran is that God wants to scare people and threaten men to worship. He gave examples of hell and burning in fire, etc. He said that a man should have a loving relationship with God and not one based in fear. Maulana, please guide me for its appropriate answer.”</w:t>
      </w:r>
    </w:p>
    <w:p>
      <w:r>
        <w:rPr>
          <w:sz w:val="20"/>
        </w:rPr>
        <w:t>1:32:01  ji Maulana, agla sawal aaya hai Mr. Zeeshan Yusuf ka Hyderabad se. unhon ne likha hai: "in one of the discussions with my doctor, he said that first impression he got from Quran is that God wants to scare people and threaten man to worship.</w:t>
      </w:r>
      <w:r>
        <w:br/>
      </w:r>
      <w:r>
        <w:rPr>
          <w:sz w:val="20"/>
        </w:rPr>
        <w:t>1:32:25  he gave examples of hell and burning in fire, etcetera.</w:t>
      </w:r>
      <w:r>
        <w:br/>
      </w:r>
      <w:r>
        <w:rPr>
          <w:sz w:val="20"/>
        </w:rPr>
        <w:t>1:32:30  he said that a man should have loving relationship with God and not the one based on fear. Maulana, please guide me for its appropriate answer." dekhiye, yeh ek cheez ko bure dhang se explain karna hai.</w:t>
      </w:r>
      <w:r>
        <w:br/>
      </w:r>
      <w:r>
        <w:rPr>
          <w:sz w:val="20"/>
        </w:rPr>
        <w:t>1:32:49  masla fear ka ya hell ka nahin hai. masla yeh hai ke Khuda ka takhleeqi mansooba kya hai? creation</w:t>
      </w:r>
      <w:r>
        <w:br/>
      </w:r>
      <w:r>
        <w:rPr>
          <w:sz w:val="20"/>
        </w:rPr>
        <w:t>1:32:57  plan of God kya hai? woh is is se juri hui baat ke Khuda ne jab banaya hai duniya ko to yeh testing ground hai.</w:t>
      </w:r>
      <w:r>
        <w:br/>
      </w:r>
      <w:r>
        <w:rPr>
          <w:sz w:val="20"/>
        </w:rPr>
        <w:t>1:33:09  to Khuda select kar raha hai, select ek selection Khuda ke paas ho raha hai. kaun is test mein poora hua, kaun poora nahin hua?</w:t>
      </w:r>
      <w:r>
        <w:br/>
      </w:r>
      <w:r>
        <w:rPr>
          <w:sz w:val="20"/>
        </w:rPr>
        <w:t>1:33:18  jo poora hoga, us ke paradise hai, purana woh hell hai. is ke to woh to Khuda ne yani bataya hai, woh jis ko aap kehte hain ke threat diya hai.</w:t>
      </w:r>
      <w:r>
        <w:br/>
      </w:r>
      <w:r>
        <w:rPr>
          <w:sz w:val="20"/>
        </w:rPr>
        <w:t>1:33:27  threat nahin diya hai balkeh bataya hai ke ke kya hai takhleeqi mansooba aur kya hone wala hai.</w:t>
      </w:r>
      <w:r>
        <w:br/>
      </w:r>
      <w:r>
        <w:rPr>
          <w:sz w:val="20"/>
        </w:rPr>
        <w:t>1:33:33  to batane ko aap threat keh rahe hain, galat is ko ek bura naam de rahe hain. yani Khuda ne jo cheez bator waqea batayi hai, us ko aap keh rahe hain threat.</w:t>
      </w:r>
      <w:r>
        <w:br/>
      </w:r>
      <w:r>
        <w:rPr>
          <w:sz w:val="20"/>
        </w:rPr>
        <w:t>1:33:44  threat ki baat nahin hai. agar agar agar aap ko traffic police kahe ke agar galat tareeqe se chalavoge gaadi, gaadi to accident ho jayega, to kahin threat hua?</w:t>
      </w:r>
      <w:r>
        <w:br/>
      </w:r>
      <w:r>
        <w:rPr>
          <w:sz w:val="20"/>
        </w:rPr>
        <w:t>1:33:56  agar traffic police wala kahin khada hua hai, woh kahe ke tum agar galat gaadi chalavoge to accident ho jayega, mar jaoge, to yeh threat nahin hai.</w:t>
      </w:r>
      <w:r>
        <w:br/>
      </w:r>
      <w:r>
        <w:rPr>
          <w:sz w:val="20"/>
        </w:rPr>
        <w:t>1:34:07  yeh yeh ek baat hai, us ko bataya us ne. aise hi Quran mein jo hai, woh ek baat hai, woh batayi gayi hai. woh threat ko kehte hain, aap us ko woh threat nahin hai, simply woh information hai.</w:t>
      </w:r>
    </w:p>
    <w:p>
      <w:pPr>
        <w:pStyle w:val="Heading2"/>
      </w:pPr>
      <w:r>
        <w:t>Does God have human-like appearance?</w:t>
      </w:r>
    </w:p>
    <w:p>
      <w:r>
        <w:rPr>
          <w:color w:val="666666"/>
          <w:sz w:val="18"/>
        </w:rPr>
        <w:t>Faith &amp; God · The Existence of God-7th October 2012 · 3m 08s · at 1:04:26 · https://youtu.be/XWFqKwm-LPM?t=3866</w:t>
      </w:r>
    </w:p>
    <w:p>
      <w:r>
        <w:rPr>
          <w:i/>
        </w:rPr>
        <w:t>“It is mentioned in the Quran that God has made man in His image. Does this mean that God's physical appearance is like human beings? If this is not true, then why?”</w:t>
      </w:r>
    </w:p>
    <w:p>
      <w:r>
        <w:rPr>
          <w:sz w:val="20"/>
        </w:rPr>
        <w:t>1:04:26  maulana, agla sawal chennai se aya hai mister ramesh ka.</w:t>
      </w:r>
      <w:r>
        <w:br/>
      </w:r>
      <w:r>
        <w:rPr>
          <w:sz w:val="20"/>
        </w:rPr>
        <w:t>1:04:32  انہوں نے لکھا ہے: "مولانا صاحب، It is mentioned in the Quran that God has made man in His image.</w:t>
      </w:r>
      <w:r>
        <w:br/>
      </w:r>
      <w:r>
        <w:rPr>
          <w:sz w:val="20"/>
        </w:rPr>
        <w:t>1:04:39  Does this mean that God's physical appearance is like human being? If this is not true, then why</w:t>
      </w:r>
      <w:r>
        <w:br/>
      </w:r>
      <w:r>
        <w:rPr>
          <w:sz w:val="20"/>
        </w:rPr>
        <w:t>1:04:46  is the word image used and not any other word? dekhen, yeh quran mein nahi hai, yeh hadith mein hai.</w:t>
      </w:r>
      <w:r>
        <w:br/>
      </w:r>
      <w:r>
        <w:rPr>
          <w:sz w:val="20"/>
        </w:rPr>
        <w:t>1:04:52  dekhen, image ko aap literal matlab mein kyun le rahe hain? literal aap chunke literal matlab mein le</w:t>
      </w:r>
      <w:r>
        <w:br/>
      </w:r>
      <w:r>
        <w:rPr>
          <w:sz w:val="20"/>
        </w:rPr>
        <w:t>1:04:59  rahe hain, is liye aap ko pareshani ho rahi hai.</w:t>
      </w:r>
      <w:r>
        <w:br/>
      </w:r>
      <w:r>
        <w:rPr>
          <w:sz w:val="20"/>
        </w:rPr>
        <w:t>1:05:06  is ke matlab sirf yeh hain ke khuda ke jo attributes hain, woh diya insan ko Allah ne.</w:t>
      </w:r>
      <w:r>
        <w:br/>
      </w:r>
      <w:r>
        <w:rPr>
          <w:sz w:val="20"/>
        </w:rPr>
        <w:t>1:05:13  yani sochne ki taqat, tajziya karne ki taqat, planning karne ki taqat, yeh sab kisi janwar ko nahi.</w:t>
      </w:r>
      <w:r>
        <w:br/>
      </w:r>
      <w:r>
        <w:rPr>
          <w:sz w:val="20"/>
        </w:rPr>
        <w:t>1:05:19  misal ke taur par, main bataoon aap ko, hamare ghar mein ek fakhta ne nest banaya hai, ghonsla.</w:t>
      </w:r>
      <w:r>
        <w:br/>
      </w:r>
      <w:r>
        <w:rPr>
          <w:sz w:val="20"/>
        </w:rPr>
        <w:t>1:05:26  وہ کبوتر، کبوتر نے، کبوتر نے گھونسلہ بنایا، nest, N-E-S-T, nest کہ یہ لوگ گھونسلہ بناتے ہیں</w:t>
      </w:r>
      <w:r>
        <w:br/>
      </w:r>
      <w:r>
        <w:rPr>
          <w:sz w:val="20"/>
        </w:rPr>
        <w:t>1:05:33  ke anday dein, phir us ko sek sek kar ke bachay paida hon.</w:t>
      </w:r>
      <w:r>
        <w:br/>
      </w:r>
      <w:r>
        <w:rPr>
          <w:sz w:val="20"/>
        </w:rPr>
        <w:t>1:05:39  to tareeqa un ka by nature yeh hai ke jo female hoti hai, woh anday par baithti hai</w:t>
      </w:r>
      <w:r>
        <w:br/>
      </w:r>
      <w:r>
        <w:rPr>
          <w:sz w:val="20"/>
        </w:rPr>
        <w:t>1:05:46  aur male jo hai, woh bahar ja ja kar us ke liye jo khati hai, woh woh saman lata hai.</w:t>
      </w:r>
      <w:r>
        <w:br/>
      </w:r>
      <w:r>
        <w:rPr>
          <w:sz w:val="20"/>
        </w:rPr>
        <w:t>1:05:53  to woh woh chhodti hai nahi anda, isi par baithi seeti rehti hai.</w:t>
      </w:r>
      <w:r>
        <w:br/>
      </w:r>
      <w:r>
        <w:rPr>
          <w:sz w:val="20"/>
        </w:rPr>
        <w:t>1:06:00  is ko ab by chance kya hua ke is ka jo male jo pair tha, woh hamare haan</w:t>
      </w:r>
      <w:r>
        <w:br/>
      </w:r>
      <w:r>
        <w:rPr>
          <w:sz w:val="20"/>
        </w:rPr>
        <w:t>1:06:06  kisi ne chala diya, woh exhaust fan, woh bechara is mein us ko samjha ke is mein enter</w:t>
      </w:r>
      <w:r>
        <w:br/>
      </w:r>
      <w:r>
        <w:rPr>
          <w:sz w:val="20"/>
        </w:rPr>
        <w:t>1:06:13  hone laga, us ke rastay se is mein phans ke woh mar gaya.</w:t>
      </w:r>
      <w:r>
        <w:br/>
      </w:r>
      <w:r>
        <w:rPr>
          <w:sz w:val="20"/>
        </w:rPr>
        <w:t>1:06:20  mujhe bara afsos hua.</w:t>
      </w:r>
      <w:r>
        <w:br/>
      </w:r>
      <w:r>
        <w:rPr>
          <w:sz w:val="20"/>
        </w:rPr>
        <w:t>1:06:26  to ab is is is female ko pata nahi hai ke ab ne kya karna hai, woh phir</w:t>
      </w:r>
      <w:r>
        <w:br/>
      </w:r>
      <w:r>
        <w:rPr>
          <w:sz w:val="20"/>
        </w:rPr>
        <w:t>1:06:33  bhi baithi hui hai is anday mein, anday ko chhod kar jati hai nahi ke ab mujhe khud</w:t>
      </w:r>
      <w:r>
        <w:br/>
      </w:r>
      <w:r>
        <w:rPr>
          <w:sz w:val="20"/>
        </w:rPr>
        <w:t>1:06:40  ja kar ke bahar se kuch apne khane peene ka saman lana chahiye.</w:t>
      </w:r>
      <w:r>
        <w:br/>
      </w:r>
      <w:r>
        <w:rPr>
          <w:sz w:val="20"/>
        </w:rPr>
        <w:t>1:06:47  to yeh hai insan ki soch.</w:t>
      </w:r>
      <w:r>
        <w:br/>
      </w:r>
      <w:r>
        <w:rPr>
          <w:sz w:val="20"/>
        </w:rPr>
        <w:t>1:06:53  insan ko Allah taala ne zehan di, aqal di, planning di, sochne ka madah diya.</w:t>
      </w:r>
      <w:r>
        <w:br/>
      </w:r>
      <w:r>
        <w:rPr>
          <w:sz w:val="20"/>
        </w:rPr>
        <w:t>1:07:00  isi liye to aisa hua ke is ne meter ko hawa jahaz mein aur aur car mein tabdeel</w:t>
      </w:r>
      <w:r>
        <w:br/>
      </w:r>
      <w:r>
        <w:rPr>
          <w:sz w:val="20"/>
        </w:rPr>
        <w:t>1:07:07  kiya, meter ko is ne mobile mein aur aur electronics mein tabdeel kiya.</w:t>
      </w:r>
      <w:r>
        <w:br/>
      </w:r>
      <w:r>
        <w:rPr>
          <w:sz w:val="20"/>
        </w:rPr>
        <w:t>1:07:13  yeh matlab hai is ka.</w:t>
      </w:r>
      <w:r>
        <w:br/>
      </w:r>
      <w:r>
        <w:rPr>
          <w:sz w:val="20"/>
        </w:rPr>
        <w:t>1:07:20  aap literal mani mein lein kyunke aap aap ko yeh sawal paida hua.</w:t>
      </w:r>
      <w:r>
        <w:br/>
      </w:r>
      <w:r>
        <w:rPr>
          <w:sz w:val="20"/>
        </w:rPr>
        <w:t>1:07:27  literal mani mein koi cheez nahi hoti hai, koi bhi cheez nahi hoti.</w:t>
      </w:r>
    </w:p>
    <w:p>
      <w:pPr>
        <w:pStyle w:val="Heading2"/>
      </w:pPr>
      <w:r>
        <w:t>Does rejection of reason indicate doomsday?</w:t>
      </w:r>
    </w:p>
    <w:p>
      <w:r>
        <w:rPr>
          <w:color w:val="666666"/>
          <w:sz w:val="18"/>
        </w:rPr>
        <w:t>Faith &amp; God · The Existence of God July 23, 2017 Maulana Wahiduddin Khan · 2m 31s · at 1:02:34 · https://youtu.be/shLM_JhG3iE?t=3754</w:t>
      </w:r>
    </w:p>
    <w:p>
      <w:r>
        <w:rPr>
          <w:i/>
        </w:rPr>
        <w:t>“Maulana, you said there will be a time when people would not accept reason or rationale, but will become arrogant, and so they will not accept the concept of God. Will the coming of such a time indicate the coming of doomsday, as no one would be willing to bow down to a reasoned?”</w:t>
      </w:r>
    </w:p>
    <w:p>
      <w:r>
        <w:rPr>
          <w:sz w:val="20"/>
        </w:rPr>
        <w:t>1:02:34  May Allah bless you with health. Jazak Allah." Maulana, agla sawal bheja hai Alwar se Farooq sahib ne.</w:t>
      </w:r>
      <w:r>
        <w:br/>
      </w:r>
      <w:r>
        <w:rPr>
          <w:sz w:val="20"/>
        </w:rPr>
        <w:t>1:02:45  Unhon ne likha hai: "Maulana, you said there will be a time when people would not accept reason or rationale, but will become arrogant, and so they will not accept the concept of God.</w:t>
      </w:r>
      <w:r>
        <w:br/>
      </w:r>
      <w:r>
        <w:rPr>
          <w:sz w:val="20"/>
        </w:rPr>
        <w:t>1:03:01  Maulana sahib, will the coming of such a time indicate the coming of doomsday, as no one would be willing to bow down to a reasoned</w:t>
      </w:r>
      <w:r>
        <w:br/>
      </w:r>
      <w:r>
        <w:rPr>
          <w:sz w:val="20"/>
        </w:rPr>
        <w:t>1:03:11  argument?" Main ne yeh nahi kaha ke waqt aye ga. Waqt hai, already hai woh. Pehle bhi tha, abhi bhi hai. Aye ga ki baat nahi hai.</w:t>
      </w:r>
      <w:r>
        <w:br/>
      </w:r>
      <w:r>
        <w:rPr>
          <w:sz w:val="20"/>
        </w:rPr>
        <w:t>1:03:22  Main ne yeh kaha hai ke insaan ke paas yani jo reliable ilm hai woh science ka hai.</w:t>
      </w:r>
      <w:r>
        <w:br/>
      </w:r>
      <w:r>
        <w:rPr>
          <w:sz w:val="20"/>
        </w:rPr>
        <w:t>1:03:32  To science ke zariye doosri cheezon ko jis tarah se prove diya jata hai, waise hi prove Khuda ke liye maujood hai. Is ke bawajood kyun nahi mante log?</w:t>
      </w:r>
      <w:r>
        <w:br/>
      </w:r>
      <w:r>
        <w:rPr>
          <w:sz w:val="20"/>
        </w:rPr>
        <w:t>1:03:43  To is liye nahi ke reason nahi diya gaya. Is liye ke aaj insaan jo hai chahta hai unlimited freedom, to nahi chahta ke woh meri freedom par rok lagaye.</w:t>
      </w:r>
      <w:r>
        <w:br/>
      </w:r>
      <w:r>
        <w:rPr>
          <w:sz w:val="20"/>
        </w:rPr>
        <w:t>1:03:55  Yeh hai, yeh future ki baat nahi, yeh hamesha hi se hai.</w:t>
      </w:r>
      <w:r>
        <w:br/>
      </w:r>
      <w:r>
        <w:rPr>
          <w:sz w:val="20"/>
        </w:rPr>
        <w:t>1:04:04  Okay, so we will end</w:t>
      </w:r>
      <w:r>
        <w:br/>
      </w:r>
      <w:r>
        <w:rPr>
          <w:sz w:val="20"/>
        </w:rPr>
        <w:t>1:04:06  this session now. Thank you.</w:t>
      </w:r>
    </w:p>
    <w:p>
      <w:pPr>
        <w:pStyle w:val="Heading2"/>
      </w:pPr>
      <w:r>
        <w:t>Does seeking worldly help risk paradise?</w:t>
      </w:r>
    </w:p>
    <w:p>
      <w:r>
        <w:rPr>
          <w:color w:val="666666"/>
          <w:sz w:val="18"/>
        </w:rPr>
        <w:t>Faith &amp; God · Divine Help September 22, 2015 · 2m 48s · at 1:11:02 · https://youtu.be/sozrNCif0Gg?t=4262</w:t>
      </w:r>
    </w:p>
    <w:p>
      <w:r>
        <w:rPr>
          <w:i/>
        </w:rPr>
        <w:t>“Real divine help is for developing oneself to qualify for paradise, but people in general today consider divine help in matters of family, wealth, or professional life. I want to know, does this kind of thinking put our paradise at risk?”</w:t>
      </w:r>
    </w:p>
    <w:p>
      <w:r>
        <w:rPr>
          <w:sz w:val="20"/>
        </w:rPr>
        <w:t>1:11:02  Maulana Lucknow se Zahid sahib ne sawal bheja hai.</w:t>
      </w:r>
      <w:r>
        <w:br/>
      </w:r>
      <w:r>
        <w:rPr>
          <w:sz w:val="20"/>
        </w:rPr>
        <w:t>1:11:06  unhone likha hai: "Real divine help is for developing oneself to qualify for paradise, but people in general today consider divine help in matters of family, wealth, or professional life.</w:t>
      </w:r>
      <w:r>
        <w:br/>
      </w:r>
      <w:r>
        <w:rPr>
          <w:sz w:val="20"/>
        </w:rPr>
        <w:t>1:11:24  Maulana, I want to know, does this kind of thinking put our paradise at risk</w:t>
      </w:r>
      <w:r>
        <w:br/>
      </w:r>
      <w:r>
        <w:rPr>
          <w:sz w:val="20"/>
        </w:rPr>
        <w:t>1:11:30  ? We should seek divine help only in matters of dawah work or spiritual development and not for material gains." yeh kya is ka just kya hai?</w:t>
      </w:r>
      <w:r>
        <w:br/>
      </w:r>
      <w:r>
        <w:rPr>
          <w:sz w:val="20"/>
        </w:rPr>
        <w:t>1:11:43  Maulana, woh yeh janna chah rahe hain ke aksar log jo dua karte hain ya madad mangte hain Khuda se, to woh ya to apne work ko le ke, professional life ya apni family ko le ke,</w:t>
      </w:r>
      <w:r>
        <w:br/>
      </w:r>
      <w:r>
        <w:rPr>
          <w:sz w:val="20"/>
        </w:rPr>
        <w:t>1:11:57  aah, woh is baat ki help nahi mangte Khuda se ke mera spiritual development ho paradise ke hawale se.</w:t>
      </w:r>
      <w:r>
        <w:br/>
      </w:r>
      <w:r>
        <w:rPr>
          <w:sz w:val="20"/>
        </w:rPr>
        <w:t>1:12:04  to woh yeh puchna chah rahe hain ke yeh sab chhod ke, paradise aur personal development ko chhod ke, material cheezon ki dua karna to kya yeh paradise ko risk mein dal deta hai?</w:t>
      </w:r>
      <w:r>
        <w:br/>
      </w:r>
      <w:r>
        <w:rPr>
          <w:sz w:val="20"/>
        </w:rPr>
        <w:t>1:12:15  Yaqinan, is liye ke woh to Allah taala ne de hi rakha hai. aap kahenge Khuda ya mujhe suraj ki roshni de, phir roshni to apne aap aa rahi hai.</w:t>
      </w:r>
      <w:r>
        <w:br/>
      </w:r>
      <w:r>
        <w:rPr>
          <w:sz w:val="20"/>
        </w:rPr>
        <w:t>1:12:25  aap kahenge ke mujhe zameen mein ghalla paida ho, woh to apne aap hi paida ho raha hai. mamin da'a batnin fil ardi illa ala allahi rizquha to woh to Allah taala khud hi khud de raha hai,</w:t>
      </w:r>
      <w:r>
        <w:br/>
      </w:r>
      <w:r>
        <w:rPr>
          <w:sz w:val="20"/>
        </w:rPr>
        <w:t>1:12:38  is ke liye aap dua kar rahe hain. jo Allah ke sath aati hai, us ke liye dua kijiye.</w:t>
      </w:r>
      <w:r>
        <w:br/>
      </w:r>
      <w:r>
        <w:rPr>
          <w:sz w:val="20"/>
        </w:rPr>
        <w:t>1:12:50  Okay, so we will end today's session. Thank you.</w:t>
      </w:r>
    </w:p>
    <w:p>
      <w:pPr>
        <w:pStyle w:val="Heading2"/>
      </w:pPr>
      <w:r>
        <w:t>Effect of nationalism on Tawheed</w:t>
      </w:r>
    </w:p>
    <w:p>
      <w:r>
        <w:rPr>
          <w:color w:val="666666"/>
          <w:sz w:val="18"/>
        </w:rPr>
        <w:t>Faith &amp; God · Divine Plan | March 12, 2017 · 3m 47s · at 1:12:57 · https://youtu.be/dqB4muqGG4I?t=4377</w:t>
      </w:r>
    </w:p>
    <w:p>
      <w:r>
        <w:rPr>
          <w:i/>
        </w:rPr>
        <w:t>“Maulana, in the country the debate on nationalism is intense. What effect will nationalism have on the belief in Tawheed?”</w:t>
      </w:r>
    </w:p>
    <w:p>
      <w:r>
        <w:rPr>
          <w:sz w:val="20"/>
        </w:rPr>
        <w:t>1:12:57  hai ji Maulana agla sawal Salman Khan sahib ne kiya hai unhon ne apni location nahi likhi hai</w:t>
      </w:r>
      <w:r>
        <w:br/>
      </w:r>
      <w:r>
        <w:rPr>
          <w:sz w:val="20"/>
        </w:rPr>
        <w:t>1:13:05  unhon ne aap se poocha hai ke Maulana sahib</w:t>
      </w:r>
      <w:r>
        <w:br/>
      </w:r>
      <w:r>
        <w:rPr>
          <w:sz w:val="20"/>
        </w:rPr>
        <w:t>1:13:12  mulk mein nationalism ki behas zoron par hai aqeedah tauheed par nationalism ka kya asar hoga is ke</w:t>
      </w:r>
      <w:r>
        <w:br/>
      </w:r>
      <w:r>
        <w:rPr>
          <w:sz w:val="20"/>
        </w:rPr>
        <w:t>1:13:20  baray mein batayen kuch nahi asar kya hoga woh alag cheez hai woh alag cheez hai aqeedah tauheed</w:t>
      </w:r>
      <w:r>
        <w:br/>
      </w:r>
      <w:r>
        <w:rPr>
          <w:sz w:val="20"/>
        </w:rPr>
        <w:t>1:13:28  alag cheez hai woh nationalism ke baad jo India mein hai is ko main samajhta hoon ke yani</w:t>
      </w:r>
      <w:r>
        <w:br/>
      </w:r>
      <w:r>
        <w:rPr>
          <w:sz w:val="20"/>
        </w:rPr>
        <w:t>1:13:36  jo universal concept hai us se alag ho ke naya concept banana chahte hain</w:t>
      </w:r>
      <w:r>
        <w:br/>
      </w:r>
      <w:r>
        <w:rPr>
          <w:sz w:val="20"/>
        </w:rPr>
        <w:t>1:13:44  India ki jo ghalati hai woh yeh hai ke jo universal concept hai nationalism ka us se alag</w:t>
      </w:r>
      <w:r>
        <w:br/>
      </w:r>
      <w:r>
        <w:rPr>
          <w:sz w:val="20"/>
        </w:rPr>
        <w:t>1:13:50  ho kar banana chahte hain main is ko nahi manta jo universal concept hai wahi hamara bhi concept</w:t>
      </w:r>
      <w:r>
        <w:br/>
      </w:r>
      <w:r>
        <w:rPr>
          <w:sz w:val="20"/>
        </w:rPr>
        <w:t>1:13:56  hai aap United Nations ke charter parhiye is mein jo concept milta hai wahi hamara bhi concept hai</w:t>
      </w:r>
      <w:r>
        <w:br/>
      </w:r>
      <w:r>
        <w:rPr>
          <w:sz w:val="20"/>
        </w:rPr>
        <w:t>1:14:02  hum alag se koi banana main is ko sahi nahi samajhta Maulana yeh aakhri sawal lena chahenge</w:t>
      </w:r>
      <w:r>
        <w:br/>
      </w:r>
      <w:r>
        <w:rPr>
          <w:sz w:val="20"/>
        </w:rPr>
        <w:t>1:14:08  jo Lucknow se bheja hai</w:t>
      </w:r>
      <w:r>
        <w:br/>
      </w:r>
      <w:r>
        <w:rPr>
          <w:sz w:val="20"/>
        </w:rPr>
        <w:t>1:14:14  aamir yusuf sahib ne unhon ne likha hai Maulana Maulana sahib quran is a book for entire mankind</w:t>
      </w:r>
      <w:r>
        <w:br/>
      </w:r>
      <w:r>
        <w:rPr>
          <w:sz w:val="20"/>
        </w:rPr>
        <w:t>1:14:21  and you haverightly said that Muslims should spread it in humanity I want to know that how this</w:t>
      </w:r>
      <w:r>
        <w:br/>
      </w:r>
      <w:r>
        <w:rPr>
          <w:sz w:val="20"/>
        </w:rPr>
        <w:t>1:14:29  thinking starts among sections of Muslims that it should not be given to non-Muslims as they would not</w:t>
      </w:r>
      <w:r>
        <w:br/>
      </w:r>
      <w:r>
        <w:rPr>
          <w:sz w:val="20"/>
        </w:rPr>
        <w:t>1:14:37  respect the quran which group or leader is responsible</w:t>
      </w:r>
      <w:r>
        <w:br/>
      </w:r>
      <w:r>
        <w:rPr>
          <w:sz w:val="20"/>
        </w:rPr>
        <w:t>1:14:44  for this negative communication of not spreading the quran bohat samajhta hoon ke yeh woh log unhon ne nazariya banaya hai jo jinhon ne quran ko parha hi nahi woh quran ko sochte hain ke bas ek monument hai us ko lapet kar rakho sawab milega quran ko aap parhiye ghor se toh quran toh poore mankind ko address kar</w:t>
      </w:r>
      <w:r>
        <w:br/>
      </w:r>
      <w:r>
        <w:rPr>
          <w:sz w:val="20"/>
        </w:rPr>
        <w:t>1:15:14  raha hai poore insano ko are you or not are you or not to quran to sab ki</w:t>
      </w:r>
      <w:r>
        <w:br/>
      </w:r>
      <w:r>
        <w:rPr>
          <w:sz w:val="20"/>
        </w:rPr>
        <w:t>1:15:20  kitab hai to sab jab sab ki kitab hai to in ka haq hai woh lein quran ko</w:t>
      </w:r>
      <w:r>
        <w:br/>
      </w:r>
      <w:r>
        <w:rPr>
          <w:sz w:val="20"/>
        </w:rPr>
        <w:t>1:15:26  jab quran sab ki kitab hai are you or not ki zaban bolta hai quran to sab ki</w:t>
      </w:r>
      <w:r>
        <w:br/>
      </w:r>
      <w:r>
        <w:rPr>
          <w:sz w:val="20"/>
        </w:rPr>
        <w:t>1:15:32  kitab hai woh to sab ka hissa hai is mein aap aap aap is ke aap is ke</w:t>
      </w:r>
      <w:r>
        <w:br/>
      </w:r>
      <w:r>
        <w:rPr>
          <w:sz w:val="20"/>
        </w:rPr>
        <w:t>1:15:38  yani monopoly nahi aap ko hasil hai musalmano ki monopoly nahi quran ki woh to sab ki kitab hai</w:t>
      </w:r>
      <w:r>
        <w:br/>
      </w:r>
      <w:r>
        <w:rPr>
          <w:sz w:val="20"/>
        </w:rPr>
        <w:t>1:15:45  toh woh jab quran lete hain toh apna hissa le rahe hain woh okay so we will end today's session if you want to join cps international or want to send in your comments feedback then please write to us on info at cpsglobal.org thank you for watching cps international we will be back next sunday same time thank you.</w:t>
      </w:r>
    </w:p>
    <w:p>
      <w:pPr>
        <w:pStyle w:val="Heading2"/>
      </w:pPr>
      <w:r>
        <w:t>Einstein's denial of God and Prophet</w:t>
      </w:r>
    </w:p>
    <w:p>
      <w:r>
        <w:rPr>
          <w:color w:val="666666"/>
          <w:sz w:val="18"/>
        </w:rPr>
        <w:t>Faith &amp; God · The Existence of God-7th October 2012 · 2m 36s · at 1:28:13 · https://youtu.be/XWFqKwm-LPM?t=5293</w:t>
      </w:r>
    </w:p>
    <w:p>
      <w:r>
        <w:rPr>
          <w:i/>
        </w:rPr>
        <w:t>“Einstein said in his letter about God that God does not exist. If someone says the same thing about the Prophet, the whole world...”</w:t>
      </w:r>
    </w:p>
    <w:p>
      <w:r>
        <w:rPr>
          <w:sz w:val="20"/>
        </w:rPr>
        <w:t>1:28:13  maulana, agla sawal dilli se hai maulana zikwan nadvi sahib ka.</w:t>
      </w:r>
      <w:r>
        <w:br/>
      </w:r>
      <w:r>
        <w:rPr>
          <w:sz w:val="20"/>
        </w:rPr>
        <w:t>1:28:18  unhon ne likha hai: "ainstein ne apne letter mein khuda ke bare mein jo kaha ke khuda ka</w:t>
      </w:r>
      <w:r>
        <w:br/>
      </w:r>
      <w:r>
        <w:rPr>
          <w:sz w:val="20"/>
        </w:rPr>
        <w:t>1:28:25  koi wajood nahi hai, agar yahi baat koi shakhs prophet ke bare mein keh de to sari dunya</w:t>
      </w:r>
      <w:r>
        <w:br/>
      </w:r>
      <w:r>
        <w:rPr>
          <w:sz w:val="20"/>
        </w:rPr>
        <w:t>1:28:33  mein protest shuru ho jayega.</w:t>
      </w:r>
      <w:r>
        <w:br/>
      </w:r>
      <w:r>
        <w:rPr>
          <w:sz w:val="20"/>
        </w:rPr>
        <w:t>1:28:36  khuda aur rasool ke muamle mein yeh farq kyun paya jata hai, is ke bare mein bataiye." is</w:t>
      </w:r>
      <w:r>
        <w:br/>
      </w:r>
      <w:r>
        <w:rPr>
          <w:sz w:val="20"/>
        </w:rPr>
        <w:t>1:28:43  liye ke musalman phatke hue hain.</w:t>
      </w:r>
      <w:r>
        <w:br/>
      </w:r>
      <w:r>
        <w:rPr>
          <w:sz w:val="20"/>
        </w:rPr>
        <w:t>1:28:46  aaj kal ke musalman jo hain, mein saaf kehta hoon ke phatke hue log hain.</w:t>
      </w:r>
      <w:r>
        <w:br/>
      </w:r>
      <w:r>
        <w:rPr>
          <w:sz w:val="20"/>
        </w:rPr>
        <w:t>1:28:52  yeh yeh na khuda ko mante hain na muhammad ko mante hain, apne qoumi khwahishat mein jeete hain.</w:t>
      </w:r>
      <w:r>
        <w:br/>
      </w:r>
      <w:r>
        <w:rPr>
          <w:sz w:val="20"/>
        </w:rPr>
        <w:t>1:29:00  log yeh qoumi khwahishat ke hangame hain.</w:t>
      </w:r>
      <w:r>
        <w:br/>
      </w:r>
      <w:r>
        <w:rPr>
          <w:sz w:val="20"/>
        </w:rPr>
        <w:t>1:29:03  yeh mat samjhiye ke rasool allah ke hangame hain.</w:t>
      </w:r>
      <w:r>
        <w:br/>
      </w:r>
      <w:r>
        <w:rPr>
          <w:sz w:val="20"/>
        </w:rPr>
        <w:t>1:29:07  yeh har giz har giz yeh rasool allah ke hangame nahi hain.</w:t>
      </w:r>
      <w:r>
        <w:br/>
      </w:r>
      <w:r>
        <w:rPr>
          <w:sz w:val="20"/>
        </w:rPr>
        <w:t>1:29:11  rasool allah ke hangame agar hote to woh jante hain ke rasool allah ne kya kiya, yani gustakhi</w:t>
      </w:r>
      <w:r>
        <w:br/>
      </w:r>
      <w:r>
        <w:rPr>
          <w:sz w:val="20"/>
        </w:rPr>
        <w:t>1:29:19  par hangama kiya.</w:t>
      </w:r>
      <w:r>
        <w:br/>
      </w:r>
      <w:r>
        <w:rPr>
          <w:sz w:val="20"/>
        </w:rPr>
        <w:t>1:29:20  rasool allah sallallahu alaihi wasallam pe bohat gustakhi khoob hoti thi.</w:t>
      </w:r>
      <w:r>
        <w:br/>
      </w:r>
      <w:r>
        <w:rPr>
          <w:sz w:val="20"/>
        </w:rPr>
        <w:t>1:29:26  roza subah makkah madine mein yeh to qoumi hangame hain.</w:t>
      </w:r>
      <w:r>
        <w:br/>
      </w:r>
      <w:r>
        <w:rPr>
          <w:sz w:val="20"/>
        </w:rPr>
        <w:t>1:29:30  apni khwahishat mein peeche daud rahe hain.</w:t>
      </w:r>
      <w:r>
        <w:br/>
      </w:r>
      <w:r>
        <w:rPr>
          <w:sz w:val="20"/>
        </w:rPr>
        <w:t>1:29:33  yeh in ko na islam se matlab hai, na quran se, na muhammad se, na islam, khuda se</w:t>
      </w:r>
      <w:r>
        <w:br/>
      </w:r>
      <w:r>
        <w:rPr>
          <w:sz w:val="20"/>
        </w:rPr>
        <w:t>1:29:41  kisi se matlab nahi hai.</w:t>
      </w:r>
      <w:r>
        <w:br/>
      </w:r>
      <w:r>
        <w:rPr>
          <w:sz w:val="20"/>
        </w:rPr>
        <w:t>1:29:43  apni khwahishat se matlab hai.</w:t>
      </w:r>
      <w:r>
        <w:br/>
      </w:r>
      <w:r>
        <w:rPr>
          <w:sz w:val="20"/>
        </w:rPr>
        <w:t>1:29:45  mein nahi manta ke yeh koi islami phenomena hai.</w:t>
      </w:r>
      <w:r>
        <w:br/>
      </w:r>
      <w:r>
        <w:rPr>
          <w:sz w:val="20"/>
        </w:rPr>
        <w:t>1:29:49  yeh mein har giz nahi manta ke koi islami phenomena hai.</w:t>
      </w:r>
      <w:r>
        <w:br/>
      </w:r>
      <w:r>
        <w:rPr>
          <w:sz w:val="20"/>
        </w:rPr>
        <w:t>1:29:53  yahan phenomena hai to kyun nahi? in ka khauf khuda kyun nahi? in ke andar insan se kharkhai</w:t>
      </w:r>
      <w:r>
        <w:br/>
      </w:r>
      <w:r>
        <w:rPr>
          <w:sz w:val="20"/>
        </w:rPr>
        <w:t>1:30:01  kyun nahi? in ke andar yeh jazba kyun nahi ke logon ko quran pahunchayein? yeh jazba kyun nahi?</w:t>
      </w:r>
      <w:r>
        <w:br/>
      </w:r>
      <w:r>
        <w:rPr>
          <w:sz w:val="20"/>
        </w:rPr>
        <w:t>1:30:08  khair, marna katna kya hai? hangama karna, protest karna, jalsa nikalna, yeh kyun hai? sab se pehla jo</w:t>
      </w:r>
      <w:r>
        <w:br/>
      </w:r>
      <w:r>
        <w:rPr>
          <w:sz w:val="20"/>
        </w:rPr>
        <w:t>1:30:16  hona chahiye, rasool Allah: "lalk baakh an-nafs ka an-nafsak Allah kun momineen".</w:t>
      </w:r>
      <w:r>
        <w:br/>
      </w:r>
      <w:r>
        <w:rPr>
          <w:sz w:val="20"/>
        </w:rPr>
        <w:t>1:30:21  yeh rasool Allah ki yeh seerat hai.</w:t>
      </w:r>
      <w:r>
        <w:br/>
      </w:r>
      <w:r>
        <w:rPr>
          <w:sz w:val="20"/>
        </w:rPr>
        <w:t>1:30:24  yeh kyun nahi? un ke andar hai ke logon ki khair khwahi mein aap uthte the ke kaash</w:t>
      </w:r>
      <w:r>
        <w:br/>
      </w:r>
      <w:r>
        <w:rPr>
          <w:sz w:val="20"/>
        </w:rPr>
        <w:t>1:30:32  un ko sachai mil jaye.</w:t>
      </w:r>
      <w:r>
        <w:br/>
      </w:r>
      <w:r>
        <w:rPr>
          <w:sz w:val="20"/>
        </w:rPr>
        <w:t>1:30:34  to agar aap baray aashiq rasool hain to yeh kyun nahi? ke yeh hargiz ishq rasool nahi hai.</w:t>
      </w:r>
      <w:r>
        <w:br/>
      </w:r>
      <w:r>
        <w:rPr>
          <w:sz w:val="20"/>
        </w:rPr>
        <w:t>1:30:42  yeh qaumi hangamay hain, is ka koi na dunya mein faida hai na akhirat mein faida hai.</w:t>
      </w:r>
    </w:p>
    <w:p>
      <w:pPr>
        <w:pStyle w:val="Heading2"/>
      </w:pPr>
      <w:r>
        <w:t>Einstein's view on God</w:t>
      </w:r>
    </w:p>
    <w:p>
      <w:r>
        <w:rPr>
          <w:color w:val="666666"/>
          <w:sz w:val="18"/>
        </w:rPr>
        <w:t>Faith &amp; God · The Existence of God-7th October 2012 · 2m 57s · at 1:30:49 · https://youtu.be/XWFqKwm-LPM?t=5449</w:t>
      </w:r>
    </w:p>
    <w:p>
      <w:r>
        <w:rPr>
          <w:i/>
        </w:rPr>
        <w:t>“The letter of Einstein is a news, but it presents only a part of Einstein's view about God.”</w:t>
      </w:r>
    </w:p>
    <w:p>
      <w:r>
        <w:rPr>
          <w:sz w:val="20"/>
        </w:rPr>
        <w:t>1:30:49  maulana, agla sawal rae pur se aya hai idrees sahab ka.</w:t>
      </w:r>
      <w:r>
        <w:br/>
      </w:r>
      <w:r>
        <w:rPr>
          <w:sz w:val="20"/>
        </w:rPr>
        <w:t>1:30:54  انہوں نے لکھا ہے: "The letter of Einstein is a news, but it presents only a part of</w:t>
      </w:r>
      <w:r>
        <w:br/>
      </w:r>
      <w:r>
        <w:rPr>
          <w:sz w:val="20"/>
        </w:rPr>
        <w:t>1:31:02  ainstain view about god.</w:t>
      </w:r>
      <w:r>
        <w:br/>
      </w:r>
      <w:r>
        <w:rPr>
          <w:sz w:val="20"/>
        </w:rPr>
        <w:t>1:31:03  There are other quotes of Einstein, such as science without religion is lame.</w:t>
      </w:r>
      <w:r>
        <w:br/>
      </w:r>
      <w:r>
        <w:rPr>
          <w:sz w:val="20"/>
        </w:rPr>
        <w:t>1:31:09  religion without science is blind.</w:t>
      </w:r>
      <w:r>
        <w:br/>
      </w:r>
      <w:r>
        <w:rPr>
          <w:sz w:val="20"/>
        </w:rPr>
        <w:t>1:31:11  Second, I want to know God's thoughts.</w:t>
      </w:r>
      <w:r>
        <w:br/>
      </w:r>
      <w:r>
        <w:rPr>
          <w:sz w:val="20"/>
        </w:rPr>
        <w:t>1:31:14  the rest are details.</w:t>
      </w:r>
      <w:r>
        <w:br/>
      </w:r>
      <w:r>
        <w:rPr>
          <w:sz w:val="20"/>
        </w:rPr>
        <w:t>1:31:16  Third, strange is a situation here upon this earth.</w:t>
      </w:r>
      <w:r>
        <w:br/>
      </w:r>
      <w:r>
        <w:rPr>
          <w:sz w:val="20"/>
        </w:rPr>
        <w:t>1:31:20  Each of us comes for a short visit, not knowing why, yet sometime seeming to a divine</w:t>
      </w:r>
      <w:r>
        <w:br/>
      </w:r>
      <w:r>
        <w:rPr>
          <w:sz w:val="20"/>
        </w:rPr>
        <w:t>1:31:27  purpose.</w:t>
      </w:r>
      <w:r>
        <w:br/>
      </w:r>
      <w:r>
        <w:rPr>
          <w:sz w:val="20"/>
        </w:rPr>
        <w:t>1:31:29  and there are many other.</w:t>
      </w:r>
      <w:r>
        <w:br/>
      </w:r>
      <w:r>
        <w:rPr>
          <w:sz w:val="20"/>
        </w:rPr>
        <w:t>1:31:31  It means like many other scientists, Einstein believed in God, though his realization of God may not completely</w:t>
      </w:r>
      <w:r>
        <w:br/>
      </w:r>
      <w:r>
        <w:rPr>
          <w:sz w:val="20"/>
        </w:rPr>
        <w:t>1:31:39  match 100% with the concept of God described in religious books.</w:t>
      </w:r>
      <w:r>
        <w:br/>
      </w:r>
      <w:r>
        <w:rPr>
          <w:sz w:val="20"/>
        </w:rPr>
        <w:t>1:31:44  what is your comment on this? nahi, main is ko nahi manunga.</w:t>
      </w:r>
      <w:r>
        <w:br/>
      </w:r>
      <w:r>
        <w:rPr>
          <w:sz w:val="20"/>
        </w:rPr>
        <w:t>1:31:49  woh is ka case confusion ka case tha.</w:t>
      </w:r>
      <w:r>
        <w:br/>
      </w:r>
      <w:r>
        <w:rPr>
          <w:sz w:val="20"/>
        </w:rPr>
        <w:t>1:31:53  khud apne aik aur letter mein likha tha ke mera case jo hai woh hai.</w:t>
      </w:r>
      <w:r>
        <w:br/>
      </w:r>
      <w:r>
        <w:rPr>
          <w:sz w:val="20"/>
        </w:rPr>
        <w:t>1:31:59  ah, kya kya lafz bola tha? woh agnostic, agnosticsm ka case hai.</w:t>
      </w:r>
      <w:r>
        <w:br/>
      </w:r>
      <w:r>
        <w:rPr>
          <w:sz w:val="20"/>
        </w:rPr>
        <w:t>1:32:04  sahi ma'non mein woh agnostic tha.</w:t>
      </w:r>
      <w:r>
        <w:br/>
      </w:r>
      <w:r>
        <w:rPr>
          <w:sz w:val="20"/>
        </w:rPr>
        <w:t>1:32:07  woh main nahi manta ke woh Khuda ko manta tha.</w:t>
      </w:r>
      <w:r>
        <w:br/>
      </w:r>
      <w:r>
        <w:rPr>
          <w:sz w:val="20"/>
        </w:rPr>
        <w:t>1:32:11  yeh to confusion ke jumlay hain, idhar confusion ke jumlay hain.</w:t>
      </w:r>
      <w:r>
        <w:br/>
      </w:r>
      <w:r>
        <w:rPr>
          <w:sz w:val="20"/>
        </w:rPr>
        <w:t>1:32:16  sahi tareen jo is ka jo mawqaf tha, woh hai ke woh agnostic tha.</w:t>
      </w:r>
      <w:r>
        <w:br/>
      </w:r>
      <w:r>
        <w:rPr>
          <w:sz w:val="20"/>
        </w:rPr>
        <w:t>1:32:22  woh bas meri apni study yehi hai.</w:t>
      </w:r>
      <w:r>
        <w:br/>
      </w:r>
      <w:r>
        <w:rPr>
          <w:sz w:val="20"/>
        </w:rPr>
        <w:t>1:32:25  okay, we we'll end the session now.</w:t>
      </w:r>
      <w:r>
        <w:br/>
      </w:r>
      <w:r>
        <w:rPr>
          <w:sz w:val="20"/>
        </w:rPr>
        <w:t>1:32:28  ah, there is an announcement today: the monthly meeting of dawah field team will be conducted after the</w:t>
      </w:r>
      <w:r>
        <w:br/>
      </w:r>
      <w:r>
        <w:rPr>
          <w:sz w:val="20"/>
        </w:rPr>
        <w:t>1:32:36  namaz.</w:t>
      </w:r>
      <w:r>
        <w:br/>
      </w:r>
      <w:r>
        <w:rPr>
          <w:sz w:val="20"/>
        </w:rPr>
        <w:t>1:32:37  so, all the da'wa field members and anybody who is interested in da'wa work can stay back.</w:t>
      </w:r>
      <w:r>
        <w:br/>
      </w:r>
      <w:r>
        <w:rPr>
          <w:sz w:val="20"/>
        </w:rPr>
        <w:t>1:32:45  thank you sahib.</w:t>
      </w:r>
      <w:r>
        <w:br/>
      </w:r>
      <w:r>
        <w:rPr>
          <w:sz w:val="20"/>
        </w:rPr>
        <w:t>1:32:46  shain.</w:t>
      </w:r>
    </w:p>
    <w:p>
      <w:pPr>
        <w:pStyle w:val="Heading2"/>
      </w:pPr>
      <w:r>
        <w:t>Einstein's views on God and science</w:t>
      </w:r>
    </w:p>
    <w:p>
      <w:r>
        <w:rPr>
          <w:color w:val="666666"/>
          <w:sz w:val="18"/>
        </w:rPr>
        <w:t>Faith &amp; God · The Existence of God October 7, 2012 · 2m 33s · at 1:24:37 · https://youtu.be/Hm0ybuokQ8s?t=5077</w:t>
      </w:r>
    </w:p>
    <w:p>
      <w:r>
        <w:rPr>
          <w:i/>
        </w:rPr>
        <w:t>“The letter of Einstein is a news, but it presents only a part of Einstein's view about God. There are other quotes of Einstein, such as science without religion is lame, religion without science is blind.”</w:t>
      </w:r>
    </w:p>
    <w:p>
      <w:r>
        <w:rPr>
          <w:sz w:val="20"/>
        </w:rPr>
        <w:t>1:24:37  yeh harghiz ishq rasool nahi hai. yeh yeh qoumi hangamay hain, is ka koi na dunya mein faida hai, na akhirat mein faida hai. maulana, agla sawal raipur se aaya hai idrees sahab ka.</w:t>
      </w:r>
      <w:r>
        <w:br/>
      </w:r>
      <w:r>
        <w:rPr>
          <w:sz w:val="20"/>
        </w:rPr>
        <w:t>1:24:50  unhon ne likha hai: "the letter of einstein is a news, but it presents only a part of einstein view about god.</w:t>
      </w:r>
      <w:r>
        <w:br/>
      </w:r>
      <w:r>
        <w:rPr>
          <w:sz w:val="20"/>
        </w:rPr>
        <w:t>1:25:00  there are other courts of einstein, such as science without religion is lame. religion without science is blind.</w:t>
      </w:r>
      <w:r>
        <w:br/>
      </w:r>
      <w:r>
        <w:rPr>
          <w:sz w:val="20"/>
        </w:rPr>
        <w:t>1:25:10  second, i want to know gods thoughts. the rest are details. third, strange is a situation here upon this earth.</w:t>
      </w:r>
      <w:r>
        <w:br/>
      </w:r>
      <w:r>
        <w:rPr>
          <w:sz w:val="20"/>
        </w:rPr>
        <w:t>1:25:20  each of us comes for a short visit, not knowing why, yet sometimes seeming to a divine purpose.</w:t>
      </w:r>
      <w:r>
        <w:br/>
      </w:r>
      <w:r>
        <w:rPr>
          <w:sz w:val="20"/>
        </w:rPr>
        <w:t>1:25:29  and there are many other. It means like many other scientist, Einstein believed in God, though his realization of God may not completely match hundred percent with the concept of God described in religious books.</w:t>
      </w:r>
      <w:r>
        <w:br/>
      </w:r>
      <w:r>
        <w:rPr>
          <w:sz w:val="20"/>
        </w:rPr>
        <w:t>1:25:44  Nahi, main is ko nahi manunga. Wo us ka case confusion ka case tha. Khud apne ek aur letter mein likha tha ke mera case jo hai, agnosticism ka case hai.</w:t>
      </w:r>
      <w:r>
        <w:br/>
      </w:r>
      <w:r>
        <w:rPr>
          <w:sz w:val="20"/>
        </w:rPr>
        <w:t>1:25:56  Sahi maano mein wo agnostic tha. Wo</w:t>
      </w:r>
      <w:r>
        <w:br/>
      </w:r>
      <w:r>
        <w:rPr>
          <w:sz w:val="20"/>
        </w:rPr>
        <w:t>1:25:58  main nahi manta ke wo Khuda ko manta tha. Yeh toh confusion ke jumle hain. Yeh sab confusion ke jumle hain. Sahi tareen jo uska jo muqam tha, wo hai ke wo agnostic tha.</w:t>
      </w:r>
      <w:r>
        <w:br/>
      </w:r>
      <w:r>
        <w:rPr>
          <w:sz w:val="20"/>
        </w:rPr>
        <w:t>1:26:10  Wo bas meri apni study yehi hai.</w:t>
      </w:r>
    </w:p>
    <w:p>
      <w:pPr>
        <w:pStyle w:val="Heading2"/>
      </w:pPr>
      <w:r>
        <w:t>Eligibility for Paradise beyond basic rituals</w:t>
      </w:r>
    </w:p>
    <w:p>
      <w:r>
        <w:rPr>
          <w:color w:val="666666"/>
          <w:sz w:val="18"/>
        </w:rPr>
        <w:t>Faith &amp; God · Divine Management in History April 7, 2013 · 2m 17s · at 1:15:51 · https://youtu.be/wcBzG56LuPY?t=4551</w:t>
      </w:r>
    </w:p>
    <w:p>
      <w:r>
        <w:rPr>
          <w:i/>
        </w:rPr>
        <w:t>“Many Muslims consider it enough to do Salah, Roza, Hajj and Zakat for getting Paradise. Please clarify what we have to do to be eligible for Paradise.”</w:t>
      </w:r>
    </w:p>
    <w:p>
      <w:r>
        <w:rPr>
          <w:sz w:val="20"/>
        </w:rPr>
        <w:t>1:15:51  Maulana, agla sawal Delhi se hai, Miss Naghma Siddiqui ka. unhon ne likha hai: "Many Muslims consider it enough to do Salat, Roza and Hajj and Zakat for getting paradise.</w:t>
      </w:r>
      <w:r>
        <w:br/>
      </w:r>
      <w:r>
        <w:rPr>
          <w:sz w:val="20"/>
        </w:rPr>
        <w:t>1:16:05  Please clarify what we have to do to be eligible for paradise."</w:t>
      </w:r>
      <w:r>
        <w:br/>
      </w:r>
      <w:r>
        <w:rPr>
          <w:sz w:val="20"/>
        </w:rPr>
        <w:t>1:16:12  bhai, Quran mein to hai ke zalka jaza mantazaka, jannat us ke liye milegi jis ne apne aap ko purify kiya, yani apne aap ko, yani ek apne andar personal, yani apni personality ko develop kiya.</w:t>
      </w:r>
      <w:r>
        <w:br/>
      </w:r>
      <w:r>
        <w:rPr>
          <w:sz w:val="20"/>
        </w:rPr>
        <w:t>1:16:33  us ne</w:t>
      </w:r>
      <w:r>
        <w:br/>
      </w:r>
      <w:r>
        <w:rPr>
          <w:sz w:val="20"/>
        </w:rPr>
        <w:t>1:16:34  apni personality ko develop kar ke apne aap ko waisa banaya jaisa Allah ko chahiye jannat mein basane ke liye.</w:t>
      </w:r>
      <w:r>
        <w:br/>
      </w:r>
      <w:r>
        <w:rPr>
          <w:sz w:val="20"/>
        </w:rPr>
        <w:t>1:16:45  to yani is Quran mein aisi bahut si ayaten hain, is se maloom hota hai ke jannat mein wo log jayenge jo jinhon ne apni personality ko is nahaj par develop kiya ho.</w:t>
      </w:r>
      <w:r>
        <w:br/>
      </w:r>
      <w:r>
        <w:rPr>
          <w:sz w:val="20"/>
        </w:rPr>
        <w:t>1:16:58  baqi koi form aur koi ritual jo hai, us ko aap dohrate rahen, ya aaj kal ke namaz waghera ke ayaton, kuch rituals hain, blast sab jo dohrate hain.</w:t>
      </w:r>
      <w:r>
        <w:br/>
      </w:r>
      <w:r>
        <w:rPr>
          <w:sz w:val="20"/>
        </w:rPr>
        <w:t>1:17:08  masjido mein jaate hain aur un ka dhyan rehta hai jeeb ke andar pade hue mobile par. yeh koi namaz hai?</w:t>
      </w:r>
      <w:r>
        <w:br/>
      </w:r>
      <w:r>
        <w:rPr>
          <w:sz w:val="20"/>
        </w:rPr>
        <w:t>1:17:17  yeh koi namaz hai? kisi ne pehle zamane mein ek sher tha, ek aadmi ne kaha tha: "shafqat namaz bar bandam, chkhurt bamiad farzandam." ke raat mein jab namaz ke liye khada hua to dimagh mein yeh sawal tha ke subah ko mere bachche kya khayenge?</w:t>
      </w:r>
      <w:r>
        <w:br/>
      </w:r>
      <w:r>
        <w:rPr>
          <w:sz w:val="20"/>
        </w:rPr>
        <w:t>1:17:35  ab kya hai? aap namaz ke liye khade hote hain aur dimagh mein yeh hota hai ke mobile mein kis ka message aa raha hoga, us ko mujhe check karna hai namaz ke baad. kya namaz kya hai?</w:t>
      </w:r>
      <w:r>
        <w:br/>
      </w:r>
      <w:r>
        <w:rPr>
          <w:sz w:val="20"/>
        </w:rPr>
        <w:t>1:17:43  yeh</w:t>
      </w:r>
      <w:r>
        <w:br/>
      </w:r>
      <w:r>
        <w:rPr>
          <w:sz w:val="20"/>
        </w:rPr>
        <w:t>1:17:44  yeh to ek rasam hai, ek ritual hai, ek form hai, ek culture hai. bas is wajah se is par mein zor deta hoon ke asli personality ko develop karna, kisi kisi form ko dohrate rahein, aap aap ka zara atka hua mobile mein, yeh is se kuch nahi hota.</w:t>
      </w:r>
    </w:p>
    <w:p>
      <w:pPr>
        <w:pStyle w:val="Heading2"/>
      </w:pPr>
      <w:r>
        <w:t>Establishing religion on earth and self</w:t>
      </w:r>
    </w:p>
    <w:p>
      <w:r>
        <w:rPr>
          <w:color w:val="666666"/>
          <w:sz w:val="18"/>
        </w:rPr>
        <w:t>Faith &amp; God · The Process of Personality Development June 30, 2013 · 2m 22s · at 1:05:31 · https://youtu.be/CSSFRydcJlo?t=3931</w:t>
      </w:r>
    </w:p>
    <w:p>
      <w:r>
        <w:rPr>
          <w:i/>
        </w:rPr>
        <w:t>“I asked a scholar: Is establishing the religion required on both the individual and the earth? He said both are required. Is this correct?”</w:t>
      </w:r>
    </w:p>
    <w:p>
      <w:r>
        <w:rPr>
          <w:sz w:val="20"/>
        </w:rPr>
        <w:t>1:05:31  maulana, agla sawal hai iqbal umri sahib ka, tamil nadu se.</w:t>
      </w:r>
      <w:r>
        <w:br/>
      </w:r>
      <w:r>
        <w:rPr>
          <w:sz w:val="20"/>
        </w:rPr>
        <w:t>1:05:35  unhon ne likha hai: maulana, main apne ek maulana se sawal kiya: iqamat deen zaat aur zameen dono par matloob hai?</w:t>
      </w:r>
      <w:r>
        <w:br/>
      </w:r>
      <w:r>
        <w:rPr>
          <w:sz w:val="20"/>
        </w:rPr>
        <w:t>1:05:45  to unhon ne kaha ke dono bhi matloob hain. kya yeh sahi hai? dekhen, quran mein jo ayat hai, us ka zameen mein iqamat se koi talluq nahi hai.</w:t>
      </w:r>
      <w:r>
        <w:br/>
      </w:r>
      <w:r>
        <w:rPr>
          <w:sz w:val="20"/>
        </w:rPr>
        <w:t>1:05:56  yeh bilkul galat hai jo us ne kaha hai ke dono</w:t>
      </w:r>
      <w:r>
        <w:br/>
      </w:r>
      <w:r>
        <w:rPr>
          <w:sz w:val="20"/>
        </w:rPr>
        <w:t>1:06:00  iqamat deen se murad jo quran mein jo ayat hai, surah asharon mein, iqamat deen, woh sirf zaat ke bare mein hai, zameen ke bare mein hai hi nahi.</w:t>
      </w:r>
      <w:r>
        <w:br/>
      </w:r>
      <w:r>
        <w:rPr>
          <w:sz w:val="20"/>
        </w:rPr>
        <w:t>1:06:10  yani aadmi apni zindagi mein deen ko follow kare, apni zaat par allah ke hukumon ko chalaye, yani apni soch, apna qaul, apni rawish, us par woh allah ke deen ko ikhtiyar kare.</w:t>
      </w:r>
      <w:r>
        <w:br/>
      </w:r>
      <w:r>
        <w:rPr>
          <w:sz w:val="20"/>
        </w:rPr>
        <w:t>1:06:27  zameen mein iqamat karna yeh to bilkul alag baat hai, is ka quran ki ayat se koi talluq nahi hai. yeh kuch logon ne jo islam ko politicize kiya hai, un ka, un un ki bidat hai.</w:t>
      </w:r>
      <w:r>
        <w:br/>
      </w:r>
      <w:r>
        <w:rPr>
          <w:sz w:val="20"/>
        </w:rPr>
        <w:t>1:06:38  yeh, yeh is ko main political bidat samajhta hoon. is ka islam se koi talluq nahi hai, na quran us ayat se koi talluq hai. is par maine bohat tafseel se likha, meri kitab mein padh lijiye, jis ka naam hai "taweer ki ghalati".</w:t>
      </w:r>
      <w:r>
        <w:br/>
      </w:r>
      <w:r>
        <w:rPr>
          <w:sz w:val="20"/>
        </w:rPr>
        <w:t>1:06:53  is mein aap padh lijiye.</w:t>
      </w:r>
    </w:p>
    <w:p>
      <w:pPr>
        <w:pStyle w:val="Heading2"/>
      </w:pPr>
      <w:r>
        <w:t>Eternal life in Paradise</w:t>
      </w:r>
    </w:p>
    <w:p>
      <w:r>
        <w:rPr>
          <w:color w:val="666666"/>
          <w:sz w:val="18"/>
        </w:rPr>
        <w:t>Faith &amp; God · Life After Death January 22, 2012 · 3m 34s · at 1:32:34 · https://youtu.be/5hVH1BLKBF4?t=5554</w:t>
      </w:r>
    </w:p>
    <w:p>
      <w:r>
        <w:rPr>
          <w:i/>
        </w:rPr>
        <w:t>“Will humans remain in Paradise forever? Satan puts a whisper in the heart (doubting this).”</w:t>
      </w:r>
    </w:p>
    <w:p>
      <w:r>
        <w:rPr>
          <w:sz w:val="20"/>
        </w:rPr>
        <w:t>1:32:34  molana, agla sawal miss saira latif ka hai karachi pakistan se. unhon ne likha hai: "kya jannat mein insan hamesha ke liye rahega?</w:t>
      </w:r>
      <w:r>
        <w:br/>
      </w:r>
      <w:r>
        <w:rPr>
          <w:sz w:val="20"/>
        </w:rPr>
        <w:t>1:32:45  shaitan doosra waswasa dil mein dalta hai." bhai jab allah taala ne aelan kiya ke hamesha rahega to is waswase ki zaroorat kya hai? hum fiya khalidun quran mein bar bar aya hai.</w:t>
      </w:r>
      <w:r>
        <w:br/>
      </w:r>
      <w:r>
        <w:rPr>
          <w:sz w:val="20"/>
        </w:rPr>
        <w:t>1:32:58  khalidun woh hamesha rehne ke liye mukhtalif alfaz mein quran mein hain.</w:t>
      </w:r>
      <w:r>
        <w:br/>
      </w:r>
      <w:r>
        <w:rPr>
          <w:sz w:val="20"/>
        </w:rPr>
        <w:t>1:33:06  ya rasool al-firdaus hum fiya khalidun to jab jannat ka jo khaliq hai woh aelan kar raha hai ke jannat mein jo log dakhil honge woh hamesha is mein rahenge to is mein shakk ki kya baat hai?</w:t>
      </w:r>
      <w:r>
        <w:br/>
      </w:r>
      <w:r>
        <w:rPr>
          <w:sz w:val="20"/>
        </w:rPr>
        <w:t>1:33:22  albata yeh yeh galat nazariya hai ke jo musalman ghar mein paida hoga woh jannat mein jayega. yeh bilkul khud sakhta nazariya hai. musalman ghar mein paida hone se jannat nahi milti kisi ko.</w:t>
      </w:r>
      <w:r>
        <w:br/>
      </w:r>
      <w:r>
        <w:rPr>
          <w:sz w:val="20"/>
        </w:rPr>
        <w:t>1:33:35  jo deserve karega woh jannat mein jayega. yaad rakhiye. jo apne character ke aitbar se jo deserve karega woh jannat mein jayega.</w:t>
      </w:r>
      <w:r>
        <w:br/>
      </w:r>
      <w:r>
        <w:rPr>
          <w:sz w:val="20"/>
        </w:rPr>
        <w:t>1:33:45  yeh nahi ke yeh birth certificate koi jannat ka mustahiq nahi banata kisi aadmi ko.</w:t>
      </w:r>
      <w:r>
        <w:br/>
      </w:r>
      <w:r>
        <w:rPr>
          <w:sz w:val="20"/>
        </w:rPr>
        <w:t>1:33:58  molana, agla jo sawal hai, sawal kam observation hai</w:t>
      </w:r>
      <w:r>
        <w:br/>
      </w:r>
      <w:r>
        <w:rPr>
          <w:sz w:val="20"/>
        </w:rPr>
        <w:t>1:34:02  jo pennsylvania se mister khawaja kaleemuddin ne abhi abhi bheji hai. unhon ne likha hai: "an observation: one of her associates from maryland told me that she gave her friend a copy of tazkir al-quran as a gift.</w:t>
      </w:r>
      <w:r>
        <w:br/>
      </w:r>
      <w:r>
        <w:rPr>
          <w:sz w:val="20"/>
        </w:rPr>
        <w:t>1:34:20  her friend returned the copy of tazkir al-quran saying that she wouldn't read it because it is not certified by any islamic authority.</w:t>
      </w:r>
      <w:r>
        <w:br/>
      </w:r>
      <w:r>
        <w:rPr>
          <w:sz w:val="20"/>
        </w:rPr>
        <w:t>1:34:32  our associate took it back without commenting anything. in her second meeting, our associate gave the lady another book titled raz-e-hayat.</w:t>
      </w:r>
      <w:r>
        <w:br/>
      </w:r>
      <w:r>
        <w:rPr>
          <w:sz w:val="20"/>
        </w:rPr>
        <w:t>1:34:44  her friend read that book without looking at the name of the author. she liked the book very much and she thanked her for the best gift she gave her.</w:t>
      </w:r>
      <w:r>
        <w:br/>
      </w:r>
      <w:r>
        <w:rPr>
          <w:sz w:val="20"/>
        </w:rPr>
        <w:t>1:34:56  at this moment, our associate told her that this was the same person who was the commentator of the quran she gave her before.</w:t>
      </w:r>
      <w:r>
        <w:br/>
      </w:r>
      <w:r>
        <w:rPr>
          <w:sz w:val="20"/>
        </w:rPr>
        <w:t>1:35:06  then she got the tazkir al-quran back from her and started reading it. now she has become her associate in dawa work." please, molana, comment on this.</w:t>
      </w:r>
      <w:r>
        <w:br/>
      </w:r>
      <w:r>
        <w:rPr>
          <w:sz w:val="20"/>
        </w:rPr>
        <w:t>1:35:19  bahut is mein sabaq hai.</w:t>
      </w:r>
      <w:r>
        <w:br/>
      </w:r>
      <w:r>
        <w:rPr>
          <w:sz w:val="20"/>
        </w:rPr>
        <w:t>1:35:21  aur yeh arabi ka ek maqola hai ke al-nas a'daa ma jahaloo log us cheez ke dushman ho jate hain jis ko woh na jante hon.</w:t>
      </w:r>
      <w:r>
        <w:br/>
      </w:r>
      <w:r>
        <w:rPr>
          <w:sz w:val="20"/>
        </w:rPr>
        <w:t>1:35:34  to logon ko agar aap ko dikhaya jaye ke falan mukhalif hai, yeh sazish kar raha hai, dushmani kar raha hai, to yeh yeh alfaaz mat boliye.</w:t>
      </w:r>
      <w:r>
        <w:br/>
      </w:r>
      <w:r>
        <w:rPr>
          <w:sz w:val="20"/>
        </w:rPr>
        <w:t>1:35:44  iski bekhabari ko todiye. al-nas a'daa ma jahaloo</w:t>
      </w:r>
      <w:r>
        <w:br/>
      </w:r>
      <w:r>
        <w:rPr>
          <w:sz w:val="20"/>
        </w:rPr>
        <w:t>1:35:51  iske jahal ko todiye, iski bekhabari ko todiye, iski unawareness ko khatam kijiye. iske baad woh jise aap mante hain us ko wohi manne lagega.</w:t>
      </w:r>
      <w:r>
        <w:br/>
      </w:r>
      <w:r>
        <w:rPr>
          <w:sz w:val="20"/>
        </w:rPr>
        <w:t>1:36:00  kyunke iska khaliq wahi khuda hai jis ko jo khaliq aap ka hai.</w:t>
      </w:r>
      <w:r>
        <w:br/>
      </w:r>
      <w:r>
        <w:rPr>
          <w:sz w:val="20"/>
        </w:rPr>
        <w:t>1:36:09  molana, agla sawal kya hai mister muhammad samiuallah sa</w:t>
      </w:r>
    </w:p>
    <w:p>
      <w:pPr>
        <w:pStyle w:val="Heading2"/>
      </w:pPr>
      <w:r>
        <w:t>Explaining freedom and eternal paradise</w:t>
      </w:r>
    </w:p>
    <w:p>
      <w:r>
        <w:rPr>
          <w:color w:val="666666"/>
          <w:sz w:val="18"/>
        </w:rPr>
        <w:t>Faith &amp; God · Religion and Democracy December 25, 2011 · 2m 44s · at 1:08:05 · https://youtu.be/8Mf_yvDA8ik?t=4085</w:t>
      </w:r>
    </w:p>
    <w:p>
      <w:r>
        <w:rPr>
          <w:i/>
        </w:rPr>
        <w:t>“It is a great blessing of Allah that He has promised eternal paradise for the correct use of one's freedom in this short span of life. How can this be explained to modern and non-modern people?”</w:t>
      </w:r>
    </w:p>
    <w:p>
      <w:r>
        <w:rPr>
          <w:sz w:val="20"/>
        </w:rPr>
        <w:t>1:08:05  maulana, agla sawal aaya hai Mr Abdul Latif ka, Karachi, Pakistan se</w:t>
      </w:r>
      <w:r>
        <w:br/>
      </w:r>
      <w:r>
        <w:rPr>
          <w:sz w:val="20"/>
        </w:rPr>
        <w:t>1:08:10  . unho'n ne likha hai: "mera sawal yeh hai ke yeh Allah taala ki bohat baRi blessing hai ke is ne har insaan se zindagi ke mukhtasar se hisse mein apni azaadi ke sahi istemaal par abadi jannat ka wa'da kiya hai.</w:t>
      </w:r>
      <w:r>
        <w:br/>
      </w:r>
      <w:r>
        <w:rPr>
          <w:sz w:val="20"/>
        </w:rPr>
        <w:t>1:08:28  maulana sahib, yeh baat aaj jadeed aur ghair jadeed insaan ko kis tarah samjhai jaye?"</w:t>
      </w:r>
      <w:r>
        <w:br/>
      </w:r>
      <w:r>
        <w:rPr>
          <w:sz w:val="20"/>
        </w:rPr>
        <w:t>1:08:47  ab mein sochta hoon ke samjhane ka koi naya tareeqa nahi hai. jo pehle jo tareeqa tha, wahi tareeqa aaj bhi hai.</w:t>
      </w:r>
      <w:r>
        <w:br/>
      </w:r>
      <w:r>
        <w:rPr>
          <w:sz w:val="20"/>
        </w:rPr>
        <w:t>1:08:58  woh yahi hai ke tum</w:t>
      </w:r>
      <w:r>
        <w:br/>
      </w:r>
      <w:r>
        <w:rPr>
          <w:sz w:val="20"/>
        </w:rPr>
        <w:t>1:09:03  duniya mein kuch bhi haasil kar lo, lekin thoRi muddat ke baad is ko chhoR kar jaana paRta hai. pachaas saal, 60 saal, 70 saal aap rahe, us ke baad sab kuch chhoR chale gaye to faida kya hua?</w:t>
      </w:r>
      <w:r>
        <w:br/>
      </w:r>
      <w:r>
        <w:rPr>
          <w:sz w:val="20"/>
        </w:rPr>
        <w:t>1:09:18  to aadmi ko chahiye ke woh, yaani maut ke baad jo abadi zindagi hai, us ko us ko yaqeen dilaya jaye ke maut par zindagi khatam nahi hoti.</w:t>
      </w:r>
      <w:r>
        <w:br/>
      </w:r>
      <w:r>
        <w:rPr>
          <w:sz w:val="20"/>
        </w:rPr>
        <w:t>1:09:28  maut ke baad zindagi jo hai, continue rehti hai. ab woh, ab woh abadi hai, eternal hai. to is zindagi ke liye tayyari karo jo abadi hai.</w:t>
      </w:r>
      <w:r>
        <w:br/>
      </w:r>
      <w:r>
        <w:rPr>
          <w:sz w:val="20"/>
        </w:rPr>
        <w:t>1:09:39  waqti zindagi ke liye jeena aur mar jana, yeh to bohat hi, yaani bohat hi bari nadani aur bohat hi ghaate ki baat hogi.</w:t>
      </w:r>
      <w:r>
        <w:br/>
      </w:r>
      <w:r>
        <w:rPr>
          <w:sz w:val="20"/>
        </w:rPr>
        <w:t>1:09:51  ab isi baat ko jitna aap samjha sakein, aadmi ko jitna samjha sakein, kyunke yahi kamzori insaan ki hai ke "bal al-ajila wa yadhununa abrahama yawma thaqilaa"</w:t>
      </w:r>
      <w:r>
        <w:br/>
      </w:r>
      <w:r>
        <w:rPr>
          <w:sz w:val="20"/>
        </w:rPr>
        <w:t>1:10:04  yaani aaj aaj jo thoda sa faida mil raha hai, usi mein aadmi gum ho jata hai aur jo bara faida jo baad ko aanay wala hai, us se bekhabar ho jata hai.</w:t>
      </w:r>
      <w:r>
        <w:br/>
      </w:r>
      <w:r>
        <w:rPr>
          <w:sz w:val="20"/>
        </w:rPr>
        <w:t>1:10:15  to insaan ko is is parde ko hatanay, hatana hai, insaan ki is bekhabari ko todna</w:t>
      </w:r>
      <w:r>
        <w:br/>
      </w:r>
      <w:r>
        <w:rPr>
          <w:sz w:val="20"/>
        </w:rPr>
        <w:t>1:10:21  . jaise hi aadmi yeh jaan lega is baat ko shaoori taur par, yaqeen ke sath ke is dunya mein bohat thodi muddat mujhe mili hai aur is ke baad maut ke baad lambi muddat jo hai meri, woh abadi hai.</w:t>
      </w:r>
      <w:r>
        <w:br/>
      </w:r>
      <w:r>
        <w:rPr>
          <w:sz w:val="20"/>
        </w:rPr>
        <w:t>1:10:37  is baat ko jab shaoori taur par jaan lega to inshallah aap woh bohat aasani se apni zindagi ki islaah kar lega.</w:t>
      </w:r>
    </w:p>
    <w:p>
      <w:pPr>
        <w:pStyle w:val="Heading2"/>
      </w:pPr>
      <w:r>
        <w:t>Explaining freedom and paradise to people</w:t>
      </w:r>
    </w:p>
    <w:p>
      <w:r>
        <w:rPr>
          <w:color w:val="666666"/>
          <w:sz w:val="18"/>
        </w:rPr>
        <w:t>Faith &amp; God · Discovery of God (In Conversation with Maulana) December 25, 2011 · 2m 44s · at 7:03 · https://youtu.be/-1c1d7cFj0s?t=423</w:t>
      </w:r>
    </w:p>
    <w:p>
      <w:r>
        <w:rPr>
          <w:i/>
        </w:rPr>
        <w:t>“Maulana, it is a great blessing of Allah that He promised eternal paradise to every human for the correct use of their freedom in this brief life. How can this be explained to modern and non-modern people today?”</w:t>
      </w:r>
    </w:p>
    <w:p>
      <w:r>
        <w:rPr>
          <w:sz w:val="20"/>
        </w:rPr>
        <w:t>7:03  maulana, agla sawal aaya hai mister abdul lateef ka, karachi, pakistan se. unhon ne likha hai: "mera sawal ye hai ke ye Allah taala ki bohat bari blessing hai ke is ne har insan se zindagi ke mukhtasir se hissay mein apni azadi ke sahi istemal par abadi jannat ka wada kiya hai.</w:t>
      </w:r>
      <w:r>
        <w:br/>
      </w:r>
      <w:r>
        <w:rPr>
          <w:sz w:val="20"/>
        </w:rPr>
        <w:t>7:26  maulana sahib, ye baat aaj jadeed aur ghair jadeed insan ko kis tarah samjhai jaye?"</w:t>
      </w:r>
      <w:r>
        <w:br/>
      </w:r>
      <w:r>
        <w:rPr>
          <w:sz w:val="20"/>
        </w:rPr>
        <w:t>7:45  ab mein sochta hoon ke samjhane ka koi naya tareeqa nahi hai. jo pehle jo tareeqa tha, wahi tareeqa aaj bhi hai.</w:t>
      </w:r>
      <w:r>
        <w:br/>
      </w:r>
      <w:r>
        <w:rPr>
          <w:sz w:val="20"/>
        </w:rPr>
        <w:t>7:56  woh yahi hai ke tum</w:t>
      </w:r>
      <w:r>
        <w:br/>
      </w:r>
      <w:r>
        <w:rPr>
          <w:sz w:val="20"/>
        </w:rPr>
        <w:t>8:01  duniya mein kuch bhi hasil kar lo, lekin thori muddat ke baad is ko chhod kar jaana padta hai. 50 saal, 60 saal, 70 saal aap rahe, is ke baad sab kuch chhod ke chale gaye.</w:t>
      </w:r>
      <w:r>
        <w:br/>
      </w:r>
      <w:r>
        <w:rPr>
          <w:sz w:val="20"/>
        </w:rPr>
        <w:t>8:12  to faida kya hua? to aadmi ko chahiye ke woh, yaani maut ke baad jo abadi zindagi hai, us ko us ko yaqeen dilaya jaye ke maut par zindagi khatam nahi hoti.</w:t>
      </w:r>
      <w:r>
        <w:br/>
      </w:r>
      <w:r>
        <w:rPr>
          <w:sz w:val="20"/>
        </w:rPr>
        <w:t>8:26  maut ke baad zindagi jo hai, continue rehti hai. ab woh, ab woh abadi hai, eternal hai. to is zindagi ke liye tayyari karo jo abadi hai.</w:t>
      </w:r>
      <w:r>
        <w:br/>
      </w:r>
      <w:r>
        <w:rPr>
          <w:sz w:val="20"/>
        </w:rPr>
        <w:t>8:37  waqti zindagi ke liye jeena aur mar jaana, yeh to bohat hi, yaani bohat hi bari nadani aur bohat hi ghaate ki baat hogi.</w:t>
      </w:r>
      <w:r>
        <w:br/>
      </w:r>
      <w:r>
        <w:rPr>
          <w:sz w:val="20"/>
        </w:rPr>
        <w:t>8:49  ab isi baat ko jitna aap samjha sakein, aadmi ko jitna samjha sakein, kyunke yahi kamzori insaan ki hai ke yeh yaani aaj aaj jo thoda sa faida mil raha hai, usi mein aadmi gum ho jata hai.</w:t>
      </w:r>
      <w:r>
        <w:br/>
      </w:r>
      <w:r>
        <w:rPr>
          <w:sz w:val="20"/>
        </w:rPr>
        <w:t>9:06  aur jo bara faida jo baad ko aanay wala hai, us se bekhabar ho jata hai. to insaan ko is is parde ko hatana hai, hatana hai.</w:t>
      </w:r>
      <w:r>
        <w:br/>
      </w:r>
      <w:r>
        <w:rPr>
          <w:sz w:val="20"/>
        </w:rPr>
        <w:t>9:17  insaan ki is bekhabari ko todna. jaise hi aadmi jaan lega is baat ko, shaoori taur par, yaqeen ke saath ke is duniya mein bohat thori muddat mujhe mili hai, aur is ke baad maut ke baad lambi muddat jo hai meri, woh abadi hai.</w:t>
      </w:r>
      <w:r>
        <w:br/>
      </w:r>
      <w:r>
        <w:rPr>
          <w:sz w:val="20"/>
        </w:rPr>
        <w:t>9:35  is baat ko jab shaoori taur par jaan lega, to inshallah aap woh bohat aasani se apni zindagi ki islaah kar lega.</w:t>
      </w:r>
    </w:p>
    <w:p>
      <w:pPr>
        <w:pStyle w:val="Heading2"/>
      </w:pPr>
      <w:r>
        <w:t>Explaining monotheism to those who believe in many gods</w:t>
      </w:r>
    </w:p>
    <w:p>
      <w:r>
        <w:rPr>
          <w:color w:val="666666"/>
          <w:sz w:val="18"/>
        </w:rPr>
        <w:t>Faith &amp; God · The Importance of Wisdom November 4, 2012 · 2m 45s · at 1:13:51 · https://youtu.be/7e6FvqRSHic?t=4431</w:t>
      </w:r>
    </w:p>
    <w:p>
      <w:r>
        <w:rPr>
          <w:i/>
        </w:rPr>
        <w:t>“Many people say that they believe in Ram, Rahim, Allah all. How do we explain to them? How should we explain that God is one? Or what example can we give them so they become satisfied?”</w:t>
      </w:r>
    </w:p>
    <w:p>
      <w:r>
        <w:rPr>
          <w:sz w:val="20"/>
        </w:rPr>
        <w:t>1:13:51  aur musalmanon ki bohat hi bari kamzori ko batati hai yeh bohat bari bhayanak weakness ko batati hai yeh maulana agla sawal dilli se hai mohammad ans sahib ka unhon ne likha hai maulana bohat se log yeh kehte hain ke hum ram rahim allah sab ko mante hain</w:t>
      </w:r>
      <w:r>
        <w:br/>
      </w:r>
      <w:r>
        <w:rPr>
          <w:sz w:val="20"/>
        </w:rPr>
        <w:t>1:14:13  aise logon ko hum kaise samjhayen humein kaise samjhana chahiye ke khuda sirf ek hai ya hum phir unhein aisi kaun si misal dein jis se woh satisfy ho jayen is ke baray mein nahi dekhiye aap aap isi is ko aap starting point ko banate hain starting point mat banaiye is ko jo woh keh rahe hain aap is ka ek kitab padho aap un ko kitabein dijiye</w:t>
      </w:r>
      <w:r>
        <w:br/>
      </w:r>
      <w:r>
        <w:rPr>
          <w:sz w:val="20"/>
        </w:rPr>
        <w:t>1:14:38  is tarah se ise ek ek ek endless behas chale gi aur kuch hoga nahi aap bhi islam mein literature dijiye un ko kitabein dijiye hamare mission mein yeh hota hai hamare mission mein is tarah ki behas nahi hai koi bhi agar is tarah ki behas karta ho to us ko us se bachna chahiye har case mein sab se pehla aap ka jo hona chahiye kaam ke us ko literature dena</w:t>
      </w:r>
      <w:r>
        <w:br/>
      </w:r>
      <w:r>
        <w:rPr>
          <w:sz w:val="20"/>
        </w:rPr>
        <w:t>1:15:07  har case mein yahi nahi hai koi bhi case hai</w:t>
      </w:r>
      <w:r>
        <w:br/>
      </w:r>
      <w:r>
        <w:rPr>
          <w:sz w:val="20"/>
        </w:rPr>
        <w:t>1:15:10  lekin log jaldi lagte hain bahas karne bahas karne se bas to hi khatm ho jayega is</w:t>
      </w:r>
      <w:r>
        <w:br/>
      </w:r>
      <w:r>
        <w:rPr>
          <w:sz w:val="20"/>
        </w:rPr>
        <w:t>1:15:16  ki jankari badhaiye isko aur zyada is zehan ko wasee kijiye iske iska mutala badhaiye</w:t>
      </w:r>
      <w:r>
        <w:br/>
      </w:r>
      <w:r>
        <w:rPr>
          <w:sz w:val="20"/>
        </w:rPr>
        <w:t>1:15:25  tab ja kar wo prepared mind banega abhi to prepared mind hi nahi hai ab bahas karne</w:t>
      </w:r>
      <w:r>
        <w:br/>
      </w:r>
      <w:r>
        <w:rPr>
          <w:sz w:val="20"/>
        </w:rPr>
        <w:t>1:15:30  lage iske sath</w:t>
      </w:r>
      <w:r>
        <w:br/>
      </w:r>
      <w:r>
        <w:rPr>
          <w:sz w:val="20"/>
        </w:rPr>
        <w:t>1:15:33  behral main yahi kahunga ki aap kitabein padhaiye bas aur kuch nahi hai</w:t>
      </w:r>
      <w:r>
        <w:br/>
      </w:r>
      <w:r>
        <w:rPr>
          <w:sz w:val="20"/>
        </w:rPr>
        <w:t>1:15:37  aur bohat dinon tak padhate rahiye kitabein is ke baad inshallah is ka durust ho jayega.</w:t>
      </w:r>
    </w:p>
    <w:p>
      <w:pPr>
        <w:pStyle w:val="Heading2"/>
      </w:pPr>
      <w:r>
        <w:t>Failure to discover God from experiences</w:t>
      </w:r>
    </w:p>
    <w:p>
      <w:r>
        <w:rPr>
          <w:color w:val="666666"/>
          <w:sz w:val="18"/>
        </w:rPr>
        <w:t>Faith &amp; God · Discovering God June 30, 2019 Maulana Wahiduddin Khan · 4m 43s · at 1:16:53 · https://youtu.be/Yt1-eX7XzYU?t=4613</w:t>
      </w:r>
    </w:p>
    <w:p>
      <w:r>
        <w:rPr>
          <w:i/>
        </w:rPr>
        <w:t>“Why do others fail to discover God from all these experiences? Is it due to ignorance?”</w:t>
      </w:r>
    </w:p>
    <w:p>
      <w:r>
        <w:rPr>
          <w:sz w:val="20"/>
        </w:rPr>
        <w:t>1:16:53  maulana, yeh yeh sawal dilli se bhejha hai abdul aziz chaudhry sahib ne. unhon ne likha hai: "maulana! why is it that others fail to discover god from all these experiences?</w:t>
      </w:r>
      <w:r>
        <w:br/>
      </w:r>
      <w:r>
        <w:rPr>
          <w:sz w:val="20"/>
        </w:rPr>
        <w:t>1:17:06  is it due to ignorance?"</w:t>
      </w:r>
      <w:r>
        <w:br/>
      </w:r>
      <w:r>
        <w:rPr>
          <w:sz w:val="20"/>
        </w:rPr>
        <w:t>1:17:11  dekhiye,</w:t>
      </w:r>
      <w:r>
        <w:br/>
      </w:r>
      <w:r>
        <w:rPr>
          <w:sz w:val="20"/>
        </w:rPr>
        <w:t>1:17:16  mein bachpan se</w:t>
      </w:r>
      <w:r>
        <w:br/>
      </w:r>
      <w:r>
        <w:rPr>
          <w:sz w:val="20"/>
        </w:rPr>
        <w:t>1:17:21  kisi cheez se mujhe shoq nahi tha,</w:t>
      </w:r>
      <w:r>
        <w:br/>
      </w:r>
      <w:r>
        <w:rPr>
          <w:sz w:val="20"/>
        </w:rPr>
        <w:t>1:17:26  kisi cheez se.</w:t>
      </w:r>
      <w:r>
        <w:br/>
      </w:r>
      <w:r>
        <w:rPr>
          <w:sz w:val="20"/>
        </w:rPr>
        <w:t>1:17:30  baad ko maine jaana ke mera case woh tha jo newton ka case tha. newton ke baray mein kaha jata tha: "haan, wool gather." newton ko wool gather kaha jata tha.</w:t>
      </w:r>
      <w:r>
        <w:br/>
      </w:r>
      <w:r>
        <w:rPr>
          <w:sz w:val="20"/>
        </w:rPr>
        <w:t>1:17:45  to maine baad ko jaana ke mera case wool gather ka case hai,</w:t>
      </w:r>
      <w:r>
        <w:br/>
      </w:r>
      <w:r>
        <w:rPr>
          <w:sz w:val="20"/>
        </w:rPr>
        <w:t>1:17:52  khoya hua insan.</w:t>
      </w:r>
      <w:r>
        <w:br/>
      </w:r>
      <w:r>
        <w:rPr>
          <w:sz w:val="20"/>
        </w:rPr>
        <w:t>1:17:58  yeh sab kahani, yeh sab waqiat hain jo maine likhe. isi woh meri aadat thi likhne ki, bachpan se likhne ki. to sab likha hua maujood hai.</w:t>
      </w:r>
      <w:r>
        <w:br/>
      </w:r>
      <w:r>
        <w:rPr>
          <w:sz w:val="20"/>
        </w:rPr>
        <w:t>1:18:10  aap nahi mante to na maniye, aur maan sakte hain to maan lijiye. yeh sab cheezein likhi hui maujood hain</w:t>
      </w:r>
      <w:r>
        <w:br/>
      </w:r>
      <w:r>
        <w:rPr>
          <w:sz w:val="20"/>
        </w:rPr>
        <w:t>1:18:21  ke mein, mislan, meri maan batati thi ke mein bohat bolta tha. baap se unki daadhi aise khenchta tha,</w:t>
      </w:r>
      <w:r>
        <w:br/>
      </w:r>
      <w:r>
        <w:rPr>
          <w:sz w:val="20"/>
        </w:rPr>
        <w:t>1:18:36  yani shokhi karta tha, shokhi bohat bolta tha. phir mere baap par stroke hua,</w:t>
      </w:r>
      <w:r>
        <w:br/>
      </w:r>
      <w:r>
        <w:rPr>
          <w:sz w:val="20"/>
        </w:rPr>
        <w:t>1:18:50  jisko falij kaha jata hai. 29 december, thandi raat mein</w:t>
      </w:r>
      <w:r>
        <w:br/>
      </w:r>
      <w:r>
        <w:rPr>
          <w:sz w:val="20"/>
        </w:rPr>
        <w:t>1:19:01  achanak woh khatam ho gaye</w:t>
      </w:r>
      <w:r>
        <w:br/>
      </w:r>
      <w:r>
        <w:rPr>
          <w:sz w:val="20"/>
        </w:rPr>
        <w:t>1:19:06  to unki bol isi waqt band ho gayi aur meri bol hi band ho gayi. meri maan batati thi ke woh ek dum chup ho gaya.</w:t>
      </w:r>
      <w:r>
        <w:br/>
      </w:r>
      <w:r>
        <w:rPr>
          <w:sz w:val="20"/>
        </w:rPr>
        <w:t>1:19:15  is ke baad baap se woh khoob bolta tha, shokhi karta tha, shokhi. lekin jab woh unka khatma ho gaya to meri bol band ho gayi,</w:t>
      </w:r>
      <w:r>
        <w:br/>
      </w:r>
      <w:r>
        <w:rPr>
          <w:sz w:val="20"/>
        </w:rPr>
        <w:t>1:19:29  ek dum chup.</w:t>
      </w:r>
      <w:r>
        <w:br/>
      </w:r>
      <w:r>
        <w:rPr>
          <w:sz w:val="20"/>
        </w:rPr>
        <w:t>1:19:37  yeh tha mere dil mein turning point ke mera bolna jo pehle pehle tha apne baap se, woh</w:t>
      </w:r>
      <w:r>
        <w:br/>
      </w:r>
      <w:r>
        <w:rPr>
          <w:sz w:val="20"/>
        </w:rPr>
        <w:t>1:19:51  woh woh woh woh khuda ki taraf marr marr gaya, khuda ki taraf.</w:t>
      </w:r>
      <w:r>
        <w:br/>
      </w:r>
      <w:r>
        <w:rPr>
          <w:sz w:val="20"/>
        </w:rPr>
        <w:t>1:20:02  yeh sab kahani ki baatein nahi hain, yeh waqiat ki baatein hain.</w:t>
      </w:r>
      <w:r>
        <w:br/>
      </w:r>
      <w:r>
        <w:rPr>
          <w:sz w:val="20"/>
        </w:rPr>
        <w:t>1:20:11  aur meri aadat thi likhne ki bachpan se.</w:t>
      </w:r>
      <w:r>
        <w:br/>
      </w:r>
      <w:r>
        <w:rPr>
          <w:sz w:val="20"/>
        </w:rPr>
        <w:t>1:20:20  to yeh sab meri zindagi ke waqiat hain. aap maniye to maniye, na maniye to mat maniye. aakhirat mein farishton se pooch lijiyega ke yeh baat jo kehta tha, woh sahi thi ya galat thi.</w:t>
      </w:r>
      <w:r>
        <w:br/>
      </w:r>
      <w:r>
        <w:rPr>
          <w:sz w:val="20"/>
        </w:rPr>
        <w:t>1:20:41  maulana tariq badar sahib ne comment bheja hai pakistan se. unhone likha hai: "very important lessons in today lecture.</w:t>
      </w:r>
      <w:r>
        <w:br/>
      </w:r>
      <w:r>
        <w:rPr>
          <w:sz w:val="20"/>
        </w:rPr>
        <w:t>1:20:51  i always feel very happy when maulana sahib shares his story of lahore, where i live." maulana astar khateeb sahib ne likha hai chennai se: "maulana!</w:t>
      </w:r>
      <w:r>
        <w:br/>
      </w:r>
      <w:r>
        <w:rPr>
          <w:sz w:val="20"/>
        </w:rPr>
        <w:t>1:21:03  first time i heard about god that he is god of love. very amazing to hear it. i didn't hear it from any muslim aalim so far.</w:t>
      </w:r>
      <w:r>
        <w:br/>
      </w:r>
      <w:r>
        <w:rPr>
          <w:sz w:val="20"/>
        </w:rPr>
        <w:t>1:21:15  i heard it from christian brothers that god is love, but not in the vast sense as you have mentioned it today." am irshad sahiba ne likha hai: "maulana!</w:t>
      </w:r>
      <w:r>
        <w:br/>
      </w:r>
      <w:r>
        <w:rPr>
          <w:sz w:val="20"/>
        </w:rPr>
        <w:t>1:21:26  aap hi woh wahid shakhsiyat hain jo ek phall ke test ke zariye se us ko banane wale ka ehsaas dilate hain.</w:t>
      </w:r>
    </w:p>
    <w:p>
      <w:pPr>
        <w:pStyle w:val="Heading2"/>
      </w:pPr>
      <w:r>
        <w:t>Fear of God's selection ground</w:t>
      </w:r>
    </w:p>
    <w:p>
      <w:r>
        <w:rPr>
          <w:color w:val="666666"/>
          <w:sz w:val="18"/>
        </w:rPr>
        <w:t>Faith &amp; God · Stress and Spirituality January 1, 2012 · 3m 55s · at 1:40:42 · https://youtu.be/TPhXL9-g6ME?t=6042</w:t>
      </w:r>
    </w:p>
    <w:p>
      <w:r>
        <w:rPr>
          <w:i/>
        </w:rPr>
        <w:t>“Maulana, I am very scared by one of your statements: that the world is God's selection ground, meaning God will select according to His glory. So what will happen to us?”</w:t>
      </w:r>
    </w:p>
    <w:p>
      <w:r>
        <w:rPr>
          <w:sz w:val="20"/>
        </w:rPr>
        <w:t>1:40:42  sawal kiya hai. unhone likha hai: "maulana, aap ki ek baat se bohat dar hota hai. woh yeh hai ke duniya khuda ka selection ground hai.</w:t>
      </w:r>
      <w:r>
        <w:br/>
      </w:r>
      <w:r>
        <w:rPr>
          <w:sz w:val="20"/>
        </w:rPr>
        <w:t>1:40:53  yani khuda apni shan ke mutabiq select karega. to hamara kya haal hoga?"</w:t>
      </w:r>
      <w:r>
        <w:br/>
      </w:r>
      <w:r>
        <w:rPr>
          <w:sz w:val="20"/>
        </w:rPr>
        <w:t>1:41:03  shan to mein ne kaha tha ke shan ke mutabiq. shan ke mutabiq nahi hai. apne criterion ke mutabiq.</w:t>
      </w:r>
      <w:r>
        <w:br/>
      </w:r>
      <w:r>
        <w:rPr>
          <w:sz w:val="20"/>
        </w:rPr>
        <w:t>1:41:12  yani khuda ne jo criterion rakha hai us ke mutabiq. shan to mein ne kaha tha ke shan ke mutabiq. to aap woh criterion jo hai woh quran mein aur hadith mein daryaft kijiye aur us ke mutabiq zindagi guzarne ki koshish kijiye.</w:t>
      </w:r>
      <w:r>
        <w:br/>
      </w:r>
      <w:r>
        <w:rPr>
          <w:sz w:val="20"/>
        </w:rPr>
        <w:t>1:41:30  isi mein se ek yeh hai ke ek hadith mein hai ke rasool allah salallahu alaihi wasallam ne ek sahabi kehte hain ke rasool allah salallahu alaihi wasallam ne mere kandhe par hath rakha.</w:t>
      </w:r>
      <w:r>
        <w:br/>
      </w:r>
      <w:r>
        <w:rPr>
          <w:sz w:val="20"/>
        </w:rPr>
        <w:t>1:41:45  yeh ghaleban ibn abbas ki baat hai. aap ne farmaya ke ya baniyah, in istata'at, tusbih wa tumsi wa laysa fi qalbika ghishun li ahadin. fa'al.</w:t>
      </w:r>
      <w:r>
        <w:br/>
      </w:r>
      <w:r>
        <w:rPr>
          <w:sz w:val="20"/>
        </w:rPr>
        <w:t>1:41:57  agar agar tum aisa kar sako ke tum raat ko so'o aur subah ko utho tumhare dil mein ghish na kisi ke khilaf ho. is mani wohi hote hain jo malice, hate, negativity woh na ho.</w:t>
      </w:r>
      <w:r>
        <w:br/>
      </w:r>
      <w:r>
        <w:rPr>
          <w:sz w:val="20"/>
        </w:rPr>
        <w:t>1:42:11  to aisa karo kyunke aise logon ke liye jannat hai.</w:t>
      </w:r>
      <w:r>
        <w:br/>
      </w:r>
      <w:r>
        <w:rPr>
          <w:sz w:val="20"/>
        </w:rPr>
        <w:t>1:42:14  yeh hai criterion. criterion yani meyar. ke aap duniya mein is tarah zindagi guzarein ke aap aap hate free hon.</w:t>
      </w:r>
      <w:r>
        <w:br/>
      </w:r>
      <w:r>
        <w:rPr>
          <w:sz w:val="20"/>
        </w:rPr>
        <w:t>1:42:27  kisi ke khilaf nafrat nahi. kisi ke khilaf kuch kuch qad nahi. aur dekhiye quran majeed mein hai ke</w:t>
      </w:r>
      <w:r>
        <w:br/>
      </w:r>
      <w:r>
        <w:rPr>
          <w:sz w:val="20"/>
        </w:rPr>
        <w:t>1:42:39  quran majeed mein hai ke al-kazibeen al-ghayz. ghusse ko pee jane wale.</w:t>
      </w:r>
      <w:r>
        <w:br/>
      </w:r>
      <w:r>
        <w:rPr>
          <w:sz w:val="20"/>
        </w:rPr>
        <w:t>1:42:46  yeh lafz nahi hai ke al-faqideen al-ghayz. faqideen nahi hai. yani aisa nahi ke ghussa sarr-e-se na aaye aap ke andar. yeh nahi kaha ja raha hai.</w:t>
      </w:r>
      <w:r>
        <w:br/>
      </w:r>
      <w:r>
        <w:rPr>
          <w:sz w:val="20"/>
        </w:rPr>
        <w:t>1:42:56  ghussa to aaye ga lekin ghussay ko aap control kar lain. ghussay ko pee jain. to</w:t>
      </w:r>
      <w:r>
        <w:br/>
      </w:r>
      <w:r>
        <w:rPr>
          <w:sz w:val="20"/>
        </w:rPr>
        <w:t>1:43:04  yeh yeh criterion hai ke dunya mein is tarah raho ke chahe logon ne tum ko sataya ho, chahe logon ne tum ko kuch bura tajurba karwaya ho, phir bhi tum un ke khilaf nafrat dil mein mat rakho.</w:t>
      </w:r>
      <w:r>
        <w:br/>
      </w:r>
      <w:r>
        <w:rPr>
          <w:sz w:val="20"/>
        </w:rPr>
        <w:t>1:43:21  logon ke liye duaen karo, logon ke liye achhi khwahishain rakho. yaani sab ke liye evolution bano. yeh criterion hai.</w:t>
      </w:r>
      <w:r>
        <w:br/>
      </w:r>
      <w:r>
        <w:rPr>
          <w:sz w:val="20"/>
        </w:rPr>
        <w:t>1:43:29  to yeh shaan khudaWandi ki baat nahi hai, yeh mayar khudaWandi ki baat hai.</w:t>
      </w:r>
      <w:r>
        <w:br/>
      </w:r>
      <w:r>
        <w:rPr>
          <w:sz w:val="20"/>
        </w:rPr>
        <w:t>1:43:37  Okay, we will end this session now. Thank you.</w:t>
      </w:r>
    </w:p>
    <w:p>
      <w:pPr>
        <w:pStyle w:val="Heading2"/>
      </w:pPr>
      <w:r>
        <w:t>Free will versus divine predestination</w:t>
      </w:r>
    </w:p>
    <w:p>
      <w:r>
        <w:rPr>
          <w:color w:val="666666"/>
          <w:sz w:val="18"/>
        </w:rPr>
        <w:t>Faith &amp; God · Interpretation of History October 23, 2016 · 2m 30s · at 57:14 · https://youtu.be/P-JhH3q-Mdg?t=3434</w:t>
      </w:r>
    </w:p>
    <w:p>
      <w:r>
        <w:rPr>
          <w:i/>
        </w:rPr>
        <w:t>“When everything is already fixed, who will do what and who will not, then what authority do we have? Allah has already predetermined every action.”</w:t>
      </w:r>
    </w:p>
    <w:p>
      <w:r>
        <w:rPr>
          <w:sz w:val="20"/>
        </w:rPr>
        <w:t>57:14  maulana, agla sawal dilli se kya hai anwar sahib ne.</w:t>
      </w:r>
      <w:r>
        <w:br/>
      </w:r>
      <w:r>
        <w:rPr>
          <w:sz w:val="20"/>
        </w:rPr>
        <w:t>57:20  unhone likha hai: "jab sab kuch pehle se hi fixed hai ke kaun kya karega, kya</w:t>
      </w:r>
      <w:r>
        <w:br/>
      </w:r>
      <w:r>
        <w:rPr>
          <w:sz w:val="20"/>
        </w:rPr>
        <w:t>57:26  nahi karega, to is mein hamara kya ikhtiyar hai? kisi amal par allah ne pehle se hi</w:t>
      </w:r>
      <w:r>
        <w:br/>
      </w:r>
      <w:r>
        <w:rPr>
          <w:sz w:val="20"/>
        </w:rPr>
        <w:t>57:33  taqdeer mein sab kuch likh diya hai.</w:t>
      </w:r>
      <w:r>
        <w:br/>
      </w:r>
      <w:r>
        <w:rPr>
          <w:sz w:val="20"/>
        </w:rPr>
        <w:t>57:39  is ke baray mein aap kya kahenge?" dekhein, yeh taqdeer aur tadbeer ka masla bohat purana hai,</w:t>
      </w:r>
      <w:r>
        <w:br/>
      </w:r>
      <w:r>
        <w:rPr>
          <w:sz w:val="20"/>
        </w:rPr>
        <w:t>57:45  aur yeh yeh is par main likh chuka hoon kai baar, is ki koi haqeeqat nahi hai.</w:t>
      </w:r>
      <w:r>
        <w:br/>
      </w:r>
      <w:r>
        <w:rPr>
          <w:sz w:val="20"/>
        </w:rPr>
        <w:t>57:52  yeh is ka source jo hai, is ko kehte hain speculative riyazi.</w:t>
      </w:r>
      <w:r>
        <w:br/>
      </w:r>
      <w:r>
        <w:rPr>
          <w:sz w:val="20"/>
        </w:rPr>
        <w:t>57:58  speculative riyazi mein hai.</w:t>
      </w:r>
      <w:r>
        <w:br/>
      </w:r>
      <w:r>
        <w:rPr>
          <w:sz w:val="20"/>
        </w:rPr>
        <w:t>58:04  practical thinking jo hai, practical thinking mein is ka koi maqam nahi hai.</w:t>
      </w:r>
      <w:r>
        <w:br/>
      </w:r>
      <w:r>
        <w:rPr>
          <w:sz w:val="20"/>
        </w:rPr>
        <w:t>58:10  ek hai, aap practical tor par sochein, aap objective tor par sochein, scientific tor par sochein, to yeh</w:t>
      </w:r>
      <w:r>
        <w:br/>
      </w:r>
      <w:r>
        <w:rPr>
          <w:sz w:val="20"/>
        </w:rPr>
        <w:t>58:17  koi sawal hi nahi hai.</w:t>
      </w:r>
      <w:r>
        <w:br/>
      </w:r>
      <w:r>
        <w:rPr>
          <w:sz w:val="20"/>
        </w:rPr>
        <w:t>58:23  lekin jo log, yaani pure philosophy mein gum ho jaate hain, un ke liye is ka masla hai.</w:t>
      </w:r>
      <w:r>
        <w:br/>
      </w:r>
      <w:r>
        <w:rPr>
          <w:sz w:val="20"/>
        </w:rPr>
        <w:t>58:29  misal ke taur par dekhen, har aadmi ka apna personal experience kya hai? aap khud sochiye, aap kya</w:t>
      </w:r>
      <w:r>
        <w:br/>
      </w:r>
      <w:r>
        <w:rPr>
          <w:sz w:val="20"/>
        </w:rPr>
        <w:t>58:36  samajhte hain ke aap bandhe hue hain? kisi ne aap ka haath paon baandh rakha hai? har aadmi</w:t>
      </w:r>
      <w:r>
        <w:br/>
      </w:r>
      <w:r>
        <w:rPr>
          <w:sz w:val="20"/>
        </w:rPr>
        <w:t>58:42  ho sakta hai ke main azaad hoon, chahe sooon, chahe jaagoon, paani piyoon, chahe na piyoon.</w:t>
      </w:r>
      <w:r>
        <w:br/>
      </w:r>
      <w:r>
        <w:rPr>
          <w:sz w:val="20"/>
        </w:rPr>
        <w:t>58:48  to yeh jaise yeh paani hai, ab yeh maine piya, na peeta to main azaad tha, na</w:t>
      </w:r>
      <w:r>
        <w:br/>
      </w:r>
      <w:r>
        <w:rPr>
          <w:sz w:val="20"/>
        </w:rPr>
        <w:t>58:54  peene ke liye bhi.</w:t>
      </w:r>
      <w:r>
        <w:br/>
      </w:r>
      <w:r>
        <w:rPr>
          <w:sz w:val="20"/>
        </w:rPr>
        <w:t>59:01  to practical taur par har aadmi khud jo quran mein hai ke "bade liye insaan allah lafzi baseer</w:t>
      </w:r>
      <w:r>
        <w:br/>
      </w:r>
      <w:r>
        <w:rPr>
          <w:sz w:val="20"/>
        </w:rPr>
        <w:t>59:07  hai", aadmi khud gawah hai, aadmi khud gawah hai.</w:t>
      </w:r>
      <w:r>
        <w:br/>
      </w:r>
      <w:r>
        <w:rPr>
          <w:sz w:val="20"/>
        </w:rPr>
        <w:t>59:13  yeh to ek ek tasawwurati philosophy hai, yaani speculative jo kehte hain, is mein yeh sab masle paida hote hain.</w:t>
      </w:r>
      <w:r>
        <w:br/>
      </w:r>
      <w:r>
        <w:rPr>
          <w:sz w:val="20"/>
        </w:rPr>
        <w:t>59:20  warna aap aap shadi karte hain, bachche paida karte hain, business karte hain, aur woh karte hain.</w:t>
      </w:r>
      <w:r>
        <w:br/>
      </w:r>
      <w:r>
        <w:rPr>
          <w:sz w:val="20"/>
        </w:rPr>
        <w:t>59:26  to aap har jagah aap apne faisle se karte hain, apni soch se karte hain.</w:t>
      </w:r>
      <w:r>
        <w:br/>
      </w:r>
      <w:r>
        <w:rPr>
          <w:sz w:val="20"/>
        </w:rPr>
        <w:t>59:32  koi aisa nahi ke aap ka haath paon bandhe hue hain.</w:t>
      </w:r>
      <w:r>
        <w:br/>
      </w:r>
      <w:r>
        <w:rPr>
          <w:sz w:val="20"/>
        </w:rPr>
        <w:t>59:38  to bas is waqt yeh yeh bilkul ek ek speculative philosophy ke masle hain, yeh koi real masle nahi hain.</w:t>
      </w:r>
    </w:p>
    <w:p>
      <w:pPr>
        <w:pStyle w:val="Heading2"/>
      </w:pPr>
      <w:r>
        <w:t>God wants inquiring spirit to discover Him</w:t>
      </w:r>
    </w:p>
    <w:p>
      <w:r>
        <w:rPr>
          <w:color w:val="666666"/>
          <w:sz w:val="18"/>
        </w:rPr>
        <w:t>Faith &amp; God · Unseen God July 30, 2017 Maulana Wahiduddin Khan · 2m 36s · at 53:43 · https://youtu.be/MOkCdGFAVR4?t=3223</w:t>
      </w:r>
    </w:p>
    <w:p>
      <w:r>
        <w:rPr>
          <w:i/>
        </w:rPr>
        <w:t>“Does that mean that God wants us to have an inquiring spirit so that we may discover Him and our self?”</w:t>
      </w:r>
    </w:p>
    <w:p>
      <w:r>
        <w:rPr>
          <w:sz w:val="20"/>
        </w:rPr>
        <w:t>53:43  jata hai jazak allah doctor safeena tabassum ne sawal bheja hai ajmer se unhon ne likha hai maulana</w:t>
      </w:r>
      <w:r>
        <w:br/>
      </w:r>
      <w:r>
        <w:rPr>
          <w:sz w:val="20"/>
        </w:rPr>
        <w:t>53:52  sahib does that mean that god wants us to have an inquiring spirit so that</w:t>
      </w:r>
      <w:r>
        <w:br/>
      </w:r>
      <w:r>
        <w:rPr>
          <w:sz w:val="20"/>
        </w:rPr>
        <w:t>53:59  we may discover him or self</w:t>
      </w:r>
      <w:r>
        <w:br/>
      </w:r>
      <w:r>
        <w:rPr>
          <w:sz w:val="20"/>
        </w:rPr>
        <w:t>54:02  what is your opinion bilkul sahi kaha unhone hundred percent sahi kaha unhone bohat sahi jazak allah مولانا agla sawal bheja hai riaz ahmed mir sahab ne jammu kashmir se unhone likha hai مولانا sahib will the science lead to the ultimate discovery of physical god in this world the way other unseen things are discovered</w:t>
      </w:r>
      <w:r>
        <w:br/>
      </w:r>
      <w:r>
        <w:rPr>
          <w:sz w:val="20"/>
        </w:rPr>
        <w:t>54:31  please explain in this bhai woh to discovery ho chuki hai hone wali nahin hai</w:t>
      </w:r>
      <w:r>
        <w:br/>
      </w:r>
      <w:r>
        <w:rPr>
          <w:sz w:val="20"/>
        </w:rPr>
        <w:t>54:39  sachi baat hai ke science ka jo safar tha woh right way ho raha tha yani sir james</w:t>
      </w:r>
      <w:r>
        <w:br/>
      </w:r>
      <w:r>
        <w:rPr>
          <w:sz w:val="20"/>
        </w:rPr>
        <w:t>54:47  jeans arthour addington</w:t>
      </w:r>
      <w:r>
        <w:br/>
      </w:r>
      <w:r>
        <w:rPr>
          <w:sz w:val="20"/>
        </w:rPr>
        <w:t>54:50  is tarah ke bahut se log paida hue to is ko main kahunga ke theoretical science mein</w:t>
      </w:r>
      <w:r>
        <w:br/>
      </w:r>
      <w:r>
        <w:rPr>
          <w:sz w:val="20"/>
        </w:rPr>
        <w:t>54:57  safar ho raha tha wohi ja raha tha lekin darmiyan mein aa gaya</w:t>
      </w:r>
      <w:r>
        <w:br/>
      </w:r>
      <w:r>
        <w:rPr>
          <w:sz w:val="20"/>
        </w:rPr>
        <w:t>55:03  applied science yani jo cheezein daryaft hui jo motor car hawai jahaz dunya bhar ki hain to science</w:t>
      </w:r>
      <w:r>
        <w:br/>
      </w:r>
      <w:r>
        <w:rPr>
          <w:sz w:val="20"/>
        </w:rPr>
        <w:t>55:11  jo hai industrialize ho gayi science ko unhon ne industrialize kar liya</w:t>
      </w:r>
      <w:r>
        <w:br/>
      </w:r>
      <w:r>
        <w:rPr>
          <w:sz w:val="20"/>
        </w:rPr>
        <w:t>55:16  to science bade bade scientific mind jo hain woh chale gaye scientific is mein industrial world mein ab</w:t>
      </w:r>
      <w:r>
        <w:br/>
      </w:r>
      <w:r>
        <w:rPr>
          <w:sz w:val="20"/>
        </w:rPr>
        <w:t>55:23  woh research kar rahe hain ke kaise improve kiya jaye jahaz ko kaise improve kiya jaye motor motor</w:t>
      </w:r>
      <w:r>
        <w:br/>
      </w:r>
      <w:r>
        <w:rPr>
          <w:sz w:val="20"/>
        </w:rPr>
        <w:t>55:28  ko kaise improve kiya jaye yani civilization ko to wahan par paisa zyada milta hai wahan paisa bahut</w:t>
      </w:r>
      <w:r>
        <w:br/>
      </w:r>
      <w:r>
        <w:rPr>
          <w:sz w:val="20"/>
        </w:rPr>
        <w:t>55:36  zyada milta hai to main samajhta hoon ke yeh highjack kar liya industry ne science ko warna</w:t>
      </w:r>
      <w:r>
        <w:br/>
      </w:r>
      <w:r>
        <w:rPr>
          <w:sz w:val="20"/>
        </w:rPr>
        <w:t>55:44  to science to ja hi rahi thi idhar</w:t>
      </w:r>
      <w:r>
        <w:br/>
      </w:r>
      <w:r>
        <w:rPr>
          <w:sz w:val="20"/>
        </w:rPr>
        <w:t>55:47  ab in logon ki kitabein padhiye jo yeh jo log hain jaise sir james jeans sir arthur sir</w:t>
      </w:r>
      <w:r>
        <w:br/>
      </w:r>
      <w:r>
        <w:rPr>
          <w:sz w:val="20"/>
        </w:rPr>
        <w:t>55:53  arthur addington waghera to science idhar hi ja rahi thi yeh to industry ne highjack kar liya</w:t>
      </w:r>
      <w:r>
        <w:br/>
      </w:r>
      <w:r>
        <w:rPr>
          <w:sz w:val="20"/>
        </w:rPr>
        <w:t>56:00  science ko is liye ab ab</w:t>
      </w:r>
      <w:r>
        <w:br/>
      </w:r>
      <w:r>
        <w:rPr>
          <w:sz w:val="20"/>
        </w:rPr>
        <w:t>56:02  science mein ab science mein yani theoretical science mein kuch nahi ho raha hai kaam ab sab kaam ho raha hai applied science mein wahi ek aadmi hai bacha hua woh stephen hawking</w:t>
      </w:r>
    </w:p>
    <w:p>
      <w:pPr>
        <w:pStyle w:val="Heading2"/>
      </w:pPr>
      <w:r>
        <w:t>God's image and human likeness</w:t>
      </w:r>
    </w:p>
    <w:p>
      <w:r>
        <w:rPr>
          <w:color w:val="666666"/>
          <w:sz w:val="18"/>
        </w:rPr>
        <w:t>Faith &amp; God · The Existence of God October 7, 2012 · 2m 41s · at 1:02:50 · https://youtu.be/Hm0ybuokQ8s?t=3770</w:t>
      </w:r>
    </w:p>
    <w:p>
      <w:r>
        <w:rPr>
          <w:i/>
        </w:rPr>
        <w:t>“It is mentioned that God has made man in his image. Does this mean that God's physical appearance is like a human being? If this is not true, then why is the word 'image' used and not any other word?”</w:t>
      </w:r>
    </w:p>
    <w:p>
      <w:r>
        <w:rPr>
          <w:sz w:val="20"/>
        </w:rPr>
        <w:t>1:02:50  molana, agla sawal chennai se aya hai mr ramesh</w:t>
      </w:r>
      <w:r>
        <w:br/>
      </w:r>
      <w:r>
        <w:rPr>
          <w:sz w:val="20"/>
        </w:rPr>
        <w:t>1:02:53  ka. unhon ne likha hai: "molana sahib, it is mentioned that god has made man in his image. does this mean that god's physical appearance is like human being?</w:t>
      </w:r>
      <w:r>
        <w:br/>
      </w:r>
      <w:r>
        <w:rPr>
          <w:sz w:val="20"/>
        </w:rPr>
        <w:t>1:03:04  if this is not true, then why is the word image used and not any other word?" dekhiye, yeh quran mein nahi hai, yeh hadith mein hai.</w:t>
      </w:r>
      <w:r>
        <w:br/>
      </w:r>
      <w:r>
        <w:rPr>
          <w:sz w:val="20"/>
        </w:rPr>
        <w:t>1:03:14  dekhiye, image ko aap literal mani mein kyun le rahe hain? literal aap chuki literal mani mein le rahe hain, is liye aap ko pareshani ho rahi hai.</w:t>
      </w:r>
      <w:r>
        <w:br/>
      </w:r>
      <w:r>
        <w:rPr>
          <w:sz w:val="20"/>
        </w:rPr>
        <w:t>1:03:23  is ke mani sirf yeh hain ke khuda ke jo attributes hain, woh diya insan ko allah ne, yaani sochne ki taqat, tajziya karne ki taqat, planning karne ki taqat.</w:t>
      </w:r>
      <w:r>
        <w:br/>
      </w:r>
      <w:r>
        <w:rPr>
          <w:sz w:val="20"/>
        </w:rPr>
        <w:t>1:03:35  yeh sab kisi janwar ko nahi. misaal ke taur par, main bataoon aap ko, hamare ghar mein ek faakhta ne nest banaya, ghonsla.</w:t>
      </w:r>
      <w:r>
        <w:br/>
      </w:r>
      <w:r>
        <w:rPr>
          <w:sz w:val="20"/>
        </w:rPr>
        <w:t>1:03:48  woh kabootar, kabootar ne, kabootar ne ghonsla banaya, nest, yaani yes ti nest. yeh log ghonsla banate hain ke ande dein, phir us ko sek sek kar ke bachche paida karein.</w:t>
      </w:r>
      <w:r>
        <w:br/>
      </w:r>
      <w:r>
        <w:rPr>
          <w:sz w:val="20"/>
        </w:rPr>
        <w:t>1:04:03  to tareeqa un ka by nature yeh hai ke jo female hoti hai, woh ande par baithti hai aur male jo hai, woh bahar ja ja kar us ke liye jo khati hai, woh woh samaan lata hai.</w:t>
      </w:r>
      <w:r>
        <w:br/>
      </w:r>
      <w:r>
        <w:rPr>
          <w:sz w:val="20"/>
        </w:rPr>
        <w:t>1:04:20  to woh woh chhodti hai nahi anda, isi par baithi seeti rehti hai. us ko</w:t>
      </w:r>
      <w:r>
        <w:br/>
      </w:r>
      <w:r>
        <w:rPr>
          <w:sz w:val="20"/>
        </w:rPr>
        <w:t>1:04:25  ab by chance kya hua ke us ka jo male jo air tha, woh hamare haan kisi ne chala diya, woh exhaust fan, woh bechara us mein us ko samjha ke us mein enter hone laga, us ke raaste se us mein phans kar woh mar gaya.</w:t>
      </w:r>
      <w:r>
        <w:br/>
      </w:r>
      <w:r>
        <w:rPr>
          <w:sz w:val="20"/>
        </w:rPr>
        <w:t>1:04:41  mujhe bara afsos hua. to ab is is is female ko pata nahi hai ke ab ne kya karna hai. woh phir bhi baithi hui hai isi ande par,</w:t>
      </w:r>
      <w:r>
        <w:br/>
      </w:r>
      <w:r>
        <w:rPr>
          <w:sz w:val="20"/>
        </w:rPr>
        <w:t>1:04:52  ande ko chhod kar jati nahi ke ab mujhe khud ja kar ke bahar se kuch apne khane peene ka samaan lana chahiye. to yeh hai insan ki surat. insan ko allah ta'ala ne zehan di, aqal di, planning di, sochne ka maada diya.</w:t>
      </w:r>
      <w:r>
        <w:br/>
      </w:r>
      <w:r>
        <w:rPr>
          <w:sz w:val="20"/>
        </w:rPr>
        <w:t>1:05:05  isi liye to aisa hua ke us ne meter ko hawai jahaz mein aur aur car mein tabdeel kiya. meter ko us ne mobile mein aur aur electronics mein tabdeel kiya.</w:t>
      </w:r>
      <w:r>
        <w:br/>
      </w:r>
      <w:r>
        <w:rPr>
          <w:sz w:val="20"/>
        </w:rPr>
        <w:t>1:05:18  yeh matlab hai is ka</w:t>
      </w:r>
      <w:r>
        <w:br/>
      </w:r>
      <w:r>
        <w:rPr>
          <w:sz w:val="20"/>
        </w:rPr>
        <w:t>1:05:19  ۔ aap literal mani mein lene ki wajah se aap aap ko yeh sawal paida hua. literal mani mein koi cheez nahi hoti hai, koi bhi cheez nahi hoti.</w:t>
      </w:r>
      <w:r>
        <w:br/>
      </w:r>
      <w:r>
        <w:rPr>
          <w:sz w:val="20"/>
        </w:rPr>
        <w:t>1:05:27  literal mani mein.</w:t>
      </w:r>
    </w:p>
    <w:p>
      <w:pPr>
        <w:pStyle w:val="Heading2"/>
      </w:pPr>
      <w:r>
        <w:t>God's justice and American oppression</w:t>
      </w:r>
    </w:p>
    <w:p>
      <w:r>
        <w:rPr>
          <w:color w:val="666666"/>
          <w:sz w:val="18"/>
        </w:rPr>
        <w:t>Faith &amp; God · Islam in Daily Life May 26, 2013 · 2m 37s · at 1:11:01 · https://youtu.be/iNyWPrbyyhA?t=4261</w:t>
      </w:r>
    </w:p>
    <w:p>
      <w:r>
        <w:rPr>
          <w:i/>
        </w:rPr>
        <w:t>“You wrote that God gives a tyrant only one chance to oppress, not a second. Then why is America oppressing Muslim countries everywhere? How is this happening?”</w:t>
      </w:r>
    </w:p>
    <w:p>
      <w:r>
        <w:rPr>
          <w:sz w:val="20"/>
        </w:rPr>
        <w:t>1:11:01  مولانا اگلا سوال ہے بیجاپور سے محمد الیاس عمری صاحب کا۔ انہوں نے لکھا ہے: "آپ نے ایک جگہ لکھا ہے کہ اللہ ظالم کو ایک ہی مرتبہ موقع دیتا ہے ظلم کا۔</w:t>
      </w:r>
      <w:r>
        <w:br/>
      </w:r>
      <w:r>
        <w:rPr>
          <w:sz w:val="20"/>
        </w:rPr>
        <w:t>1:11:15  دوبارہ نہیں دیتا۔ مولانا، پھر امریکہ ہر جگہ ظلم کر رہا ہے مسلم ممالک پر</w:t>
      </w:r>
      <w:r>
        <w:br/>
      </w:r>
      <w:r>
        <w:rPr>
          <w:sz w:val="20"/>
        </w:rPr>
        <w:t>1:11:22  ۔ یہ کیسے ہو رہا ہے؟ اس کے بارے میں بتائیں۔" میں اس کو مانتا ہی نہیں کہ امریکہ ظلم کر رہا ہے۔ یہ تو آپ کا مفروضہ ہے۔ امریکہ کوئی ظلم نہیں کر رہا۔</w:t>
      </w:r>
      <w:r>
        <w:br/>
      </w:r>
      <w:r>
        <w:rPr>
          <w:sz w:val="20"/>
        </w:rPr>
        <w:t>1:11:31  آپ 9/11 کریں گے تو بار بار کرے گا وہ۔ ظلم کہاں کر رہا ہے وہ؟ وہ ریٹیلیٹ کر رہا ہے۔ آپ ریٹیلیشن کے ظلم کر رہے ہیں۔</w:t>
      </w:r>
      <w:r>
        <w:br/>
      </w:r>
      <w:r>
        <w:rPr>
          <w:sz w:val="20"/>
        </w:rPr>
        <w:t>1:11:42  america ne kahin zulm nahi kiya hai.</w:t>
      </w:r>
      <w:r>
        <w:br/>
      </w:r>
      <w:r>
        <w:rPr>
          <w:sz w:val="20"/>
        </w:rPr>
        <w:t>1:11:47  abhi kal parson ek sahab america se aaye hain. unhon ne kaha ke 9/11 se pehle bilkul wahan par normal tha, sab kuch tha. 9/11 ke baad america mein ek jazba bhark utha.</w:t>
      </w:r>
      <w:r>
        <w:br/>
      </w:r>
      <w:r>
        <w:rPr>
          <w:sz w:val="20"/>
        </w:rPr>
        <w:t>1:11:58  isi ki bhagat rahe hain hum. to ab zulm kyun karte hain aap? musalmanon ko bura kahiye? kyun ke وَهُمْ بَدَوْكُمْ أَوْلَ بَرْرٍ</w:t>
      </w:r>
      <w:r>
        <w:br/>
      </w:r>
      <w:r>
        <w:rPr>
          <w:sz w:val="20"/>
        </w:rPr>
        <w:t>1:12:07  . jo bad kare الْبَادِي أَظْلَمٌ . ye kaisi ajeeb soch hai musalmanon ki ke badi ko azlam kaha gaya hai.</w:t>
      </w:r>
      <w:r>
        <w:br/>
      </w:r>
      <w:r>
        <w:rPr>
          <w:sz w:val="20"/>
        </w:rPr>
        <w:t>1:12:16  aur yahan ye jo retaliate ka is ko zalim bata rahe hain. ye bilkul galat soch hai. main is ko islam ki soch nahi, is ko qoumi soch samajhta hoon.</w:t>
      </w:r>
      <w:r>
        <w:br/>
      </w:r>
      <w:r>
        <w:rPr>
          <w:sz w:val="20"/>
        </w:rPr>
        <w:t>1:12:26  qoumi. yahi qoumi soch jo hai wisdom mein rukawat hai. jin logon ke andar qoumi soch ho, wo kabhi bhi un ko wisdom ki khabar nahi ho sakti.</w:t>
      </w:r>
      <w:r>
        <w:br/>
      </w:r>
      <w:r>
        <w:rPr>
          <w:sz w:val="20"/>
        </w:rPr>
        <w:t>1:12:41  maulana kya? aur jaise ab munafiqat dekhen musalmanon ki. agar agar agar america zalim hai to sare log jab america mein rahen, hijrat farz ho jati hai un ke upar.</w:t>
      </w:r>
      <w:r>
        <w:br/>
      </w:r>
      <w:r>
        <w:rPr>
          <w:sz w:val="20"/>
        </w:rPr>
        <w:t>1:12:52  aap jante hain?</w:t>
      </w:r>
      <w:r>
        <w:br/>
      </w:r>
      <w:r>
        <w:rPr>
          <w:sz w:val="20"/>
        </w:rPr>
        <w:t>1:12:58  agar agar sach much hi zalim ho, samajhte hain islam ko patana chahta hai, musalman patana chahta hai. jo log base bhi hain wahan par, taqreeban ghaliban saat billion insan musalman hain.</w:t>
      </w:r>
      <w:r>
        <w:br/>
      </w:r>
      <w:r>
        <w:rPr>
          <w:sz w:val="20"/>
        </w:rPr>
        <w:t>1:13:09  wo chhoden america ko jayen, apne</w:t>
      </w:r>
      <w:r>
        <w:br/>
      </w:r>
      <w:r>
        <w:rPr>
          <w:sz w:val="20"/>
        </w:rPr>
        <w:t>1:13:12  apne mulkon mein chale jayen wapas. kyun ke wahan wahan rehte hain. aisa fatwa dena itna aasan nahi hai. america ko zalim kehna mere nazdeek galat hai.</w:t>
      </w:r>
      <w:r>
        <w:br/>
      </w:r>
      <w:r>
        <w:rPr>
          <w:sz w:val="20"/>
        </w:rPr>
        <w:t>1:13:22  aur ba farz agar fateh se forgoment mein kahunga, agar agar sahi ho to sare logon ki hijrat farz ho jati hai. wahan hijrat kar ke chale jayen, america chhod den.</w:t>
      </w:r>
    </w:p>
    <w:p>
      <w:pPr>
        <w:pStyle w:val="Heading2"/>
      </w:pPr>
      <w:r>
        <w:t>God's scheme and human free will</w:t>
      </w:r>
    </w:p>
    <w:p>
      <w:r>
        <w:rPr>
          <w:color w:val="666666"/>
          <w:sz w:val="18"/>
        </w:rPr>
        <w:t>Faith &amp; God · Material Science Vs Spiritual Science 20th May 12 SLOW · 2m 30s · at 1:21:08 · https://youtu.be/qYwFExG7cyM?t=4868</w:t>
      </w:r>
    </w:p>
    <w:p>
      <w:r>
        <w:rPr>
          <w:i/>
        </w:rPr>
        <w:t>“Everything in this world happens according to God's scheme, but man has been given freedom of thought and action, so that he can be tested.”</w:t>
      </w:r>
    </w:p>
    <w:p>
      <w:r>
        <w:rPr>
          <w:sz w:val="20"/>
        </w:rPr>
        <w:t>1:21:08  maulana, agla sawal dilli se hai miss saba hussain ka.</w:t>
      </w:r>
      <w:r>
        <w:br/>
      </w:r>
      <w:r>
        <w:rPr>
          <w:sz w:val="20"/>
        </w:rPr>
        <w:t>1:21:14  انہوں نے لکھا ہے: "Everything in this world happens according to God's scheme, but man has been</w:t>
      </w:r>
      <w:r>
        <w:br/>
      </w:r>
      <w:r>
        <w:rPr>
          <w:sz w:val="20"/>
        </w:rPr>
        <w:t>1:21:20  given freedom of thought and action, so that he can be tested.</w:t>
      </w:r>
      <w:r>
        <w:br/>
      </w:r>
      <w:r>
        <w:rPr>
          <w:sz w:val="20"/>
        </w:rPr>
        <w:t>1:21:26  then what is the role of dua? can man get everything by doing dua to god?" nahi,</w:t>
      </w:r>
      <w:r>
        <w:br/>
      </w:r>
      <w:r>
        <w:rPr>
          <w:sz w:val="20"/>
        </w:rPr>
        <w:t>1:21:32  dekhiye, dua jo hai quran ke ek ayat se sawal aati hai.</w:t>
      </w:r>
      <w:r>
        <w:br/>
      </w:r>
      <w:r>
        <w:rPr>
          <w:sz w:val="20"/>
        </w:rPr>
        <w:t>1:21:38  quran mein hai: "ilah yصد al-kalim al-tayyib wa al-amal al-salih یرفو", yani allah ki taraf uthta hai pak kalma.</w:t>
      </w:r>
      <w:r>
        <w:br/>
      </w:r>
      <w:r>
        <w:rPr>
          <w:sz w:val="20"/>
        </w:rPr>
        <w:t>1:21:44  pak kalma matlab achhi dua aur us ko upar le aata hai amal salih.</w:t>
      </w:r>
      <w:r>
        <w:br/>
      </w:r>
      <w:r>
        <w:rPr>
          <w:sz w:val="20"/>
        </w:rPr>
        <w:t>1:21:50  amal salih ka matlab hai muwafiq dua.</w:t>
      </w:r>
      <w:r>
        <w:br/>
      </w:r>
      <w:r>
        <w:rPr>
          <w:sz w:val="20"/>
        </w:rPr>
        <w:t>1:21:56  amal aap ek plan karte hain sahi raste par aur is plan mein jab aap implement karna chahte</w:t>
      </w:r>
      <w:r>
        <w:br/>
      </w:r>
      <w:r>
        <w:rPr>
          <w:sz w:val="20"/>
        </w:rPr>
        <w:t>1:22:02  hain to dua karte hain allah taala se.</w:t>
      </w:r>
      <w:r>
        <w:br/>
      </w:r>
      <w:r>
        <w:rPr>
          <w:sz w:val="20"/>
        </w:rPr>
        <w:t>1:22:08  to to dua jo hai is mein is ke sath sath zaruri hai ke aap jo dua aap</w:t>
      </w:r>
      <w:r>
        <w:br/>
      </w:r>
      <w:r>
        <w:rPr>
          <w:sz w:val="20"/>
        </w:rPr>
        <w:t>1:22:14  kar rahe hain us ke muwafiq amal karen.</w:t>
      </w:r>
      <w:r>
        <w:br/>
      </w:r>
      <w:r>
        <w:rPr>
          <w:sz w:val="20"/>
        </w:rPr>
        <w:t>1:22:20  agar sirf dua karen, us ke muwafiq amal na kar rahe hon to dua qabul nahi hogi.</w:t>
      </w:r>
      <w:r>
        <w:br/>
      </w:r>
      <w:r>
        <w:rPr>
          <w:sz w:val="20"/>
        </w:rPr>
        <w:t>1:22:26  ek shakhs ne pucha rasool allah sallallahu alaihi wasallam se ke main oont ko bandh kar tawakkul</w:t>
      </w:r>
      <w:r>
        <w:br/>
      </w:r>
      <w:r>
        <w:rPr>
          <w:sz w:val="20"/>
        </w:rPr>
        <w:t>1:22:32  karun ya oont ko chhod kar tawakkul karun? aap ne farmaya ke "ae ilah!</w:t>
      </w:r>
      <w:r>
        <w:br/>
      </w:r>
      <w:r>
        <w:rPr>
          <w:sz w:val="20"/>
        </w:rPr>
        <w:t>1:22:38  fatawakkal, pehle oont ko bandho, phir tawakkul karo." to dua bilashubah bahut hi important hai, lekin dua karne</w:t>
      </w:r>
      <w:r>
        <w:br/>
      </w:r>
      <w:r>
        <w:rPr>
          <w:sz w:val="20"/>
        </w:rPr>
        <w:t>1:22:43  wala sincere hai ke nahi, is ki sincerity is se rush hoti hai is baat se ke is</w:t>
      </w:r>
      <w:r>
        <w:br/>
      </w:r>
      <w:r>
        <w:rPr>
          <w:sz w:val="20"/>
        </w:rPr>
        <w:t>1:22:49  ke muwafiq amal kar raha hai ke nahi kar raha.</w:t>
      </w:r>
      <w:r>
        <w:br/>
      </w:r>
      <w:r>
        <w:rPr>
          <w:sz w:val="20"/>
        </w:rPr>
        <w:t>1:22:54  misalan aap rizq ki dua kar rahe hain, rizq hasan ki, aur subah sham bistar par pade hue</w:t>
      </w:r>
      <w:r>
        <w:br/>
      </w:r>
      <w:r>
        <w:rPr>
          <w:sz w:val="20"/>
        </w:rPr>
        <w:t>1:23:00  hain aur koi kaam nahi karte to woh dua be-mani hai.</w:t>
      </w:r>
      <w:r>
        <w:br/>
      </w:r>
      <w:r>
        <w:rPr>
          <w:sz w:val="20"/>
        </w:rPr>
        <w:t>1:23:05  woh dua be-mani hai, yani dua ki dua karne mein aap sincere hain, dua karne mein aap honest hain.</w:t>
      </w:r>
      <w:r>
        <w:br/>
      </w:r>
      <w:r>
        <w:rPr>
          <w:sz w:val="20"/>
        </w:rPr>
        <w:t>1:23:11  yeh establish hota hai is baat se ke aap khud apni taqat ko laga rahi hain isi raste mein.</w:t>
      </w:r>
      <w:r>
        <w:br/>
      </w:r>
      <w:r>
        <w:rPr>
          <w:sz w:val="20"/>
        </w:rPr>
        <w:t>1:23:16  to jab allah taala yeh dekhte hain ke aap sach much sincere hain is mamle mein to is</w:t>
      </w:r>
      <w:r>
        <w:br/>
      </w:r>
      <w:r>
        <w:rPr>
          <w:sz w:val="20"/>
        </w:rPr>
        <w:t>1:23:22  waqt allah ki rah mutabiq aap ki taraf aati hai.</w:t>
      </w:r>
      <w:r>
        <w:br/>
      </w:r>
      <w:r>
        <w:rPr>
          <w:sz w:val="20"/>
        </w:rPr>
        <w:t>1:23:27  yani khud to aap sincere na hon aur allah se dua karen, yeh kabhi nahi ho sakta.</w:t>
      </w:r>
      <w:r>
        <w:br/>
      </w:r>
      <w:r>
        <w:rPr>
          <w:sz w:val="20"/>
        </w:rPr>
        <w:t>1:23:33  aisi dua kabhi qabul nahi hogi.</w:t>
      </w:r>
    </w:p>
    <w:p>
      <w:pPr>
        <w:pStyle w:val="Heading2"/>
      </w:pPr>
      <w:r>
        <w:t>Great task for presentation before God</w:t>
      </w:r>
    </w:p>
    <w:p>
      <w:r>
        <w:rPr>
          <w:color w:val="666666"/>
          <w:sz w:val="18"/>
        </w:rPr>
        <w:t>Faith &amp; God · Spiritual Goal January 15, 2017 · 2m 03s · at 55:08 · https://youtu.be/D3JYu4p_P34?t=3308</w:t>
      </w:r>
    </w:p>
    <w:p>
      <w:r>
        <w:rPr>
          <w:i/>
        </w:rPr>
        <w:t>“Moulana sahib, my question is that does a person need to do a great task to be able to give presentation before God that you mentioned in your talk today?”</w:t>
      </w:r>
    </w:p>
    <w:p>
      <w:r>
        <w:rPr>
          <w:sz w:val="20"/>
        </w:rPr>
        <w:t>55:08  maulana, agla sawal bheja hai aa shayad siddiqui sahib ne, bangalore se.</w:t>
      </w:r>
      <w:r>
        <w:br/>
      </w:r>
      <w:r>
        <w:rPr>
          <w:sz w:val="20"/>
        </w:rPr>
        <w:t>55:14  unhon ne likha hai: "Moulana sahib, my question is that does a person need to do a great</w:t>
      </w:r>
      <w:r>
        <w:br/>
      </w:r>
      <w:r>
        <w:rPr>
          <w:sz w:val="20"/>
        </w:rPr>
        <w:t>55:20  task to be able to give presentation before God that you mentioned in your talk today?\</w:t>
      </w:r>
      <w:r>
        <w:br/>
      </w:r>
      <w:r>
        <w:rPr>
          <w:sz w:val="20"/>
        </w:rPr>
        <w:t>55:27  For example, I would want to be such a person, but I am a person who can do small tasks like Quran distribution or giving small donations as per my meager salary. How can I then qualify to play the role of a presenter in the hereafter?</w:t>
      </w:r>
      <w:r>
        <w:br/>
      </w:r>
      <w:r>
        <w:rPr>
          <w:sz w:val="20"/>
        </w:rPr>
        <w:t>55:46  daikhen, aisa nahi ke aap koi stage par ja ja kar training karna hai, aap ko aisa nahi hota.</w:t>
      </w:r>
      <w:r>
        <w:br/>
      </w:r>
      <w:r>
        <w:rPr>
          <w:sz w:val="20"/>
        </w:rPr>
        <w:t>55:51  yeh mera matlab nahi hai.</w:t>
      </w:r>
      <w:r>
        <w:br/>
      </w:r>
      <w:r>
        <w:rPr>
          <w:sz w:val="20"/>
        </w:rPr>
        <w:t>55:57  jo kaam bhi aap kar rahay hain, agar woh aap sachay dil se kar rahay hain to aap</w:t>
      </w:r>
      <w:r>
        <w:br/>
      </w:r>
      <w:r>
        <w:rPr>
          <w:sz w:val="20"/>
        </w:rPr>
        <w:t>56:03  ko inspiration aye ga.</w:t>
      </w:r>
      <w:r>
        <w:br/>
      </w:r>
      <w:r>
        <w:rPr>
          <w:sz w:val="20"/>
        </w:rPr>
        <w:t>56:08  inspiration aap ko train karta hai.</w:t>
      </w:r>
      <w:r>
        <w:br/>
      </w:r>
      <w:r>
        <w:rPr>
          <w:sz w:val="20"/>
        </w:rPr>
        <w:t>56:14  aisa nahi ke koi stage banayen, wahan ja ja ke taqreeren karen, is se aap prepare ho jayen ge.</w:t>
      </w:r>
      <w:r>
        <w:br/>
      </w:r>
      <w:r>
        <w:rPr>
          <w:sz w:val="20"/>
        </w:rPr>
        <w:t>56:20  aisa hai hi nahi.</w:t>
      </w:r>
      <w:r>
        <w:br/>
      </w:r>
      <w:r>
        <w:rPr>
          <w:sz w:val="20"/>
        </w:rPr>
        <w:t>56:26  aap Allah ke mission ke liye jab kaam karen ge, mission mein daikhen, koi kaam chhota hai, koi</w:t>
      </w:r>
      <w:r>
        <w:br/>
      </w:r>
      <w:r>
        <w:rPr>
          <w:sz w:val="20"/>
        </w:rPr>
        <w:t>56:31  bara nahi hota.</w:t>
      </w:r>
      <w:r>
        <w:br/>
      </w:r>
      <w:r>
        <w:rPr>
          <w:sz w:val="20"/>
        </w:rPr>
        <w:t>56:37  har kaam barabar ka hota hai.</w:t>
      </w:r>
      <w:r>
        <w:br/>
      </w:r>
      <w:r>
        <w:rPr>
          <w:sz w:val="20"/>
        </w:rPr>
        <w:t>56:43  to jab Allah ke liye aap karen ge mission ka kaam, chahe koi bhi kaam ho, chahe sirf</w:t>
      </w:r>
      <w:r>
        <w:br/>
      </w:r>
      <w:r>
        <w:rPr>
          <w:sz w:val="20"/>
        </w:rPr>
        <w:t>56:48  quran ka distribution hi ho, tab bhi aap ko inspiration aye ga.</w:t>
      </w:r>
      <w:r>
        <w:br/>
      </w:r>
      <w:r>
        <w:rPr>
          <w:sz w:val="20"/>
        </w:rPr>
        <w:t>56:54  woh inspiration aap ko train karta hai.</w:t>
      </w:r>
      <w:r>
        <w:br/>
      </w:r>
      <w:r>
        <w:rPr>
          <w:sz w:val="20"/>
        </w:rPr>
        <w:t>57:00  is inspiration ke tehat aap ki personality banti hai.</w:t>
      </w:r>
      <w:r>
        <w:br/>
      </w:r>
      <w:r>
        <w:rPr>
          <w:sz w:val="20"/>
        </w:rPr>
        <w:t>57:06  yehi sahi tareeqa hai.</w:t>
      </w:r>
    </w:p>
    <w:p>
      <w:pPr>
        <w:pStyle w:val="Heading2"/>
      </w:pPr>
      <w:r>
        <w:t>Guidance from Allah or self-acquired</w:t>
      </w:r>
    </w:p>
    <w:p>
      <w:r>
        <w:rPr>
          <w:color w:val="666666"/>
          <w:sz w:val="18"/>
        </w:rPr>
        <w:t>Faith &amp; God · Man and Paradise August 18, 2013 · 2m 04s · at 1:05:42 · https://youtu.be/v7eX25YAjDU?t=3942</w:t>
      </w:r>
    </w:p>
    <w:p>
      <w:r>
        <w:rPr>
          <w:i/>
        </w:rPr>
        <w:t>“In the Quran, sometimes it is understood that guidance comes from Allah, and sometimes it seems that man obtains guidance by himself. What do you say about this?”</w:t>
      </w:r>
    </w:p>
    <w:p>
      <w:r>
        <w:rPr>
          <w:sz w:val="20"/>
        </w:rPr>
        <w:t>1:05:42  Maulana, agla sawal Delhi se hai Anas sahib ka. unhon ne likha hai: "Quran mein kahin par yeh yeh samajh aata hai ke hidayat Allah ki taraf se aati hai aur kahin lagta hai ke insan khud se hi hidayat hasil karta hai.</w:t>
      </w:r>
      <w:r>
        <w:br/>
      </w:r>
      <w:r>
        <w:rPr>
          <w:sz w:val="20"/>
        </w:rPr>
        <w:t>1:05:58  is ke bare mein aap kya kahenge?" dekhen, yeh is isloob ki baat hai. isloob ki</w:t>
      </w:r>
      <w:r>
        <w:br/>
      </w:r>
      <w:r>
        <w:rPr>
          <w:sz w:val="20"/>
        </w:rPr>
        <w:t>1:06:07  insan khud hi insan ko dekhen, freedom of choice mila hua hai. to apne freedom of choice ko istemal kar ke woh sachai ko pata hai, hidayat hidayat ko pata hai.</w:t>
      </w:r>
      <w:r>
        <w:br/>
      </w:r>
      <w:r>
        <w:rPr>
          <w:sz w:val="20"/>
        </w:rPr>
        <w:t>1:06:22  aisa nahi ke upar se hidayat us ko yani install kar di jaye. to phir test kis baat ka rahega?</w:t>
      </w:r>
      <w:r>
        <w:br/>
      </w:r>
      <w:r>
        <w:rPr>
          <w:sz w:val="20"/>
        </w:rPr>
        <w:t>1:06:31  aazmaish kis baat ki rahegi?</w:t>
      </w:r>
      <w:r>
        <w:br/>
      </w:r>
      <w:r>
        <w:rPr>
          <w:sz w:val="20"/>
        </w:rPr>
        <w:t>1:06:34  to yehi to azmaish hai ke aadmi ne apne freedom of choice ko sahi istemal kiya ya galat istemal kiya. isi pe hidayat ka inhisaar hai.</w:t>
      </w:r>
      <w:r>
        <w:br/>
      </w:r>
      <w:r>
        <w:rPr>
          <w:sz w:val="20"/>
        </w:rPr>
        <w:t>1:06:46  hidayat Allah taala se ki taraf se jabran nahi aati, wo aap hi ke yani azadi ke ke sahi istemal se aap ko milti hai.</w:t>
      </w:r>
    </w:p>
    <w:p>
      <w:pPr>
        <w:pStyle w:val="Heading2"/>
      </w:pPr>
      <w:r>
        <w:t>Helping people understand importance of thinking</w:t>
      </w:r>
    </w:p>
    <w:p>
      <w:r>
        <w:rPr>
          <w:color w:val="666666"/>
          <w:sz w:val="18"/>
        </w:rPr>
        <w:t>Faith &amp; God · Islam and Science (In Conversation with Maulana) · 2m 32s · at 11:04 · https://youtu.be/pKS94tSXlT4?t=664</w:t>
      </w:r>
    </w:p>
    <w:p>
      <w:r>
        <w:rPr>
          <w:i/>
        </w:rPr>
        <w:t>“Today people have started holding their beliefs as secret and do not want to rethink. What can we say to them to help them understand the importance of thinking in religion?”</w:t>
      </w:r>
    </w:p>
    <w:p>
      <w:r>
        <w:rPr>
          <w:sz w:val="20"/>
        </w:rPr>
        <w:t>11:04  Maulana, agla sawal Delhi se aaya hai, Miss Naghma Siddiqui ka. unhon ne likha hai: "today all people have started holding their belief as secret and do not want to rethink.</w:t>
      </w:r>
      <w:r>
        <w:br/>
      </w:r>
      <w:r>
        <w:rPr>
          <w:sz w:val="20"/>
        </w:rPr>
        <w:t>11:17  as dies, what can we say to them to help them understand the importance of thinking in religion?"</w:t>
      </w:r>
      <w:r>
        <w:br/>
      </w:r>
      <w:r>
        <w:rPr>
          <w:sz w:val="20"/>
        </w:rPr>
        <w:t>11:27  bas kaam karte rahiye, kuch kuch afraad is mein niklen ge, jaise nikalte rahe hain. yani aisa nahi hai ke woh insaan pathar nahi hota hai.</w:t>
      </w:r>
      <w:r>
        <w:br/>
      </w:r>
      <w:r>
        <w:rPr>
          <w:sz w:val="20"/>
        </w:rPr>
        <w:t>11:41  abhi kal mere paas telephone aaya hai, ek ek sahab the, woh hamare sakht mukhalif the aur mukhalifat karte karte boorhe ho gaye.</w:t>
      </w:r>
      <w:r>
        <w:br/>
      </w:r>
      <w:r>
        <w:rPr>
          <w:sz w:val="20"/>
        </w:rPr>
        <w:t>11:53  woh to ek aadmi un se mila, us ne kaha ke: "dekhen, aap mukhalifat karte hain, aap ne koi kitaben padhi hain?" kuch to beharhaal sun kar mukhalif ban gaye the.</w:t>
      </w:r>
      <w:r>
        <w:br/>
      </w:r>
      <w:r>
        <w:rPr>
          <w:sz w:val="20"/>
        </w:rPr>
        <w:t>12:02  woh kitaab nahi padhi thi. unhon ne kaha: "achha theek hai, aap ek kitaab padh daliye, Islam." ek kitaab hai meri, Islam.</w:t>
      </w:r>
      <w:r>
        <w:br/>
      </w:r>
      <w:r>
        <w:rPr>
          <w:sz w:val="20"/>
        </w:rPr>
        <w:t>12:11  woh diya unhon ne, us ko padhiye. jab kitaab padh chuki, dobara un se mile to unhon ne poocha ke: "rah dijiye apni." to woh woh ek aalim the, woh khoob samajh sakte the kitaab ko.</w:t>
      </w:r>
      <w:r>
        <w:br/>
      </w:r>
      <w:r>
        <w:rPr>
          <w:sz w:val="20"/>
        </w:rPr>
        <w:t>12:26  to unhon ne kaha ke: "bhai, is kitaab ne to meri aankh khol di aur main ab tak andhere mein tha. aur kaash meri umar ab tak boorha ho chuka hoon, agar main mein meri mein andar taqat hui to main is bashar ke sath deta." to dekhiye, un ke woh woh is mein pakka ho chuke the ke phir bhi ek kitaab padh kar ke, woh yani woh kuch is kitaab mein un ki deconditioning kar di.</w:t>
      </w:r>
      <w:r>
        <w:br/>
      </w:r>
      <w:r>
        <w:rPr>
          <w:sz w:val="20"/>
        </w:rPr>
        <w:t>12:54  to kabhi bhi dekhiye, humein mayoos nahi hona chahiye. har condition, har conditioning ko toda sakta hai. yani bar bar ka tajurba hai ke har condition toot jati hai aur insaan ke andar jo jo reasoning power hai,</w:t>
      </w:r>
      <w:r>
        <w:br/>
      </w:r>
      <w:r>
        <w:rPr>
          <w:sz w:val="20"/>
        </w:rPr>
        <w:t>13:14  woh har cheez ko, woh sachai ko discover kar leta hai kisi bhi umar mein. to humein kisi bhi haal mein mayoos nahi hona hai aur Allah se dua karte hue logon ki islaah ka kaam jari rakhna hai,</w:t>
      </w:r>
      <w:r>
        <w:br/>
      </w:r>
      <w:r>
        <w:rPr>
          <w:sz w:val="20"/>
        </w:rPr>
        <w:t>13:34  inshallah.</w:t>
      </w:r>
    </w:p>
    <w:p>
      <w:pPr>
        <w:pStyle w:val="Heading2"/>
      </w:pPr>
      <w:r>
        <w:t>How can all humans have one opinion on God?</w:t>
      </w:r>
    </w:p>
    <w:p>
      <w:r>
        <w:rPr>
          <w:color w:val="666666"/>
          <w:sz w:val="18"/>
        </w:rPr>
        <w:t>Faith &amp; God · Personality Building January 05, 2014 · 2m 16s · at 1:00:43 · https://youtu.be/3Zppdm2K4ug?t=3643</w:t>
      </w:r>
    </w:p>
    <w:p>
      <w:r>
        <w:rPr>
          <w:i/>
        </w:rPr>
        <w:t>“When God has placed the plan of having different opinions in His creative system, then how can all humans have one opinion in the concept of God and belief in the unseen? Explain.”</w:t>
      </w:r>
    </w:p>
    <w:p>
      <w:r>
        <w:rPr>
          <w:sz w:val="20"/>
        </w:rPr>
        <w:t>1:00:43  maulana, agla sawal saharanpur say mrs. ismat khanoom ka hai. unhon nay likha hai: "maulana, jab Khuda nay mukhtalif rai rakhnay ka mansooba apni takhleeqi nizaam mein rakha hai,</w:t>
      </w:r>
      <w:r>
        <w:br/>
      </w:r>
      <w:r>
        <w:rPr>
          <w:sz w:val="20"/>
        </w:rPr>
        <w:t>1:00:58  to phir Khuda kay tasawwur mein aur ghayab par iman mein sab insan aik rai kaisay rakh saktay hain? is par bataye." mujh say koi talluq nahi, is ka aqeeday say belief talluq nahi hai.</w:t>
      </w:r>
      <w:r>
        <w:br/>
      </w:r>
      <w:r>
        <w:rPr>
          <w:sz w:val="20"/>
        </w:rPr>
        <w:t>1:01:11  ji,</w:t>
      </w:r>
      <w:r>
        <w:br/>
      </w:r>
      <w:r>
        <w:rPr>
          <w:sz w:val="20"/>
        </w:rPr>
        <w:t>1:01:13  woh aqeedah aur belief to aik hi rahay ga. is mein to oneness hogi, is mein kahin nahi ho sakta. baqi dunya mein insan paida hota hai, har aik ki apni alag test hai, alag, har aik ka alag, yani dhang par us ki us ki ab breaking hoti hai,</w:t>
      </w:r>
      <w:r>
        <w:br/>
      </w:r>
      <w:r>
        <w:rPr>
          <w:sz w:val="20"/>
        </w:rPr>
        <w:t>1:01:31  alag alag dhang say us ki soch banti hai. is liye differences atay hain, lekin is difference ko phir sort out karna hai. sort out kar kay phir aap ko sachai tak pahunchna hai.</w:t>
      </w:r>
      <w:r>
        <w:br/>
      </w:r>
      <w:r>
        <w:rPr>
          <w:sz w:val="20"/>
        </w:rPr>
        <w:t>1:01:44  woh dard aarzoo of ah test paper, jis tarah aap ko problem say hal karna hai, aisi differences ko bhi sort out karna hai.</w:t>
      </w:r>
      <w:r>
        <w:br/>
      </w:r>
      <w:r>
        <w:rPr>
          <w:sz w:val="20"/>
        </w:rPr>
        <w:t>1:01:57  aur is say bohat yeh blessing hai kyun kay is say intellectual development hota hai.</w:t>
      </w:r>
      <w:r>
        <w:br/>
      </w:r>
      <w:r>
        <w:rPr>
          <w:sz w:val="20"/>
        </w:rPr>
        <w:t>1:02:06  agar aap sab logon ki soch ek ho, difrences na hon, to is ke baad kya hoga? intellectual stagnation aa jayega. intellectual stagnation, yani zehni jamood.</w:t>
      </w:r>
      <w:r>
        <w:br/>
      </w:r>
      <w:r>
        <w:rPr>
          <w:sz w:val="20"/>
        </w:rPr>
        <w:t>1:02:19  to difrence to bohat bari blessing hai. isi ki wajah se discussion hota hai, is ki wajah se ek doosre ke darmiyan intellectual exchange hota hai, isi ki wajah se sari tarqqiyan hoti hain.</w:t>
      </w:r>
      <w:r>
        <w:br/>
      </w:r>
      <w:r>
        <w:rPr>
          <w:sz w:val="20"/>
        </w:rPr>
        <w:t>1:02:31  to difrence is is a blessing, woh koi evil nahi hai, lekin difrence ko sort out kar ke aap ko ek ek sachai tak pahunchna hai.</w:t>
      </w:r>
      <w:r>
        <w:br/>
      </w:r>
      <w:r>
        <w:rPr>
          <w:sz w:val="20"/>
        </w:rPr>
        <w:t>1:02:44  yeh ek process to aap chalega, aap ke andar aisa nahi ho sakta ke aap inteshaar mein ya confusion mein jeete rahen.</w:t>
      </w:r>
      <w:r>
        <w:br/>
      </w:r>
      <w:r>
        <w:rPr>
          <w:sz w:val="20"/>
        </w:rPr>
        <w:t>1:02:53  confusion se bahar aap ko aana hai, apni apne aql ko istemal kar ke.</w:t>
      </w:r>
    </w:p>
    <w:p>
      <w:pPr>
        <w:pStyle w:val="Heading2"/>
      </w:pPr>
      <w:r>
        <w:t>How to attain and strengthen wealth of faith</w:t>
      </w:r>
    </w:p>
    <w:p>
      <w:r>
        <w:rPr>
          <w:color w:val="666666"/>
          <w:sz w:val="18"/>
        </w:rPr>
        <w:t>Faith &amp; God · Spirituality in Simple Living, High Thinking October 27, 2019 Maulana Wahiduddin Khan · 2m 18s · at 49:45 · https://youtu.be/Kr28g15eFr8?t=2985</w:t>
      </w:r>
    </w:p>
    <w:p>
      <w:r>
        <w:rPr>
          <w:i/>
        </w:rPr>
        <w:t>“How can we get the wealth of faith and how can we make our belief more strong in Allah? Maulana Sahib, kindly elaborate on this.”</w:t>
      </w:r>
    </w:p>
    <w:p>
      <w:r>
        <w:rPr>
          <w:sz w:val="20"/>
        </w:rPr>
        <w:t>49:45  Muhammad Hamza Khan sahib ne Rawalpindi Pakistan se sawal bheja hai.</w:t>
      </w:r>
      <w:r>
        <w:br/>
      </w:r>
      <w:r>
        <w:rPr>
          <w:sz w:val="20"/>
        </w:rPr>
        <w:t>49:50  unhon ne likha hai: "how can we get the wealth of iman and how can we make our belief more strong in Allah?" Maulana sahib, kindly elaborate on this.</w:t>
      </w:r>
      <w:r>
        <w:br/>
      </w:r>
      <w:r>
        <w:rPr>
          <w:sz w:val="20"/>
        </w:rPr>
        <w:t>50:02  yeh wealth of iman yeh ek galat term hai, yeh galat term hai.</w:t>
      </w:r>
      <w:r>
        <w:br/>
      </w:r>
      <w:r>
        <w:rPr>
          <w:sz w:val="20"/>
        </w:rPr>
        <w:t>50:13  isi pe phanse rehte hain log. wealth kya? woh basic ka afkar kahiye,</w:t>
      </w:r>
      <w:r>
        <w:br/>
      </w:r>
      <w:r>
        <w:rPr>
          <w:sz w:val="20"/>
        </w:rPr>
        <w:t>50:22  basic ka afkar kahiye to Allah se mang mangiye. wealth yeh to bas hi mere wrong term hai.</w:t>
      </w:r>
      <w:r>
        <w:br/>
      </w:r>
      <w:r>
        <w:rPr>
          <w:sz w:val="20"/>
        </w:rPr>
        <w:t>50:32  wealth nahi, basic of God sahi lafz hai. dekhen, wealth ka lafz bolte hain jab aap to is mein woh aa jata hai, yani fazilat ka tasawwur.</w:t>
      </w:r>
      <w:r>
        <w:br/>
      </w:r>
      <w:r>
        <w:rPr>
          <w:sz w:val="20"/>
        </w:rPr>
        <w:t>50:45  fazilat ka aur mein fazilat ke tasawwur ke bilkul hi khilaf hoon,</w:t>
      </w:r>
      <w:r>
        <w:br/>
      </w:r>
      <w:r>
        <w:rPr>
          <w:sz w:val="20"/>
        </w:rPr>
        <w:t>50:51  chahe koi barhe sahib muhaddis is ko manta ho to mein nahi manta. fazilat koi cheez nahi Islam mein, wealth koi cheez nahi Islam mein.</w:t>
      </w:r>
      <w:r>
        <w:br/>
      </w:r>
      <w:r>
        <w:rPr>
          <w:sz w:val="20"/>
        </w:rPr>
        <w:t>51:04  basic hai, basic ke ma'ne Allah ki help, Allah ki madad, Allah ki atiya.</w:t>
      </w:r>
      <w:r>
        <w:br/>
      </w:r>
      <w:r>
        <w:rPr>
          <w:sz w:val="20"/>
        </w:rPr>
        <w:t>51:14  yeh sab alfaaz wohi wohi hain</w:t>
      </w:r>
      <w:r>
        <w:br/>
      </w:r>
      <w:r>
        <w:rPr>
          <w:sz w:val="20"/>
        </w:rPr>
        <w:t>51:17  , yani miss leading hain, miss leading.</w:t>
      </w:r>
      <w:r>
        <w:br/>
      </w:r>
      <w:r>
        <w:rPr>
          <w:sz w:val="20"/>
        </w:rPr>
        <w:t>51:26  fazilat ka sense paida karte hain. behad ek fazilat koi cheez nahi,</w:t>
      </w:r>
      <w:r>
        <w:br/>
      </w:r>
      <w:r>
        <w:rPr>
          <w:sz w:val="20"/>
        </w:rPr>
        <w:t>51:37  na shakhsiyat ke liye aur na kisi amal ke liye. fazilat ke lafz hi behad insani hai.</w:t>
      </w:r>
      <w:r>
        <w:br/>
      </w:r>
      <w:r>
        <w:rPr>
          <w:sz w:val="20"/>
        </w:rPr>
        <w:t>51:51  ramzan ke fazail, tehajjud ke fazail, yeh sab insani term hai.</w:t>
      </w:r>
    </w:p>
    <w:p>
      <w:pPr>
        <w:pStyle w:val="Heading2"/>
      </w:pPr>
      <w:r>
        <w:t>How to avoid negative doubts about Islam</w:t>
      </w:r>
    </w:p>
    <w:p>
      <w:r>
        <w:rPr>
          <w:color w:val="666666"/>
          <w:sz w:val="18"/>
        </w:rPr>
        <w:t>Faith &amp; God · The Existence of God October 7, 2012 · 2m 05s · at 1:20:23 · https://youtu.be/Hm0ybuokQ8s?t=4823</w:t>
      </w:r>
    </w:p>
    <w:p>
      <w:r>
        <w:rPr>
          <w:i/>
        </w:rPr>
        <w:t>“How to avoid negative doubts? I can have two feelings: one is negative, that is 'what if Muhammad is not a messenger?' The second could be positive, 'what if Muhammad was really a messenger?' Accordingly, I do research and clear doubts.”</w:t>
      </w:r>
    </w:p>
    <w:p>
      <w:r>
        <w:rPr>
          <w:sz w:val="20"/>
        </w:rPr>
        <w:t>1:20:23  maulana, agla sawal hyderabad se hai zeeshan yusuf sahib ka. unhon ne likha hai: "maulana sahib, how to avoid negative doubts?" i can have two feelings: one is negative,</w:t>
      </w:r>
      <w:r>
        <w:br/>
      </w:r>
      <w:r>
        <w:rPr>
          <w:sz w:val="20"/>
        </w:rPr>
        <w:t>1:20:36  that is what if muhammad is not a messenger. the second could be positive, what if muhammad was really a messenger?</w:t>
      </w:r>
      <w:r>
        <w:br/>
      </w:r>
      <w:r>
        <w:rPr>
          <w:sz w:val="20"/>
        </w:rPr>
        <w:t>1:20:45  accordingly, i do research and clear doubts.</w:t>
      </w:r>
      <w:r>
        <w:br/>
      </w:r>
      <w:r>
        <w:rPr>
          <w:sz w:val="20"/>
        </w:rPr>
        <w:t>1:20:49  maulana sahib, please tell me how to avoid negative doubts. dekhiye, is ka aik hi tareeqa hai: study. aap study barhaiye apni, hamari teen kitabein parh lijiye, aap phir sawal kijiye.</w:t>
      </w:r>
      <w:r>
        <w:br/>
      </w:r>
      <w:r>
        <w:rPr>
          <w:sz w:val="20"/>
        </w:rPr>
        <w:t>1:21:02  aap teen kitabein parh lijiyay, phir aap sawal kijiyay. pehli kitab hai profit of revolution, doosri kitab hai mutala-e-seerat.</w:t>
      </w:r>
      <w:r>
        <w:br/>
      </w:r>
      <w:r>
        <w:rPr>
          <w:sz w:val="20"/>
        </w:rPr>
        <w:t>1:21:15  profit of revolution urdu angrezi dono mein hai. phir mutala-e-seerat parhiya, aur ek kitab jo abhi english mein hai, woh yaani woh hai profit of peace.</w:t>
      </w:r>
      <w:r>
        <w:br/>
      </w:r>
      <w:r>
        <w:rPr>
          <w:sz w:val="20"/>
        </w:rPr>
        <w:t>1:21:28  abhi mujhe ek sahab ne bataya, abhi kal sham ko ke ek sahab thay jo is mani mein bohat un ka khayalat bohat alag thay.</w:t>
      </w:r>
      <w:r>
        <w:br/>
      </w:r>
      <w:r>
        <w:rPr>
          <w:sz w:val="20"/>
        </w:rPr>
        <w:t>1:21:40  to unhon ne un ko kitab di profit of peace</w:t>
      </w:r>
      <w:r>
        <w:br/>
      </w:r>
      <w:r>
        <w:rPr>
          <w:sz w:val="20"/>
        </w:rPr>
        <w:t>1:21:43  . to do mahine tak unhon ne parha hi nahi, is ko itna ghair aham samajh. is ko is ke baad kisi wajah se parha unhon ne, to un ko yeh email bheja unhon ne ke is kitab mein se mera bilkul yaani woh ho gaya, part time shift ho gaya.</w:t>
      </w:r>
      <w:r>
        <w:br/>
      </w:r>
      <w:r>
        <w:rPr>
          <w:sz w:val="20"/>
        </w:rPr>
        <w:t>1:21:58  to aap parhiye, study barhaiye, is ka hal yeh study hai, baqi sawal jawab nahi hai. ab mere tareeqay se koi aur hoga aap ke is aas paas ko jo sawal jawab karein ge to is se kuch hal nahi hone wala.</w:t>
      </w:r>
      <w:r>
        <w:br/>
      </w:r>
      <w:r>
        <w:rPr>
          <w:sz w:val="20"/>
        </w:rPr>
        <w:t>1:22:10  aap study barhaiye apni, study.</w:t>
      </w:r>
      <w:r>
        <w:br/>
      </w:r>
      <w:r>
        <w:rPr>
          <w:sz w:val="20"/>
        </w:rPr>
        <w:t>1:22:12  is tarah ke mamlaat jo hain, woh sawal jawab se hal nahi hotay, study barhanay se hal hotay hain. to aap teen kitabein jo hain, mein batayi hain aap ko, teen kitabein is ko parhiye aap, aur phir mujhe aap sawal bhejiye apna aglay sunday ko.</w:t>
      </w:r>
    </w:p>
    <w:p>
      <w:pPr>
        <w:pStyle w:val="Heading2"/>
      </w:pPr>
      <w:r>
        <w:t>How to become a devotee of God</w:t>
      </w:r>
    </w:p>
    <w:p>
      <w:r>
        <w:rPr>
          <w:color w:val="666666"/>
          <w:sz w:val="18"/>
        </w:rPr>
        <w:t>Faith &amp; God · Don't Be Angry Culture January 15, 2012 · 3m 26s · at 1:26:39 · https://youtu.be/NrA3X8y_FLY?t=5199</w:t>
      </w:r>
    </w:p>
    <w:p>
      <w:r>
        <w:rPr>
          <w:i/>
        </w:rPr>
        <w:t>“Guru ji, please tell me how can I become the devotee of the great God?”</w:t>
      </w:r>
    </w:p>
    <w:p>
      <w:r>
        <w:rPr>
          <w:sz w:val="20"/>
        </w:rPr>
        <w:t>1:26:39  Maulana, agla sawal aaya hai Delhi se Mr. Rama Katta Swamin ka. unhon ne likha hai: "Guru ji, please tell me how can I become the devotee of the great God?"</w:t>
      </w:r>
      <w:r>
        <w:br/>
      </w:r>
      <w:r>
        <w:rPr>
          <w:sz w:val="20"/>
        </w:rPr>
        <w:t>1:26:51  . dekhiye, is ka jo process hai, woh hai ke God ko aap dekh to sakte nahi hain, kyun ke God jo hai, beyond space and time hai.</w:t>
      </w:r>
      <w:r>
        <w:br/>
      </w:r>
      <w:r>
        <w:rPr>
          <w:sz w:val="20"/>
        </w:rPr>
        <w:t>1:27:06  lekin God ko discover karte hain aap is ke creation mein. yani ek hai creator, ek hai creation.</w:t>
      </w:r>
      <w:r>
        <w:br/>
      </w:r>
      <w:r>
        <w:rPr>
          <w:sz w:val="20"/>
        </w:rPr>
        <w:t>1:27:14  to creator ko aap aankhon se dekh nahin sakte hain, lekin us ke creation mein us ko aap discover kar sakte hain.</w:t>
      </w:r>
      <w:r>
        <w:br/>
      </w:r>
      <w:r>
        <w:rPr>
          <w:sz w:val="20"/>
        </w:rPr>
        <w:t>1:27:22  to jab aap creation mein sochte hain, creation mein study karte hain, to aap creator ko discover karte hain.</w:t>
      </w:r>
      <w:r>
        <w:br/>
      </w:r>
      <w:r>
        <w:rPr>
          <w:sz w:val="20"/>
        </w:rPr>
        <w:t>1:27:33  aur phir is se aap ko attachment hota hai, is se emotional contact banta hai. aur phir is ko apna, yani sab kuch banane bana bana lete hain aap.</w:t>
      </w:r>
      <w:r>
        <w:br/>
      </w:r>
      <w:r>
        <w:rPr>
          <w:sz w:val="20"/>
        </w:rPr>
        <w:t>1:27:45  to Khuda tak pahunchne ka rasta jo</w:t>
      </w:r>
      <w:r>
        <w:br/>
      </w:r>
      <w:r>
        <w:rPr>
          <w:sz w:val="20"/>
        </w:rPr>
        <w:t>1:27:49  yahi hai. creator tak pahunchne ka rasta, yani creation ke zariye jata hai. Through creation, you can discover God.</w:t>
      </w:r>
      <w:r>
        <w:br/>
      </w:r>
      <w:r>
        <w:rPr>
          <w:sz w:val="20"/>
        </w:rPr>
        <w:t>1:28:00  . is par bohat si kitabein hain, meri kitab bhi ek hai, is ko aap parh sakte hain: "God Arises" .</w:t>
      </w:r>
      <w:r>
        <w:br/>
      </w:r>
      <w:r>
        <w:rPr>
          <w:sz w:val="20"/>
        </w:rPr>
        <w:t>1:28:09  . main to rozana yahi karta hoon, jab main ek insaan ko dekhta hoon to sochta hoon, kaisa ajeeb hai yeh insaan.</w:t>
      </w:r>
      <w:r>
        <w:br/>
      </w:r>
      <w:r>
        <w:rPr>
          <w:sz w:val="20"/>
        </w:rPr>
        <w:t>1:28:18  to is is ke, is ke ek marvelous creation mein Khuda ko daryaft karta hoon. main drakht ko dekhta hoon, drakht bohat ajeeb lagta hai mujhe.</w:t>
      </w:r>
      <w:r>
        <w:br/>
      </w:r>
      <w:r>
        <w:rPr>
          <w:sz w:val="20"/>
        </w:rPr>
        <w:t>1:28:29  kaisa ajeeb hai drakht. to drakht ke andar main is ke, is ke, is ke creator ko daryaft karta hoon. aise hi suraj, chand aur sitare, galaxy, yeh sari cheezon mein sochta rehta hoon.</w:t>
      </w:r>
      <w:r>
        <w:br/>
      </w:r>
      <w:r>
        <w:rPr>
          <w:sz w:val="20"/>
        </w:rPr>
        <w:t>1:28:44  to is ke andar mujhe, yani yeh yeh creation ke ka phenomenon hai. is creation mein mujhe creator dikhai deta hai.</w:t>
      </w:r>
      <w:r>
        <w:br/>
      </w:r>
      <w:r>
        <w:rPr>
          <w:sz w:val="20"/>
        </w:rPr>
        <w:t>1:28:57  yahi process hai. jitna zyada aap sochenge, jitna zyada aap study karenge,</w:t>
      </w:r>
      <w:r>
        <w:br/>
      </w:r>
      <w:r>
        <w:rPr>
          <w:sz w:val="20"/>
        </w:rPr>
        <w:t>1:29:06  you can reach God through contemplation. . yahi ek hi rasta hai.</w:t>
      </w:r>
    </w:p>
    <w:p>
      <w:pPr>
        <w:pStyle w:val="Heading2"/>
      </w:pPr>
      <w:r>
        <w:t>How to discover helplessness while having free will?</w:t>
      </w:r>
    </w:p>
    <w:p>
      <w:r>
        <w:rPr>
          <w:color w:val="666666"/>
          <w:sz w:val="18"/>
        </w:rPr>
        <w:t>Faith &amp; God · Three levels of Realization July 4, 2010 · 2m 41s · at 1:06:58 · https://youtu.be/NtCTVVov3Nw?t=4018</w:t>
      </w:r>
    </w:p>
    <w:p>
      <w:r>
        <w:rPr>
          <w:i/>
        </w:rPr>
        <w:t>“Maulana, while having free will, how can we discover our helplessness? What kind of thinking enables us to discover our helplessness?”</w:t>
      </w:r>
    </w:p>
    <w:p>
      <w:r>
        <w:rPr>
          <w:sz w:val="20"/>
        </w:rPr>
        <w:t>1:06:58  warna khuda ki marifat nahi milegi ab jo bohat zyada bohat zyada hatayega toh oonchi degree ka usko mil jayega realization nahi toh kam degree ka milega toh jo difference hai woh in terms of degree hai jahan tak main samajhta hoon molana agla sawal abdul basit ne kiya hai doha qatar se</w:t>
      </w:r>
      <w:r>
        <w:br/>
      </w:r>
      <w:r>
        <w:rPr>
          <w:sz w:val="20"/>
        </w:rPr>
        <w:t>1:07:22  unhon ne likha hai molana ikhtiyar rakhte hue kaise apne ajz ko daryaft karen yani kis tarah ki soch se hum apne ajz ko daryaft karen</w:t>
      </w:r>
      <w:r>
        <w:br/>
      </w:r>
      <w:r>
        <w:rPr>
          <w:sz w:val="20"/>
        </w:rPr>
        <w:t>1:07:39  ajz ki daryaft har waqt hoti rehti hai har waqt</w:t>
      </w:r>
      <w:r>
        <w:br/>
      </w:r>
      <w:r>
        <w:rPr>
          <w:sz w:val="20"/>
        </w:rPr>
        <w:t>1:07:43  hoti rehti hai hum koi na koi cheez hum se jaise ab main farz kijiyey ke yeh uthata hoon aksar hota hai slip kar ke gir jata hai toh maine apne ajz ko daryaft kiya ke khuda itni bari universe ko manage kar raha hai okay asan koi sitara gir pade koi planet gir pade koi star gir pade</w:t>
      </w:r>
      <w:r>
        <w:br/>
      </w:r>
      <w:r>
        <w:rPr>
          <w:sz w:val="20"/>
        </w:rPr>
        <w:t>1:08:06  ab jaise main kal parson ki baat batata hoon</w:t>
      </w:r>
      <w:r>
        <w:br/>
      </w:r>
      <w:r>
        <w:rPr>
          <w:sz w:val="20"/>
        </w:rPr>
        <w:t>1:08:10  mera daant jo hai woh zuban mein kuch injury ho gayi zuban mein khane khate waqt ittefaq se zuban kahin daant ke ismein aa gayi iski zad mein aa gayi toh zuban mein injury ho gayi bhai doctor ke paas jana pada toh maine socha jaate hue ke insaan itna helpless hai ke khud apne daant hain aur apni zuban hai</w:t>
      </w:r>
      <w:r>
        <w:br/>
      </w:r>
      <w:r>
        <w:rPr>
          <w:sz w:val="20"/>
        </w:rPr>
        <w:t>1:08:38  apne daant se bhi apni zuban ko bacha nahi sakta woh yeh bohat anokha hai mere liye experience hai woh daant bhi meri zuban bhi meri</w:t>
      </w:r>
      <w:r>
        <w:br/>
      </w:r>
      <w:r>
        <w:rPr>
          <w:sz w:val="20"/>
        </w:rPr>
        <w:t>1:08:50  aur main khud apne daant se apni zuban ko bacha nahi sakta toh har waqt har waqt tajurba hota hai is tajurbe mein lesson jo chupa hua hai usko lesson nikaliye har waqt</w:t>
      </w:r>
      <w:r>
        <w:br/>
      </w:r>
      <w:r>
        <w:rPr>
          <w:sz w:val="20"/>
        </w:rPr>
        <w:t>1:09:04  koi na koi aisi cheez hoti hai jo batati hai ke insaan helpless hai toh helplessness ka koi koi woh koi course nahi hai woh apne aqal ko active karna hai apni soch ko active karna hai yani main kahoon ke intellectual awakening jitni hogi utni aap is baat ko janenge</w:t>
      </w:r>
      <w:r>
        <w:br/>
      </w:r>
      <w:r>
        <w:rPr>
          <w:sz w:val="20"/>
        </w:rPr>
        <w:t>1:09:31  yani zehni bedari jitna hoga jitni zyada utni zyada aap is se waqif ho jayenge</w:t>
      </w:r>
    </w:p>
    <w:p>
      <w:pPr>
        <w:pStyle w:val="Heading2"/>
      </w:pPr>
      <w:r>
        <w:t>How to measure increase and decrease of faith?</w:t>
      </w:r>
    </w:p>
    <w:p>
      <w:r>
        <w:rPr>
          <w:color w:val="666666"/>
          <w:sz w:val="18"/>
        </w:rPr>
        <w:t>Faith &amp; God · Principle of Loss May 31, 2015 · 2m 28s · at 52:16 · https://youtu.be/vM-CUyBiDkc?t=3136</w:t>
      </w:r>
    </w:p>
    <w:p>
      <w:r>
        <w:rPr>
          <w:i/>
        </w:rPr>
        <w:t>“There is a hadith that the faith of a person increases and decreases. How can I know that my faith is decreasing or increasing? Is there a way to find that out? Please advise.”</w:t>
      </w:r>
    </w:p>
    <w:p>
      <w:r>
        <w:rPr>
          <w:sz w:val="20"/>
        </w:rPr>
        <w:t>52:16  maulana, agla sawal kya hai abdul ghani sahib ne mysore se, aur unhone likha hai ke maulana, there is a hadith that iman of a person increases and decreases.</w:t>
      </w:r>
      <w:r>
        <w:br/>
      </w:r>
      <w:r>
        <w:rPr>
          <w:sz w:val="20"/>
        </w:rPr>
        <w:t>52:31  how can i know that my iman is decreasing or increasing? is there a way to find that out? please advise.</w:t>
      </w:r>
      <w:r>
        <w:br/>
      </w:r>
      <w:r>
        <w:rPr>
          <w:sz w:val="20"/>
        </w:rPr>
        <w:t>52:42  dekhiye, is ko aap lafz badlie, samajh mein aa jayega. yaani increase aur decrease ki jagah ek lafz doosra istemal kijiye.</w:t>
      </w:r>
      <w:r>
        <w:br/>
      </w:r>
      <w:r>
        <w:rPr>
          <w:sz w:val="20"/>
        </w:rPr>
        <w:t>52:53  explanatory lafz woh hai spirit, yaani spirit ghatti aur badhti hai. iman form ka naam nahi hai ke ek kuch alfaaz aap munh se bol diya to iman hasil ho gaya.</w:t>
      </w:r>
      <w:r>
        <w:br/>
      </w:r>
      <w:r>
        <w:rPr>
          <w:sz w:val="20"/>
        </w:rPr>
        <w:t>53:07  iman haqeeqatan spirit ka naam hai.</w:t>
      </w:r>
      <w:r>
        <w:br/>
      </w:r>
      <w:r>
        <w:rPr>
          <w:sz w:val="20"/>
        </w:rPr>
        <w:t>53:10  to spirit jo hai, ghatti badhti hai. ghatti badhti hai ka matlab kya hai? ke jaise aaj maine ek cheez discover ki, yaani principle of yeh jo maine bataya aap ko, principle of loss,</w:t>
      </w:r>
      <w:r>
        <w:br/>
      </w:r>
      <w:r>
        <w:rPr>
          <w:sz w:val="20"/>
        </w:rPr>
        <w:t>53:26  principle of truncation. to main bohat bohat zabardast, mujhe ek aayat ke Allah taala ne kaisi kaisi baatein batai hain insaan ko, ek ajeeb qism ki nayi is se paida ho gayi.</w:t>
      </w:r>
      <w:r>
        <w:br/>
      </w:r>
      <w:r>
        <w:rPr>
          <w:sz w:val="20"/>
        </w:rPr>
        <w:t>53:38  to yeh matlab hai ke ke aap ka experience, aap ki study, aap ka ghaur o fikr, is se aap ko naye naye artim milte hain jo aap ki spirit ko badhate hain.</w:t>
      </w:r>
      <w:r>
        <w:br/>
      </w:r>
      <w:r>
        <w:rPr>
          <w:sz w:val="20"/>
        </w:rPr>
        <w:t>53:52  aur jab aap na sochein to speed ghatti rahegi, to us waqt kami ke level par rahega aap ka iman.</w:t>
      </w:r>
      <w:r>
        <w:br/>
      </w:r>
      <w:r>
        <w:rPr>
          <w:sz w:val="20"/>
        </w:rPr>
        <w:t>54:02  to woh hadith mein jo lafz aayi hai, jo lafz aaya hai, us lafz ko aap badlie ke speed mein kami beshi hoti rehti hai, aur us ke sabab yeh hota hai ke aap hamesha is tarah se nahi kar kar paate.</w:t>
      </w:r>
      <w:r>
        <w:br/>
      </w:r>
      <w:r>
        <w:rPr>
          <w:sz w:val="20"/>
        </w:rPr>
        <w:t>54:17  ghaurs o fikr aur zyada cheezon mein zyada dhyan dena ke distract ho jate hain.</w:t>
      </w:r>
      <w:r>
        <w:br/>
      </w:r>
      <w:r>
        <w:rPr>
          <w:sz w:val="20"/>
        </w:rPr>
        <w:t>54:26  to jab aap distract ho jayenge to kami ho jayeg</w:t>
      </w:r>
      <w:r>
        <w:br/>
      </w:r>
      <w:r>
        <w:rPr>
          <w:sz w:val="20"/>
        </w:rPr>
        <w:t>54:29  i. jab ghaur o fikr karenge to speed pe izafa ho jayega. yeh matlab hai is ka.</w:t>
      </w:r>
    </w:p>
    <w:p>
      <w:pPr>
        <w:pStyle w:val="Heading2"/>
      </w:pPr>
      <w:r>
        <w:t>How to realize God and Paradise as reality</w:t>
      </w:r>
    </w:p>
    <w:p>
      <w:r>
        <w:rPr>
          <w:color w:val="666666"/>
          <w:sz w:val="18"/>
        </w:rPr>
        <w:t>Faith &amp; God · Signs of Doomsday November 7, 2021 Prof. Farida Khanam · 3m 58s · at 46:29 · https://youtu.be/RQZchtP6uRg?t=2789</w:t>
      </w:r>
    </w:p>
    <w:p>
      <w:r>
        <w:rPr>
          <w:i/>
        </w:rPr>
        <w:t>“How can people realize God and Paradise as a reality?”</w:t>
      </w:r>
    </w:p>
    <w:p>
      <w:r>
        <w:rPr>
          <w:sz w:val="20"/>
        </w:rPr>
        <w:t>46:29  agla sawal apa mein leta hoon. yeh sawal bheja hai ahmedabad se irfan khan sahib ne, aur unhone likha hai: "how can people realize god and paradise as a reality?" iske bare mein batayein.</w:t>
      </w:r>
      <w:r>
        <w:br/>
      </w:r>
      <w:r>
        <w:rPr>
          <w:sz w:val="20"/>
        </w:rPr>
        <w:t>46:46  is par to maulana sahib ne bohat zyada likha hai. aap unki kitabein parhiye, urdu mein bhi hain, english mein bhi hain. al-rabaniyah hai, allah akbar hai, kitab-e-marifat hai.</w:t>
      </w:r>
      <w:r>
        <w:br/>
      </w:r>
      <w:r>
        <w:rPr>
          <w:sz w:val="20"/>
        </w:rPr>
        <w:t>46:59  sabhi kitabein jo hain isi subject par hain. to aap kitabein parhiye aur ghor-o-fikr kariye. woh tabassum aur tadabbur aur yeh sab zaroori hai.</w:t>
      </w:r>
      <w:r>
        <w:br/>
      </w:r>
      <w:r>
        <w:rPr>
          <w:sz w:val="20"/>
        </w:rPr>
        <w:t>47:10  sirf parh lene se poori baat samajh mein nahi aati. aap thoda parhiye aur is par bohat hi sanjeedgi se ghor kariye, is par sochiye, is par logon se discussion kijiye.</w:t>
      </w:r>
      <w:r>
        <w:br/>
      </w:r>
      <w:r>
        <w:rPr>
          <w:sz w:val="20"/>
        </w:rPr>
        <w:t>47:23  to isi ko apna orhna bichona bana lijiye. tab aise nahi hoga ke kabhi zara sa kuch parh liya to aise nahi samajh mein aata hai. isi ko apni zindagi bana dijiye, apne aap ko devote kar dijiye.</w:t>
      </w:r>
      <w:r>
        <w:br/>
      </w:r>
      <w:r>
        <w:rPr>
          <w:sz w:val="20"/>
        </w:rPr>
        <w:t>47:36  marifat aise nahi milti. koi choti cheezein bhi dunya mein aise nahi milti. iske liye bohat mehnat karni padti hai. to marifat aise kaise mil jayegi?</w:t>
      </w:r>
      <w:r>
        <w:br/>
      </w:r>
      <w:r>
        <w:rPr>
          <w:sz w:val="20"/>
        </w:rPr>
        <w:t>47:44  to iske liye aap sab se pehle to aap study kariye, phir is par ghor-o-fikr kariye, aur is par logon se baat cheet kariye, discussion kariye.</w:t>
      </w:r>
      <w:r>
        <w:br/>
      </w:r>
      <w:r>
        <w:rPr>
          <w:sz w:val="20"/>
        </w:rPr>
        <w:t>47:53  aur chhote chhote program bhi aap kar sakte hain. bohat sare aisa hota hai ke family mein hi log hote hain, rishtedar hote hain, dost hote hain.</w:t>
      </w:r>
      <w:r>
        <w:br/>
      </w:r>
      <w:r>
        <w:rPr>
          <w:sz w:val="20"/>
        </w:rPr>
        <w:t>48:03  unko bulaiye, in discussion kijiye. to is tareeqe se baatein jo hain na, bohat zyada gehrai se dimaagh mein baithti hain. to tabhi allah se qurbat hogi.</w:t>
      </w:r>
      <w:r>
        <w:br/>
      </w:r>
      <w:r>
        <w:rPr>
          <w:sz w:val="20"/>
        </w:rPr>
        <w:t>48:14  to phir aap ko marifat aap ko hasil hone lagegi. allah se qurbat zaroori hai, jisko spiritual provision kehte hain.</w:t>
      </w:r>
      <w:r>
        <w:br/>
      </w:r>
      <w:r>
        <w:rPr>
          <w:sz w:val="20"/>
        </w:rPr>
        <w:t>48:25  to yeh sab aap karenge to phir aap ko spiritual provision mein se hissa milne lagega.</w:t>
      </w:r>
      <w:r>
        <w:br/>
      </w:r>
      <w:r>
        <w:rPr>
          <w:sz w:val="20"/>
        </w:rPr>
        <w:t>48:36  aaj kal jo khuda ki marifat se doori ka aik aham reason yeh hai ke hum dekhte hain ke hamare bhai hamare saath koi takleef deh kaam kar jaate hain to hum usko le kar baith jaate hain.</w:t>
      </w:r>
      <w:r>
        <w:br/>
      </w:r>
      <w:r>
        <w:rPr>
          <w:sz w:val="20"/>
        </w:rPr>
        <w:t>48:46  samajhte hain yahi asal cheez hai. rasool allah salallahu alaihi wasallam ke zamane mein bhi jitna aaj hum ko raha is se zyada hua. aap jante hain ke hijrat ke mauqe par rasool allah salallahu alaihi wasallam jab nikle to sab log aap ko talash kar rahe the.</w:t>
      </w:r>
      <w:r>
        <w:br/>
      </w:r>
      <w:r>
        <w:rPr>
          <w:sz w:val="20"/>
        </w:rPr>
        <w:t>49:01  ghaar mein chale gaye, ghaar-e-soor mein. to woh log talash karte karte ghaar ke munh par aa gaye. us waqt hazrat abubakar ne yeh kaha tha: "allah ke rasool! agar woh apne qadam ko bhi dekhein to hum ko dekh lenge." lekin rasool allah salallahu alaihi wasallam ne is par dhyan nahi diya.</w:t>
      </w:r>
      <w:r>
        <w:br/>
      </w:r>
      <w:r>
        <w:rPr>
          <w:sz w:val="20"/>
        </w:rPr>
        <w:t>49:14  bilkul yeh kaha: "la tahzan, inna allaha ma'ana." gham na karo, allah taala hamare saath hai. iske muqable mein dekhiye, abhi jis pas manzar mein baat ho rahi hai ke rasool allah salallahu alaihi wasallam kehte hain ke hazrat aisha kehti hain ke rasool allah salallahu alaihi wasallam jab bhi koi badal dekhte ya koi tabdeeli dekhte, aafat jaisi, bohat pareshan hote,</w:t>
      </w:r>
      <w:r>
        <w:br/>
      </w:r>
      <w:r>
        <w:rPr>
          <w:sz w:val="20"/>
        </w:rPr>
        <w:t>49:37  bohat pareshan hote, darte rehte, duayein karte rehte ke allah taala is se khair nazil farmaye, is se khair nazil farma karte rehte. to aik taraf dekhiye, insaan ki jo takleef deh baatein thi, usko bhula diya, khuda ko uske muqable mein yaad kiya.</w:t>
      </w:r>
      <w:r>
        <w:br/>
      </w:r>
      <w:r>
        <w:rPr>
          <w:sz w:val="20"/>
        </w:rPr>
        <w:t>49:52  lekin jab khuda ki taraf se koi aafat jaisi koi cheez dekhte to bohat dar jaate the rasool allah salallahu alaihi wasallam. to yeh cheezein hain ke hum aaj hum shikayatein karte hain ke hum ko falan yeh nahi de raha, hum ko huqooq nahi mil rahe.</w:t>
      </w:r>
      <w:r>
        <w:br/>
      </w:r>
      <w:r>
        <w:rPr>
          <w:sz w:val="20"/>
        </w:rPr>
        <w:t>50:04  yeh sab cheezon ko bhulana hai hum ko taake hum khuda ko yaad karein. insaan bohat sari cheezon ko yaad nahi kar sakta. ya to woh yaad karega dunya ki cheezon ko ya akhirat ki cheezon ko yaad karega.</w:t>
      </w:r>
      <w:r>
        <w:br/>
      </w:r>
      <w:r>
        <w:rPr>
          <w:sz w:val="20"/>
        </w:rPr>
        <w:t>50:16  to yeh hum ko faisla karna hai. agar hum ko akhirat ki cheezon ko yaad karna hai, marifat ko yaad karna hai to hum ko bhulana padega dunya ki takleefon ko, insaan ki takleefon ko, museebaton ko bhulana padega.</w:t>
      </w:r>
    </w:p>
    <w:p>
      <w:pPr>
        <w:pStyle w:val="Heading2"/>
      </w:pPr>
      <w:r>
        <w:t>How to respond to challenges about Quran</w:t>
      </w:r>
    </w:p>
    <w:p>
      <w:r>
        <w:rPr>
          <w:color w:val="666666"/>
          <w:sz w:val="18"/>
        </w:rPr>
        <w:t>Faith &amp; God · The Problem of Evil December 4, 2011 · 2m 39s · at 1:29:22 · https://youtu.be/SMqtVjaGHfw?t=5362</w:t>
      </w:r>
    </w:p>
    <w:p>
      <w:r>
        <w:rPr>
          <w:i/>
        </w:rPr>
        <w:t>“During a discussion with one of the Madhus, I told him that Quran is my discovery. He asked me whether I have read the Bible and the Gita. I told him that I have not read them. He said to me, "Then how can you say that the Quran is the book leading to the right path?" He further added that first you have to read all the books, then only you can decide. Maulana, how should I tackle such questions?”</w:t>
      </w:r>
    </w:p>
    <w:p>
      <w:r>
        <w:rPr>
          <w:sz w:val="20"/>
        </w:rPr>
        <w:t>1:29:22  Mr. Sajid Anwar ne Roorkee se sawal kiya hai. unhone likha hai ke Maulana, during course of a discussion with one of the mullahs, I told him that Quran is my discovery.</w:t>
      </w:r>
      <w:r>
        <w:br/>
      </w:r>
      <w:r>
        <w:rPr>
          <w:sz w:val="20"/>
        </w:rPr>
        <w:t>1:29:36  he asked me whether I have read Bible and Gita. I told him that I have not read it. he said to me, then how can you say that Quran is the book leading to the right path?</w:t>
      </w:r>
      <w:r>
        <w:br/>
      </w:r>
      <w:r>
        <w:rPr>
          <w:sz w:val="20"/>
        </w:rPr>
        <w:t>1:29:50  he further added that first you have to read all the books, then only you can decide. Maulana, how should I tackle such questions?</w:t>
      </w:r>
      <w:r>
        <w:br/>
      </w:r>
      <w:r>
        <w:rPr>
          <w:sz w:val="20"/>
        </w:rPr>
        <w:t>1:30:03  dekhen, yeh main dekh sahi baat nahin hai kyunke aap ko bible ke bare mein ek general knowledge phir bhi maujood yaqeenan hogi.</w:t>
      </w:r>
      <w:r>
        <w:br/>
      </w:r>
      <w:r>
        <w:rPr>
          <w:sz w:val="20"/>
        </w:rPr>
        <w:t>1:30:16  aap ne chahe is ki study na bhi ki ho, general taur par aap ko maloom hai is ke bare mein ke bible kyunke woh log missionary log baton ko kehte hain aur logon se batate hain.</w:t>
      </w:r>
      <w:r>
        <w:br/>
      </w:r>
      <w:r>
        <w:rPr>
          <w:sz w:val="20"/>
        </w:rPr>
        <w:t>1:30:31  misal ke taur par trinity concept, aap ko bible ka gehra mutalea kiye baghair aap jaan sakte hain ke woh log trinity ko tablegh karte hain ke Khuda ek bhi hai aur teen bhi hain.</w:t>
      </w:r>
      <w:r>
        <w:br/>
      </w:r>
      <w:r>
        <w:rPr>
          <w:sz w:val="20"/>
        </w:rPr>
        <w:t>1:30:44  to yeh is ke liye gehre mutale ki zaroorat nahin hai. aur jab aap Quran ko padhenge ke Quran mein Khuda ek hai, is concept hai to aap ka nature kahega ke ek ek hi sahi hai, teen sahi nahin hain.</w:t>
      </w:r>
      <w:r>
        <w:br/>
      </w:r>
      <w:r>
        <w:rPr>
          <w:sz w:val="20"/>
        </w:rPr>
        <w:t>1:30:56  kyunke kainat mein jo itni bari kainat hai, is ko yeh manage kar raha hai to itni harmony kyun hai? agar teen Khuda hon to harmony nahin ho sakti.</w:t>
      </w:r>
      <w:r>
        <w:br/>
      </w:r>
      <w:r>
        <w:rPr>
          <w:sz w:val="20"/>
        </w:rPr>
        <w:t>1:31:06  itni harmony</w:t>
      </w:r>
      <w:r>
        <w:br/>
      </w:r>
      <w:r>
        <w:rPr>
          <w:sz w:val="20"/>
        </w:rPr>
        <w:t>1:31:07  aisi abhi sab log jante hain ke woh un ka yeh nazariya batate hain, woh log ke ke Masih masloob hui hai sab gunahon ko maaf karne ke liye.</w:t>
      </w:r>
      <w:r>
        <w:br/>
      </w:r>
      <w:r>
        <w:rPr>
          <w:sz w:val="20"/>
        </w:rPr>
        <w:t>1:31:16  yeh bhi un natural baat hai. to yeh aap sochen ke Quran mein to yeh hai ke aadmi jo karega, us ko bhuktega, woh apne kiye ka khud anjam bhuktega.</w:t>
      </w:r>
      <w:r>
        <w:br/>
      </w:r>
      <w:r>
        <w:rPr>
          <w:sz w:val="20"/>
        </w:rPr>
        <w:t>1:31:28  wahan mere kiye ka anjam paighambar ke upar kuch chalaye ga, chalega to un natural</w:t>
      </w:r>
      <w:r>
        <w:br/>
      </w:r>
      <w:r>
        <w:rPr>
          <w:sz w:val="20"/>
        </w:rPr>
        <w:t>1:31:34  baat hai. to yeh zaroori nahin hai ke aap bible ka gehra mutalea karen. khud bible walon ne jo baaten bata rakhi hain, woh sab jante hain, sab log woh to phailate hain, woh log khud.</w:t>
      </w:r>
      <w:r>
        <w:br/>
      </w:r>
      <w:r>
        <w:rPr>
          <w:sz w:val="20"/>
        </w:rPr>
        <w:t>1:31:43  to is se aap comparison karne ki position mein hain. to ek hai scholarly comparison. scholarly comparison har ek ki zaroori nahin hai. general comparison to har ek kar sakta hai kyunke sab log jante hain ke kya Christian log kis baat ki tablegh karte hain.</w:t>
      </w:r>
    </w:p>
    <w:p>
      <w:pPr>
        <w:pStyle w:val="Heading2"/>
      </w:pPr>
      <w:r>
        <w:t>How will Satan's speech become valid?</w:t>
      </w:r>
    </w:p>
    <w:p>
      <w:r>
        <w:rPr>
          <w:color w:val="666666"/>
          <w:sz w:val="18"/>
        </w:rPr>
        <w:t>Faith &amp; God · Spirit of Ramadan | June 14, 2015 · 2m 43s · at 1:07:26 · https://youtu.be/LMQxfxQcnxQ?t=4046</w:t>
      </w:r>
    </w:p>
    <w:p>
      <w:r>
        <w:rPr>
          <w:i/>
        </w:rPr>
        <w:t>“How will the speech of this Satan become valid?”</w:t>
      </w:r>
    </w:p>
    <w:p>
      <w:r>
        <w:rPr>
          <w:sz w:val="20"/>
        </w:rPr>
        <w:t>1:07:26  is sitan ki boli jaiz kaise ho jaye gi? Mona, yeh agla sawal aya hai Maulana Farhad Umri</w:t>
      </w:r>
      <w:r>
        <w:br/>
      </w:r>
      <w:r>
        <w:rPr>
          <w:sz w:val="20"/>
        </w:rPr>
        <w:t>1:07:31  sahib ka Delhi se.</w:t>
      </w:r>
      <w:r>
        <w:br/>
      </w:r>
      <w:r>
        <w:rPr>
          <w:sz w:val="20"/>
        </w:rPr>
        <w:t>1:07:35  musalman apne war concept ko sahi sabit karne ke liye</w:t>
      </w:r>
      <w:r>
        <w:br/>
      </w:r>
      <w:r>
        <w:rPr>
          <w:sz w:val="20"/>
        </w:rPr>
        <w:t>1:07:39  yeh hadith bayan karte hain: "main yeh pasand karta hoon ke main Allah ke raste mein qatal kiya</w:t>
      </w:r>
      <w:r>
        <w:br/>
      </w:r>
      <w:r>
        <w:rPr>
          <w:sz w:val="20"/>
        </w:rPr>
        <w:t>1:07:47  jaoon, phir zinda kiya jaoon, phir qatal kiya jaoon, phir mujhe zindagi mile, phir qatal kiya jaoon." Maulana,</w:t>
      </w:r>
      <w:r>
        <w:br/>
      </w:r>
      <w:r>
        <w:rPr>
          <w:sz w:val="20"/>
        </w:rPr>
        <w:t>1:07:54  is hadith ka sahi interpretation kya hai? Dekhiye, yeh sochiye ke kya Rasool Allah sal Allah alayhi wasallam</w:t>
      </w:r>
      <w:r>
        <w:br/>
      </w:r>
      <w:r>
        <w:rPr>
          <w:sz w:val="20"/>
        </w:rPr>
        <w:t>1:08:02  nauzubillah, nauzubillah, munafiq thay? Aap aap yeh keh sakte hain ke jab aap ko</w:t>
      </w:r>
      <w:r>
        <w:br/>
      </w:r>
      <w:r>
        <w:rPr>
          <w:sz w:val="20"/>
        </w:rPr>
        <w:t>1:08:09  pasand tha to aisa kiya kyun nahi? Kitabon se parhiye, aap Rasool Allah sal Allah alayhi wasallam kabhi</w:t>
      </w:r>
      <w:r>
        <w:br/>
      </w:r>
      <w:r>
        <w:rPr>
          <w:sz w:val="20"/>
        </w:rPr>
        <w:t>1:08:14  bhi jang mein shareek nahi hote thay.</w:t>
      </w:r>
      <w:r>
        <w:br/>
      </w:r>
      <w:r>
        <w:rPr>
          <w:sz w:val="20"/>
        </w:rPr>
        <w:t>1:08:18  bahar un ka ek areesh lafz ata hai, areesh kehte hain jhopra.</w:t>
      </w:r>
      <w:r>
        <w:br/>
      </w:r>
      <w:r>
        <w:rPr>
          <w:sz w:val="20"/>
        </w:rPr>
        <w:t>1:08:22  battlefield se bahar ek areesh banta tha, jhopra.</w:t>
      </w:r>
      <w:r>
        <w:br/>
      </w:r>
      <w:r>
        <w:rPr>
          <w:sz w:val="20"/>
        </w:rPr>
        <w:t>1:08:27  is mein rehte thay.</w:t>
      </w:r>
      <w:r>
        <w:br/>
      </w:r>
      <w:r>
        <w:rPr>
          <w:sz w:val="20"/>
        </w:rPr>
        <w:t>1:08:31  aap kabhi talwar le kar Uhud mein ya Badr mein kabhi khud se nahi lade? To nauzubillah</w:t>
      </w:r>
      <w:r>
        <w:br/>
      </w:r>
      <w:r>
        <w:rPr>
          <w:sz w:val="20"/>
        </w:rPr>
        <w:t>1:08:35  ke aap kahein ke nauzubillah Rasool Allah munafiq thay? Kaha to yeh kiya</w:t>
      </w:r>
      <w:r>
        <w:br/>
      </w:r>
      <w:r>
        <w:rPr>
          <w:sz w:val="20"/>
        </w:rPr>
        <w:t>1:08:40  ? Ulta kabhi lade nahi? Aap kitabon mein parh lijye, aap battlefield mein nahi hotay thay, areesh</w:t>
      </w:r>
      <w:r>
        <w:br/>
      </w:r>
      <w:r>
        <w:rPr>
          <w:sz w:val="20"/>
        </w:rPr>
        <w:t>1:08:46  mein hotay thay jo bahar banta tha, wahan se dekh dekhte thay bas aur dua karte thay, sajde</w:t>
      </w:r>
      <w:r>
        <w:br/>
      </w:r>
      <w:r>
        <w:rPr>
          <w:sz w:val="20"/>
        </w:rPr>
        <w:t>1:08:52  mein dua karte thay.</w:t>
      </w:r>
      <w:r>
        <w:br/>
      </w:r>
      <w:r>
        <w:rPr>
          <w:sz w:val="20"/>
        </w:rPr>
        <w:t>1:08:58  jo log is hadith ko le kar kehte hain, unhein sab se pehle sochna chahiye ke kya nauzub</w:t>
      </w:r>
      <w:r>
        <w:br/>
      </w:r>
      <w:r>
        <w:rPr>
          <w:sz w:val="20"/>
        </w:rPr>
        <w:t>1:09:04  billah, nauzubillah Rasool Allah munafiq thay? Kaha kuch kiya? Kuch is liye aap ko is hadith ki aisi</w:t>
      </w:r>
      <w:r>
        <w:br/>
      </w:r>
      <w:r>
        <w:rPr>
          <w:sz w:val="20"/>
        </w:rPr>
        <w:t>1:09:10  tafseer karni padegi jis mein rasool allah yeh saabit na hota ke naoozubillah rasool allah munafiq thay. is waqt mein likh chuka hoon is hadith ke baray mein, likh chuka hoon. aap is ko parh sakte hain. We will end the session now.</w:t>
      </w:r>
    </w:p>
    <w:p>
      <w:pPr>
        <w:pStyle w:val="Heading2"/>
      </w:pPr>
      <w:r>
        <w:t>Identifying one's role and paradise eligibility</w:t>
      </w:r>
    </w:p>
    <w:p>
      <w:r>
        <w:rPr>
          <w:color w:val="666666"/>
          <w:sz w:val="18"/>
        </w:rPr>
        <w:t>Faith &amp; God · Spiritual Goal January 15, 2017 · 2m 50s · at 1:01:25 · https://youtu.be/D3JYu4p_P34?t=3685</w:t>
      </w:r>
    </w:p>
    <w:p>
      <w:r>
        <w:rPr>
          <w:i/>
        </w:rPr>
        <w:t>“You said that we have to identify our role in this world. How can someone identify his role? And if someone finds his role in a secular world and not in a religious world, then what will happen to such a person? Will only a religious person be eligible for paradise?”</w:t>
      </w:r>
    </w:p>
    <w:p>
      <w:r>
        <w:rPr>
          <w:sz w:val="20"/>
        </w:rPr>
        <w:t>1:01:25  ji, maulana, agla sawal dilli se mr ajay dwivedi ne kiya hai.</w:t>
      </w:r>
      <w:r>
        <w:br/>
      </w:r>
      <w:r>
        <w:rPr>
          <w:sz w:val="20"/>
        </w:rPr>
        <w:t>1:01:30  unhon ne aap se poocha hai: maulana sahib "you said that we have to identify our role in this world.</w:t>
      </w:r>
      <w:r>
        <w:br/>
      </w:r>
      <w:r>
        <w:rPr>
          <w:sz w:val="20"/>
        </w:rPr>
        <w:t>1:01:36  How can someone identify his role? And if someone finds his role in a secular world and not in a religious world, then what will happen to such a person? Will only a religious person be eligible for paradise?</w:t>
      </w:r>
      <w:r>
        <w:br/>
      </w:r>
      <w:r>
        <w:rPr>
          <w:sz w:val="20"/>
        </w:rPr>
        <w:t>1:01:54  " dekhein, yeh secular mahol mein aadmi hai ya ke mazhabi mahol mein hai, yeh reality baat hai.</w:t>
      </w:r>
      <w:r>
        <w:br/>
      </w:r>
      <w:r>
        <w:rPr>
          <w:sz w:val="20"/>
        </w:rPr>
        <w:t>1:01:59  kyunke spiritual development ka kaam har jagah jaari rehta hai.</w:t>
      </w:r>
      <w:r>
        <w:br/>
      </w:r>
      <w:r>
        <w:rPr>
          <w:sz w:val="20"/>
        </w:rPr>
        <w:t>1:02:05  har jagah jaari rehta hai.</w:t>
      </w:r>
      <w:r>
        <w:br/>
      </w:r>
      <w:r>
        <w:rPr>
          <w:sz w:val="20"/>
        </w:rPr>
        <w:t>1:02:11  jaise maine aap ko qissa bataya tha ke dilli mein ek saath mulaqat bhi hui.</w:t>
      </w:r>
      <w:r>
        <w:br/>
      </w:r>
      <w:r>
        <w:rPr>
          <w:sz w:val="20"/>
        </w:rPr>
        <w:t>1:02:17  woh london mein rehte the.</w:t>
      </w:r>
      <w:r>
        <w:br/>
      </w:r>
      <w:r>
        <w:rPr>
          <w:sz w:val="20"/>
        </w:rPr>
        <w:t>1:02:23  to woh pehle secular the aur woh ek firm mein kaam karte the.</w:t>
      </w:r>
      <w:r>
        <w:br/>
      </w:r>
      <w:r>
        <w:rPr>
          <w:sz w:val="20"/>
        </w:rPr>
        <w:t>1:02:29  chocolate banati thi woh firm.</w:t>
      </w:r>
      <w:r>
        <w:br/>
      </w:r>
      <w:r>
        <w:rPr>
          <w:sz w:val="20"/>
        </w:rPr>
        <w:t>1:02:35  ab woh religious ban gaye the.</w:t>
      </w:r>
      <w:r>
        <w:br/>
      </w:r>
      <w:r>
        <w:rPr>
          <w:sz w:val="20"/>
        </w:rPr>
        <w:t>1:02:41  to maine poocha unki kahani.</w:t>
      </w:r>
      <w:r>
        <w:br/>
      </w:r>
      <w:r>
        <w:rPr>
          <w:sz w:val="20"/>
        </w:rPr>
        <w:t>1:02:47  unhon ne bataya ke main chocolate ke ek firm mein kaam karta tha.</w:t>
      </w:r>
      <w:r>
        <w:br/>
      </w:r>
      <w:r>
        <w:rPr>
          <w:sz w:val="20"/>
        </w:rPr>
        <w:t>1:02:53  mera kaam yeh tha ke chocolate ban kar jo aata, machine se banta tha.</w:t>
      </w:r>
      <w:r>
        <w:br/>
      </w:r>
      <w:r>
        <w:rPr>
          <w:sz w:val="20"/>
        </w:rPr>
        <w:t>1:02:59  to chocolate ban kar jo aata tha, us mein kuch chocolate aise hote the jo jin mein kuch</w:t>
      </w:r>
      <w:r>
        <w:br/>
      </w:r>
      <w:r>
        <w:rPr>
          <w:sz w:val="20"/>
        </w:rPr>
        <w:t>1:03:05  defect aa jaye.</w:t>
      </w:r>
      <w:r>
        <w:br/>
      </w:r>
      <w:r>
        <w:rPr>
          <w:sz w:val="20"/>
        </w:rPr>
        <w:t>1:03:11  to us ko woh chhanta tha.</w:t>
      </w:r>
      <w:r>
        <w:br/>
      </w:r>
      <w:r>
        <w:rPr>
          <w:sz w:val="20"/>
        </w:rPr>
        <w:t>1:03:17  to unhon ne kaha ke ek din mein chhant raha tha, chhant raha tha.</w:t>
      </w:r>
      <w:r>
        <w:br/>
      </w:r>
      <w:r>
        <w:rPr>
          <w:sz w:val="20"/>
        </w:rPr>
        <w:t>1:03:23  achanak mere mind mein aaya ke aakhirat mein bhi aise hoga.</w:t>
      </w:r>
      <w:r>
        <w:br/>
      </w:r>
      <w:r>
        <w:rPr>
          <w:sz w:val="20"/>
        </w:rPr>
        <w:t>1:03:29  wahan bhi log aayenge aur kuch logon ko farishte chhaant denge.</w:t>
      </w:r>
      <w:r>
        <w:br/>
      </w:r>
      <w:r>
        <w:rPr>
          <w:sz w:val="20"/>
        </w:rPr>
        <w:t>1:03:34  yeh is qabil nahi hai ke is ko reward diya jaye.</w:t>
      </w:r>
      <w:r>
        <w:br/>
      </w:r>
      <w:r>
        <w:rPr>
          <w:sz w:val="20"/>
        </w:rPr>
        <w:t>1:03:40  to kaha ke mein isi mein na aa jaon, chhatayi mein.</w:t>
      </w:r>
      <w:r>
        <w:br/>
      </w:r>
      <w:r>
        <w:rPr>
          <w:sz w:val="20"/>
        </w:rPr>
        <w:t>1:03:46  yeh sochate hi mein achanak mere andar ek change aa gaya.</w:t>
      </w:r>
      <w:r>
        <w:br/>
      </w:r>
      <w:r>
        <w:rPr>
          <w:sz w:val="20"/>
        </w:rPr>
        <w:t>1:03:52  to secular world aur religious world koi dono relative word hain mere nazdeek.</w:t>
      </w:r>
      <w:r>
        <w:br/>
      </w:r>
      <w:r>
        <w:rPr>
          <w:sz w:val="20"/>
        </w:rPr>
        <w:t>1:03:58  secular mahaul mein bhi mazhabi training jari rehti hai.</w:t>
      </w:r>
      <w:r>
        <w:br/>
      </w:r>
      <w:r>
        <w:rPr>
          <w:sz w:val="20"/>
        </w:rPr>
        <w:t>1:04:04  aisa nahi ke secular world mein chalaya gaya aadmi to spirituality khatam ya religious thinking khatam.</w:t>
      </w:r>
      <w:r>
        <w:br/>
      </w:r>
      <w:r>
        <w:rPr>
          <w:sz w:val="20"/>
        </w:rPr>
        <w:t>1:04:10  dono ek doosre se jure hue hain.</w:t>
      </w:r>
    </w:p>
    <w:p>
      <w:pPr>
        <w:pStyle w:val="Heading2"/>
      </w:pPr>
      <w:r>
        <w:t>Immediate Afterlife or Waiting for Judgment?</w:t>
      </w:r>
    </w:p>
    <w:p>
      <w:r>
        <w:rPr>
          <w:color w:val="666666"/>
          <w:sz w:val="18"/>
        </w:rPr>
        <w:t>Faith &amp; God · The Concept of Paradise in Islam May 27, 2012 Maulana Wahiduddin Khan · 2m 20s · at 1:01:24 · https://youtu.be/vrXgNg6BLnE?t=3684</w:t>
      </w:r>
    </w:p>
    <w:p>
      <w:r>
        <w:rPr>
          <w:i/>
        </w:rPr>
        <w:t>“Does a person enter Paradise or Hell immediately after death, or does he have to wait for the Day of Judgment and enter after account and reckoning?”</w:t>
      </w:r>
    </w:p>
    <w:p>
      <w:r>
        <w:rPr>
          <w:sz w:val="20"/>
        </w:rPr>
        <w:t>1:01:24  hamara agla sawal bhi karachi pakistan se hai, miss saira lateef ka. unhon ne likha hai ke kya maut ke baad insaan jannat ya jahannum mein foran dakhil ho jata hai ya use qayamat ke din ka intezar karna padega aur hisab o kitaab ke baad jannat ya jahannum mein dakhil hoga?</w:t>
      </w:r>
      <w:r>
        <w:br/>
      </w:r>
      <w:r>
        <w:rPr>
          <w:sz w:val="20"/>
        </w:rPr>
        <w:t>1:01:45  us ke baare mein bataein. dekhiye, yeh sab bhi mere nazdeek shaitani soch hai. yaani kyun log drift kar ke aisi baatein sochne lagte hain jis se na un ka imaan badhe, na un ka yaqeen badhe?</w:t>
      </w:r>
      <w:r>
        <w:br/>
      </w:r>
      <w:r>
        <w:rPr>
          <w:sz w:val="20"/>
        </w:rPr>
        <w:t>1:02:00  yeh saara focus apne upar kyun nahi dete? aksar yeh baatein log poochte hain mujh se. ek saahib mere paas aaye, muradabad se. aap kehte kya hain ke main muradabad se aap se sirf ek sawal poochne ke liye aaya hoon.</w:t>
      </w:r>
      <w:r>
        <w:br/>
      </w:r>
      <w:r>
        <w:rPr>
          <w:sz w:val="20"/>
        </w:rPr>
        <w:t>1:02:15  woh yeh ke do aadmi hain jin ko ke jannat ka nahi faisla hua, jahannum ka faisla hua.</w:t>
      </w:r>
      <w:r>
        <w:br/>
      </w:r>
      <w:r>
        <w:rPr>
          <w:sz w:val="20"/>
        </w:rPr>
        <w:t>1:02:24  un mein se ek aadmi paida hua das hazaar saal pehle, ek aadmi paida hua aaj. toh kaha ke us aadmi, woh aadmi das hazaar saal se jahannum mein jal raha hai.</w:t>
      </w:r>
      <w:r>
        <w:br/>
      </w:r>
      <w:r>
        <w:rPr>
          <w:sz w:val="20"/>
        </w:rPr>
        <w:t>1:02:35  ek aadmi ka aaj se shuru hoga. toh ek hi amal ke liye ek ko zyada kyun, ek ko kam kyun? main ne kaha astaghfirullah, isi ke liye aap muradabad se dil le aaye hain.</w:t>
      </w:r>
      <w:r>
        <w:br/>
      </w:r>
      <w:r>
        <w:rPr>
          <w:sz w:val="20"/>
        </w:rPr>
        <w:t>1:02:50  dekhiye, main aap ko naseehat karta hoon, aap sab saathiyon ko ke kabhi bhi is soch mein mat padhiye. pehle sochne se pehle soch lijiye ke is mein kya mere imaan ka faida hai?</w:t>
      </w:r>
      <w:r>
        <w:br/>
      </w:r>
      <w:r>
        <w:rPr>
          <w:sz w:val="20"/>
        </w:rPr>
        <w:t>1:03:02  kya is se mera shukr badhta hai? kya is se mera taalluq billah badhta hai? kya is se meri ibaadat mein khushu' badhta hai?</w:t>
      </w:r>
      <w:r>
        <w:br/>
      </w:r>
      <w:r>
        <w:rPr>
          <w:sz w:val="20"/>
        </w:rPr>
        <w:t>1:03:12  yeh sab sochiye. toh jis soch mein yeh baatein mil rahi hon, us ko samjhiye ke woh achhi soch hai. woh log shaitani soch samajh kar ke aoozubillah minash shaitanir rajeem padh dijiye.</w:t>
      </w:r>
      <w:r>
        <w:br/>
      </w:r>
      <w:r>
        <w:rPr>
          <w:sz w:val="20"/>
        </w:rPr>
        <w:t>1:03:24  aisi har soch ko main bilkul shaitani soch samajhta hoon. aksar log isi mein phanse rehte hain. aksar log aadmiyon ko chahiye ke apne baare mein shukr, doosre ke baare mein dawat,</w:t>
      </w:r>
      <w:r>
        <w:br/>
      </w:r>
      <w:r>
        <w:rPr>
          <w:sz w:val="20"/>
        </w:rPr>
        <w:t>1:03:39  yeh formula pakdein. apne baare mein shukr, doosre ke baare mein dawat, bas.</w:t>
      </w:r>
    </w:p>
    <w:p>
      <w:pPr>
        <w:pStyle w:val="Heading2"/>
      </w:pPr>
      <w:r>
        <w:t>Immediate afterlife or judgment day</w:t>
      </w:r>
    </w:p>
    <w:p>
      <w:r>
        <w:rPr>
          <w:color w:val="666666"/>
          <w:sz w:val="18"/>
        </w:rPr>
        <w:t>Faith &amp; God · Man and The Paradise August 11, 2013 Maulana Wahiduddin Khan · 2m 01s · at 1:23:20 · https://youtu.be/m8XdpnaS95U?t=5000</w:t>
      </w:r>
    </w:p>
    <w:p>
      <w:r>
        <w:rPr>
          <w:i/>
        </w:rPr>
        <w:t>“Will a person go to Paradise or Hell immediately after death according to his deeds, or after the judgment in the Hereafter, as you mentioned that the Prophet met Ibrahim (AS) in the heaven?”</w:t>
      </w:r>
    </w:p>
    <w:p>
      <w:r>
        <w:rPr>
          <w:sz w:val="20"/>
        </w:rPr>
        <w:t>1:23:20  maulana, agla sawal dilli se hai shakir sahab ka. unhone likha hai: kya insan marne ke baad foran apne aamal ke mutabiq jannat ya jahannum mein jayega ya phir aakhirat mein faisla hone ke baad</w:t>
      </w:r>
      <w:r>
        <w:br/>
      </w:r>
      <w:r>
        <w:rPr>
          <w:sz w:val="20"/>
        </w:rPr>
        <w:t>1:23:35  , jaisa ke aap ne bataya ke rasool Allah se mulaqat aasman par ibrahim alaihissalam se hui?</w:t>
      </w:r>
      <w:r>
        <w:br/>
      </w:r>
      <w:r>
        <w:rPr>
          <w:sz w:val="20"/>
        </w:rPr>
        <w:t>1:23:44  dekhein, yeh sab baatein main bahut zyada baat karne ki zaroorat nahi hai. mujmal tor par manna chahiye. ek hadith hai ke: al qabru rawdatun min riyadil jannati aw hufrah min hufarin nar.</w:t>
      </w:r>
      <w:r>
        <w:br/>
      </w:r>
      <w:r>
        <w:rPr>
          <w:sz w:val="20"/>
        </w:rPr>
        <w:t>1:24:01  ke marne ke baad hi aadmi apne amal ko pahunchata hai, ya jannat mein ya jahannum mein. to is ko mujmal tor par maniye. agar aap chahein ke ijbari se zyada janne ki koshish karenge to aap bhag bhag aayenge, phir kahin pahunchenge nahi.</w:t>
      </w:r>
      <w:r>
        <w:br/>
      </w:r>
      <w:r>
        <w:rPr>
          <w:sz w:val="20"/>
        </w:rPr>
        <w:t>1:24:15  to main mujmal tor par manta hoon is tarah ki ahadith ke mutabiq ke maut ke baad aadmi apne anjam se dochar ho jata hai.</w:t>
      </w:r>
      <w:r>
        <w:br/>
      </w:r>
      <w:r>
        <w:rPr>
          <w:sz w:val="20"/>
        </w:rPr>
        <w:t>1:24:28  maut ke baad aadmi apne anjam se dochar ho jata hai. ab woh kya shakal hoti hai, us ko hum is dunya mein nahi soch sakte. sirf mujmal tor par us pe hamein iman rakhna chahiye.</w:t>
      </w:r>
      <w:r>
        <w:br/>
      </w:r>
      <w:r>
        <w:rPr>
          <w:sz w:val="20"/>
        </w:rPr>
        <w:t>1:24:38  al qabru rawdatun min riyadil jannati aw hufrah min hufarin nar. ke qabr ya to jannat ke baghon mein se ek bagh hai ya dozaq gurhon mein se gurha hai.</w:t>
      </w:r>
      <w:r>
        <w:br/>
      </w:r>
      <w:r>
        <w:rPr>
          <w:sz w:val="20"/>
        </w:rPr>
        <w:t>1:24:49  dekhein, qabr ka lafz yahan symbolic hai. symbolic is ka mani koi gurha nahi.</w:t>
      </w:r>
      <w:r>
        <w:br/>
      </w:r>
      <w:r>
        <w:rPr>
          <w:sz w:val="20"/>
        </w:rPr>
        <w:t>1:24:54  yani baad az maut, after death. yeh har giz mat samjhein ke wahi jo qabr hai, woh jo gurha hai, usi mein jannat, jahannum waqe hai.</w:t>
      </w:r>
      <w:r>
        <w:br/>
      </w:r>
      <w:r>
        <w:rPr>
          <w:sz w:val="20"/>
        </w:rPr>
        <w:t>1:25:03  yeh matlab nahi hai. yani after death jo life hai, wahan aap pahunchenge to aap ko apne anjam se sab ka pesh aa jayega.</w:t>
      </w:r>
      <w:r>
        <w:br/>
      </w:r>
      <w:r>
        <w:rPr>
          <w:sz w:val="20"/>
        </w:rPr>
        <w:t>1:25:13  ya jannat ka anjam ya jahannum ka anjam. to hum mujmal tor par is par iman rakhte hain.</w:t>
      </w:r>
    </w:p>
    <w:p>
      <w:pPr>
        <w:pStyle w:val="Heading2"/>
      </w:pPr>
      <w:r>
        <w:t>Immediate entry into Paradise after death</w:t>
      </w:r>
    </w:p>
    <w:p>
      <w:r>
        <w:rPr>
          <w:color w:val="666666"/>
          <w:sz w:val="18"/>
        </w:rPr>
        <w:t>Faith &amp; God · The Issues of Islam in the Present World November 11, 2012 · 3m 38s · at 1:18:34 · https://youtu.be/COoaUbCCi1c?t=4714</w:t>
      </w:r>
    </w:p>
    <w:p>
      <w:r>
        <w:rPr>
          <w:i/>
        </w:rPr>
        <w:t>“Allah gives glad tidings to His servants: use your freedom correctly in the world so that at the time of death you immediately enter Paradise. Is this really the case? That is, will a believer enter Paradise immediately upon death?”</w:t>
      </w:r>
    </w:p>
    <w:p>
      <w:r>
        <w:rPr>
          <w:sz w:val="20"/>
        </w:rPr>
        <w:t>1:18:34  maulana, agla sawal karachi pakistan se hai miss saira latif ka</w:t>
      </w:r>
      <w:r>
        <w:br/>
      </w:r>
      <w:r>
        <w:rPr>
          <w:sz w:val="20"/>
        </w:rPr>
        <w:t>1:18:39  , unhon ne likha hai: "allah ta'ala apne bondon ko khushkhabri deta hai ke dunya mein apni azadi ka sahi istemal karo ta ke maut ate hi foran jannat mein dakhil ho jao." maulana sahib, kya yeh baat isi tarah hai?</w:t>
      </w:r>
      <w:r>
        <w:br/>
      </w:r>
      <w:r>
        <w:rPr>
          <w:sz w:val="20"/>
        </w:rPr>
        <w:t>1:18:57  yani maut anay atay hi aik momin jannat mein dakhil ho jaye ga?</w:t>
      </w:r>
      <w:r>
        <w:br/>
      </w:r>
      <w:r>
        <w:rPr>
          <w:sz w:val="20"/>
        </w:rPr>
        <w:t>1:19:03  han, dekhiye, hadith hai ke: "al qabr raazat min razna aur hafrat min harf hafr min hafr al nar." qabr ya to jannat ke darwazon mein se aik darwaza hai ya</w:t>
      </w:r>
      <w:r>
        <w:br/>
      </w:r>
      <w:r>
        <w:rPr>
          <w:sz w:val="20"/>
        </w:rPr>
        <w:t>1:19:23  jahannum gadhon mein se aik gadha hai.</w:t>
      </w:r>
      <w:r>
        <w:br/>
      </w:r>
      <w:r>
        <w:rPr>
          <w:sz w:val="20"/>
        </w:rPr>
        <w:t>1:19:27  to is ka matlab nahi ke wohi qabr mein us cheez rakhi hui hai. matlab maut ke baad fi'l-foor aadmi apne anjam tak puhanch jata hai.</w:t>
      </w:r>
      <w:r>
        <w:br/>
      </w:r>
      <w:r>
        <w:rPr>
          <w:sz w:val="20"/>
        </w:rPr>
        <w:t>1:19:37  yeh to hadith se sabit hai, lekin yeh hum chuki dunya mein hain, yahan par hum yani time time in space mein jeetay hain, hamara jo framework hai poora woh time time in space pe base karta hai.</w:t>
      </w:r>
      <w:r>
        <w:br/>
      </w:r>
      <w:r>
        <w:rPr>
          <w:sz w:val="20"/>
        </w:rPr>
        <w:t>1:19:53  aur yeh baat hai band time in space ki. to band time space ki wali baat ko hum aaj ke is pe yani samajh nahi sakte, ajbari tor par maan sakte hain, ajbari tor par yani as a principle.</w:t>
      </w:r>
      <w:r>
        <w:br/>
      </w:r>
      <w:r>
        <w:rPr>
          <w:sz w:val="20"/>
        </w:rPr>
        <w:t>1:20:09  to yeh hadith se sabit hai ke maut ke baad hi aadmi apne aglay anjam tak puhanch jata hai.</w:t>
      </w:r>
      <w:r>
        <w:br/>
      </w:r>
      <w:r>
        <w:rPr>
          <w:sz w:val="20"/>
        </w:rPr>
        <w:t>1:20:18  baqi yeh chuki baat hai band step space and time walay dunya ki, to is ko hum bilkul chahein ke bilkul logical tor par samajh sakein to woh mumkin nahi hai.</w:t>
      </w:r>
      <w:r>
        <w:br/>
      </w:r>
      <w:r>
        <w:rPr>
          <w:sz w:val="20"/>
        </w:rPr>
        <w:t>1:20:36  maulana, agla aik comment aya hai maulana abdul basit umri ka doha qatar se, woh parhna chahein ge. unhon ne likha hai:</w:t>
      </w:r>
      <w:r>
        <w:br/>
      </w:r>
      <w:r>
        <w:rPr>
          <w:sz w:val="20"/>
        </w:rPr>
        <w:t>1:20:46  "maulana, aap ki aaj ki taqreer se bohat ziyada zehn khula. aap ki yeh baat ke zawal yafta ummat ko le kar koi planning nahi ki ja sakti, usay sirf educate karna hai.</w:t>
      </w:r>
      <w:r>
        <w:br/>
      </w:r>
      <w:r>
        <w:rPr>
          <w:sz w:val="20"/>
        </w:rPr>
        <w:t>1:20:59  aur moosa ki qom ki jo misaal di to baat zehn par naqsh ho gayi. doosri aap ki yeh baat ke quran ke baad ka literature ko islam ka classical literature manna hai,</w:t>
      </w:r>
      <w:r>
        <w:br/>
      </w:r>
      <w:r>
        <w:rPr>
          <w:sz w:val="20"/>
        </w:rPr>
        <w:t>1:21:13  na ke islam ka basic literature.</w:t>
      </w:r>
    </w:p>
    <w:p>
      <w:pPr>
        <w:pStyle w:val="Heading2"/>
      </w:pPr>
      <w:r>
        <w:t>Importance of destiny in a person's life</w:t>
      </w:r>
    </w:p>
    <w:p>
      <w:r>
        <w:rPr>
          <w:color w:val="666666"/>
          <w:sz w:val="18"/>
        </w:rPr>
        <w:t>Faith &amp; God · Save Yourself from Distraction August 21, 2016 · 2m 28s · at 1:00:55 · https://youtu.be/wP3Dj-tccDQ?t=3655</w:t>
      </w:r>
    </w:p>
    <w:p>
      <w:r>
        <w:rPr>
          <w:i/>
        </w:rPr>
        <w:t>“Can you tell us the importance of destiny (Taqdeer) in a person's life?”</w:t>
      </w:r>
    </w:p>
    <w:p>
      <w:r>
        <w:rPr>
          <w:sz w:val="20"/>
        </w:rPr>
        <w:t>1:00:54  ke liye.</w:t>
      </w:r>
      <w:r>
        <w:br/>
      </w:r>
      <w:r>
        <w:rPr>
          <w:sz w:val="20"/>
        </w:rPr>
        <w:t>1:00:55  maulana, agla sawal mahmoodin sahib ne kiya hai pakistan se aur unhon ne aap se poocha hai ke</w:t>
      </w:r>
      <w:r>
        <w:br/>
      </w:r>
      <w:r>
        <w:rPr>
          <w:sz w:val="20"/>
        </w:rPr>
        <w:t>1:01:03  "Can you tell us the importance of taqdeer in a person's life?" دیکھیں، اس پر میں کئی بار</w:t>
      </w:r>
      <w:r>
        <w:br/>
      </w:r>
      <w:r>
        <w:rPr>
          <w:sz w:val="20"/>
        </w:rPr>
        <w:t>1:01:11  likh chuka hoon apne kitaab mein aur magazine mein bhi.</w:t>
      </w:r>
      <w:r>
        <w:br/>
      </w:r>
      <w:r>
        <w:rPr>
          <w:sz w:val="20"/>
        </w:rPr>
        <w:t>1:01:15  is pe khwamkhwah bahasein log karte hain aur main samajhta hoon ke yeh yeh kalamiy bahasein hain, woh</w:t>
      </w:r>
      <w:r>
        <w:br/>
      </w:r>
      <w:r>
        <w:rPr>
          <w:sz w:val="20"/>
        </w:rPr>
        <w:t>1:01:23  ziyadatar isi par taqdeer par hain, taqdeer jabr o qadar par.</w:t>
      </w:r>
      <w:r>
        <w:br/>
      </w:r>
      <w:r>
        <w:rPr>
          <w:sz w:val="20"/>
        </w:rPr>
        <w:t>1:01:28  bohat ziyada dekhein, yeh sab bilkul bekar baatein hain.</w:t>
      </w:r>
      <w:r>
        <w:br/>
      </w:r>
      <w:r>
        <w:rPr>
          <w:sz w:val="20"/>
        </w:rPr>
        <w:t>1:01:32  aap yun sochein ke aap aap har waqt apne ko kya paband mehsoos karte hain? har aadmi apne</w:t>
      </w:r>
      <w:r>
        <w:br/>
      </w:r>
      <w:r>
        <w:rPr>
          <w:sz w:val="20"/>
        </w:rPr>
        <w:t>1:01:39  ko aazad mehsoos karta hai, yaani apna khud apna jo aap ka tajurba hota hai, apne aap ko</w:t>
      </w:r>
      <w:r>
        <w:br/>
      </w:r>
      <w:r>
        <w:rPr>
          <w:sz w:val="20"/>
        </w:rPr>
        <w:t>1:01:47  jo aap jante hain, kise jante hain? kya aap bandhe hue hain? aap paband hain? aap chahein to</w:t>
      </w:r>
      <w:r>
        <w:br/>
      </w:r>
      <w:r>
        <w:rPr>
          <w:sz w:val="20"/>
        </w:rPr>
        <w:t>1:01:55  bolen, chahen chup ho jaen, chahen chalen, chahen baith jaen.</w:t>
      </w:r>
      <w:r>
        <w:br/>
      </w:r>
      <w:r>
        <w:rPr>
          <w:sz w:val="20"/>
        </w:rPr>
        <w:t>1:01:59  to aap ka apna tajurba bata de ke aap azaad hain, mukammal azaad hain, mukammal azaad hain.</w:t>
      </w:r>
      <w:r>
        <w:br/>
      </w:r>
      <w:r>
        <w:rPr>
          <w:sz w:val="20"/>
        </w:rPr>
        <w:t>1:02:06  jo chahen aap karte hain, chahe political field ho ya doosri field ho.</w:t>
      </w:r>
      <w:r>
        <w:br/>
      </w:r>
      <w:r>
        <w:rPr>
          <w:sz w:val="20"/>
        </w:rPr>
        <w:t>1:02:12  to yeh to apne aap ko deny karna hai.</w:t>
      </w:r>
      <w:r>
        <w:br/>
      </w:r>
      <w:r>
        <w:rPr>
          <w:sz w:val="20"/>
        </w:rPr>
        <w:t>1:02:16  jo logon ne bana rakha hai taqdeer ka masla, woh apne aap ko deny karna hai.</w:t>
      </w:r>
      <w:r>
        <w:br/>
      </w:r>
      <w:r>
        <w:rPr>
          <w:sz w:val="20"/>
        </w:rPr>
        <w:t>1:02:23  yani hai to.</w:t>
      </w:r>
      <w:r>
        <w:br/>
      </w:r>
      <w:r>
        <w:rPr>
          <w:sz w:val="20"/>
        </w:rPr>
        <w:t>1:02:24  yani apna tajurba bhi to yeh hai ke hum azaad hain.</w:t>
      </w:r>
      <w:r>
        <w:br/>
      </w:r>
      <w:r>
        <w:rPr>
          <w:sz w:val="20"/>
        </w:rPr>
        <w:t>1:02:29  afsos kar ke aqli ghoda dornana, aqli ghoda dornana kar ke nikalna ke nahi, hum hum majboor hain,</w:t>
      </w:r>
      <w:r>
        <w:br/>
      </w:r>
      <w:r>
        <w:rPr>
          <w:sz w:val="20"/>
        </w:rPr>
        <w:t>1:02:37  hamari taqdeer taqdeer peshi likhi hui hai.</w:t>
      </w:r>
      <w:r>
        <w:br/>
      </w:r>
      <w:r>
        <w:rPr>
          <w:sz w:val="20"/>
        </w:rPr>
        <w:t>1:02:40  to mein yahi kahunga ke aap apne apne zaati tajurbe ko dekhiye.</w:t>
      </w:r>
      <w:r>
        <w:br/>
      </w:r>
      <w:r>
        <w:rPr>
          <w:sz w:val="20"/>
        </w:rPr>
        <w:t>1:02:45  zaati tajurba woh yeh hai ke hum azaad hain.</w:t>
      </w:r>
      <w:r>
        <w:br/>
      </w:r>
      <w:r>
        <w:rPr>
          <w:sz w:val="20"/>
        </w:rPr>
        <w:t>1:02:49  mein is waqt bol raha hoon, chahon to na bolon.</w:t>
      </w:r>
      <w:r>
        <w:br/>
      </w:r>
      <w:r>
        <w:rPr>
          <w:sz w:val="20"/>
        </w:rPr>
        <w:t>1:02:53  is waqt baitha hoon, chahon to na baithon.</w:t>
      </w:r>
      <w:r>
        <w:br/>
      </w:r>
      <w:r>
        <w:rPr>
          <w:sz w:val="20"/>
        </w:rPr>
        <w:t>1:02:56  kaun rokne wala hai? to aadmi ka zaati tajurba kafi hai ke is masle ko aap samjhen.</w:t>
      </w:r>
      <w:r>
        <w:br/>
      </w:r>
      <w:r>
        <w:rPr>
          <w:sz w:val="20"/>
        </w:rPr>
        <w:t>1:03:04  zaati tajurbe samajh lijiye, baat baat samajh padi hai.</w:t>
      </w:r>
      <w:r>
        <w:br/>
      </w:r>
      <w:r>
        <w:rPr>
          <w:sz w:val="20"/>
        </w:rPr>
        <w:t>1:03:08  yani jis ko kehte hain mushogafi, yani hair splitting se masla paida hota hai.</w:t>
      </w:r>
      <w:r>
        <w:br/>
      </w:r>
      <w:r>
        <w:rPr>
          <w:sz w:val="20"/>
        </w:rPr>
        <w:t>1:03:14  agar aap apne tajurbe ke lehaz se rai banayen to bilkul aap ko lagega ke mujhe mujhe</w:t>
      </w:r>
      <w:r>
        <w:br/>
      </w:r>
      <w:r>
        <w:rPr>
          <w:sz w:val="20"/>
        </w:rPr>
        <w:t>1:03:21  to azaadi mili hui hai.</w:t>
      </w:r>
    </w:p>
    <w:p>
      <w:pPr>
        <w:pStyle w:val="Heading2"/>
      </w:pPr>
      <w:r>
        <w:t>Innate understanding of Jannah and Jahannam</w:t>
      </w:r>
    </w:p>
    <w:p>
      <w:r>
        <w:rPr>
          <w:color w:val="666666"/>
          <w:sz w:val="18"/>
        </w:rPr>
        <w:t>Faith &amp; God · The Highest Level of Paradise October 13, 2018 · 4m 53s · at 1:01:05 · https://youtu.be/L-VshW0ylX0?t=3665</w:t>
      </w:r>
    </w:p>
    <w:p>
      <w:r>
        <w:rPr>
          <w:i/>
        </w:rPr>
        <w:t>“The concept of Jannah and Jahannam, is it not due to our Islamic conditioning? Would a person understand these concepts all by himself if left alone? The concept of Creator one may discover all by themselves, but can this happen with regards to the concept of Jannah and Jahannam as well?”</w:t>
      </w:r>
    </w:p>
    <w:p>
      <w:r>
        <w:rPr>
          <w:sz w:val="20"/>
        </w:rPr>
        <w:t>1:01:05  We will have to continue our endeavor for making discovery of God. May Allah bless you immensely and always." Maulana, agla sawal Muhammad Bilal Shafee sahib ne bheja hai Itanagar se, Arunachal Pradesh.</w:t>
      </w:r>
      <w:r>
        <w:br/>
      </w:r>
      <w:r>
        <w:rPr>
          <w:sz w:val="20"/>
        </w:rPr>
        <w:t>1:01:22  Unhon ne likha hai: "Maulana, this concept of Jannat and Jahannum is this not due to our Islamic conditioning.</w:t>
      </w:r>
      <w:r>
        <w:br/>
      </w:r>
      <w:r>
        <w:rPr>
          <w:sz w:val="20"/>
        </w:rPr>
        <w:t>1:01:34  Would a person understand these concepts all by himself if left alone? The concept of creator one may discover all by themself, but can this happen with regards to the concept of Jannat and Jahannum as well?</w:t>
      </w:r>
      <w:r>
        <w:br/>
      </w:r>
      <w:r>
        <w:rPr>
          <w:sz w:val="20"/>
        </w:rPr>
        <w:t>1:01:53  If yes, please elaborate how to achieve this kind of awareness." Main samjha nahi.</w:t>
      </w:r>
      <w:r>
        <w:br/>
      </w:r>
      <w:r>
        <w:rPr>
          <w:sz w:val="20"/>
        </w:rPr>
        <w:t>1:02:02  Maulana, woh yeh pooch rahe hain ke jo Khuda ka jo concept hai, woh toh ek insaan khud daryaft kar sakta hai, lekin kya woh khud se Jannat aur Jahannum ka concept daryaft kar sakta hai?</w:t>
      </w:r>
      <w:r>
        <w:br/>
      </w:r>
      <w:r>
        <w:rPr>
          <w:sz w:val="20"/>
        </w:rPr>
        <w:t>1:02:17  aur agar kar sakta hai to kaise?</w:t>
      </w:r>
      <w:r>
        <w:br/>
      </w:r>
      <w:r>
        <w:rPr>
          <w:sz w:val="20"/>
        </w:rPr>
        <w:t>1:02:24  bhai, main achhi tarah pakad nahin paaya.</w:t>
      </w:r>
      <w:r>
        <w:br/>
      </w:r>
      <w:r>
        <w:rPr>
          <w:sz w:val="20"/>
        </w:rPr>
        <w:t>1:02:33  maulana, woh yeh keh rahe hain ke jo jannat aur jahannum ka concept hai, yeh islam se mila hai hum sab ko. to isi liye hum is ka, is ko soch sakte hain ke jannat hai, jahannum hai.</w:t>
      </w:r>
      <w:r>
        <w:br/>
      </w:r>
      <w:r>
        <w:rPr>
          <w:sz w:val="20"/>
        </w:rPr>
        <w:t>1:02:45  aur lekin agar insaan khud se is ko discover kare, jaise woh creator ko khud se discover kar sakta hai bina kisi islamic conditioning ke, to kya yeh possible hai ke woh jannat aur jahannum ko discover kar sake?</w:t>
      </w:r>
      <w:r>
        <w:br/>
      </w:r>
      <w:r>
        <w:rPr>
          <w:sz w:val="20"/>
        </w:rPr>
        <w:t>1:03:01  dekhein, sirf islam ki baat nahin hai. har mazhab mein,</w:t>
      </w:r>
      <w:r>
        <w:br/>
      </w:r>
      <w:r>
        <w:rPr>
          <w:sz w:val="20"/>
        </w:rPr>
        <w:t>1:03:07  har mazhab mein yeh tasawwur maujood hai. bekunnt aur kya kehte hain is ko? doosra bekunnt ka tasawwur maujood hai har mazhab mein.</w:t>
      </w:r>
      <w:r>
        <w:br/>
      </w:r>
      <w:r>
        <w:rPr>
          <w:sz w:val="20"/>
        </w:rPr>
        <w:t>1:03:20  swarg aur narak, swarg aur narak. haan, yeh maujood hai. lekin is ke hazaron saal se woh chala raha hai, to is mein farq ho gaya hai.</w:t>
      </w:r>
      <w:r>
        <w:br/>
      </w:r>
      <w:r>
        <w:rPr>
          <w:sz w:val="20"/>
        </w:rPr>
        <w:t>1:03:37  dekhein, asal baat yeh nahin hai ke doosre mazhabon mein yeh concept nahin hai. farq sirf yeh hai ke islam mein original concept preserve hai.</w:t>
      </w:r>
      <w:r>
        <w:br/>
      </w:r>
      <w:r>
        <w:rPr>
          <w:sz w:val="20"/>
        </w:rPr>
        <w:t>1:03:48  jo rasool Allah ne kaha tha, woh waise hi waise hi preserve hai. doosre jo woh preserve nahin hai, koi badal gaya hai, kuch idhar udhar.</w:t>
      </w:r>
      <w:r>
        <w:br/>
      </w:r>
      <w:r>
        <w:rPr>
          <w:sz w:val="20"/>
        </w:rPr>
        <w:t>1:03:59  jo original concept hai hell aur paradise ka, woh har mazhab mein maujood hai.</w:t>
      </w:r>
      <w:r>
        <w:br/>
      </w:r>
      <w:r>
        <w:rPr>
          <w:sz w:val="20"/>
        </w:rPr>
        <w:t>1:04:09  islam mein sirf yeh hai ke woh apni original shakal mein preserve hai. bas yeh farq hai. woh yeh keh rahe hain jaise creator ka concept khud hamare andar interwoven hai, to islam mein bataya gaya hai ek creator hai, lekin woh hum khud khud bhi samajh sakte hain kyunke hamari fitrat mein hi interwoven hai.</w:t>
      </w:r>
      <w:r>
        <w:br/>
      </w:r>
      <w:r>
        <w:rPr>
          <w:sz w:val="20"/>
        </w:rPr>
        <w:t>1:04:31  to woh bhi interwoven hai. jannat jahannum ka kya aisa hai? woh bhi kyunke dekhiye, jab ek insaan Allah ke liye apne aap ko dedicate karta hai, to in sab rool hai yeh concept ke us ko Allah ki taraf reward milega.</w:t>
      </w:r>
      <w:r>
        <w:br/>
      </w:r>
      <w:r>
        <w:rPr>
          <w:sz w:val="20"/>
        </w:rPr>
        <w:t>1:04:49  kaise nahin milega? reward ka concept nature mein maujood hai. reward ka concept nature mein maujood hai.</w:t>
      </w:r>
      <w:r>
        <w:br/>
      </w:r>
      <w:r>
        <w:rPr>
          <w:sz w:val="20"/>
        </w:rPr>
        <w:t>1:05:09  maulana, aaj ke lecture se ek main ne jo point mujhe bahut hi zyada important laga, woh yeh ke worldly glamour se apne aap ko bachane ke liye itni hi strong, us se bhi zyada strong realization of God and paradise zaroori hai.</w:t>
      </w:r>
      <w:r>
        <w:br/>
      </w:r>
      <w:r>
        <w:rPr>
          <w:sz w:val="20"/>
        </w:rPr>
        <w:t>1:05:30  tabhi aadmi in is tarah ke distractions se apne aap ko bacha pata hai. to yeh realization of God ka yeh naya dimension tha, maulana, mere liye.</w:t>
      </w:r>
      <w:r>
        <w:br/>
      </w:r>
      <w:r>
        <w:rPr>
          <w:sz w:val="20"/>
        </w:rPr>
        <w:t>1:05:44  kafi comment tha, maulana. achha, achha.</w:t>
      </w:r>
    </w:p>
    <w:p>
      <w:pPr>
        <w:pStyle w:val="Heading2"/>
      </w:pPr>
      <w:r>
        <w:t>Is Doomsday near and what should Muslims prioritize</w:t>
      </w:r>
    </w:p>
    <w:p>
      <w:r>
        <w:rPr>
          <w:color w:val="666666"/>
          <w:sz w:val="18"/>
        </w:rPr>
        <w:t>Faith &amp; God · Dars-e-Quran, Chapter 2, Verse 63-71 April 15, 2018 · 2m 10s · at 54:11 · https://youtu.be/4QSHnsRshnI?t=3251</w:t>
      </w:r>
    </w:p>
    <w:p>
      <w:r>
        <w:rPr>
          <w:i/>
        </w:rPr>
        <w:t>“Moulana Sahib, looking at such high corruption globally prevalent, violence being done in the name of God, and all kinds of evils increasing by the day, can we say that the Day of Judgment is very near? If yes, what should Muslims make their topmost priority right now?”</w:t>
      </w:r>
    </w:p>
    <w:p>
      <w:r>
        <w:rPr>
          <w:sz w:val="20"/>
        </w:rPr>
        <w:t>54:11  maulana, agla sawal lete hain jo bareilly se bheja hai sultan khan sahib ne. unhon ne likha hai: "maulana sahib, looking at such high corruption that is globally prevalent,</w:t>
      </w:r>
      <w:r>
        <w:br/>
      </w:r>
      <w:r>
        <w:rPr>
          <w:sz w:val="20"/>
        </w:rPr>
        <w:t>54:24  violence being done in the name of god, all kinds of evil increasing by the day. so, can we say that doomsday is very near?</w:t>
      </w:r>
      <w:r>
        <w:br/>
      </w:r>
      <w:r>
        <w:rPr>
          <w:sz w:val="20"/>
        </w:rPr>
        <w:t>54:36  if yes, what should muslims make that top most priority right now?"</w:t>
      </w:r>
      <w:r>
        <w:br/>
      </w:r>
      <w:r>
        <w:rPr>
          <w:sz w:val="20"/>
        </w:rPr>
        <w:t>54:45  dekhen, kisi ko yeh kehne ka haq nahi hai ke doomsday is very near, is liye ke quran mein saaf saaf elaan hai: "la tatikum illa baghtah".</w:t>
      </w:r>
      <w:r>
        <w:br/>
      </w:r>
      <w:r>
        <w:rPr>
          <w:sz w:val="20"/>
        </w:rPr>
        <w:t>55:02  yeh saatvi sadi, isi ke first quarter mein quran utra tha. us waqt elaan kiya gaya: "la tatikum illa baghtah".</w:t>
      </w:r>
      <w:r>
        <w:br/>
      </w:r>
      <w:r>
        <w:rPr>
          <w:sz w:val="20"/>
        </w:rPr>
        <w:t>55:13  qayamat aaye gi achaanak hi, suddenly. to kisi ko haq nahi hai kehne ka. jab yaani chaudah sau saal ho gaye, abhi qayamat nahi aayi.</w:t>
      </w:r>
      <w:r>
        <w:br/>
      </w:r>
      <w:r>
        <w:rPr>
          <w:sz w:val="20"/>
        </w:rPr>
        <w:t>55:30  agarche quran mein tha ke bohat aaye gi, to abhi qayamat kab tak na aaye? kab tak allah taala ko manzoor ho ke is ko roka jaye?</w:t>
      </w:r>
      <w:r>
        <w:br/>
      </w:r>
      <w:r>
        <w:rPr>
          <w:sz w:val="20"/>
        </w:rPr>
        <w:t>55:41  to yeh kisi ko kehne ka haq nahi hai.</w:t>
      </w:r>
      <w:r>
        <w:br/>
      </w:r>
      <w:r>
        <w:rPr>
          <w:sz w:val="20"/>
        </w:rPr>
        <w:t>55:47  aur maulana, abhi musalmanon ko top most priority kya lena chahiye? is ke bare mein aap ki kya guidance hogi? sirf dawat, aur dawat ka mani hai nafrat chhodna,</w:t>
      </w:r>
      <w:r>
        <w:br/>
      </w:r>
      <w:r>
        <w:rPr>
          <w:sz w:val="20"/>
        </w:rPr>
        <w:t>56:01  tashaddud chhodna, society babing chhodna, pathar marna nahi chhodna, qaumon ko apna dost samajhna, insan friendly behaviour apnana,</w:t>
      </w:r>
      <w:r>
        <w:br/>
      </w:r>
      <w:r>
        <w:rPr>
          <w:sz w:val="20"/>
        </w:rPr>
        <w:t>56:15  aur quran ko phailana. bas.</w:t>
      </w:r>
    </w:p>
    <w:p>
      <w:pPr>
        <w:pStyle w:val="Heading2"/>
      </w:pPr>
      <w:r>
        <w:t>Is It True That Service Leads to God?</w:t>
      </w:r>
    </w:p>
    <w:p>
      <w:r>
        <w:rPr>
          <w:color w:val="666666"/>
          <w:sz w:val="18"/>
        </w:rPr>
        <w:t>Faith &amp; God · Stress and Spirituality January 1, 2012 · 2m 30s · at 1:19:15 · https://youtu.be/TPhXL9-g6ME?t=4755</w:t>
      </w:r>
    </w:p>
    <w:p>
      <w:r>
        <w:rPr>
          <w:i/>
        </w:rPr>
        <w:t>“Moulana, a person said that God is found through service, that is, service gives peace. To what extent is this correct?”</w:t>
      </w:r>
    </w:p>
    <w:p>
      <w:r>
        <w:rPr>
          <w:sz w:val="20"/>
        </w:rPr>
        <w:t>1:19:15  maulana, agla sawal aaya hai maulana fard ahmad salfi ka, tamil nadu se. unhone likha hai: "maulana, ek sahab ne farmaya ke khidmat se khuda milta hai.</w:t>
      </w:r>
      <w:r>
        <w:br/>
      </w:r>
      <w:r>
        <w:rPr>
          <w:sz w:val="20"/>
        </w:rPr>
        <w:t>1:19:27  yaani khidmat se sukoon milta hai. yeh kahan tak sahi hai?"</w:t>
      </w:r>
      <w:r>
        <w:br/>
      </w:r>
      <w:r>
        <w:rPr>
          <w:sz w:val="20"/>
        </w:rPr>
        <w:t>1:19:34  yeh to ek galat philosophy hai. aaj kal bahut phaila hua hai yeh. yeh secular logon ki philosophy hai yeh. main is ko islam ki philosophy nahi manta.</w:t>
      </w:r>
      <w:r>
        <w:br/>
      </w:r>
      <w:r>
        <w:rPr>
          <w:sz w:val="20"/>
        </w:rPr>
        <w:t>1:19:45  is liye ke quran mein saaf saaf hai ke أَلَا بِذِكْرِ اللَّهِ تَطْمَئِنُّ الْقُلُوبُ . zikr khudaawandi se sukoon milta hai. to aap kahein ke khidmat se milta hai.</w:t>
      </w:r>
      <w:r>
        <w:br/>
      </w:r>
      <w:r>
        <w:rPr>
          <w:sz w:val="20"/>
        </w:rPr>
        <w:t>1:19:57  is ki sab se badi shayad tareekh mein sab se badi misaal jo hai mother teresa ki hai.</w:t>
      </w:r>
      <w:r>
        <w:br/>
      </w:r>
      <w:r>
        <w:rPr>
          <w:sz w:val="20"/>
        </w:rPr>
        <w:t>1:20:03  ma sha Allah poori tareekh mein shayad is se badi misaal koi nahi hogi. ke mother teresa ne apni poori zindagi khidmat khalq mein guzari. poori zindagi khidmat khalq mein.</w:t>
      </w:r>
      <w:r>
        <w:br/>
      </w:r>
      <w:r>
        <w:rPr>
          <w:sz w:val="20"/>
        </w:rPr>
        <w:t>1:20:15  aur isi liye is ko nobel prize mila. isi liye nobel prize mila is ko. lekin marne ke baad jo is ke haalaat chhape hain woh main ne padha to us mein woh kehta hai ke she died in agony .</w:t>
      </w:r>
      <w:r>
        <w:br/>
      </w:r>
      <w:r>
        <w:rPr>
          <w:sz w:val="20"/>
        </w:rPr>
        <w:t>1:20:35  sohan rooh mein in ka khatma hua. to khidmat khalq mein agar sukoon ho to un ko sukoon ko nahi mila.</w:t>
      </w:r>
      <w:r>
        <w:br/>
      </w:r>
      <w:r>
        <w:rPr>
          <w:sz w:val="20"/>
        </w:rPr>
        <w:t>1:20:44  mother teresa ko.</w:t>
      </w:r>
      <w:r>
        <w:br/>
      </w:r>
      <w:r>
        <w:rPr>
          <w:sz w:val="20"/>
        </w:rPr>
        <w:t>1:20:48  yeh bilkul galat tasawwur hai aur waqeaat is ki tasdeeq nahi karte.</w:t>
      </w:r>
      <w:r>
        <w:br/>
      </w:r>
      <w:r>
        <w:rPr>
          <w:sz w:val="20"/>
        </w:rPr>
        <w:t>1:20:57  waqeaat is ki tasdeeq nahi karte. kisi ko shakk ho to mother teresa ki life padhein woh.</w:t>
      </w:r>
      <w:r>
        <w:br/>
      </w:r>
      <w:r>
        <w:rPr>
          <w:sz w:val="20"/>
        </w:rPr>
        <w:t>1:21:03  jis ne un ki zindagi pe research kiya hai aur un ke haalaat likhe hain woh kehta hai ke she died in agony . to aaj bhi wahi sahi hai formula ke أَلَا بِذِكْرِ اللَّهِ تَطْمَئِنُّ الْقُلُوبُ .</w:t>
      </w:r>
      <w:r>
        <w:br/>
      </w:r>
      <w:r>
        <w:rPr>
          <w:sz w:val="20"/>
        </w:rPr>
        <w:t>1:21:18  zikr Allah ke maani yeh nahi ke Allah ki japp karna. wird karna Allah Allah Allah Allah Allah. yeh yeh harghiz nahi hai.</w:t>
      </w:r>
      <w:r>
        <w:br/>
      </w:r>
      <w:r>
        <w:rPr>
          <w:sz w:val="20"/>
        </w:rPr>
        <w:t>1:21:25  nahi Allah mein jeena.</w:t>
      </w:r>
      <w:r>
        <w:br/>
      </w:r>
      <w:r>
        <w:rPr>
          <w:sz w:val="20"/>
        </w:rPr>
        <w:t>1:21:30  Allah ki yaadon mein jeena. Allah ke sifaat aaliya ko discover karna. Allah ki rehmaton ko daryaft kar kar ke is se apni rooh ko ghiza lena.</w:t>
      </w:r>
      <w:r>
        <w:br/>
      </w:r>
      <w:r>
        <w:rPr>
          <w:sz w:val="20"/>
        </w:rPr>
        <w:t>1:21:41  yeh hai.</w:t>
      </w:r>
    </w:p>
    <w:p>
      <w:pPr>
        <w:pStyle w:val="Heading2"/>
      </w:pPr>
      <w:r>
        <w:t>Is Paradise where we see Allah</w:t>
      </w:r>
    </w:p>
    <w:p>
      <w:r>
        <w:rPr>
          <w:color w:val="666666"/>
          <w:sz w:val="18"/>
        </w:rPr>
        <w:t>Faith &amp; God · The Expression of Faith (Izhar e Deen) September 1, 2013 · 2m 52s · at 56:09 · https://youtu.be/muBDJ8a_8-0?t=3369</w:t>
      </w:r>
    </w:p>
    <w:p>
      <w:r>
        <w:rPr>
          <w:i/>
        </w:rPr>
        <w:t>“مولانا، कैन वी से दैट जन्नत वो है जहां अल्लाह ताला का दीदार होगा और अ प्लेस वेयर वी विल मीट अल्लाह?”</w:t>
      </w:r>
    </w:p>
    <w:p>
      <w:r>
        <w:rPr>
          <w:sz w:val="20"/>
        </w:rPr>
        <w:t>56:09  maulana agla sawal dilli se hai, muhammad asif khan sahib ka. unhon ne likha hai: "maulana, can we say that jannat woh hai jahan Allah taala ka deedaar hoga aur a place where we will meet Allah?" haan, saheeh hai.</w:t>
      </w:r>
      <w:r>
        <w:br/>
      </w:r>
      <w:r>
        <w:rPr>
          <w:sz w:val="20"/>
        </w:rPr>
        <w:t>56:28  saheeh hai.</w:t>
      </w:r>
      <w:r>
        <w:br/>
      </w:r>
      <w:r>
        <w:rPr>
          <w:sz w:val="20"/>
        </w:rPr>
        <w:t>56:31  hadees mein aata hai ke rasool Allah se poocha gaya ke kya hum jab akhirat mein Allah ko dekhen gay to aap ne farmaya ke haan,</w:t>
      </w:r>
      <w:r>
        <w:br/>
      </w:r>
      <w:r>
        <w:rPr>
          <w:sz w:val="20"/>
        </w:rPr>
        <w:t>56:45  jis tarah tum suraj chand ko dekhtay ho, aisay hi dekho gay. aap ghor kijiye, ek banday ne is dunya mein socha ke kaun woh hasti hai jis ne mujhe banaya?</w:t>
      </w:r>
      <w:r>
        <w:br/>
      </w:r>
      <w:r>
        <w:rPr>
          <w:sz w:val="20"/>
        </w:rPr>
        <w:t>57:00  aisa insan kaise ban gaya? kaun hai jo mujhe sambhalay hue hain? kaun hai jo mere liye life support system intazam kar rakha hai?</w:t>
      </w:r>
      <w:r>
        <w:br/>
      </w:r>
      <w:r>
        <w:rPr>
          <w:sz w:val="20"/>
        </w:rPr>
        <w:t>57:11  woh kaun hai? mera khaliq kaun hai? mera rab kaun hai? is sari umar isi mein sochta raha woh.</w:t>
      </w:r>
      <w:r>
        <w:br/>
      </w:r>
      <w:r>
        <w:rPr>
          <w:sz w:val="20"/>
        </w:rPr>
        <w:t>57:20  aur aur dunya mein to is liye nahi dekh paya woh ke ghayb ki dunya yahan to wahan bhi nahi dekhe ga woh</w:t>
      </w:r>
      <w:r>
        <w:br/>
      </w:r>
      <w:r>
        <w:rPr>
          <w:sz w:val="20"/>
        </w:rPr>
        <w:t>57:27  woh to sab se bari, sab bari, sab se bari nemmat hai jo Allah taala us ko day ga, apna deedaar. agar deedaar ilahi na ho to phir jannat bhi bekar hai.</w:t>
      </w:r>
      <w:r>
        <w:br/>
      </w:r>
      <w:r>
        <w:rPr>
          <w:sz w:val="20"/>
        </w:rPr>
        <w:t>57:39  to yeh poori, yeh yeh ek momin ki sab se bari tamanna yeh honi chahiye ke woh kabhi woh waqt aaye ke woh Allah ka deedaar kar sakay.</w:t>
      </w:r>
      <w:r>
        <w:br/>
      </w:r>
      <w:r>
        <w:rPr>
          <w:sz w:val="20"/>
        </w:rPr>
        <w:t>57:49  sab se bari tamanna</w:t>
      </w:r>
      <w:r>
        <w:br/>
      </w:r>
      <w:r>
        <w:rPr>
          <w:sz w:val="20"/>
        </w:rPr>
        <w:t>57:52  yeh to iman ka sab se bara darja hai ke aap is tamanna mein jayen. aap is is tamanna mein jayen ke woh waqt aaye jab ke main Allah ko dekhon aur direct ek keh sakoon ke khuda-e-to mera khuda hai.</w:t>
      </w:r>
      <w:r>
        <w:br/>
      </w:r>
      <w:r>
        <w:rPr>
          <w:sz w:val="20"/>
        </w:rPr>
        <w:t>58:10  jahan main kehta hoon jab ke mere samnay Allah nahi hai, yahan main kehta hoon ke aye Allah, tu mera Allah hai.</w:t>
      </w:r>
      <w:r>
        <w:br/>
      </w:r>
      <w:r>
        <w:rPr>
          <w:sz w:val="20"/>
        </w:rPr>
        <w:t>58:20  woh ghayb mein hai Khuda.</w:t>
      </w:r>
      <w:r>
        <w:br/>
      </w:r>
      <w:r>
        <w:rPr>
          <w:sz w:val="20"/>
        </w:rPr>
        <w:t>58:22  to yeh rooh tarpati hai momin ki. momin ki rooh mein aik tarp hoti hai, tarp ke kaash woh din aaye ke main Allah ke samne khara hoon aur us waqt kahoon ke khuda ya tu mera khuda hai.</w:t>
      </w:r>
      <w:r>
        <w:br/>
      </w:r>
      <w:r>
        <w:rPr>
          <w:sz w:val="20"/>
        </w:rPr>
        <w:t>58:38  main tujh ko ghayb mein bana tha, aaj main tujh ko shoor mein iqrar karta hoon. yeh to sab se bara tajruba hoga.</w:t>
      </w:r>
      <w:r>
        <w:br/>
      </w:r>
      <w:r>
        <w:rPr>
          <w:sz w:val="20"/>
        </w:rPr>
        <w:t>58:48  woh dunya jo aanay wali hai, is ka safar experience yahi hoga ke aap Allah ko dekhenge aur Allah se direct baat kar sakenge.</w:t>
      </w:r>
    </w:p>
    <w:p>
      <w:pPr>
        <w:pStyle w:val="Heading2"/>
      </w:pPr>
      <w:r>
        <w:t>Is Religion a Complete System of Life?</w:t>
      </w:r>
    </w:p>
    <w:p>
      <w:r>
        <w:rPr>
          <w:color w:val="666666"/>
          <w:sz w:val="18"/>
        </w:rPr>
        <w:t>Faith &amp; God · Age of Peace November 18, 2012 · 2m 17s · at 1:11:41 · https://youtu.be/Y9nkQnBqbrs?t=4301</w:t>
      </w:r>
    </w:p>
    <w:p>
      <w:r>
        <w:rPr>
          <w:i/>
        </w:rPr>
        <w:t>“Is it correct to say that religion is a complete system of life?”</w:t>
      </w:r>
    </w:p>
    <w:p>
      <w:r>
        <w:rPr>
          <w:sz w:val="20"/>
        </w:rPr>
        <w:t>1:11:41  maulana, agla sawal bangalore se hai. maulana inayat umri sahib ka, unhone likha hai: "maulana, kya yeh kehna sahi hai ke deen ek mukammal nizam hayat hai?" is ke bare mein aap batayein.</w:t>
      </w:r>
      <w:r>
        <w:br/>
      </w:r>
      <w:r>
        <w:rPr>
          <w:sz w:val="20"/>
        </w:rPr>
        <w:t>1:11:56  yeh term bilkul galat hai. yeh kahin na quran mein islam hua, na hadith mein istemal hua.</w:t>
      </w:r>
      <w:r>
        <w:br/>
      </w:r>
      <w:r>
        <w:rPr>
          <w:sz w:val="20"/>
        </w:rPr>
        <w:t>1:12:03  yeh to musalmanon ne garh rakha hai. quran ke mutabiq, hadith ke mutabiq, deen ek ideology hai. lehaza hum hayat ka lafz jo hai, sahi nahi hai is ke liye.</w:t>
      </w:r>
      <w:r>
        <w:br/>
      </w:r>
      <w:r>
        <w:rPr>
          <w:sz w:val="20"/>
        </w:rPr>
        <w:t>1:12:14  ideology hai, yani ek soch deta hai, ek thinking deta hai, haan, ek mind banata hai. ek kitab hai, is ko aap parh lijiye: "da mind quran builds".</w:t>
      </w:r>
      <w:r>
        <w:br/>
      </w:r>
      <w:r>
        <w:rPr>
          <w:sz w:val="20"/>
        </w:rPr>
        <w:t>1:12:29  "da mind quran builds"</w:t>
      </w:r>
      <w:r>
        <w:br/>
      </w:r>
      <w:r>
        <w:rPr>
          <w:sz w:val="20"/>
        </w:rPr>
        <w:t>1:12:32  wahi wahi kal hai, yani mind banaya jaye, yeh islam ka nishana hai. nizam-e-hayat ka tasawwur bilkul liya gaya hai, yeh marxism se.</w:t>
      </w:r>
      <w:r>
        <w:br/>
      </w:r>
      <w:r>
        <w:rPr>
          <w:sz w:val="20"/>
        </w:rPr>
        <w:t>1:12:43  yeh marxism ka tasawwur hai, yeh nizam-e-hayat ka tasawwur. to "da mind quran builds" jo kitab hai, is ko aap parhiye.</w:t>
      </w:r>
      <w:r>
        <w:br/>
      </w:r>
      <w:r>
        <w:rPr>
          <w:sz w:val="20"/>
        </w:rPr>
        <w:t>1:12:54  is mein unhon ne woh ayatein jama ki hain jin se maloom hota hai ke koi quran kis qism ka zehan banana chahta hai.</w:t>
      </w:r>
      <w:r>
        <w:br/>
      </w:r>
      <w:r>
        <w:rPr>
          <w:sz w:val="20"/>
        </w:rPr>
        <w:t>1:13:01  web thinking kaisi honi chahiye, yeh batata hai. aap ki personality jis se banti hai, woh soch kya hai, woh batata hai.</w:t>
      </w:r>
      <w:r>
        <w:br/>
      </w:r>
      <w:r>
        <w:rPr>
          <w:sz w:val="20"/>
        </w:rPr>
        <w:t>1:13:11  to asal cheez, cheez aisi cheez duniya mein matloob hai, woh hai ke aap ke andar positive personality bane.</w:t>
      </w:r>
      <w:r>
        <w:br/>
      </w:r>
      <w:r>
        <w:rPr>
          <w:sz w:val="20"/>
        </w:rPr>
        <w:t>1:13:19  aap ke andar aisi personality bane jo hate se khali ho, jis ke andar logon ke liye khair khwahi ho, jis ke andar yani accountability ka jazba ho, jo akhirat ko soche, jo jannat ka mushtaq ho.</w:t>
      </w:r>
      <w:r>
        <w:br/>
      </w:r>
      <w:r>
        <w:rPr>
          <w:sz w:val="20"/>
        </w:rPr>
        <w:t>1:13:33  yeh personality bane, yeh target, yeh zabte, mukammal zabte ka jo lafz hai, yeh bilkul bid'at hai. is mein koi shakk nahi hai, is ka koi talluq nahi hai, yani islam se aur quran se</w:t>
      </w:r>
      <w:r>
        <w:br/>
      </w:r>
      <w:r>
        <w:rPr>
          <w:sz w:val="20"/>
        </w:rPr>
        <w:t>1:13:47  nahi hai. yeh sar-ta-pa hai, ek mubtadaana concept hai. ek mubtadaana matlab innovati, innovati concept, innovative concept.</w:t>
      </w:r>
    </w:p>
    <w:p>
      <w:pPr>
        <w:pStyle w:val="Heading2"/>
      </w:pPr>
      <w:r>
        <w:t>Is Sorcery Real and Harmful</w:t>
      </w:r>
    </w:p>
    <w:p>
      <w:r>
        <w:rPr>
          <w:color w:val="666666"/>
          <w:sz w:val="18"/>
        </w:rPr>
        <w:t>Faith &amp; God · Social Reform | December 22, 2013 | Maulana Wahiduddin Khan · 3m 11s · at 59:48 · https://youtu.be/kGP903BvDto?t=3588</w:t>
      </w:r>
    </w:p>
    <w:p>
      <w:r>
        <w:rPr>
          <w:i/>
        </w:rPr>
        <w:t>“Maulana, is sorcery correct? Can anybody harm any other person by so-called amaliyat? I ask this question because there are more and”</w:t>
      </w:r>
    </w:p>
    <w:p>
      <w:r>
        <w:rPr>
          <w:sz w:val="20"/>
        </w:rPr>
        <w:t>59:48  maulana, agla sawal chennai se kya hai v m khaleel ur rehman sahib ne.</w:t>
      </w:r>
      <w:r>
        <w:br/>
      </w:r>
      <w:r>
        <w:rPr>
          <w:sz w:val="20"/>
        </w:rPr>
        <w:t>59:52  unhon ne likha hai: "maulana, is sorcery correct?</w:t>
      </w:r>
      <w:r>
        <w:br/>
      </w:r>
      <w:r>
        <w:rPr>
          <w:sz w:val="20"/>
        </w:rPr>
        <w:t>59:57  can anybody harm any other person by so-called amliyat? i ask this question because there are more and</w:t>
      </w:r>
      <w:r>
        <w:br/>
      </w:r>
      <w:r>
        <w:rPr>
          <w:sz w:val="20"/>
        </w:rPr>
        <w:t>1:00:01  more people indulging in this act.</w:t>
      </w:r>
      <w:r>
        <w:br/>
      </w:r>
      <w:r>
        <w:rPr>
          <w:sz w:val="20"/>
        </w:rPr>
        <w:t>1:00:05  and sometimes even by threatening the people.</w:t>
      </w:r>
      <w:r>
        <w:br/>
      </w:r>
      <w:r>
        <w:rPr>
          <w:sz w:val="20"/>
        </w:rPr>
        <w:t>1:00:09  what is your com</w:t>
      </w:r>
      <w:r>
        <w:br/>
      </w:r>
      <w:r>
        <w:rPr>
          <w:sz w:val="20"/>
        </w:rPr>
        <w:t>1:00:14  ment? dekhen, main khud to is ko bilkul hi superstition samajhta hoon.</w:t>
      </w:r>
      <w:r>
        <w:br/>
      </w:r>
      <w:r>
        <w:rPr>
          <w:sz w:val="20"/>
        </w:rPr>
        <w:t>1:00:18  koi bhi amliyati, koi bhi is qism ka jo amal karte hain log, is se kisi ko nuqsan</w:t>
      </w:r>
      <w:r>
        <w:br/>
      </w:r>
      <w:r>
        <w:rPr>
          <w:sz w:val="20"/>
        </w:rPr>
        <w:t>1:00:23  pohanchne wala nahi hai.</w:t>
      </w:r>
      <w:r>
        <w:br/>
      </w:r>
      <w:r>
        <w:rPr>
          <w:sz w:val="20"/>
        </w:rPr>
        <w:t>1:00:27  harghiz nahi hai.</w:t>
      </w:r>
      <w:r>
        <w:br/>
      </w:r>
      <w:r>
        <w:rPr>
          <w:sz w:val="20"/>
        </w:rPr>
        <w:t>1:00:31  laisa laka alaihim min sultaan.</w:t>
      </w:r>
      <w:r>
        <w:br/>
      </w:r>
      <w:r>
        <w:rPr>
          <w:sz w:val="20"/>
        </w:rPr>
        <w:t>1:00:36  main aap ko aik qissa batata hoon, bohat hi yani bohat hi ajeeb qissa.</w:t>
      </w:r>
      <w:r>
        <w:br/>
      </w:r>
      <w:r>
        <w:rPr>
          <w:sz w:val="20"/>
        </w:rPr>
        <w:t>1:00:40  dekhen, aik baar main dilli mein</w:t>
      </w:r>
      <w:r>
        <w:br/>
      </w:r>
      <w:r>
        <w:rPr>
          <w:sz w:val="20"/>
        </w:rPr>
        <w:t>1:00:45  aik sahib ke haan gaya.</w:t>
      </w:r>
      <w:r>
        <w:br/>
      </w:r>
      <w:r>
        <w:rPr>
          <w:sz w:val="20"/>
        </w:rPr>
        <w:t>1:00:49  unhon ne bulaya tha mujhe.</w:t>
      </w:r>
      <w:r>
        <w:br/>
      </w:r>
      <w:r>
        <w:rPr>
          <w:sz w:val="20"/>
        </w:rPr>
        <w:t>1:00:53  to jis kamre mein unhon ne bithaya tha, aik bara sa kamra tha, us mein aik side mein</w:t>
      </w:r>
      <w:r>
        <w:br/>
      </w:r>
      <w:r>
        <w:rPr>
          <w:sz w:val="20"/>
        </w:rPr>
        <w:t>1:00:57  aik choti si kothri thi. side mein.</w:t>
      </w:r>
      <w:r>
        <w:br/>
      </w:r>
      <w:r>
        <w:rPr>
          <w:sz w:val="20"/>
        </w:rPr>
        <w:t>1:01:02  to kisi wajah se main ne woh kothri kholi, darwaza khola to wahan aisa hi aik zara bara,</w:t>
      </w:r>
      <w:r>
        <w:br/>
      </w:r>
      <w:r>
        <w:rPr>
          <w:sz w:val="20"/>
        </w:rPr>
        <w:t>1:01:06  is glass se zara baray bara aik bartan tha rakha hua.</w:t>
      </w:r>
      <w:r>
        <w:br/>
      </w:r>
      <w:r>
        <w:rPr>
          <w:sz w:val="20"/>
        </w:rPr>
        <w:t>1:01:10  aur us ke andar yani bijli ke ta</w:t>
      </w:r>
      <w:r>
        <w:br/>
      </w:r>
      <w:r>
        <w:rPr>
          <w:sz w:val="20"/>
        </w:rPr>
        <w:t>1:01:15  ar ke zariye se light jali hui thi. aag.</w:t>
      </w:r>
      <w:r>
        <w:br/>
      </w:r>
      <w:r>
        <w:rPr>
          <w:sz w:val="20"/>
        </w:rPr>
        <w:t>1:01:19  aag is mein ho rahi thi.</w:t>
      </w:r>
      <w:r>
        <w:br/>
      </w:r>
      <w:r>
        <w:rPr>
          <w:sz w:val="20"/>
        </w:rPr>
        <w:t>1:01:24  is mein aik chhuri daali thi is ke andar. chhuri.</w:t>
      </w:r>
      <w:r>
        <w:br/>
      </w:r>
      <w:r>
        <w:rPr>
          <w:sz w:val="20"/>
        </w:rPr>
        <w:t>1:01:28  yani is bartan mein bijli ke zariye se aag jal rahi thi.</w:t>
      </w:r>
      <w:r>
        <w:br/>
      </w:r>
      <w:r>
        <w:rPr>
          <w:sz w:val="20"/>
        </w:rPr>
        <w:t>1:01:33  aur is mein aik chhuri daali hui thi.</w:t>
      </w:r>
      <w:r>
        <w:br/>
      </w:r>
      <w:r>
        <w:rPr>
          <w:sz w:val="20"/>
        </w:rPr>
        <w:t>1:01:37  to main ne un se poocha ke yeh kya cheez hai? kyunke aik anokha scene tha woh mere liye.</w:t>
      </w:r>
      <w:r>
        <w:br/>
      </w:r>
      <w:r>
        <w:rPr>
          <w:sz w:val="20"/>
        </w:rPr>
        <w:t>1:01:42  to unhon ne kaha ke hamare ghar mein jewellery chori ho gayi hai.</w:t>
      </w:r>
      <w:r>
        <w:br/>
      </w:r>
      <w:r>
        <w:rPr>
          <w:sz w:val="20"/>
        </w:rPr>
        <w:t>1:01:46  koi nikaal le gaya hai.</w:t>
      </w:r>
      <w:r>
        <w:br/>
      </w:r>
      <w:r>
        <w:rPr>
          <w:sz w:val="20"/>
        </w:rPr>
        <w:t>1:01:49  to aik sahib ne jo amliyat ke maahir the, unhon ne bataya ke yeh aisa karo to kuch</w:t>
      </w:r>
      <w:r>
        <w:br/>
      </w:r>
      <w:r>
        <w:rPr>
          <w:sz w:val="20"/>
        </w:rPr>
        <w:t>1:01:52  parha hai, unhon ne parh kar ke kiya kiya hai ke yeh jo chhuri jo hai, is ke</w:t>
      </w:r>
      <w:r>
        <w:br/>
      </w:r>
      <w:r>
        <w:rPr>
          <w:sz w:val="20"/>
        </w:rPr>
        <w:t>1:01:55  seene mein ghase gi.</w:t>
      </w:r>
      <w:r>
        <w:br/>
      </w:r>
      <w:r>
        <w:rPr>
          <w:sz w:val="20"/>
        </w:rPr>
        <w:t>1:01:58  yahan jo chhuri hum ne is mein dakhil ki hai, woh is ke seenay mein ghuse gi.</w:t>
      </w:r>
      <w:r>
        <w:br/>
      </w:r>
      <w:r>
        <w:rPr>
          <w:sz w:val="20"/>
        </w:rPr>
        <w:t>1:02:01  is ko itna be taab kare gi ke woh Jewellery la ke aap ke kamray mein daal de ga.</w:t>
      </w:r>
      <w:r>
        <w:br/>
      </w:r>
      <w:r>
        <w:rPr>
          <w:sz w:val="20"/>
        </w:rPr>
        <w:t>1:02:04  aap ke ghar mein daal de ga woh.</w:t>
      </w:r>
      <w:r>
        <w:br/>
      </w:r>
      <w:r>
        <w:rPr>
          <w:sz w:val="20"/>
        </w:rPr>
        <w:t>1:02:07  aisa kuch bhi nahi hua.</w:t>
      </w:r>
      <w:r>
        <w:br/>
      </w:r>
      <w:r>
        <w:rPr>
          <w:sz w:val="20"/>
        </w:rPr>
        <w:t>1:02:10  woh chori ho gayi, chori ho gayi.</w:t>
      </w:r>
      <w:r>
        <w:br/>
      </w:r>
      <w:r>
        <w:rPr>
          <w:sz w:val="20"/>
        </w:rPr>
        <w:t>1:02:13  to yeh sab</w:t>
      </w:r>
      <w:r>
        <w:br/>
      </w:r>
      <w:r>
        <w:rPr>
          <w:sz w:val="20"/>
        </w:rPr>
        <w:t>1:02:16  aik aik sab Superstition hai.</w:t>
      </w:r>
      <w:r>
        <w:br/>
      </w:r>
      <w:r>
        <w:rPr>
          <w:sz w:val="20"/>
        </w:rPr>
        <w:t>1:02:20  aik False Business hai.</w:t>
      </w:r>
      <w:r>
        <w:br/>
      </w:r>
      <w:r>
        <w:rPr>
          <w:sz w:val="20"/>
        </w:rPr>
        <w:t>1:02:24  is ko mein kahoon ga False Hope Business.</w:t>
      </w:r>
      <w:r>
        <w:br/>
      </w:r>
      <w:r>
        <w:rPr>
          <w:sz w:val="20"/>
        </w:rPr>
        <w:t>1:02:28  yeh False Hope Business hai, mehfoza umeedon ki tijarat.</w:t>
      </w:r>
      <w:r>
        <w:br/>
      </w:r>
      <w:r>
        <w:rPr>
          <w:sz w:val="20"/>
        </w:rPr>
        <w:t>1:02:31  is se ziyada is ki koi haqeeqat nahi hai.</w:t>
      </w:r>
      <w:r>
        <w:br/>
      </w:r>
      <w:r>
        <w:rPr>
          <w:sz w:val="20"/>
        </w:rPr>
        <w:t>1:02:35  yeh jo log yaani jin ke andar samajh nahi hoti, woh is mein phans jatay hain.</w:t>
      </w:r>
      <w:r>
        <w:br/>
      </w:r>
      <w:r>
        <w:rPr>
          <w:sz w:val="20"/>
        </w:rPr>
        <w:t>1:02:39  aur bohat bari raqamen is mein kharch karte hain.</w:t>
      </w:r>
      <w:r>
        <w:br/>
      </w:r>
      <w:r>
        <w:rPr>
          <w:sz w:val="20"/>
        </w:rPr>
        <w:t>1:02:43  beh-haal, mein is ko baal</w:t>
      </w:r>
      <w:r>
        <w:br/>
      </w:r>
      <w:r>
        <w:rPr>
          <w:sz w:val="20"/>
        </w:rPr>
        <w:t>1:02:46  kal Baseless samajhta hoon.</w:t>
      </w:r>
      <w:r>
        <w:br/>
      </w:r>
      <w:r>
        <w:rPr>
          <w:sz w:val="20"/>
        </w:rPr>
        <w:t>1:02:51  aur is ki koi haqeeqat nahi hai.</w:t>
      </w:r>
      <w:r>
        <w:br/>
      </w:r>
      <w:r>
        <w:rPr>
          <w:sz w:val="20"/>
        </w:rPr>
        <w:t>1:02:55  na Scientific aitbaar se aur na deen ke aitbaar se.</w:t>
      </w:r>
    </w:p>
    <w:p>
      <w:pPr>
        <w:pStyle w:val="Heading2"/>
      </w:pPr>
      <w:r>
        <w:t>Is going to Paradise difficult?</w:t>
      </w:r>
    </w:p>
    <w:p>
      <w:r>
        <w:rPr>
          <w:color w:val="666666"/>
          <w:sz w:val="18"/>
        </w:rPr>
        <w:t>Faith &amp; God · God Gives in Abundance 13 Oct 2019 - Maulana Wahiduddin Khan · 2m 47s · at 43:58 · https://youtu.be/eC4RaczXBzM?t=2638</w:t>
      </w:r>
    </w:p>
    <w:p>
      <w:r>
        <w:rPr>
          <w:i/>
        </w:rPr>
        <w:t>“It was a very hopeful lecture. Many people say that going to Paradise is difficult. Is that correct? Is going to Paradise difficult?”</w:t>
      </w:r>
    </w:p>
    <w:p>
      <w:r>
        <w:rPr>
          <w:sz w:val="20"/>
        </w:rPr>
        <w:t>43:58  maulana, agla sawal boston se asad parvez sahib ne bheja hai. unhone likha hai: "maulana, it was a very hopeful lecture.</w:t>
      </w:r>
      <w:r>
        <w:br/>
      </w:r>
      <w:r>
        <w:rPr>
          <w:sz w:val="20"/>
        </w:rPr>
        <w:t>44:09  many people say that going to paradise is difficult. is that correct? kya jannat jana mushkil hai?" hargiz nahi.</w:t>
      </w:r>
      <w:r>
        <w:br/>
      </w:r>
      <w:r>
        <w:rPr>
          <w:sz w:val="20"/>
        </w:rPr>
        <w:t>44:23  aap is ki shart poori keejiye. condition woh yeh hai ke aap apne aap ko deejie Allah ke cause mein.</w:t>
      </w:r>
      <w:r>
        <w:br/>
      </w:r>
      <w:r>
        <w:rPr>
          <w:sz w:val="20"/>
        </w:rPr>
        <w:t>44:33  aap ke paas jo paisa hai, jo energy hai, jo time hai, is ko deejie Allah ke cause mein. to jannat se ziyada aasan koi cheez nahin.</w:t>
      </w:r>
      <w:r>
        <w:br/>
      </w:r>
      <w:r>
        <w:rPr>
          <w:sz w:val="20"/>
        </w:rPr>
        <w:t>44:43  lekin aap kuch na dein, apna paisa aap idhar udhar zaya karein, apna energy idhar udhar zaya karein, apna time idhar udhar zaya karein.</w:t>
      </w:r>
      <w:r>
        <w:br/>
      </w:r>
      <w:r>
        <w:rPr>
          <w:sz w:val="20"/>
        </w:rPr>
        <w:t>44:58  to zahir hai ke aisi haalat mein kyun aap ko jannat mile gi?</w:t>
      </w:r>
      <w:r>
        <w:br/>
      </w:r>
      <w:r>
        <w:rPr>
          <w:sz w:val="20"/>
        </w:rPr>
        <w:t>45:08  Maulana Aamir Mory sahib ne, Aamir Mory sahib ne gawah se likha hai: "My take away from today lecture is that we should always live in Alhamdulillah culture.</w:t>
      </w:r>
      <w:r>
        <w:br/>
      </w:r>
      <w:r>
        <w:rPr>
          <w:sz w:val="20"/>
        </w:rPr>
        <w:t>45:20  We have been blessed with infinite items of shukr, which should definitely make us grateful towards God. Thank you Maulana for instilling this spirit in us.</w:t>
      </w:r>
      <w:r>
        <w:br/>
      </w:r>
      <w:r>
        <w:rPr>
          <w:sz w:val="20"/>
        </w:rPr>
        <w:t>45:32  My question is that what is the criteria of hoping that God will bless us more than what we desire in the hereafter?" is ke bare mein bataein.</w:t>
      </w:r>
      <w:r>
        <w:br/>
      </w:r>
      <w:r>
        <w:rPr>
          <w:sz w:val="20"/>
        </w:rPr>
        <w:t>45:46  dekhiye, Quran ka jo chautha para hai: "lan tanalbirratan faqooru min muhibbeen", aap ki jo mehboob cheez hai, us ko aap dein Allah ke liye.</w:t>
      </w:r>
      <w:r>
        <w:br/>
      </w:r>
      <w:r>
        <w:rPr>
          <w:sz w:val="20"/>
        </w:rPr>
        <w:t>46:01  aap ka maal, aap ke time, aap ki energy, jo aap ko mehboob hai, woh dein Allah ke liye.</w:t>
      </w:r>
      <w:r>
        <w:br/>
      </w:r>
      <w:r>
        <w:rPr>
          <w:sz w:val="20"/>
        </w:rPr>
        <w:t>46:10  yeh nahin ho sakta ke apni mehboob cheez to aap kahin aur dein aur Allah aap ko jannat de de. yeh nahin ho sakta. apni mehboob cheez ko aap ko Allah ke mission mein dena pare ga.</w:t>
      </w:r>
      <w:r>
        <w:br/>
      </w:r>
      <w:r>
        <w:rPr>
          <w:sz w:val="20"/>
        </w:rPr>
        <w:t>46:24  tab to farishtay aap ke intezar mein kharay honge ke</w:t>
      </w:r>
      <w:r>
        <w:br/>
      </w:r>
      <w:r>
        <w:rPr>
          <w:sz w:val="20"/>
        </w:rPr>
        <w:t>46:29  ... lekin agar aap ki mehboob cheez kahin aur aap dein to phir aap ko umeed nahin rakhni chahiye ke farishtay aap ke intezar mein kharay honge.</w:t>
      </w:r>
    </w:p>
    <w:p>
      <w:pPr>
        <w:pStyle w:val="Heading2"/>
      </w:pPr>
      <w:r>
        <w:t>Is saying 'I am Muslim and proud' justified?</w:t>
      </w:r>
    </w:p>
    <w:p>
      <w:r>
        <w:rPr>
          <w:color w:val="666666"/>
          <w:sz w:val="18"/>
        </w:rPr>
        <w:t>Faith &amp; God · Life After Death January 22, 2012 · 2m 03s · at 1:20:03 · https://youtu.be/5hVH1BLKBF4?t=4803</w:t>
      </w:r>
    </w:p>
    <w:p>
      <w:r>
        <w:rPr>
          <w:i/>
        </w:rPr>
        <w:t>“I hear many Muslims saying 'I am Muslim and proud of it.' Is this line justified? Please clarify.”</w:t>
      </w:r>
    </w:p>
    <w:p>
      <w:r>
        <w:rPr>
          <w:sz w:val="20"/>
        </w:rPr>
        <w:t>1:20:03  Maulana, agla sawal Hyderabad se aaya hai Mr. Ahd Sham Hasnain ka. unhon ne likha hai: "Molana, I hear many Muslims saying 'I am Muslim and proud of it.' Is this line justified?</w:t>
      </w:r>
      <w:r>
        <w:br/>
      </w:r>
      <w:r>
        <w:rPr>
          <w:sz w:val="20"/>
        </w:rPr>
        <w:t>1:20:17  Please clarify."</w:t>
      </w:r>
      <w:r>
        <w:br/>
      </w:r>
      <w:r>
        <w:rPr>
          <w:sz w:val="20"/>
        </w:rPr>
        <w:t>1:20:20  yeh to bohat bari burai hai jo aaj ke yeh Musalmanon mein hai. dekhiye har cheez ko aap ko Judge karna chahiye Sahaba se.</w:t>
      </w:r>
      <w:r>
        <w:br/>
      </w:r>
      <w:r>
        <w:rPr>
          <w:sz w:val="20"/>
        </w:rPr>
        <w:t>1:20:32  koi ek Sahabi mujhe bata diya jo yeh kaha ho kehta ho ke mujhe fakhr hai ke main Muslim hoon, main fakhr hai ke mujhe Islam mila hai. koi koi ek Sahabi nahi.</w:t>
      </w:r>
      <w:r>
        <w:br/>
      </w:r>
      <w:r>
        <w:rPr>
          <w:sz w:val="20"/>
        </w:rPr>
        <w:t>1:20:43  to yeh kahan se nikla? yeh to Shaitan ki sunnat hai.</w:t>
      </w:r>
      <w:r>
        <w:br/>
      </w:r>
      <w:r>
        <w:rPr>
          <w:sz w:val="20"/>
        </w:rPr>
        <w:t>1:20:46  Shaitan ne fakhr kiya tha: "ana khayrun minhu" . Shaitan ne kaha tha: "ana khayrun minhu" . aur fakhr kiya tha ke main behtar hoon Adam se.</w:t>
      </w:r>
      <w:r>
        <w:br/>
      </w:r>
      <w:r>
        <w:rPr>
          <w:sz w:val="20"/>
        </w:rPr>
        <w:t>1:20:57  to yeh jo hai is Shaitan ki sunnat hai, yeh Rasool Allah ki sunnat nahi hai, yeh Sahaba ki sunnat hai.</w:t>
      </w:r>
      <w:r>
        <w:br/>
      </w:r>
      <w:r>
        <w:rPr>
          <w:sz w:val="20"/>
        </w:rPr>
        <w:t>1:21:04  fakhr ka kalma jo hai yeh Shaitan ka kalma hai. Shaitan ka kalma hai: "ana khayrun minhu" . fakhr ke maani kya hain?</w:t>
      </w:r>
      <w:r>
        <w:br/>
      </w:r>
      <w:r>
        <w:rPr>
          <w:sz w:val="20"/>
        </w:rPr>
        <w:t>1:21:14  ke main main behtar hoon, main Superior hoon. yeh to Shaitan ki Shaitan ki Shaitan ke peeche chalna hai.</w:t>
      </w:r>
      <w:r>
        <w:br/>
      </w:r>
      <w:r>
        <w:rPr>
          <w:sz w:val="20"/>
        </w:rPr>
        <w:t>1:21:25  Islam ka jo hai woh Modesty hai, tawazu hai. Modesty, tawazu. fakhr har giz nahi hai.</w:t>
      </w:r>
      <w:r>
        <w:br/>
      </w:r>
      <w:r>
        <w:rPr>
          <w:sz w:val="20"/>
        </w:rPr>
        <w:t>1:21:36  jo log fakhr karte hain woh Allah ki pakad mein aayenge ke tum ne tum ko chalna chahiye tha Rasool Allah ki sunnat par aur tum chale Shaitan ki sunnat par.</w:t>
      </w:r>
      <w:r>
        <w:br/>
      </w:r>
      <w:r>
        <w:rPr>
          <w:sz w:val="20"/>
        </w:rPr>
        <w:t>1:21:49  yaani tum ko chahiye tha ke Rasool aur Sahaba Rasool ki misalein tumhare paas theen, un ki sunnat pe chalte tum. un ko chhod ke tum Shaitan ke raaste chal pade. yeh to bohat bara bilashuba gunah hai, is mein koi sawab ki baat nahi.</w:t>
      </w:r>
    </w:p>
    <w:p>
      <w:pPr>
        <w:pStyle w:val="Heading2"/>
      </w:pPr>
      <w:r>
        <w:t>Is the Shaitan with Every Person Literal?</w:t>
      </w:r>
    </w:p>
    <w:p>
      <w:r>
        <w:rPr>
          <w:color w:val="666666"/>
          <w:sz w:val="18"/>
        </w:rPr>
        <w:t>Faith &amp; God · Divine Help September 22, 2015 · 4m 45s · at 57:32 · https://youtu.be/sozrNCif0Gg?t=3452</w:t>
      </w:r>
    </w:p>
    <w:p>
      <w:r>
        <w:rPr>
          <w:i/>
        </w:rPr>
        <w:t>“It is said that there is a shaitan with every person. Does this mean that there is a jinn physically present with us or is it just a symbolic saying? What does it mean?”</w:t>
      </w:r>
    </w:p>
    <w:p>
      <w:r>
        <w:rPr>
          <w:sz w:val="20"/>
        </w:rPr>
        <w:t>57:32  Maulana, agla sawal Kuwait se Asad Parvez sahab ne bheja hai. Unhon ne likha hai: "Molana, it is said that there is a shaitan with every person</w:t>
      </w:r>
      <w:r>
        <w:br/>
      </w:r>
      <w:r>
        <w:rPr>
          <w:sz w:val="20"/>
        </w:rPr>
        <w:t>57:42  . Does this mean that there is a jinn physically present with us or is it just a symbolic saying? What does it mean?" dekhiye, is ko aap ek dam aap chahein ke specific andaaz mein jaan saken to aap yeh jaan saken ge.</w:t>
      </w:r>
      <w:r>
        <w:br/>
      </w:r>
      <w:r>
        <w:rPr>
          <w:sz w:val="20"/>
        </w:rPr>
        <w:t>58:02  kyun ke yeh haqeeqat hai. Quran mein is tareeqe se nahin bayan ki gayi jaise ke yeh Dilli hai, yeh Multan hai.</w:t>
      </w:r>
      <w:r>
        <w:br/>
      </w:r>
      <w:r>
        <w:rPr>
          <w:sz w:val="20"/>
        </w:rPr>
        <w:t>58:12  to aap ko yani jitna bayan hua hai, usi ke lihaaz se yaqeen karna padega.</w:t>
      </w:r>
      <w:r>
        <w:br/>
      </w:r>
      <w:r>
        <w:rPr>
          <w:sz w:val="20"/>
        </w:rPr>
        <w:t>58:21  is se zyada janna chahein aap to woh possible hi nahin hai. Is ke liye aap wait kijiye qayamat tak ka.</w:t>
      </w:r>
      <w:r>
        <w:br/>
      </w:r>
      <w:r>
        <w:rPr>
          <w:sz w:val="20"/>
        </w:rPr>
        <w:t>58:33  Maulana, ek comment parhna chahenge jo Bangalore se Ms. Syeda Fauzana Hussain ne bheja hai. Unhon ne likha hai</w:t>
      </w:r>
      <w:r>
        <w:br/>
      </w:r>
      <w:r>
        <w:rPr>
          <w:sz w:val="20"/>
        </w:rPr>
        <w:t>58:41  : "Molana sahib, listening to your lecture, I came to my own understanding that our Quran is God's guidelines bestowed upon human beings.</w:t>
      </w:r>
      <w:r>
        <w:br/>
      </w:r>
      <w:r>
        <w:rPr>
          <w:sz w:val="20"/>
        </w:rPr>
        <w:t>58:54  And by reading it in depth and following its principles meticulously, we will definitely find solutions to each of the problems that we face in day-to-day lives.</w:t>
      </w:r>
      <w:r>
        <w:br/>
      </w:r>
      <w:r>
        <w:rPr>
          <w:sz w:val="20"/>
        </w:rPr>
        <w:t>59:08  As God has already predicted the problems we might face in the future and has given us the right solution to it. Some are direct and some are indirect.</w:t>
      </w:r>
      <w:r>
        <w:br/>
      </w:r>
      <w:r>
        <w:rPr>
          <w:sz w:val="20"/>
        </w:rPr>
        <w:t>59:19  So first we have to take up the challenge to apply it appropriately and help ourselves. And I believe in every step God is beside us, guiding us to light from darkness.</w:t>
      </w:r>
      <w:r>
        <w:br/>
      </w:r>
      <w:r>
        <w:rPr>
          <w:sz w:val="20"/>
        </w:rPr>
        <w:t>59:35  Life and problems are two sides to a coin, and we cannot run away from it, rather face it courageously. Thank you for this beautiful enlightenment." dekhiye,</w:t>
      </w:r>
      <w:r>
        <w:br/>
      </w:r>
      <w:r>
        <w:rPr>
          <w:sz w:val="20"/>
        </w:rPr>
        <w:t>59:49  aap ne baat to sahi kahi hai lekin is specific andaaz mein nahin bataya aap ne. Bahut achhi baat hai.</w:t>
      </w:r>
      <w:r>
        <w:br/>
      </w:r>
      <w:r>
        <w:rPr>
          <w:sz w:val="20"/>
        </w:rPr>
        <w:t>59:59  is specific kya hai ke main ne discover kiya, is ko bataya nahin aap ne ke do aayaton ke beech mein rabt hum samajhte the ke yahi jahan hum ne padha, wahan yeh bataya jata tha.</w:t>
      </w:r>
      <w:r>
        <w:br/>
      </w:r>
      <w:r>
        <w:rPr>
          <w:sz w:val="20"/>
        </w:rPr>
        <w:t>1:00:15  do aayaton ka rabt jo hai, wahi sab se important hai. Nahin, sari aayaton ko jis tarah aap badal ke roop mein dekhiye,</w:t>
      </w:r>
      <w:r>
        <w:br/>
      </w:r>
      <w:r>
        <w:rPr>
          <w:sz w:val="20"/>
        </w:rPr>
        <w:t>1:00:25  maslan main ne misaal di aap ko ke aap ne Allah ke mission ko apnaya, is ke liye khade hue, aap is ke liye struggle shuru kiya.</w:t>
      </w:r>
      <w:r>
        <w:br/>
      </w:r>
      <w:r>
        <w:rPr>
          <w:sz w:val="20"/>
        </w:rPr>
        <w:t>1:00:35  to doosri ayat jo wahin kahin nahin hai,</w:t>
      </w:r>
      <w:r>
        <w:br/>
      </w:r>
      <w:r>
        <w:rPr>
          <w:sz w:val="20"/>
        </w:rPr>
        <w:t>1:00:39  doosri jagah hai ke asma o bara. Doosri jagah hai ke Allah taala kehta hai Allah ke apne bando se ke main tum ko dekh raha hoon, main tum ko tumhare saath hoon, main tumhare madadgar ke taur par tumhare saath saath chal raha hoon.</w:t>
      </w:r>
      <w:r>
        <w:br/>
      </w:r>
      <w:r>
        <w:rPr>
          <w:sz w:val="20"/>
        </w:rPr>
        <w:t>1:00:59  ab yeh is mein bulaya mein ne, tab meri samajh mein aaya ke Allah ki rah mein chalna ke liye zaroori hai ke aap yeh yaqeen karein ke Allah aap ke sath hai, aap ke sath sath chal raha hai.</w:t>
      </w:r>
      <w:r>
        <w:br/>
      </w:r>
      <w:r>
        <w:rPr>
          <w:sz w:val="20"/>
        </w:rPr>
        <w:t>1:01:11  to woh is ayat mein nahi hai, woh doosri ayat mein hai. to Quran mein jo yeh mein ne aap se arz kiya ke Quran mein jo style hai, woh jis tarah fazl ki style hai, woh woh nazm banl ayat ki style hai hi nahi.</w:t>
      </w:r>
      <w:r>
        <w:br/>
      </w:r>
      <w:r>
        <w:rPr>
          <w:sz w:val="20"/>
        </w:rPr>
        <w:t>1:01:30  yani wohin kahin nazm hai, wohin kahin janiye is ko to aap phanse rahenge. nahi, jis tarah fazl ka jo tareeqa hai, is ke lehaz se aap dekhenge.</w:t>
      </w:r>
      <w:r>
        <w:br/>
      </w:r>
      <w:r>
        <w:rPr>
          <w:sz w:val="20"/>
        </w:rPr>
        <w:t>1:01:41  yahan wahan, yahan wahan jo phaili hui ayatein hain, un un mein references hain, un ko discover kijiye. tab aap ko sahi rehnumai milegi.</w:t>
      </w:r>
      <w:r>
        <w:br/>
      </w:r>
      <w:r>
        <w:rPr>
          <w:sz w:val="20"/>
        </w:rPr>
        <w:t>1:01:52  is ko hi pakdiye aap.</w:t>
      </w:r>
      <w:r>
        <w:br/>
      </w:r>
      <w:r>
        <w:rPr>
          <w:sz w:val="20"/>
        </w:rPr>
        <w:t>1:01:59  mol</w:t>
      </w:r>
      <w:r>
        <w:br/>
      </w:r>
      <w:r>
        <w:rPr>
          <w:sz w:val="20"/>
        </w:rPr>
        <w:t>1:02:00  ana azhar mubarak sahib ne bhagalpur se likha hai: "maulana sahib, every time I experience that you do a great intellectual session and very creatively, your ideas are always new and original.</w:t>
      </w:r>
    </w:p>
    <w:p>
      <w:pPr>
        <w:pStyle w:val="Heading2"/>
      </w:pPr>
      <w:r>
        <w:t>Islam as discovery and choice</w:t>
      </w:r>
    </w:p>
    <w:p>
      <w:r>
        <w:rPr>
          <w:color w:val="666666"/>
          <w:sz w:val="18"/>
        </w:rPr>
        <w:t>Faith &amp; God · Divine Help February 09, 2014 Maulana Wahiduddin Khan · 3m 51s · at 58:29 · https://youtu.be/eJBjiYGZcKY?t=3509</w:t>
      </w:r>
    </w:p>
    <w:p>
      <w:r>
        <w:rPr>
          <w:i/>
        </w:rPr>
        <w:t>“Maulana, you say that Islam is a matter of discovery and choice for both Muslims and non-Muslims.”</w:t>
      </w:r>
    </w:p>
    <w:p>
      <w:r>
        <w:rPr>
          <w:sz w:val="20"/>
        </w:rPr>
        <w:t>58:29  Maulana agla sawal aaya hai kolkata se doctor roshan kumar jha ka.</w:t>
      </w:r>
      <w:r>
        <w:br/>
      </w:r>
      <w:r>
        <w:rPr>
          <w:sz w:val="20"/>
        </w:rPr>
        <w:t>58:34  انہوں نے لکھا ہے: Maulana Sahib, you say that Islam is a matter of discovery and choice for</w:t>
      </w:r>
      <w:r>
        <w:br/>
      </w:r>
      <w:r>
        <w:rPr>
          <w:sz w:val="20"/>
        </w:rPr>
        <w:t>58:39  both muslims and non-muslims.</w:t>
      </w:r>
      <w:r>
        <w:br/>
      </w:r>
      <w:r>
        <w:rPr>
          <w:sz w:val="20"/>
        </w:rPr>
        <w:t>58:44  and that it is not something that is received as an inheritance.</w:t>
      </w:r>
      <w:r>
        <w:br/>
      </w:r>
      <w:r>
        <w:rPr>
          <w:sz w:val="20"/>
        </w:rPr>
        <w:t>58:50  My question is that why children are born in two different situations? One is born in a Muslim family and another in non-Muslim environment. Isn't this injustice for the child born in a non-Muslim family as deconditioning of mind is easy for a child who is born in a Muslim family if he wants to accept Islam as a way of life?</w:t>
      </w:r>
      <w:r>
        <w:br/>
      </w:r>
      <w:r>
        <w:rPr>
          <w:sz w:val="20"/>
        </w:rPr>
        <w:t>59:19  dekhiye aap meri kitab padhiye Islam rediscovered.</w:t>
      </w:r>
      <w:r>
        <w:br/>
      </w:r>
      <w:r>
        <w:rPr>
          <w:sz w:val="20"/>
        </w:rPr>
        <w:t>59:23  Islam rediscovered yeh meri kitab is ko aap padhiye aap.</w:t>
      </w:r>
      <w:r>
        <w:br/>
      </w:r>
      <w:r>
        <w:rPr>
          <w:sz w:val="20"/>
        </w:rPr>
        <w:t>59:28  yeh bohat bari bhool hai ke log samajhte hain ke musalman paidaishi taur par musalman banta hai.</w:t>
      </w:r>
      <w:r>
        <w:br/>
      </w:r>
      <w:r>
        <w:rPr>
          <w:sz w:val="20"/>
        </w:rPr>
        <w:t>59:32  yani paida ho gaya to musalman hai.</w:t>
      </w:r>
      <w:r>
        <w:br/>
      </w:r>
      <w:r>
        <w:rPr>
          <w:sz w:val="20"/>
        </w:rPr>
        <w:t>59:37  yeh bilkul hi be asal baat hai.</w:t>
      </w:r>
      <w:r>
        <w:br/>
      </w:r>
      <w:r>
        <w:rPr>
          <w:sz w:val="20"/>
        </w:rPr>
        <w:t>59:41  paidaish se koi musalman nahi banta.</w:t>
      </w:r>
      <w:r>
        <w:br/>
      </w:r>
      <w:r>
        <w:rPr>
          <w:sz w:val="20"/>
        </w:rPr>
        <w:t>59:46  chahe muslim ghar mein paida ho ya non-Muslim ghar mein paida ho.</w:t>
      </w:r>
      <w:r>
        <w:br/>
      </w:r>
      <w:r>
        <w:rPr>
          <w:sz w:val="20"/>
        </w:rPr>
        <w:t>59:50  islam ko is ko daryaft hi karna hai.</w:t>
      </w:r>
      <w:r>
        <w:br/>
      </w:r>
      <w:r>
        <w:rPr>
          <w:sz w:val="20"/>
        </w:rPr>
        <w:t>59:55  donon ko daryaft karna hai.</w:t>
      </w:r>
      <w:r>
        <w:br/>
      </w:r>
      <w:r>
        <w:rPr>
          <w:sz w:val="20"/>
        </w:rPr>
        <w:t>1:00:00  islam ko matlab sachai ko.</w:t>
      </w:r>
      <w:r>
        <w:br/>
      </w:r>
      <w:r>
        <w:rPr>
          <w:sz w:val="20"/>
        </w:rPr>
        <w:t>1:00:04  dekhiye sachai wohi hai jo aap ki discovery ho.</w:t>
      </w:r>
      <w:r>
        <w:br/>
      </w:r>
      <w:r>
        <w:rPr>
          <w:sz w:val="20"/>
        </w:rPr>
        <w:t>1:00:09  jo aap ki discovery na ho woh sachai hi nahi hai.</w:t>
      </w:r>
      <w:r>
        <w:br/>
      </w:r>
      <w:r>
        <w:rPr>
          <w:sz w:val="20"/>
        </w:rPr>
        <w:t>1:00:13  mamma arafu min al-haqq jo quran mein aaya hai.</w:t>
      </w:r>
      <w:r>
        <w:br/>
      </w:r>
      <w:r>
        <w:rPr>
          <w:sz w:val="20"/>
        </w:rPr>
        <w:t>1:00:18  yeh bilkul bohat hi zyada yani sachai ko yani kamtar samajhna hai, kamtar.</w:t>
      </w:r>
      <w:r>
        <w:br/>
      </w:r>
      <w:r>
        <w:rPr>
          <w:sz w:val="20"/>
        </w:rPr>
        <w:t>1:00:22  ke aap samjhein ke zuban se kuch bol do to sachai mil gayi aap ko.</w:t>
      </w:r>
      <w:r>
        <w:br/>
      </w:r>
      <w:r>
        <w:rPr>
          <w:sz w:val="20"/>
        </w:rPr>
        <w:t>1:00:27  la ilaha parh do sachai mil gayi aap ko.</w:t>
      </w:r>
      <w:r>
        <w:br/>
      </w:r>
      <w:r>
        <w:rPr>
          <w:sz w:val="20"/>
        </w:rPr>
        <w:t>1:00:32  kuch bhi nahi.</w:t>
      </w:r>
      <w:r>
        <w:br/>
      </w:r>
      <w:r>
        <w:rPr>
          <w:sz w:val="20"/>
        </w:rPr>
        <w:t>1:00:36  koi aadmi muslim paida ho, muslim ghar mein paida ho ya non-Muslim ghar mein.</w:t>
      </w:r>
      <w:r>
        <w:br/>
      </w:r>
      <w:r>
        <w:rPr>
          <w:sz w:val="20"/>
        </w:rPr>
        <w:t>1:00:41  donon ki halat ek hai.</w:t>
      </w:r>
      <w:r>
        <w:br/>
      </w:r>
      <w:r>
        <w:rPr>
          <w:sz w:val="20"/>
        </w:rPr>
        <w:t>1:00:45  har ek ko har ek ko sachai ko daryaft karna hai.</w:t>
      </w:r>
      <w:r>
        <w:br/>
      </w:r>
      <w:r>
        <w:rPr>
          <w:sz w:val="20"/>
        </w:rPr>
        <w:t>1:00:50  har ek ko sachai ko daryaft karna hai.</w:t>
      </w:r>
      <w:r>
        <w:br/>
      </w:r>
      <w:r>
        <w:rPr>
          <w:sz w:val="20"/>
        </w:rPr>
        <w:t>1:00:54  isi liye quran mein aaya hai ke ya aap ghor kijiye is ka matlab kya hai? Ae iman</w:t>
      </w:r>
      <w:r>
        <w:br/>
      </w:r>
      <w:r>
        <w:rPr>
          <w:sz w:val="20"/>
        </w:rPr>
        <w:t>1:00:59  laye, ae iman lanay walon iman lao.</w:t>
      </w:r>
      <w:r>
        <w:br/>
      </w:r>
      <w:r>
        <w:rPr>
          <w:sz w:val="20"/>
        </w:rPr>
        <w:t>1:01:03  kya matlab is ka? Ya ayyuha al-nas keh kar bhi ek quran mein kaha gaya hai.</w:t>
      </w:r>
      <w:r>
        <w:br/>
      </w:r>
      <w:r>
        <w:rPr>
          <w:sz w:val="20"/>
        </w:rPr>
        <w:t>1:01:08  aur ya ayyuha allazina amanu se bhi keh kar bhi yahi kaha gaya hai.</w:t>
      </w:r>
      <w:r>
        <w:br/>
      </w:r>
      <w:r>
        <w:rPr>
          <w:sz w:val="20"/>
        </w:rPr>
        <w:t>1:01:13  yeh yeh farq hi galat hai, yeh ek categorization galat hai yeh.</w:t>
      </w:r>
      <w:r>
        <w:br/>
      </w:r>
      <w:r>
        <w:rPr>
          <w:sz w:val="20"/>
        </w:rPr>
        <w:t>1:01:17  yeh sachai ko bohat hi kam samajhna hai.</w:t>
      </w:r>
      <w:r>
        <w:br/>
      </w:r>
      <w:r>
        <w:rPr>
          <w:sz w:val="20"/>
        </w:rPr>
        <w:t>1:01:22  sachai ke muamle ko bohat kam samajhna hai.</w:t>
      </w:r>
      <w:r>
        <w:br/>
      </w:r>
      <w:r>
        <w:rPr>
          <w:sz w:val="20"/>
        </w:rPr>
        <w:t>1:01:26  har aadmi ko conscious level par discover karna hai sachai ko.</w:t>
      </w:r>
      <w:r>
        <w:br/>
      </w:r>
      <w:r>
        <w:rPr>
          <w:sz w:val="20"/>
        </w:rPr>
        <w:t>1:01:31  isi waqt is ke andar conviction aaye ga aur yaqeen aaye ga.</w:t>
      </w:r>
      <w:r>
        <w:br/>
      </w:r>
      <w:r>
        <w:rPr>
          <w:sz w:val="20"/>
        </w:rPr>
        <w:t>1:01:35  jo aisa nahi kare ga to is ke liye mazhab ya sachai aik aik rasmi yani aik rasmi cheez hogi.</w:t>
      </w:r>
      <w:r>
        <w:br/>
      </w:r>
      <w:r>
        <w:rPr>
          <w:sz w:val="20"/>
        </w:rPr>
        <w:t>1:01:40  kuch munh se bol, kuch munh se bolay hue alfaaz honge bas.</w:t>
      </w:r>
      <w:r>
        <w:br/>
      </w:r>
      <w:r>
        <w:rPr>
          <w:sz w:val="20"/>
        </w:rPr>
        <w:t>1:01:45  woh kuch bhi is ki koi haqeeqat nahi hai.</w:t>
      </w:r>
      <w:r>
        <w:br/>
      </w:r>
      <w:r>
        <w:rPr>
          <w:sz w:val="20"/>
        </w:rPr>
        <w:t>1:01:49  Allah ke nazdeek koi value nahi hai.</w:t>
      </w:r>
      <w:r>
        <w:br/>
      </w:r>
      <w:r>
        <w:rPr>
          <w:sz w:val="20"/>
        </w:rPr>
        <w:t>1:01:54  mamma arfo min al-haq jo Quran majeed mein hai to wohi har aik ka hai.</w:t>
      </w:r>
      <w:r>
        <w:br/>
      </w:r>
      <w:r>
        <w:rPr>
          <w:sz w:val="20"/>
        </w:rPr>
        <w:t>1:01:58  ke aap ko marfat ke darjay mein hasil karna hai sachai ko.</w:t>
      </w:r>
      <w:r>
        <w:br/>
      </w:r>
      <w:r>
        <w:rPr>
          <w:sz w:val="20"/>
        </w:rPr>
        <w:t>1:02:03  tab woh sachai aap ke liye sachai hai warna woh kuch bhi nahi, nothing.</w:t>
      </w:r>
      <w:r>
        <w:br/>
      </w:r>
      <w:r>
        <w:rPr>
          <w:sz w:val="20"/>
        </w:rPr>
        <w:t>1:02:07  Maulana agla question lene se pehle aik comment parhna chahenge jo Ajmer se Dr. Safina Tabassum ne bheja hai.</w:t>
      </w:r>
      <w:r>
        <w:br/>
      </w:r>
      <w:r>
        <w:rPr>
          <w:sz w:val="20"/>
        </w:rPr>
        <w:t>1:02:12  unhon ne likha hai: Maulana I Allah reward you immensely for your endless efforts to present the real Islam.</w:t>
      </w:r>
      <w:r>
        <w:br/>
      </w:r>
      <w:r>
        <w:rPr>
          <w:sz w:val="20"/>
        </w:rPr>
        <w:t>1:02:17  And may Allah guide us to help you in this mission always.</w:t>
      </w:r>
    </w:p>
    <w:p>
      <w:pPr>
        <w:pStyle w:val="Heading2"/>
      </w:pPr>
      <w:r>
        <w:t>Knowing God's approval after patience</w:t>
      </w:r>
    </w:p>
    <w:p>
      <w:r>
        <w:rPr>
          <w:color w:val="666666"/>
          <w:sz w:val="18"/>
        </w:rPr>
        <w:t>Faith &amp; God · Divine Help March 31, 2019 Maulana Wahiduddin Khan · 2m 25s · at 33:34 · https://youtu.be/o5-R5Rjs5Cw?t=2014</w:t>
      </w:r>
    </w:p>
    <w:p>
      <w:r>
        <w:rPr>
          <w:i/>
        </w:rPr>
        <w:t>“Molana, you said today that patience is buying time. This is such an amazing explanation. My question is that after keeping patience, if we don't get desired result, then how do we know whether God approves my plan or not?”</w:t>
      </w:r>
    </w:p>
    <w:p>
      <w:r>
        <w:rPr>
          <w:sz w:val="20"/>
        </w:rPr>
        <w:t>33:34  allah hamare saath hai aur sab dekh raha hai, beshak." maulana, aap sawal lena chahenge? yeh sawal, yeh sawal bheja hai ahmedabad se abdul majid sahib ne, unhon ne likha hai:</w:t>
      </w:r>
      <w:r>
        <w:br/>
      </w:r>
      <w:r>
        <w:rPr>
          <w:sz w:val="20"/>
        </w:rPr>
        <w:t>33:49  "molana, you said today that patience is buying time. this is such an amazing explanation. my question is that after keeping patience, if we don't get desired result,</w:t>
      </w:r>
      <w:r>
        <w:br/>
      </w:r>
      <w:r>
        <w:rPr>
          <w:sz w:val="20"/>
        </w:rPr>
        <w:t>34:04  then how do we know whether god approves my plan or not?</w:t>
      </w:r>
      <w:r>
        <w:br/>
      </w:r>
      <w:r>
        <w:rPr>
          <w:sz w:val="20"/>
        </w:rPr>
        <w:t>34:09  is there a way to find out so we can move to the second or the third option and not keep waiting in patience forever?"</w:t>
      </w:r>
      <w:r>
        <w:br/>
      </w:r>
      <w:r>
        <w:rPr>
          <w:sz w:val="20"/>
        </w:rPr>
        <w:t>34:21  dekhiye, patience ki koi limit nahin hoti. main apne bare mein keh sakta hoon ke abhi kal ki baat hai ke mujhe kuch aisi baatein samajh aayin jis mein poori umar meri beet gayi,</w:t>
      </w:r>
      <w:r>
        <w:br/>
      </w:r>
      <w:r>
        <w:rPr>
          <w:sz w:val="20"/>
        </w:rPr>
        <w:t>34:39  poori umar beet gayi. yaani poori umar mein main sochta raha koi baat ke yahan allah ta'ala ki madad is duniya mein nahin mil rahi.</w:t>
      </w:r>
      <w:r>
        <w:br/>
      </w:r>
      <w:r>
        <w:rPr>
          <w:sz w:val="20"/>
        </w:rPr>
        <w:t>34:51  abhi kal mujhe bar bar kaha allah ta'ala ne to hamare paas allah badi madad de dijiye. to patience ki koi limit mat sochiye, woh sari umar chal sakti hai.</w:t>
      </w:r>
      <w:r>
        <w:br/>
      </w:r>
      <w:r>
        <w:rPr>
          <w:sz w:val="20"/>
        </w:rPr>
        <w:t>35:04  khud rasool allah ke nazdeek sari umar patience chala, tab natija nikla.</w:t>
      </w:r>
      <w:r>
        <w:br/>
      </w:r>
      <w:r>
        <w:rPr>
          <w:sz w:val="20"/>
        </w:rPr>
        <w:t>35:12  patience ko patience falsafe ka patience patience yaani sabr, falsafe ka sabr. is ki koi limit mat apne apne zehan se banaiye.</w:t>
      </w:r>
      <w:r>
        <w:br/>
      </w:r>
      <w:r>
        <w:rPr>
          <w:sz w:val="20"/>
        </w:rPr>
        <w:t>35:26  is ki is ki soorat yeh hai ke aap patience ko ibadat samjhein.</w:t>
      </w:r>
      <w:r>
        <w:br/>
      </w:r>
      <w:r>
        <w:rPr>
          <w:sz w:val="20"/>
        </w:rPr>
        <w:t>35:33  afzal al-ibadat intizar al-faraj yeh afzal ibadat hai. patience afzal ibadat hai. is zehan ke sath aap sabr ko ikhtiyar kijiye, tab aap qaim rahenge aur tabhi yeh mumkin hua ke aap ko badi badi nusrat mile allah ta'ala ki.</w:t>
      </w:r>
      <w:r>
        <w:br/>
      </w:r>
      <w:r>
        <w:rPr>
          <w:sz w:val="20"/>
        </w:rPr>
        <w:t>35:54  aisa nahin ho sakta.</w:t>
      </w:r>
    </w:p>
    <w:p>
      <w:pPr>
        <w:pStyle w:val="Heading2"/>
      </w:pPr>
      <w:r>
        <w:t>Knowing Whether God's Help is Received</w:t>
      </w:r>
    </w:p>
    <w:p>
      <w:r>
        <w:rPr>
          <w:color w:val="666666"/>
          <w:sz w:val="18"/>
        </w:rPr>
        <w:t>Faith &amp; God · Concept of Jihad in Islam September 7, 2014 · 2m 25s · at 49:46 · https://youtu.be/GnKBYM8HbuQ?t=2986</w:t>
      </w:r>
    </w:p>
    <w:p>
      <w:r>
        <w:rPr>
          <w:i/>
        </w:rPr>
        <w:t>“Can we know in any way whether we have received God's help or not? Please tell about it.”</w:t>
      </w:r>
    </w:p>
    <w:p>
      <w:r>
        <w:rPr>
          <w:sz w:val="20"/>
        </w:rPr>
        <w:t>49:46  maulana, agla sawal doctor safina tabassum ne kiya hai ajmer se, aur unhon ne likha hai ke maulana</w:t>
      </w:r>
      <w:r>
        <w:br/>
      </w:r>
      <w:r>
        <w:rPr>
          <w:sz w:val="20"/>
        </w:rPr>
        <w:t>49:52  sahab, kya kisi tarah hum yeh jaan sakte hain ke khuda ki nusraten hamein hasil hain ya nahi?</w:t>
      </w:r>
      <w:r>
        <w:br/>
      </w:r>
      <w:r>
        <w:rPr>
          <w:sz w:val="20"/>
        </w:rPr>
        <w:t>49:57  is ke baray mein batayen.</w:t>
      </w:r>
      <w:r>
        <w:br/>
      </w:r>
      <w:r>
        <w:rPr>
          <w:sz w:val="20"/>
        </w:rPr>
        <w:t>50:03  is ka bohat hi khuli hui pehchan yeh hai ke aap jo kaam kar rahe hain, woh kaam</w:t>
      </w:r>
      <w:r>
        <w:br/>
      </w:r>
      <w:r>
        <w:rPr>
          <w:sz w:val="20"/>
        </w:rPr>
        <w:t>50:08  jari hai, koi rukawat nahi hai.</w:t>
      </w:r>
      <w:r>
        <w:br/>
      </w:r>
      <w:r>
        <w:rPr>
          <w:sz w:val="20"/>
        </w:rPr>
        <w:t>50:13  to yeh nasrat hi to hai, nasrat hi to hai.</w:t>
      </w:r>
      <w:r>
        <w:br/>
      </w:r>
      <w:r>
        <w:rPr>
          <w:sz w:val="20"/>
        </w:rPr>
        <w:t>50:19  yeh Allah ke fazl se yeh kaam jo hai, har din is mein naye yani darwazay khultay hain,</w:t>
      </w:r>
      <w:r>
        <w:br/>
      </w:r>
      <w:r>
        <w:rPr>
          <w:sz w:val="20"/>
        </w:rPr>
        <w:t>50:24  naye yani kamyabiyan samnay aa rahi hain.</w:t>
      </w:r>
      <w:r>
        <w:br/>
      </w:r>
      <w:r>
        <w:rPr>
          <w:sz w:val="20"/>
        </w:rPr>
        <w:t>50:29  aap bhi jahan kaam kartay hon gay, wahan bhi aisa hi hoga.</w:t>
      </w:r>
      <w:r>
        <w:br/>
      </w:r>
      <w:r>
        <w:rPr>
          <w:sz w:val="20"/>
        </w:rPr>
        <w:t>50:35  to jab tak hum tashaddud na karein, siyasi hungama na karein, kisi se takrain nahi, aur kaam jari</w:t>
      </w:r>
      <w:r>
        <w:br/>
      </w:r>
      <w:r>
        <w:rPr>
          <w:sz w:val="20"/>
        </w:rPr>
        <w:t>50:40  hai, jari hai, to isi ka naam nasrat hai.</w:t>
      </w:r>
      <w:r>
        <w:br/>
      </w:r>
      <w:r>
        <w:rPr>
          <w:sz w:val="20"/>
        </w:rPr>
        <w:t>50:46  isi ka naam nasrat hai.</w:t>
      </w:r>
      <w:r>
        <w:br/>
      </w:r>
      <w:r>
        <w:rPr>
          <w:sz w:val="20"/>
        </w:rPr>
        <w:t>50:51  to Allah ke fazl se mujhe pakka yaqeen hai ke is mission par Allah ki nasrat aa rahi</w:t>
      </w:r>
      <w:r>
        <w:br/>
      </w:r>
      <w:r>
        <w:rPr>
          <w:sz w:val="20"/>
        </w:rPr>
        <w:t>50:56  hai, aur barabar aa rahi hai, aur kaam barabar aagay barh raha hai.</w:t>
      </w:r>
      <w:r>
        <w:br/>
      </w:r>
      <w:r>
        <w:rPr>
          <w:sz w:val="20"/>
        </w:rPr>
        <w:t>51:02  Maulana, in ka aik aur sawal hai.</w:t>
      </w:r>
      <w:r>
        <w:br/>
      </w:r>
      <w:r>
        <w:rPr>
          <w:sz w:val="20"/>
        </w:rPr>
        <w:t>51:07  unhon ne likha hai ke main yeh bhi poochna chahti hoon ke kya dawat ke kaam ke liye</w:t>
      </w:r>
      <w:r>
        <w:br/>
      </w:r>
      <w:r>
        <w:rPr>
          <w:sz w:val="20"/>
        </w:rPr>
        <w:t>51:13  hamara lalchi hona sahi hai? is ke baray mein batayein.</w:t>
      </w:r>
      <w:r>
        <w:br/>
      </w:r>
      <w:r>
        <w:rPr>
          <w:sz w:val="20"/>
        </w:rPr>
        <w:t>51:18  ab lalchi to aik manfi istilaah hai.</w:t>
      </w:r>
      <w:r>
        <w:br/>
      </w:r>
      <w:r>
        <w:rPr>
          <w:sz w:val="20"/>
        </w:rPr>
        <w:t>51:23  aap lalchi ko boltay hain, aap lalchi ko mat boliye.</w:t>
      </w:r>
      <w:r>
        <w:br/>
      </w:r>
      <w:r>
        <w:rPr>
          <w:sz w:val="20"/>
        </w:rPr>
        <w:t>51:29  aap kahiye ke hamein Allah ki raza chahiye, hamein jannat chahiye, Allah ki maghfirat chahiye, yeh boliye.</w:t>
      </w:r>
      <w:r>
        <w:br/>
      </w:r>
      <w:r>
        <w:rPr>
          <w:sz w:val="20"/>
        </w:rPr>
        <w:t>51:34  aur is ke liye hum apnay aap ko poori tarah se waqf karein.</w:t>
      </w:r>
      <w:r>
        <w:br/>
      </w:r>
      <w:r>
        <w:rPr>
          <w:sz w:val="20"/>
        </w:rPr>
        <w:t>51:39  bajaye lalchi kehne ke, aap kahiye ke waqf.</w:t>
      </w:r>
      <w:r>
        <w:br/>
      </w:r>
      <w:r>
        <w:rPr>
          <w:sz w:val="20"/>
        </w:rPr>
        <w:t>51:45  waqf ka lafz boliye.</w:t>
      </w:r>
      <w:r>
        <w:br/>
      </w:r>
      <w:r>
        <w:rPr>
          <w:sz w:val="20"/>
        </w:rPr>
        <w:t>51:50  waqf to waqf zaroori hai, baghair waqf ke koi kaam nahi ho sakta.</w:t>
      </w:r>
      <w:r>
        <w:br/>
      </w:r>
      <w:r>
        <w:rPr>
          <w:sz w:val="20"/>
        </w:rPr>
        <w:t>51:56  to lalchi sahi lafz nahi hai, lekin main yeh kahunga ke har aadmi ko apnay ko waqf</w:t>
      </w:r>
      <w:r>
        <w:br/>
      </w:r>
      <w:r>
        <w:rPr>
          <w:sz w:val="20"/>
        </w:rPr>
        <w:t>52:01  karna hai, poori tarah shamil karna hai.</w:t>
      </w:r>
      <w:r>
        <w:br/>
      </w:r>
      <w:r>
        <w:rPr>
          <w:sz w:val="20"/>
        </w:rPr>
        <w:t>52:06  yeh sahi lafz hai mere nazdeek.</w:t>
      </w:r>
    </w:p>
    <w:p>
      <w:pPr>
        <w:pStyle w:val="Heading2"/>
      </w:pPr>
      <w:r>
        <w:t>Knowledge needed to discover faith and reality</w:t>
      </w:r>
    </w:p>
    <w:p>
      <w:r>
        <w:rPr>
          <w:color w:val="666666"/>
          <w:sz w:val="18"/>
        </w:rPr>
        <w:t>Faith &amp; God · Hadith-e-Jibril, April 21, 2013 · 2m 21s · at 1:35:51 · https://youtu.be/0rF6Ou0pDog?t=5751</w:t>
      </w:r>
    </w:p>
    <w:p>
      <w:r>
        <w:rPr>
          <w:i/>
        </w:rPr>
        <w:t>“Please tell me which knowledge is needed to discover Iman and reality of life.”</w:t>
      </w:r>
    </w:p>
    <w:p>
      <w:r>
        <w:rPr>
          <w:sz w:val="20"/>
        </w:rPr>
        <w:t>1:35:51  maulana, agla sawal meerut city se shahbaz ansari sahib ne kiya hai. unhon ne likha hai maulana please tell me which knowledge is needed to discover ایمان aur reality of life</w:t>
      </w:r>
      <w:r>
        <w:br/>
      </w:r>
      <w:r>
        <w:rPr>
          <w:sz w:val="20"/>
        </w:rPr>
        <w:t>1:36:09  yeh koi mysterious cheez nahi hai. aap quran padhein, hadith ko padhein, aap nature ko padhein, kainaat ka mushahida karein.</w:t>
      </w:r>
      <w:r>
        <w:br/>
      </w:r>
      <w:r>
        <w:rPr>
          <w:sz w:val="20"/>
        </w:rPr>
        <w:t>1:36:19  bas isi mein aap ko discovery hoti rahe gi. khuli aankh se dekhein. khuli aankh se dekhein.</w:t>
      </w:r>
      <w:r>
        <w:br/>
      </w:r>
      <w:r>
        <w:rPr>
          <w:sz w:val="20"/>
        </w:rPr>
        <w:t>1:36:30  jaise ke mein pichhle is mein bataya tha, mein ne aap ko qissa apna ke mein apne ghar ke samne jo mera barja hai, jo balcony hai, wahan baitha hua tha subah ke waqt.</w:t>
      </w:r>
      <w:r>
        <w:br/>
      </w:r>
      <w:r>
        <w:rPr>
          <w:sz w:val="20"/>
        </w:rPr>
        <w:t>1:36:43  to abhi bhi suraj nikla tha. to aik sahib mere paas aaye. to mein aksar adat meri hai ke poochta hoon ke koi nai news hai aap ke paas?</w:t>
      </w:r>
      <w:r>
        <w:br/>
      </w:r>
      <w:r>
        <w:rPr>
          <w:sz w:val="20"/>
        </w:rPr>
        <w:t>1:36:55  to mein ne un se poocha, koi nai news? to unhon ne kaha, nahi, koi news news to nahi.</w:t>
      </w:r>
      <w:r>
        <w:br/>
      </w:r>
      <w:r>
        <w:rPr>
          <w:sz w:val="20"/>
        </w:rPr>
        <w:t>1:37:01  to mein ne kaha ke aap dekhte nahi hain ke suraj raat ko dooba hua tha, us waqt suraj nikal aaya? yeh nai news nahi hai. chidiyan urr rahi hain aasman mein, yeh nai news nahi hai.</w:t>
      </w:r>
      <w:r>
        <w:br/>
      </w:r>
      <w:r>
        <w:rPr>
          <w:sz w:val="20"/>
        </w:rPr>
        <w:t>1:37:14  darakhton se aksar supply ho raha hai, jo kal ho raha tha aaj bhi ho raha hai. yeh kyun aap ko news nahi lagti? yeh sab mein ne bohat si baatein batayi hain.</w:t>
      </w:r>
      <w:r>
        <w:br/>
      </w:r>
      <w:r>
        <w:rPr>
          <w:sz w:val="20"/>
        </w:rPr>
        <w:t>1:37:25  to aap khuli aankh se duniya mein rehna seekhein.</w:t>
      </w:r>
      <w:r>
        <w:br/>
      </w:r>
      <w:r>
        <w:rPr>
          <w:sz w:val="20"/>
        </w:rPr>
        <w:t>1:37:30  khuli aankh se nature ka mushahida karein. tadabbur ke sath quran ko padhein. bas yahi zariya hai aur koi doosra zariya nahi hai. maulana, agla sawal lene se pehle aik experience parhna chahein ge jo abhi abhi bheja hai miss rufeena ansari ne noida se.</w:t>
      </w:r>
      <w:r>
        <w:br/>
      </w:r>
      <w:r>
        <w:rPr>
          <w:sz w:val="20"/>
        </w:rPr>
        <w:t>1:37:48  unhon ne likha hai maulana listening to your talk makes me experience multiple variations of emotions.</w:t>
      </w:r>
      <w:r>
        <w:br/>
      </w:r>
      <w:r>
        <w:rPr>
          <w:sz w:val="20"/>
        </w:rPr>
        <w:t>1:37:58  I never felt that deeply moved as I do listening to your lecture. You make us feel closer to God and understand how to work towards having a life to be close to God.</w:t>
      </w:r>
    </w:p>
    <w:p>
      <w:pPr>
        <w:pStyle w:val="Heading2"/>
      </w:pPr>
      <w:r>
        <w:t>Living in God's glory instead of self-glory</w:t>
      </w:r>
    </w:p>
    <w:p>
      <w:r>
        <w:rPr>
          <w:color w:val="666666"/>
          <w:sz w:val="18"/>
        </w:rPr>
        <w:t>Faith &amp; God · Lessons from My Journey to Agra October 27, 2013 · 3m 29s · at 1:00:31 · https://youtu.be/Gg2N0h4ETH8?t=3631</w:t>
      </w:r>
    </w:p>
    <w:p>
      <w:r>
        <w:rPr>
          <w:i/>
        </w:rPr>
        <w:t>“Recognizing God's existence necessitates that we do not live in our own self-glory, but live in the glory of God. Please let us know how can we do this?”</w:t>
      </w:r>
    </w:p>
    <w:p>
      <w:r>
        <w:rPr>
          <w:sz w:val="20"/>
        </w:rPr>
        <w:t>1:00:31  maulana, agla sawal delhi se hai, miss naghma sadi</w:t>
      </w:r>
      <w:r>
        <w:br/>
      </w:r>
      <w:r>
        <w:rPr>
          <w:sz w:val="20"/>
        </w:rPr>
        <w:t>1:00:34  ki ka. Unhon ne likha hai: "Recognizing God's sign necessity that we do not live in our own self glory, but live in the glory of God.</w:t>
      </w:r>
      <w:r>
        <w:br/>
      </w:r>
      <w:r>
        <w:rPr>
          <w:sz w:val="20"/>
        </w:rPr>
        <w:t>1:00:48  please let us know how can we do this?" dekhen, haqeeqat to yahi hai ke har glory Khuda ki glory hai. har barhai Khuda ki barhai hai.</w:t>
      </w:r>
      <w:r>
        <w:br/>
      </w:r>
      <w:r>
        <w:rPr>
          <w:sz w:val="20"/>
        </w:rPr>
        <w:t>1:00:58  to jab hum sochen ge to hum is ko daryaft kar len ge.</w:t>
      </w:r>
      <w:r>
        <w:br/>
      </w:r>
      <w:r>
        <w:rPr>
          <w:sz w:val="20"/>
        </w:rPr>
        <w:t>1:01:04  aaj mein isi baat par ajeeb baat hai ke aaj hi subah ko mein isi par soch raha tha. to sochte sochte yeh samajh mein aaya ke mein apne barhapay ko le kar soch raha tha.</w:t>
      </w:r>
      <w:r>
        <w:br/>
      </w:r>
      <w:r>
        <w:rPr>
          <w:sz w:val="20"/>
        </w:rPr>
        <w:t>1:01:19  barhapay ko le kar bas to mein ne socha ke yeh barhapa jo hai, bohat bari nemat hai, blessing hai. yaani apna jo jo jo mere andar za'f aa gaya hai barhapay ki wajah se, us ko le kar soch raha tha mein.</w:t>
      </w:r>
      <w:r>
        <w:br/>
      </w:r>
      <w:r>
        <w:rPr>
          <w:sz w:val="20"/>
        </w:rPr>
        <w:t>1:01:36  to mein ne socha ke barhapa bohat bari blessing hai, kyunke barhapa jo hai, aap ki daryaft ko aakhri had tak pohanchata hai.</w:t>
      </w:r>
      <w:r>
        <w:br/>
      </w:r>
      <w:r>
        <w:rPr>
          <w:sz w:val="20"/>
        </w:rPr>
        <w:t>1:01:48  misalan ajz hai. mein is se pehle bhi janta tha ke ajz kya cheez hai, lekin mein samajhta hoon ke ab jo jitna jana hai, mein ne itna pehle nahin jana tha.</w:t>
      </w:r>
      <w:r>
        <w:br/>
      </w:r>
      <w:r>
        <w:rPr>
          <w:sz w:val="20"/>
        </w:rPr>
        <w:t>1:01:58  mein ne</w:t>
      </w:r>
      <w:r>
        <w:br/>
      </w:r>
      <w:r>
        <w:rPr>
          <w:sz w:val="20"/>
        </w:rPr>
        <w:t>1:02:01  ab har kaam mein mujhe lagta hai ke mein ajiz hoon, kamzor hoon. har kaam to yeh Allah taala ki blessing hai ke aap ko jo haqeeqat waqea jo hai, jo jo fact hai, us fact se aap ba-khabar karne ke liye Allah aap par koi tajurba guzaare, koi shock lagay, koi challenge ho.</w:t>
      </w:r>
      <w:r>
        <w:br/>
      </w:r>
      <w:r>
        <w:rPr>
          <w:sz w:val="20"/>
        </w:rPr>
        <w:t>1:02:29  to yeh to bohat achhi baat hai.</w:t>
      </w:r>
      <w:r>
        <w:br/>
      </w:r>
      <w:r>
        <w:rPr>
          <w:sz w:val="20"/>
        </w:rPr>
        <w:t>1:02:31  to mein ne socha ke yeh jo taqseem hai bande aur Khuda ke darmiyan ke bande ki taraf ajz hai, Allah ki taraf qudrat hai, is ki takmeel hoti hi nahin hai baghair barhappe ke.</w:t>
      </w:r>
      <w:r>
        <w:br/>
      </w:r>
      <w:r>
        <w:rPr>
          <w:sz w:val="20"/>
        </w:rPr>
        <w:t>1:02:45  yaani banda apne ajz ko janne aur Allah ki qudrat ko jaane, yeh matloob hai. Isi ka naam ma'rifat hai. Lekin is ma'rifat ki takmeel mein samajhta hoon ke mein apne lihaaz se bata raha hoon, apne apne tajrube</w:t>
      </w:r>
      <w:r>
        <w:br/>
      </w:r>
      <w:r>
        <w:rPr>
          <w:sz w:val="20"/>
        </w:rPr>
        <w:t>1:02:59  ke lihaaz se, is ki takmeel barhappe ke baghair hoti nahin, jaisa ke mujhe nahin hui. Yeh bohat ajeeb sa aaj aaj subah mein soch raha tha ke Khuda mujhe yaani safar karate karate wahan pahuncha diya us ne ke jahan sach much hi mein samajhta hoon ke mein to ajz ke siwa kuch bhi nahin hoon.</w:t>
      </w:r>
      <w:r>
        <w:br/>
      </w:r>
      <w:r>
        <w:rPr>
          <w:sz w:val="20"/>
        </w:rPr>
        <w:t>1:03:20  qudrat saari Allah ki taraf hai. To behal yeh saara muamla sochne par hai</w:t>
      </w:r>
      <w:r>
        <w:br/>
      </w:r>
      <w:r>
        <w:rPr>
          <w:sz w:val="20"/>
        </w:rPr>
        <w:t>1:03:28  ke log boodhe ho kar bhi kuch baat nahin samajhte. Boodha ho kar chidchide bane rehte hain, chidchida ghussa yeh sab karte hain. Woh barhappe se un ka ghussa barh jata hai.</w:t>
      </w:r>
      <w:r>
        <w:br/>
      </w:r>
      <w:r>
        <w:rPr>
          <w:sz w:val="20"/>
        </w:rPr>
        <w:t>1:03:40  to ma'rifat saari ki saari is par depend karti hai ke aap ka sochne ka maada kitna hai, tadabbur kitna hai, contemplation kitna hai.</w:t>
      </w:r>
      <w:r>
        <w:br/>
      </w:r>
      <w:r>
        <w:rPr>
          <w:sz w:val="20"/>
        </w:rPr>
        <w:t>1:03:53  jitna contemplation hoga, utni ma'rifat hogi.</w:t>
      </w:r>
    </w:p>
    <w:p>
      <w:pPr>
        <w:pStyle w:val="Heading2"/>
      </w:pPr>
      <w:r>
        <w:t>Logic of punishment in grave before judgment</w:t>
      </w:r>
    </w:p>
    <w:p>
      <w:r>
        <w:rPr>
          <w:color w:val="666666"/>
          <w:sz w:val="18"/>
        </w:rPr>
        <w:t>Faith &amp; God · The Importance of Team Work February 5, 2012 · 3m 01s · at 1:05:20 · https://youtu.be/qBbwznqIqVw?t=3920</w:t>
      </w:r>
    </w:p>
    <w:p>
      <w:r>
        <w:rPr>
          <w:i/>
        </w:rPr>
        <w:t>“All the records of human beings will be declared on the day of judgment, and the punishment or reward will be decided on the basis of the performance. Then what is the logic behind punishment of the grave? Why does an individual start getting punishment since he is put down in the grave, though the punishment is to be decided in the Hereafter?”</w:t>
      </w:r>
    </w:p>
    <w:p>
      <w:r>
        <w:rPr>
          <w:sz w:val="20"/>
        </w:rPr>
        <w:t>1:05:20  Maulana, agla sawal Delhi se aaya hai Mr Shahnawaz Zafar ka. unhon ne likha hai: "All the records of human beings will be declared on the day of judgment, and the punishment or reward will be decided on the basis of the performance.</w:t>
      </w:r>
      <w:r>
        <w:br/>
      </w:r>
      <w:r>
        <w:rPr>
          <w:sz w:val="20"/>
        </w:rPr>
        <w:t>1:05:39  Then what is the logic behind azab e qabr</w:t>
      </w:r>
      <w:r>
        <w:br/>
      </w:r>
      <w:r>
        <w:rPr>
          <w:sz w:val="20"/>
        </w:rPr>
        <w:t>1:05:42  ? Why an individual starts getting punishment since he is put down in qabr, though the punishment is to be decided in akhirat?</w:t>
      </w:r>
      <w:r>
        <w:br/>
      </w:r>
      <w:r>
        <w:rPr>
          <w:sz w:val="20"/>
        </w:rPr>
        <w:t>1:05:52  Why an angel comes in qabr and asks some questions? Why we all know that Almighty Allah will do a question answer session on the day of judgment, and then He will take a performance-based decision?</w:t>
      </w:r>
      <w:r>
        <w:br/>
      </w:r>
      <w:r>
        <w:rPr>
          <w:sz w:val="20"/>
        </w:rPr>
        <w:t>1:06:07  How can we understand it in reference to the ultimate justice of Almighty Allah? dekhiye, is mein ghalat fehmi yeh hai ke qabr ke hawale se jo saza ka zikr hai hadith mein, baaz hadithon mein, woh alamati hai.</w:t>
      </w:r>
      <w:r>
        <w:br/>
      </w:r>
      <w:r>
        <w:rPr>
          <w:sz w:val="20"/>
        </w:rPr>
        <w:t>1:06:31  Alamati yani is ka matlab hai ke isi gadhe mein azab ho raha hai.</w:t>
      </w:r>
      <w:r>
        <w:br/>
      </w:r>
      <w:r>
        <w:rPr>
          <w:sz w:val="20"/>
        </w:rPr>
        <w:t>1:06:36  Is ka matlab har giz yeh nahi hai. Is ka matlab yeh hai ke maut ke baad insan ka apne anjam ko bhugtna.</w:t>
      </w:r>
      <w:r>
        <w:br/>
      </w:r>
      <w:r>
        <w:rPr>
          <w:sz w:val="20"/>
        </w:rPr>
        <w:t>1:06:47  Yaani qabr alamat hai is baat ki ke aadmi ek daure se nikal kar doosre daure tak pahunch gaya. Qabr ki hesiyat alamat ki hai, woh gadhe ki nahi hai.</w:t>
      </w:r>
      <w:r>
        <w:br/>
      </w:r>
      <w:r>
        <w:rPr>
          <w:sz w:val="20"/>
        </w:rPr>
        <w:t>1:06:58  Is gadhe mein jo body dala gaya, woh body toh kuch bhi nahi, woh toh</w:t>
      </w:r>
      <w:r>
        <w:br/>
      </w:r>
      <w:r>
        <w:rPr>
          <w:sz w:val="20"/>
        </w:rPr>
        <w:t>1:07:02  mitti hai. Use insan toh farishte le gaye, jahan le gaye. Toh is is tarah ki riwayaton mein qabr ka lafz alamati taur par aaya hai, yeh batane ke liye ke maut ke baad insan ka muamla Allah ke samne pesh aata hai.</w:t>
      </w:r>
      <w:r>
        <w:br/>
      </w:r>
      <w:r>
        <w:rPr>
          <w:sz w:val="20"/>
        </w:rPr>
        <w:t>1:07:24  Doosri baat yeh hai ke hum sochte hain is duniya mein time and space ke term mein.</w:t>
      </w:r>
      <w:r>
        <w:br/>
      </w:r>
      <w:r>
        <w:rPr>
          <w:sz w:val="20"/>
        </w:rPr>
        <w:t>1:07:31  Yeh time space relative hai. Yeh baat toh Einstein ke is mein sabit ho chuki hai ke yeh time and space ka concept jo hai, sara ka sara relative hai, real nahi hai.</w:t>
      </w:r>
      <w:r>
        <w:br/>
      </w:r>
      <w:r>
        <w:rPr>
          <w:sz w:val="20"/>
        </w:rPr>
        <w:t>1:07:42  Yeh</w:t>
      </w:r>
      <w:r>
        <w:br/>
      </w:r>
      <w:r>
        <w:rPr>
          <w:sz w:val="20"/>
        </w:rPr>
        <w:t>1:07:46  Yeh jo aap sochte hain time ke ishtihar mein ho aur space ke ishtihar mein, yeh sab ka sab relative hai. Maut ke baad aap ek aur duniya mein pahunch jaate hain</w:t>
      </w:r>
      <w:r>
        <w:br/>
      </w:r>
      <w:r>
        <w:rPr>
          <w:sz w:val="20"/>
        </w:rPr>
        <w:t>1:07:59  jis mein time space ka concept khatm ho jata hai, bilkul doosra aa jata hai. Neeche yeh question jo hai, main samajhta hoon ke Einstein ke jo theory of relativity hai, us ne is sawal ka khatma kar diya hai.</w:t>
      </w:r>
      <w:r>
        <w:br/>
      </w:r>
      <w:r>
        <w:rPr>
          <w:sz w:val="20"/>
        </w:rPr>
        <w:t>1:08:16  Is sawal ka ab koi relevance baqi nahi raha.</w:t>
      </w:r>
    </w:p>
    <w:p>
      <w:pPr>
        <w:pStyle w:val="Heading2"/>
      </w:pPr>
      <w:r>
        <w:t>Love for mankind and sole concern for God</w:t>
      </w:r>
    </w:p>
    <w:p>
      <w:r>
        <w:rPr>
          <w:color w:val="666666"/>
          <w:sz w:val="18"/>
        </w:rPr>
        <w:t>Faith &amp; God · Concept of God December 7, 2014 · 2m 50s · at 50:47 · https://youtu.be/dCgL9lp8EAo?t=3047</w:t>
      </w:r>
    </w:p>
    <w:p>
      <w:r>
        <w:rPr>
          <w:i/>
        </w:rPr>
        <w:t>“Is love towards mankind necessary for making God as one's sole concern? Please comment on this.”</w:t>
      </w:r>
    </w:p>
    <w:p>
      <w:r>
        <w:rPr>
          <w:sz w:val="20"/>
        </w:rPr>
        <w:t>50:47  maulana, agla sawal dilli se kiya hai maulana farhad ahmad sahab ne, aur unhon ne likha hai: "Is love towards mankind necessary for making God as one's sole concern?</w:t>
      </w:r>
      <w:r>
        <w:br/>
      </w:r>
      <w:r>
        <w:rPr>
          <w:sz w:val="20"/>
        </w:rPr>
        <w:t>51:03  Please comment on this."</w:t>
      </w:r>
      <w:r>
        <w:br/>
      </w:r>
      <w:r>
        <w:rPr>
          <w:sz w:val="20"/>
        </w:rPr>
        <w:t>51:08  dekhiye, yeh lafz to asal mein allah se hoti hai. lafz jo hai, yaani mohabbat jo hai, is ka markaz sirf ek hi hota hai, woh allah yaani khaliq</w:t>
      </w:r>
      <w:r>
        <w:br/>
      </w:r>
      <w:r>
        <w:rPr>
          <w:sz w:val="20"/>
        </w:rPr>
        <w:t>51:24  lekin yeh</w:t>
      </w:r>
      <w:r>
        <w:br/>
      </w:r>
      <w:r>
        <w:rPr>
          <w:sz w:val="20"/>
        </w:rPr>
        <w:t>51:28  yeh namumkin hai ke aap ko khaliq se mohabbat ho, makhlooq se nafrat ho.</w:t>
      </w:r>
      <w:r>
        <w:br/>
      </w:r>
      <w:r>
        <w:rPr>
          <w:sz w:val="20"/>
        </w:rPr>
        <w:t>51:36  aap ko khaliq se mohabbat ho aur makhlooq se nafrat ho. jaise aap ko kisi insaan se mohabbat ho aur us ke bete se nafrat ho, aisa nahi ho sakta ke kisi insaan se aap ko mohabbat hogi to us ke bete se hi mohabbat hogi.</w:t>
      </w:r>
      <w:r>
        <w:br/>
      </w:r>
      <w:r>
        <w:rPr>
          <w:sz w:val="20"/>
        </w:rPr>
        <w:t>51:52  to it is but natural wala mamla hai. sachi mohabbat Allah se paida ho jayegi to lazman hamesha makhlooq se mohabbat paida hogi.</w:t>
      </w:r>
      <w:r>
        <w:br/>
      </w:r>
      <w:r>
        <w:rPr>
          <w:sz w:val="20"/>
        </w:rPr>
        <w:t>52:03  ho nahi sakta ke aap makhlooq se nafrat karen. jo log insaan se nafrat karte hain, woh Allah se mohabbat karne wale hain hi nahi.</w:t>
      </w:r>
      <w:r>
        <w:br/>
      </w:r>
      <w:r>
        <w:rPr>
          <w:sz w:val="20"/>
        </w:rPr>
        <w:t>52:12  siray se aaj ke zamane mein jo log insaan se nafrat karte hain, main un ke baray mein yeh kahunga ke un ko un ko jante nahi ke Allah se mohabbat kiya cheez hai.</w:t>
      </w:r>
      <w:r>
        <w:br/>
      </w:r>
      <w:r>
        <w:rPr>
          <w:sz w:val="20"/>
        </w:rPr>
        <w:t>52:21  woh daawa karte hain to karen,</w:t>
      </w:r>
      <w:r>
        <w:br/>
      </w:r>
      <w:r>
        <w:rPr>
          <w:sz w:val="20"/>
        </w:rPr>
        <w:t>52:23  un ka daawa lafz service hai.</w:t>
      </w:r>
      <w:r>
        <w:br/>
      </w:r>
      <w:r>
        <w:rPr>
          <w:sz w:val="20"/>
        </w:rPr>
        <w:t>52:28  insanon ke baray mein un ke tasawwurat yeh hain ke woh sazish karte hain, woh hamare dushman hain, un se hum ne nafrat ka amal karna hai. aise logon ko Allah se mohabbat ka koi shaibah bhi nahi mila hai.</w:t>
      </w:r>
      <w:r>
        <w:br/>
      </w:r>
      <w:r>
        <w:rPr>
          <w:sz w:val="20"/>
        </w:rPr>
        <w:t>52:43  woh un ka sara mamla lafz service ka mamla hai.</w:t>
      </w:r>
      <w:r>
        <w:br/>
      </w:r>
      <w:r>
        <w:rPr>
          <w:sz w:val="20"/>
        </w:rPr>
        <w:t>52:47  sachi mohabbat Allah se agar hogi to is is ke baad zaroor aisa hoga ke ke makhlooq se mohabbat ho jayegi.</w:t>
      </w:r>
      <w:r>
        <w:br/>
      </w:r>
      <w:r>
        <w:rPr>
          <w:sz w:val="20"/>
        </w:rPr>
        <w:t>52:58  aap shikayaton mein nahi jiyenge, yani shikayat ko le kar nafrat karen, yeh kabhi nahi ho sakta. kabhi nahi ho sakta. shikayat to shaitan ko bhi ho gayi Allah ta'ala se.</w:t>
      </w:r>
      <w:r>
        <w:br/>
      </w:r>
      <w:r>
        <w:rPr>
          <w:sz w:val="20"/>
        </w:rPr>
        <w:t>53:09  to shikayat kiya hai?</w:t>
      </w:r>
      <w:r>
        <w:br/>
      </w:r>
      <w:r>
        <w:rPr>
          <w:sz w:val="20"/>
        </w:rPr>
        <w:t>53:12  yani shikayaton ko le kar aap insaan se nafrat karen, yeh bilkul hi Islam ke khilaf hai aur aqeedah Khuda ke khilaf hai.</w:t>
      </w:r>
      <w:r>
        <w:br/>
      </w:r>
      <w:r>
        <w:rPr>
          <w:sz w:val="20"/>
        </w:rPr>
        <w:t>53:21  aur jo log shikayaton ko le kar insaan se nafrat karen, main yaqeen se keh sakta hoon ke unhein abhi tak Allah se ta'alluq qaim nahi hua. agar woh kehte hain to woh lafz service karte hain.</w:t>
      </w:r>
      <w:r>
        <w:br/>
      </w:r>
      <w:r>
        <w:rPr>
          <w:sz w:val="20"/>
        </w:rPr>
        <w:t>53:31  woh</w:t>
      </w:r>
    </w:p>
    <w:p>
      <w:pPr>
        <w:pStyle w:val="Heading2"/>
      </w:pPr>
      <w:r>
        <w:t>Meaning of Islam and its relation to Muslim</w:t>
      </w:r>
    </w:p>
    <w:p>
      <w:r>
        <w:rPr>
          <w:color w:val="666666"/>
          <w:sz w:val="18"/>
        </w:rPr>
        <w:t>Faith &amp; God · The Straight Path October 30, 2011 Maulana Wahiduddin Khan · 2m 25s · at 1:34:16 · https://youtu.be/PKFHe82Jz58?t=5656</w:t>
      </w:r>
    </w:p>
    <w:p>
      <w:r>
        <w:rPr>
          <w:i/>
        </w:rPr>
        <w:t>“Maulana Sahib, I am confused about the word Islam. Please explain this word to me and also tell me whether Islam has some relation with the word Muslim.”</w:t>
      </w:r>
    </w:p>
    <w:p>
      <w:r>
        <w:rPr>
          <w:sz w:val="20"/>
        </w:rPr>
        <w:t>1:34:16  maulana, agla sawal kya hai Mr. Brij Bhushan Vaidik ne Delhi se. unho ne likha hai: "Maulana sahib, I am confused about the word Islam.</w:t>
      </w:r>
      <w:r>
        <w:br/>
      </w:r>
      <w:r>
        <w:rPr>
          <w:sz w:val="20"/>
        </w:rPr>
        <w:t>1:34:27  please explain this word to me and also tell me whether Islam has some relation with the word Muslim."</w:t>
      </w:r>
      <w:r>
        <w:br/>
      </w:r>
      <w:r>
        <w:rPr>
          <w:sz w:val="20"/>
        </w:rPr>
        <w:t>1:34:38  dekhiye, islam matlab hai submission. submission yani apne creator ka ko acknowledge karna.</w:t>
      </w:r>
      <w:r>
        <w:br/>
      </w:r>
      <w:r>
        <w:rPr>
          <w:sz w:val="20"/>
        </w:rPr>
        <w:t>1:34:52  jo aap ka creator hai, us ko acknowledge karna. is acknowledge karne hi ke sab, yani isi se baqi cheezein nikalti hain.</w:t>
      </w:r>
      <w:r>
        <w:br/>
      </w:r>
      <w:r>
        <w:rPr>
          <w:sz w:val="20"/>
        </w:rPr>
        <w:t>1:35:05  jab aap acknowledge karein ke khuda ne mujhe banaya, sirf banaya hi nahi, balkeh ek aisi duniya rehne ke liye di jo poori universe mein ek unique hai.</w:t>
      </w:r>
      <w:r>
        <w:br/>
      </w:r>
      <w:r>
        <w:rPr>
          <w:sz w:val="20"/>
        </w:rPr>
        <w:t>1:35:20  yeh planet earth, life support system diya, aur kya kya cheezein dein. to jab aap yeh sab sochte hain to acknowledge karna sirf acknowledge karna nahi hota.</w:t>
      </w:r>
      <w:r>
        <w:br/>
      </w:r>
      <w:r>
        <w:rPr>
          <w:sz w:val="20"/>
        </w:rPr>
        <w:t>1:35:32  iske baad aayega submission, aayega surrender, aayega worship. woh saari cheezein aati chali jayengi iske baad. to shuru hoga acknowledge karne se.</w:t>
      </w:r>
      <w:r>
        <w:br/>
      </w:r>
      <w:r>
        <w:rPr>
          <w:sz w:val="20"/>
        </w:rPr>
        <w:t>1:35:42  aur woh pahunchte pahunchte kya hoga ke aap apne creator se bohat zyada mohabbat karenge, apne creator se bohat zyada khauf bhi karenge, kyunke uske saamne accountability ka ehsaas paida hoga aap ke andar.</w:t>
      </w:r>
      <w:r>
        <w:br/>
      </w:r>
      <w:r>
        <w:rPr>
          <w:sz w:val="20"/>
        </w:rPr>
        <w:t>1:35:55  yeh saari cheezein is mein junti chali jayengi. to basic cheez hai acknowledgement.</w:t>
      </w:r>
      <w:r>
        <w:br/>
      </w:r>
      <w:r>
        <w:rPr>
          <w:sz w:val="20"/>
        </w:rPr>
        <w:t>1:36:02  to lafzi maani to islam ke hain submission. lekin submission ki haqeeqat kya hai? acknowledge karna. acknowledge karne hi ka naam acknowledge karte hain.</w:t>
      </w:r>
      <w:r>
        <w:br/>
      </w:r>
      <w:r>
        <w:rPr>
          <w:sz w:val="20"/>
        </w:rPr>
        <w:t>1:36:11  jab isi submission aata hai to isi saari aur cheezein aati chali jaati hain. jahan tak muslim ki baat hai to muslim koi qaum nahi hai. koi muslim koi by birth nahi hota.</w:t>
      </w:r>
      <w:r>
        <w:br/>
      </w:r>
      <w:r>
        <w:rPr>
          <w:sz w:val="20"/>
        </w:rPr>
        <w:t>1:36:22  muslim woh hai jo islam ko discover kare, islam ko apni zindagi ka ya way of life banaye, woh muslim hai.</w:t>
      </w:r>
      <w:r>
        <w:br/>
      </w:r>
      <w:r>
        <w:rPr>
          <w:sz w:val="20"/>
        </w:rPr>
        <w:t>1:36:32  koi bhi by birth muslim nahi hota. koi bhi qaum nahi hai jiska naam muslim qaum ho. aisa kuch bhi nahi hai.</w:t>
      </w:r>
    </w:p>
    <w:p>
      <w:pPr>
        <w:pStyle w:val="Heading2"/>
      </w:pPr>
      <w:r>
        <w:t>Meaning of righteous action after faith</w:t>
      </w:r>
    </w:p>
    <w:p>
      <w:r>
        <w:rPr>
          <w:color w:val="666666"/>
          <w:sz w:val="18"/>
        </w:rPr>
        <w:t>Faith &amp; God · Discovery of God November 3, 2019 Maulana Wahiduddin Khan · 2m 04s · at 47:06 · https://youtu.be/WUaOl0Kwwng?t=2826</w:t>
      </w:r>
    </w:p>
    <w:p>
      <w:r>
        <w:rPr>
          <w:i/>
        </w:rPr>
        <w:t>“After faith, what is righteous action? Please explain it.”</w:t>
      </w:r>
    </w:p>
    <w:p>
      <w:r>
        <w:rPr>
          <w:sz w:val="20"/>
        </w:rPr>
        <w:t>47:06  maulana, agla sawal bheja hai dhampur se mehtab ahmad sahab ne. unhon ne likha hai: "maulana sahab, iman ke baad amal saleh kya hai?</w:t>
      </w:r>
      <w:r>
        <w:br/>
      </w:r>
      <w:r>
        <w:rPr>
          <w:sz w:val="20"/>
        </w:rPr>
        <w:t>47:18  is ke bare mein bataein."</w:t>
      </w:r>
      <w:r>
        <w:br/>
      </w:r>
      <w:r>
        <w:rPr>
          <w:sz w:val="20"/>
        </w:rPr>
        <w:t>47:27  dekhiye, ek lafz mein amal saleh yeh hai: iman ke mutabiq amal.</w:t>
      </w:r>
      <w:r>
        <w:br/>
      </w:r>
      <w:r>
        <w:rPr>
          <w:sz w:val="20"/>
        </w:rPr>
        <w:t>47:39  iman ke mutabiq amal. misaal ke taur par jab mera bachcha mar gaya to maine is ka yasar liya.</w:t>
      </w:r>
      <w:r>
        <w:br/>
      </w:r>
      <w:r>
        <w:rPr>
          <w:sz w:val="20"/>
        </w:rPr>
        <w:t>47:52  jis khuda ne paida kiya tha, usi ne wapas le liya is ko. agar is ki wajah mein woh rota, chalta, cheikhta to woh is ka iman ke mutabiq na hota.</w:t>
      </w:r>
      <w:r>
        <w:br/>
      </w:r>
      <w:r>
        <w:rPr>
          <w:sz w:val="20"/>
        </w:rPr>
        <w:t>48:05  lekin allah ki tofeeq se jo maine kiya, woh islam, woh iman ke mutabiq tha.</w:t>
      </w:r>
      <w:r>
        <w:br/>
      </w:r>
      <w:r>
        <w:rPr>
          <w:sz w:val="20"/>
        </w:rPr>
        <w:t>48:14  to iman, darasal iman ke baad is ke mutabiq amal karna, yahi hamari amal saleh hai.</w:t>
      </w:r>
      <w:r>
        <w:br/>
      </w:r>
      <w:r>
        <w:rPr>
          <w:sz w:val="20"/>
        </w:rPr>
        <w:t>48:25  maulana, miss shabana ansari ne pakistan se likha hai: "maulana, you are a seeker and you made us seeker by your strong literature.</w:t>
      </w:r>
      <w:r>
        <w:br/>
      </w:r>
      <w:r>
        <w:rPr>
          <w:sz w:val="20"/>
        </w:rPr>
        <w:t>48:36  jazak allah maulana for providing us this precious literature. may allah give you eminence reward." miss hina manzoor ne likha hai kashmir se.</w:t>
      </w:r>
      <w:r>
        <w:br/>
      </w:r>
      <w:r>
        <w:rPr>
          <w:sz w:val="20"/>
        </w:rPr>
        <w:t>48:48  unhon ne likha hai: "what a great learning from today lecture!</w:t>
      </w:r>
      <w:r>
        <w:br/>
      </w:r>
      <w:r>
        <w:rPr>
          <w:sz w:val="20"/>
        </w:rPr>
        <w:t>48:53  the quran is the direct answer for from god for all those people who refuse his existence. this thought makes me realize the greater importance of doing dawah work and be the part of that process for which god has created us.</w:t>
      </w:r>
    </w:p>
    <w:p>
      <w:pPr>
        <w:pStyle w:val="Heading2"/>
      </w:pPr>
      <w:r>
        <w:t>Motive for accepting Islam</w:t>
      </w:r>
    </w:p>
    <w:p>
      <w:r>
        <w:rPr>
          <w:color w:val="666666"/>
          <w:sz w:val="18"/>
        </w:rPr>
        <w:t>Faith &amp; God · Understanding the Quran April 7, 2019 · 2m 09s · at 42:26 · https://youtu.be/m_Om5MtQJz4?t=2546</w:t>
      </w:r>
    </w:p>
    <w:p>
      <w:r>
        <w:rPr>
          <w:i/>
        </w:rPr>
        <w:t>“Someone asked me that if the people of the book can enter heaven without accepting Islam, then why would they accept the Quran as the holy book and embrace Islam? What will be their motive?”</w:t>
      </w:r>
    </w:p>
    <w:p>
      <w:r>
        <w:rPr>
          <w:sz w:val="20"/>
        </w:rPr>
        <w:t>42:26  maulana, agla sawal Boston se bheja hai Asad Pervez sahib ne. unhon ne likha hai: "maulana, someone asked me that if the people of the book can enter heaven without accepting Islam, then why would they accept the Quran as the holy book and embrace Islam</w:t>
      </w:r>
      <w:r>
        <w:br/>
      </w:r>
      <w:r>
        <w:rPr>
          <w:sz w:val="20"/>
        </w:rPr>
        <w:t>42:46  ? What will be their motive?"</w:t>
      </w:r>
      <w:r>
        <w:br/>
      </w:r>
      <w:r>
        <w:rPr>
          <w:sz w:val="20"/>
        </w:rPr>
        <w:t>42:52  dekhiye, jannat mein dakhle ka taluq niyat se hai. niyat ko Allah janta hai. Allah jayega payega aap ki niyat ko.</w:t>
      </w:r>
      <w:r>
        <w:br/>
      </w:r>
      <w:r>
        <w:rPr>
          <w:sz w:val="20"/>
        </w:rPr>
        <w:t>43:04  achhi niyat to aap ko jannat ka faisla karega. yeh koi form se nahi kuch hota, conversion se kuch nahi hota.</w:t>
      </w:r>
      <w:r>
        <w:br/>
      </w:r>
      <w:r>
        <w:rPr>
          <w:sz w:val="20"/>
        </w:rPr>
        <w:t>43:16  aap ke dil ki halat kya hai, aap ki spirit kaisi hai, is se hota hai, aur yeh Allah ko pata hai.</w:t>
      </w:r>
      <w:r>
        <w:br/>
      </w:r>
      <w:r>
        <w:rPr>
          <w:sz w:val="20"/>
        </w:rPr>
        <w:t>43:28  to is qism ki baatein un logon ke dil mein aati hain jo conversion ko bari cheez samajhte hain. conversion aur Islam mein to conversion hai hi nahi.</w:t>
      </w:r>
      <w:r>
        <w:br/>
      </w:r>
      <w:r>
        <w:rPr>
          <w:sz w:val="20"/>
        </w:rPr>
        <w:t>43:40  islam mein to intellectual</w:t>
      </w:r>
      <w:r>
        <w:br/>
      </w:r>
      <w:r>
        <w:rPr>
          <w:sz w:val="20"/>
        </w:rPr>
        <w:t>43:45  revolution hai, conversion nahi hai.</w:t>
      </w:r>
      <w:r>
        <w:br/>
      </w:r>
      <w:r>
        <w:rPr>
          <w:sz w:val="20"/>
        </w:rPr>
        <w:t>43:51  maulana, agla comment parhna chahenge jo chennai se maulana israr khatib sahab ne bheja hai. unhone likha hai: "maulana, ulma kehte hain ke quran qayamat tak ke liye guide karne wali kitab hai, lekin woh iska application batane mein fail hain,</w:t>
      </w:r>
      <w:r>
        <w:br/>
      </w:r>
      <w:r>
        <w:rPr>
          <w:sz w:val="20"/>
        </w:rPr>
        <w:t>44:09  ya woh jo application batate hain, us se to quran par yaqeen hi paida nahi hota, balki quran ek dry book maloom hoti hai.</w:t>
      </w:r>
      <w:r>
        <w:br/>
      </w:r>
      <w:r>
        <w:rPr>
          <w:sz w:val="20"/>
        </w:rPr>
        <w:t>44:19  maulana, aap jo quran ka application batate hain, us se quran ke eternity par yaqeen paida hota hai, aur quran ek zinda kitab maloom hoti hai, aur is ko ek guidance ke taur par parhne ka dil chahta hai.</w:t>
      </w:r>
    </w:p>
    <w:p>
      <w:pPr>
        <w:pStyle w:val="Heading2"/>
      </w:pPr>
      <w:r>
        <w:t>Muslims created for Paradise</w:t>
      </w:r>
    </w:p>
    <w:p>
      <w:r>
        <w:rPr>
          <w:color w:val="666666"/>
          <w:sz w:val="18"/>
        </w:rPr>
        <w:t>Faith &amp; God · Divine Help February 09, 2014 Maulana Wahiduddin Khan · 2m 02s · at 1:18:09 · https://youtu.be/eJBjiYGZcKY?t=4689</w:t>
      </w:r>
    </w:p>
    <w:p>
      <w:r>
        <w:rPr>
          <w:i/>
        </w:rPr>
        <w:t>“Maulana, it is said that Muslims are created for Paradise. They will be punished for their sins and eventually enter Paradise.”</w:t>
      </w:r>
    </w:p>
    <w:p>
      <w:r>
        <w:rPr>
          <w:sz w:val="20"/>
        </w:rPr>
        <w:t>1:18:09  Maulana agla sawal Miss Razia ne kiya hai Jamia Millia Islamia se.</w:t>
      </w:r>
      <w:r>
        <w:br/>
      </w:r>
      <w:r>
        <w:rPr>
          <w:sz w:val="20"/>
        </w:rPr>
        <w:t>1:18:14  unhon ne likha hai: Maulana sahib yeh kaha jata hai ke musalman jannat ke liye hi banaya gaya hai.</w:t>
      </w:r>
      <w:r>
        <w:br/>
      </w:r>
      <w:r>
        <w:rPr>
          <w:sz w:val="20"/>
        </w:rPr>
        <w:t>1:18:19  wo apne gunahon ki saza pa kar अंत mein jannat mein hi dakhil kiya jaye ga.</w:t>
      </w:r>
      <w:r>
        <w:br/>
      </w:r>
      <w:r>
        <w:rPr>
          <w:sz w:val="20"/>
        </w:rPr>
        <w:t>1:18:24  yeh baat kahan tak sahi hai? Dekhein yeh sab baatein bilkul baseless hain.</w:t>
      </w:r>
      <w:r>
        <w:br/>
      </w:r>
      <w:r>
        <w:rPr>
          <w:sz w:val="20"/>
        </w:rPr>
        <w:t>1:18:29  aur baad ke zamane mein banayi gayi hain.</w:t>
      </w:r>
      <w:r>
        <w:br/>
      </w:r>
      <w:r>
        <w:rPr>
          <w:sz w:val="20"/>
        </w:rPr>
        <w:t>1:18:34  jannat musalmanon ke liye nahi banayi gayi.</w:t>
      </w:r>
      <w:r>
        <w:br/>
      </w:r>
      <w:r>
        <w:rPr>
          <w:sz w:val="20"/>
        </w:rPr>
        <w:t>1:18:39  yeh bilkul hi yani bilkul hi yani koi is ki base nahi hai yeh kehna ke jannat musalman</w:t>
      </w:r>
      <w:r>
        <w:br/>
      </w:r>
      <w:r>
        <w:rPr>
          <w:sz w:val="20"/>
        </w:rPr>
        <w:t>1:18:44  on ke liye banayi gayi hai.</w:t>
      </w:r>
      <w:r>
        <w:br/>
      </w:r>
      <w:r>
        <w:rPr>
          <w:sz w:val="20"/>
        </w:rPr>
        <w:t>1:18:49  koi is ka kuch bhi base nahi hai.</w:t>
      </w:r>
      <w:r>
        <w:br/>
      </w:r>
      <w:r>
        <w:rPr>
          <w:sz w:val="20"/>
        </w:rPr>
        <w:t>1:18:54  ذالک جزاء منتزکہ.</w:t>
      </w:r>
      <w:r>
        <w:br/>
      </w:r>
      <w:r>
        <w:rPr>
          <w:sz w:val="20"/>
        </w:rPr>
        <w:t>1:18:58  jannat banayi gayi hai purefied soul ke liye.</w:t>
      </w:r>
      <w:r>
        <w:br/>
      </w:r>
      <w:r>
        <w:rPr>
          <w:sz w:val="20"/>
        </w:rPr>
        <w:t>1:19:03  yani buzka shakhsiat ke liye.</w:t>
      </w:r>
      <w:r>
        <w:br/>
      </w:r>
      <w:r>
        <w:rPr>
          <w:sz w:val="20"/>
        </w:rPr>
        <w:t>1:19:08  jannat banayi gayi hai buzka shakhsiat ke liye.</w:t>
      </w:r>
      <w:r>
        <w:br/>
      </w:r>
      <w:r>
        <w:rPr>
          <w:sz w:val="20"/>
        </w:rPr>
        <w:t>1:19:13  yani purefied soul ke liye.</w:t>
      </w:r>
      <w:r>
        <w:br/>
      </w:r>
      <w:r>
        <w:rPr>
          <w:sz w:val="20"/>
        </w:rPr>
        <w:t>1:19:18  jo log yeh daawa karein ke jannat banayi gayi hai musalmanon ke liye wo khud hi khud jo chahein kehein.</w:t>
      </w:r>
      <w:r>
        <w:br/>
      </w:r>
      <w:r>
        <w:rPr>
          <w:sz w:val="20"/>
        </w:rPr>
        <w:t>1:19:23  quran hadith mein to aisa kuch likha hua nahi hai.</w:t>
      </w:r>
      <w:r>
        <w:br/>
      </w:r>
      <w:r>
        <w:rPr>
          <w:sz w:val="20"/>
        </w:rPr>
        <w:t>1:19:28  aadmi apne munh se jo chahe boley.</w:t>
      </w:r>
      <w:r>
        <w:br/>
      </w:r>
      <w:r>
        <w:rPr>
          <w:sz w:val="20"/>
        </w:rPr>
        <w:t>1:19:33  is ki to aazadi hai insaan ko.</w:t>
      </w:r>
      <w:r>
        <w:br/>
      </w:r>
      <w:r>
        <w:rPr>
          <w:sz w:val="20"/>
        </w:rPr>
        <w:t>1:19:38  lekin quran mein to yahi likha hua hai ke zaalika jaza'a muntazakah.</w:t>
      </w:r>
      <w:r>
        <w:br/>
      </w:r>
      <w:r>
        <w:rPr>
          <w:sz w:val="20"/>
        </w:rPr>
        <w:t>1:19:43  ke jannat banai gayi hai is insaan ke liye jo apna tazkiyah karey.</w:t>
      </w:r>
      <w:r>
        <w:br/>
      </w:r>
      <w:r>
        <w:rPr>
          <w:sz w:val="20"/>
        </w:rPr>
        <w:t>1:19:47  yaani apne aap ko purify karey.</w:t>
      </w:r>
      <w:r>
        <w:br/>
      </w:r>
      <w:r>
        <w:rPr>
          <w:sz w:val="20"/>
        </w:rPr>
        <w:t>1:19:52  bazka shakhsiyat ke liye.</w:t>
      </w:r>
      <w:r>
        <w:br/>
      </w:r>
      <w:r>
        <w:rPr>
          <w:sz w:val="20"/>
        </w:rPr>
        <w:t>1:19:57  yeh kahin nahi hai quran o hadith mein ke jannat banai gayi hai musalman ke liye.</w:t>
      </w:r>
      <w:r>
        <w:br/>
      </w:r>
      <w:r>
        <w:rPr>
          <w:sz w:val="20"/>
        </w:rPr>
        <w:t>1:20:02  yeh bilkul hi baseless baat hai.</w:t>
      </w:r>
      <w:r>
        <w:br/>
      </w:r>
      <w:r>
        <w:rPr>
          <w:sz w:val="20"/>
        </w:rPr>
        <w:t>1:20:07  baseless baat hai.</w:t>
      </w:r>
    </w:p>
    <w:p>
      <w:pPr>
        <w:pStyle w:val="Heading2"/>
      </w:pPr>
      <w:r>
        <w:t>Nature and benefit of divine reward</w:t>
      </w:r>
    </w:p>
    <w:p>
      <w:r>
        <w:rPr>
          <w:color w:val="666666"/>
          <w:sz w:val="18"/>
        </w:rPr>
        <w:t>Faith &amp; God · Peace of Mind June 29, 2014 · 2m 33s · at 50:34 · https://youtu.be/oVwRc_FcAGk?t=3034</w:t>
      </w:r>
    </w:p>
    <w:p>
      <w:r>
        <w:rPr>
          <w:i/>
        </w:rPr>
        <w:t>“When we do a good deed, we get reward. What is this reward? How is it beneficial for us? Is it an external credit note or a virtual achievement recorded in our deeds that benefits in the afterlife? Or is it something that increases one's level of piety, leading to more good deeds, and good deeds are the means to success in the afterlife?”</w:t>
      </w:r>
    </w:p>
    <w:p>
      <w:r>
        <w:rPr>
          <w:sz w:val="20"/>
        </w:rPr>
        <w:t>50:34  maulana, un ka aik aur sawal hai, unhone likha hai ke jab hum koi achha kaam karte hain to sawab milta hai.</w:t>
      </w:r>
      <w:r>
        <w:br/>
      </w:r>
      <w:r>
        <w:rPr>
          <w:sz w:val="20"/>
        </w:rPr>
        <w:t>50:44  yeh sawab aakhir kya hai? yeh hamare liye kis tarah faida mand hai? yeh koi kharji credit note hai ya koi virtual achievement hai jo hamare aamal naame mein darj ho jata hai aur aakhirat mein faida deta hai?</w:t>
      </w:r>
      <w:r>
        <w:br/>
      </w:r>
      <w:r>
        <w:rPr>
          <w:sz w:val="20"/>
        </w:rPr>
        <w:t>51:01  ya yeh koi aisi cheez hai jo insaan ke taqwe ki کیفیت mein barhothri karta hai, jis ki wajah se amal saleh mein izafa hota hai aur amal saleh ka zariya aakhirat mein kamyabi deta hai?</w:t>
      </w:r>
      <w:r>
        <w:br/>
      </w:r>
      <w:r>
        <w:rPr>
          <w:sz w:val="20"/>
        </w:rPr>
        <w:t>51:16  is ki bhi wazahat karen. dekhiye, is par bhi hum bohat likh chuke hain. hua azeem sawab ka matlab hai personality development.</w:t>
      </w:r>
      <w:r>
        <w:br/>
      </w:r>
      <w:r>
        <w:rPr>
          <w:sz w:val="20"/>
        </w:rPr>
        <w:t>51:28  jab aap koi amal karte hain acha to is mein jo sawab hota hai, woh sawab isi shakal mein aata hai aap ko ke aap ka aap ke andar spiritual development hota hai.</w:t>
      </w:r>
      <w:r>
        <w:br/>
      </w:r>
      <w:r>
        <w:rPr>
          <w:sz w:val="20"/>
        </w:rPr>
        <w:t>51:40  to sawab in terms of intellectual, sawab in terms of intellectual development, in terms of spiritual development aap ko milta rehta hai, milta rehta hai.</w:t>
      </w:r>
      <w:r>
        <w:br/>
      </w:r>
      <w:r>
        <w:rPr>
          <w:sz w:val="20"/>
        </w:rPr>
        <w:t>51:52  yahan tak ke aap ke andar woh personality ban jati hai, woh woh madhaka personality hai jo jannat jannat mein dakhil ki jaye.</w:t>
      </w:r>
      <w:r>
        <w:br/>
      </w:r>
      <w:r>
        <w:rPr>
          <w:sz w:val="20"/>
        </w:rPr>
        <w:t>52:01  hum ne hum is ko nahi mante ke sawab koi alag se kahin ja kar ke kisi bank mein jama hai jo aap ko de diya jaye ga. jab aap koi kaam amal karte hain, usi waqt hi usi amal ke sath sath aap ki personality banti hai.</w:t>
      </w:r>
      <w:r>
        <w:br/>
      </w:r>
      <w:r>
        <w:rPr>
          <w:sz w:val="20"/>
        </w:rPr>
        <w:t>52:17  isi personality jo banti hai, isi ko aap chahe sawab kahiye ya tazkiya kahiye, woh sab ek hi cheez hai. mein is ko nahi manta ke sawab jo hai kahin woh bank mein jama hua ja ke mil jaye ga aap ko.</w:t>
      </w:r>
      <w:r>
        <w:br/>
      </w:r>
      <w:r>
        <w:rPr>
          <w:sz w:val="20"/>
        </w:rPr>
        <w:t>52:33  din in deer aap ko milta hai aur aap mehsoos kar sakte hain, mehsoos kar sakte hain. jaise ke misaal ke tor par maine shikayat ki baat ki,</w:t>
      </w:r>
      <w:r>
        <w:br/>
      </w:r>
      <w:r>
        <w:rPr>
          <w:sz w:val="20"/>
        </w:rPr>
        <w:t>52:41  aap ko shikayat paida hui aur aap ne woh kaam kiya jo Hazrat Abu Ayub Azai ne kiya tha, to aap ko achaanak mile ga ke ajeeb sukoon, ajeeb peace, ajeeb rabbaniyat aap ke andar aa jaye gi.</w:t>
      </w:r>
      <w:r>
        <w:br/>
      </w:r>
      <w:r>
        <w:rPr>
          <w:sz w:val="20"/>
        </w:rPr>
        <w:t>52:57  wohi sawab hai, wohi wohi personality development hai, wohi tazkiya hai.</w:t>
      </w:r>
    </w:p>
    <w:p>
      <w:pPr>
        <w:pStyle w:val="Heading2"/>
      </w:pPr>
      <w:r>
        <w:t>Obsession with human glories over God</w:t>
      </w:r>
    </w:p>
    <w:p>
      <w:r>
        <w:rPr>
          <w:color w:val="666666"/>
          <w:sz w:val="18"/>
        </w:rPr>
        <w:t>Faith &amp; God · The Power of Remembering God Often September 26, 2010 · 2m 40s · at 1:24:54 · https://youtu.be/GMmwEr7Wt80?t=5094</w:t>
      </w:r>
    </w:p>
    <w:p>
      <w:r>
        <w:rPr>
          <w:i/>
        </w:rPr>
        <w:t>“I have invariably found that people are obsessed with human glories. Whenever they sit together, they talk of their greats in glowing terms. Why is it that we are lost in human glories and fail to find God, the true possessor of all glories?”</w:t>
      </w:r>
    </w:p>
    <w:p>
      <w:r>
        <w:rPr>
          <w:sz w:val="20"/>
        </w:rPr>
        <w:t>1:24:54  taake tumhare nasl generation ko is ki price na deni pade. maulana, agla sawal kya hai? doctor farida khanoom ne dilli se unhon ne likha hai ke "i have incredibly found that people are obsessed with human glories.</w:t>
      </w:r>
      <w:r>
        <w:br/>
      </w:r>
      <w:r>
        <w:rPr>
          <w:sz w:val="20"/>
        </w:rPr>
        <w:t>1:25:10  whenever they sit together, they talk of their greatness in glowing terms.</w:t>
      </w:r>
      <w:r>
        <w:br/>
      </w:r>
      <w:r>
        <w:rPr>
          <w:sz w:val="20"/>
        </w:rPr>
        <w:t>1:25:17  why is it that we are lost in human glories and fail to find god, the true possessor of all glories?" aakhir mein dekhen, yeh seen glory aur unseen glory ki baat hai.</w:t>
      </w:r>
      <w:r>
        <w:br/>
      </w:r>
      <w:r>
        <w:rPr>
          <w:sz w:val="20"/>
        </w:rPr>
        <w:t>1:25:31  yeh</w:t>
      </w:r>
      <w:r>
        <w:br/>
      </w:r>
      <w:r>
        <w:rPr>
          <w:sz w:val="20"/>
        </w:rPr>
        <w:t>1:25:35  khuda glory jo unseen glory hai, hamein to soch kar jaanna padta hai aur insaan ki glory to seen glory hai.</w:t>
      </w:r>
      <w:r>
        <w:br/>
      </w:r>
      <w:r>
        <w:rPr>
          <w:sz w:val="20"/>
        </w:rPr>
        <w:t>1:25:44  aap dekh kar dekhte hain aur foran aap jaan lete hain is ko. to yahan yaani aadmi sochega tab yeh jaane ga ke insaan ki jo great بڑai hai, woh bhi to khuda ki di hui hai.</w:t>
      </w:r>
      <w:r>
        <w:br/>
      </w:r>
      <w:r>
        <w:rPr>
          <w:sz w:val="20"/>
        </w:rPr>
        <w:t>1:26:02  kisi ko bohat bohat smart hai to khuda ne banaya hai is ko, kisi ka bari aqal hai to woh khuda ki di hui hai.</w:t>
      </w:r>
      <w:r>
        <w:br/>
      </w:r>
      <w:r>
        <w:rPr>
          <w:sz w:val="20"/>
        </w:rPr>
        <w:t>1:26:11  kuch bhi, koi bhi بڑai kisi insaan ke paas agar hai to woh khuda ki di hui hai. to khuda glory ek unseen glory hai aur jo insaan ki glory hai, woh seen glory hai.</w:t>
      </w:r>
      <w:r>
        <w:br/>
      </w:r>
      <w:r>
        <w:rPr>
          <w:sz w:val="20"/>
        </w:rPr>
        <w:t>1:26:27  to aadmi is ko jaan leta hai aur is ko nahi jaan pata. lekin yahi test hai. yaad rakhiye, yahi test hai. yaani insaan ki glory mein khuda ki glory ko daryaft karna ke giver to khuda hai, insaan to taker hai.</w:t>
      </w:r>
      <w:r>
        <w:br/>
      </w:r>
      <w:r>
        <w:rPr>
          <w:sz w:val="20"/>
        </w:rPr>
        <w:t>1:26:47  to yeh yeh to rahega, yeh khatm nahi ho sakta. yeh kyunke is ka talluq test se juda hua hai, is ka talluq test se juda hua hai.</w:t>
      </w:r>
      <w:r>
        <w:br/>
      </w:r>
      <w:r>
        <w:rPr>
          <w:sz w:val="20"/>
        </w:rPr>
        <w:t>1:26:59  agar yeh na ho to phir test ke ke halaat hi nahi honge. kaise insaan azmaish kaise hogi? insaan ka imtehan kaise hoga?</w:t>
      </w:r>
      <w:r>
        <w:br/>
      </w:r>
      <w:r>
        <w:rPr>
          <w:sz w:val="20"/>
        </w:rPr>
        <w:t>1:27:09  to hamein insaan ki seen glory mein yeh daryaft karna hai ke yeh to in seen god ka karishma hai, in seen god ka mamla hai.</w:t>
      </w:r>
      <w:r>
        <w:br/>
      </w:r>
      <w:r>
        <w:rPr>
          <w:sz w:val="20"/>
        </w:rPr>
        <w:t>1:27:19  insaan to tekar hai, giver to khuda hai. to is ko daryaft karne hi mein insaan ko test pe stand karta hai.</w:t>
      </w:r>
      <w:r>
        <w:br/>
      </w:r>
      <w:r>
        <w:rPr>
          <w:sz w:val="20"/>
        </w:rPr>
        <w:t>1:27:29  aadmi</w:t>
      </w:r>
    </w:p>
    <w:p>
      <w:pPr>
        <w:pStyle w:val="Heading2"/>
      </w:pPr>
      <w:r>
        <w:t>Only Allah decides who enters Paradise</w:t>
      </w:r>
    </w:p>
    <w:p>
      <w:r>
        <w:rPr>
          <w:color w:val="666666"/>
          <w:sz w:val="18"/>
        </w:rPr>
        <w:t>Faith &amp; God · Peace of Mind April 19, 2015 Maulana Wahiduddin Khan · 2m 22s · at 57:59 · https://youtu.be/bGLY0ALNtjw?t=3479</w:t>
      </w:r>
    </w:p>
    <w:p>
      <w:r>
        <w:rPr>
          <w:i/>
        </w:rPr>
        <w:t>“Only Allah will decide who will enter Paradise.”</w:t>
      </w:r>
    </w:p>
    <w:p>
      <w:r>
        <w:rPr>
          <w:sz w:val="20"/>
        </w:rPr>
        <w:t>57:59  maulana agla sawal faiz sahab ne bheja hai california se.</w:t>
      </w:r>
      <w:r>
        <w:br/>
      </w:r>
      <w:r>
        <w:rPr>
          <w:sz w:val="20"/>
        </w:rPr>
        <w:t>58:04  aur unhon ne likha hai:</w:t>
      </w:r>
      <w:r>
        <w:br/>
      </w:r>
      <w:r>
        <w:rPr>
          <w:sz w:val="20"/>
        </w:rPr>
        <w:t>58:07  only Allah will decide who will enter jannat.</w:t>
      </w:r>
      <w:r>
        <w:br/>
      </w:r>
      <w:r>
        <w:rPr>
          <w:sz w:val="20"/>
        </w:rPr>
        <w:t>58:11  However, Maulana, based on your knowledge, would the modern-time Christians believing in Trinity are committing shirk?</w:t>
      </w:r>
      <w:r>
        <w:br/>
      </w:r>
      <w:r>
        <w:rPr>
          <w:sz w:val="20"/>
        </w:rPr>
        <w:t>58:19  Would they be eligible for entering Jannah if they are excellent human beings in this life? What is your comment on this?"</w:t>
      </w:r>
      <w:r>
        <w:br/>
      </w:r>
      <w:r>
        <w:rPr>
          <w:sz w:val="20"/>
        </w:rPr>
        <w:t>58:29  dekhiye yeh main samajhta hoon ke jannat ya jahannum yeh kisi insan ke faisle se nahin hogi.</w:t>
      </w:r>
      <w:r>
        <w:br/>
      </w:r>
      <w:r>
        <w:rPr>
          <w:sz w:val="20"/>
        </w:rPr>
        <w:t>58:36  iska mamla tartil akhirat ka mamla hai, Allah ka faisla.</w:t>
      </w:r>
      <w:r>
        <w:br/>
      </w:r>
      <w:r>
        <w:rPr>
          <w:sz w:val="20"/>
        </w:rPr>
        <w:t>58:41  ek hadith hai,</w:t>
      </w:r>
      <w:r>
        <w:br/>
      </w:r>
      <w:r>
        <w:rPr>
          <w:sz w:val="20"/>
        </w:rPr>
        <w:t>58:44  wohi mein sunata hoon us ko, us se aap samajh sakte hain ke wallah ul adri, wallah ul adri, wallah</w:t>
      </w:r>
      <w:r>
        <w:br/>
      </w:r>
      <w:r>
        <w:rPr>
          <w:sz w:val="20"/>
        </w:rPr>
        <w:t>58:52  ul adri, wa ana rasool Allah, ma yaf al bi wa lakum.</w:t>
      </w:r>
      <w:r>
        <w:br/>
      </w:r>
      <w:r>
        <w:rPr>
          <w:sz w:val="20"/>
        </w:rPr>
        <w:t>58:58  khuda ki qasam mein nahin janta, khuda ki qasam mein nahin janta, khuda ki qasam mein nahin janta.</w:t>
      </w:r>
      <w:r>
        <w:br/>
      </w:r>
      <w:r>
        <w:rPr>
          <w:sz w:val="20"/>
        </w:rPr>
        <w:t>59:04  agarche mein khuda ka rasool hoon.</w:t>
      </w:r>
      <w:r>
        <w:br/>
      </w:r>
      <w:r>
        <w:rPr>
          <w:sz w:val="20"/>
        </w:rPr>
        <w:t>59:07  kya kya jaye ga mere sath, kya kya jaye ga tumhare sath? to musalman yeh samajhte hain ke</w:t>
      </w:r>
      <w:r>
        <w:br/>
      </w:r>
      <w:r>
        <w:rPr>
          <w:sz w:val="20"/>
        </w:rPr>
        <w:t>59:12  hamari jannat reserve hai.</w:t>
      </w:r>
      <w:r>
        <w:br/>
      </w:r>
      <w:r>
        <w:rPr>
          <w:sz w:val="20"/>
        </w:rPr>
        <w:t>59:15  ajeeb o ghareeb soch musalmanon mein aa gayi hai ke apni jannat ko reserve samajhte hain.</w:t>
      </w:r>
      <w:r>
        <w:br/>
      </w:r>
      <w:r>
        <w:rPr>
          <w:sz w:val="20"/>
        </w:rPr>
        <w:t>59:20  sirf doosron ki jannat mushtak hai.</w:t>
      </w:r>
      <w:r>
        <w:br/>
      </w:r>
      <w:r>
        <w:rPr>
          <w:sz w:val="20"/>
        </w:rPr>
        <w:t>59:22  yeh soch na islam mein hai,</w:t>
      </w:r>
      <w:r>
        <w:br/>
      </w:r>
      <w:r>
        <w:rPr>
          <w:sz w:val="20"/>
        </w:rPr>
        <w:t>59:26  na quran mein hai, na hadith mein hai.</w:t>
      </w:r>
      <w:r>
        <w:br/>
      </w:r>
      <w:r>
        <w:rPr>
          <w:sz w:val="20"/>
        </w:rPr>
        <w:t>59:31  maulana in ka ek aur sawal hai.</w:t>
      </w:r>
      <w:r>
        <w:br/>
      </w:r>
      <w:r>
        <w:rPr>
          <w:sz w:val="20"/>
        </w:rPr>
        <w:t>59:33  انہوں نے آپ سے پوچھا ہے کہ why was Ibrahim (علیہ السلام) admonished in Surah Tawbah for asking</w:t>
      </w:r>
      <w:r>
        <w:br/>
      </w:r>
      <w:r>
        <w:rPr>
          <w:sz w:val="20"/>
        </w:rPr>
        <w:t>59:41  forgiveness for his mushrik father?</w:t>
      </w:r>
      <w:r>
        <w:br/>
      </w:r>
      <w:r>
        <w:rPr>
          <w:sz w:val="20"/>
        </w:rPr>
        <w:t>59:46  bhai yeh to quran mein is ka jawab maujood hai.</w:t>
      </w:r>
      <w:r>
        <w:br/>
      </w:r>
      <w:r>
        <w:rPr>
          <w:sz w:val="20"/>
        </w:rPr>
        <w:t>59:51  ke yeh in ke ijtihadi ghalati thi.</w:t>
      </w:r>
      <w:r>
        <w:br/>
      </w:r>
      <w:r>
        <w:rPr>
          <w:sz w:val="20"/>
        </w:rPr>
        <w:t>59:54  quran mein is ka aap pura parhiye is ko.</w:t>
      </w:r>
      <w:r>
        <w:br/>
      </w:r>
      <w:r>
        <w:rPr>
          <w:sz w:val="20"/>
        </w:rPr>
        <w:t>1:00:00  yeh to out, yani ek taluq hota hai to hazrat nooh ne apne bete ke liye kaha, hazrat</w:t>
      </w:r>
      <w:r>
        <w:br/>
      </w:r>
      <w:r>
        <w:rPr>
          <w:sz w:val="20"/>
        </w:rPr>
        <w:t>1:00:05  ibrahim ne apne father ke liye kaha, rasool Allah ne apne chacha ke liye kaha, lekin woh dua</w:t>
      </w:r>
      <w:r>
        <w:br/>
      </w:r>
      <w:r>
        <w:rPr>
          <w:sz w:val="20"/>
        </w:rPr>
        <w:t>1:00:11  qubool nahin hui.</w:t>
      </w:r>
      <w:r>
        <w:br/>
      </w:r>
      <w:r>
        <w:rPr>
          <w:sz w:val="20"/>
        </w:rPr>
        <w:t>1:00:14  yeh to is ko hum ijtihadi khata samajhte hain.</w:t>
      </w:r>
      <w:r>
        <w:br/>
      </w:r>
      <w:r>
        <w:rPr>
          <w:sz w:val="20"/>
        </w:rPr>
        <w:t>1:00:17  ijtihadi khata kisi bhi ho sakti hai.</w:t>
      </w:r>
    </w:p>
    <w:p>
      <w:pPr>
        <w:pStyle w:val="Heading2"/>
      </w:pPr>
      <w:r>
        <w:t>Origin of human prayer</w:t>
      </w:r>
    </w:p>
    <w:p>
      <w:r>
        <w:rPr>
          <w:color w:val="666666"/>
          <w:sz w:val="18"/>
        </w:rPr>
        <w:t>Faith &amp; God · The Discovery of God IIC Prog (Maulana Talk) November 2, 2019 · 4m 38s · at 32:22 · https://youtu.be/u24tYGW6tCM?t=1942</w:t>
      </w:r>
    </w:p>
    <w:p>
      <w:r>
        <w:rPr>
          <w:i/>
        </w:rPr>
        <w:t>“When did humans begin to pray?”</w:t>
      </w:r>
    </w:p>
    <w:p>
      <w:r>
        <w:rPr>
          <w:sz w:val="20"/>
        </w:rPr>
        <w:t>32:22  maulana, yeh sawal subhash verma ji ka hai. unhon ne aap se poocha hai ke "When did humans begin to pray?" is ke bare mein bataein.</w:t>
      </w:r>
      <w:r>
        <w:br/>
      </w:r>
      <w:r>
        <w:rPr>
          <w:sz w:val="20"/>
        </w:rPr>
        <w:t>32:34  dekhein, maine ek kitab padhi thi bohat pehle ke is kitab ka title tha ke "Gyan ka aaghaz kab hua?" "Gyan ka aaghaz kab hua?"</w:t>
      </w:r>
      <w:r>
        <w:br/>
      </w:r>
      <w:r>
        <w:rPr>
          <w:sz w:val="20"/>
        </w:rPr>
        <w:t>32:52  is mein likha tha ke jab insan is zameen par aaya aur yahan par shuru ke zamane mein jis ko hum kehte hain stone age, yeh stone age ki baat hai,</w:t>
      </w:r>
      <w:r>
        <w:br/>
      </w:r>
      <w:r>
        <w:rPr>
          <w:sz w:val="20"/>
        </w:rPr>
        <w:t>33:07  to do aadmi kisi baat par ghussa ho gaye. yaani pathar un ke hathon mein tha, to dono ne ek doosre ko pathar se mara.</w:t>
      </w:r>
      <w:r>
        <w:br/>
      </w:r>
      <w:r>
        <w:rPr>
          <w:sz w:val="20"/>
        </w:rPr>
        <w:t>33:20  un ke paas wahi tha. yeh baat hai stone age ki. to jab woh pathar takraya to sparking hui.</w:t>
      </w:r>
      <w:r>
        <w:br/>
      </w:r>
      <w:r>
        <w:rPr>
          <w:sz w:val="20"/>
        </w:rPr>
        <w:t>33:32  jab sparking hui to dono ke ghussa khatam ho gaye. woh lage dekhne ke is pathar mein kahin koi hai, aag aag hai koi. to dono ke dono pathar ko le kar sparking ko talash karne lage.</w:t>
      </w:r>
      <w:r>
        <w:br/>
      </w:r>
      <w:r>
        <w:rPr>
          <w:sz w:val="20"/>
        </w:rPr>
        <w:t>33:49  aaj hum jante hain ke khud pathar mein sparking nahi thi, balkeh hawa mein oxygen hai, is ke takrane se sparking hoti hai.</w:t>
      </w:r>
      <w:r>
        <w:br/>
      </w:r>
      <w:r>
        <w:rPr>
          <w:sz w:val="20"/>
        </w:rPr>
        <w:t>34:04  to yahan se shuru hua sochna. is kitab mein yeh bataya gaya tha ke yahan se sochna shuru hua.</w:t>
      </w:r>
      <w:r>
        <w:br/>
      </w:r>
      <w:r>
        <w:rPr>
          <w:sz w:val="20"/>
        </w:rPr>
        <w:t>34:16  to is ne yahan tak pohancha ke koi koi hasti mujh se bari hai. koi hasti mujh se bari hai.</w:t>
      </w:r>
      <w:r>
        <w:br/>
      </w:r>
      <w:r>
        <w:rPr>
          <w:sz w:val="20"/>
        </w:rPr>
        <w:t>34:27  yahan se ibadat ka tasawwur paida hua. yeh secular interpretation hai. lekin jo mazhabi interpretation hai Islam ke mutabiq, yeh to yeh hai ke paighambar aaye,</w:t>
      </w:r>
      <w:r>
        <w:br/>
      </w:r>
      <w:r>
        <w:rPr>
          <w:sz w:val="20"/>
        </w:rPr>
        <w:t>34:40  prophet aaye, unhon ne bataya ke ek God hai, us ki parastish karo. woh malik hai tumhara.</w:t>
      </w:r>
      <w:r>
        <w:br/>
      </w:r>
      <w:r>
        <w:rPr>
          <w:sz w:val="20"/>
        </w:rPr>
        <w:t>34:50  to secular interpretation mein to woh hai, aur jo mazhabi interpretation hai us mein bhi yahi hai.</w:t>
      </w:r>
      <w:r>
        <w:br/>
      </w:r>
      <w:r>
        <w:rPr>
          <w:sz w:val="20"/>
        </w:rPr>
        <w:t>35:00  maulana, this question is from Miss priya malik. unhon ne aap se poocha hai "What is the concept of God as per Islam?" is ke bare mein bataein.</w:t>
      </w:r>
      <w:r>
        <w:br/>
      </w:r>
      <w:r>
        <w:rPr>
          <w:sz w:val="20"/>
        </w:rPr>
        <w:t>35:11  woh to wahi hai jo maine arz kiya. pehle woh belief tha, belief. ab mere nazdeek scientific discoveries jo hui hain, is mein yeh cheez reality ban chuki hai.</w:t>
      </w:r>
      <w:r>
        <w:br/>
      </w:r>
      <w:r>
        <w:rPr>
          <w:sz w:val="20"/>
        </w:rPr>
        <w:t>35:25  mera jo manna hai, jo maine arz kiya, woh scientific language mein Islami ka belief tha, woh scientific language mein.</w:t>
      </w:r>
      <w:r>
        <w:br/>
      </w:r>
      <w:r>
        <w:rPr>
          <w:sz w:val="20"/>
        </w:rPr>
        <w:t>35:37  is par maine ek kitab likhi hai jo "Discovery of God" aur bohat si kitabein meri hain is mozu par. to main samajhta hoon ke nietzsche ne jo kaha tha ke "God is dead,</w:t>
      </w:r>
      <w:r>
        <w:br/>
      </w:r>
      <w:r>
        <w:rPr>
          <w:sz w:val="20"/>
        </w:rPr>
        <w:t>35:51  that was a challenge."</w:t>
      </w:r>
      <w:r>
        <w:br/>
      </w:r>
      <w:r>
        <w:rPr>
          <w:sz w:val="20"/>
        </w:rPr>
        <w:t>35:53  ab is woh challenge ka jawab diya ja chuka hai. aur bohat si scientific theories hain, un mein se do ka maine samajh diya aap ko ke ek tha big bang aur doosra hai quantum physics.</w:t>
      </w:r>
      <w:r>
        <w:br/>
      </w:r>
      <w:r>
        <w:rPr>
          <w:sz w:val="20"/>
        </w:rPr>
        <w:t>36:12  koi bhi shakhs jo sincere ho, uska study kare. main khud apne bare mein bataoon aap ko ke bhai jo study thi na, woh yahi se</w:t>
      </w:r>
      <w:r>
        <w:br/>
      </w:r>
      <w:r>
        <w:rPr>
          <w:sz w:val="20"/>
        </w:rPr>
        <w:t>36:22  thi ke main pehle Khuda ko nahi manta tha. Khuda hai to mujhe dikhai dena chahiye. main khud apne bachpan mein aisa hi tha.</w:t>
      </w:r>
      <w:r>
        <w:br/>
      </w:r>
      <w:r>
        <w:rPr>
          <w:sz w:val="20"/>
        </w:rPr>
        <w:t>36:34  to meri jo seeking spirit jaagi hai, woh yahi se jaagi hai ke Khuda hai to mujhe janna chahiye ke Khuda hai.</w:t>
      </w:r>
      <w:r>
        <w:br/>
      </w:r>
      <w:r>
        <w:rPr>
          <w:sz w:val="20"/>
        </w:rPr>
        <w:t>36:45  to jo woh awaz mere andar se nikli, "Khawand, tu kab aaye</w:t>
      </w:r>
      <w:r>
        <w:br/>
      </w:r>
      <w:r>
        <w:rPr>
          <w:sz w:val="20"/>
        </w:rPr>
        <w:t>36:50  ga? main kab tak tere aane ka intezar karoon?" to meri mere andar jo ek insan hai, woh bol pada tha.</w:t>
      </w:r>
    </w:p>
    <w:p>
      <w:pPr>
        <w:pStyle w:val="Heading2"/>
      </w:pPr>
      <w:r>
        <w:t>Parameters for true life ideology</w:t>
      </w:r>
    </w:p>
    <w:p>
      <w:r>
        <w:rPr>
          <w:color w:val="666666"/>
          <w:sz w:val="18"/>
        </w:rPr>
        <w:t>Faith &amp; God · Q&amp;A 11 Jul 2010 Maulana Wahiduddin Khan · 3m 24s · at 12:16 · https://youtu.be/UHtdtzGGwFQ?t=736</w:t>
      </w:r>
    </w:p>
    <w:p>
      <w:r>
        <w:rPr>
          <w:i/>
        </w:rPr>
        <w:t>“What are the parameters by which one can recognize or identify the true ideology of life?”</w:t>
      </w:r>
    </w:p>
    <w:p>
      <w:r>
        <w:rPr>
          <w:sz w:val="20"/>
        </w:rPr>
        <w:t>12:16  maulana, agla sawal kya hai? sadia khan ne, new delhi se. unhon ne likha hai ke "What are the parameters by which one can recognize or identify the true ideology of life?"</w:t>
      </w:r>
      <w:r>
        <w:br/>
      </w:r>
      <w:r>
        <w:rPr>
          <w:sz w:val="20"/>
        </w:rPr>
        <w:t>12:38  dekhen, yeh koi technical subject nahi hai, koi mathematical subject nahi hai. ya main kahoon ke mathematical criteria possible nahi hai. kyunke yeh test ka mamla hai.</w:t>
      </w:r>
      <w:r>
        <w:br/>
      </w:r>
      <w:r>
        <w:rPr>
          <w:sz w:val="20"/>
        </w:rPr>
        <w:t>12:47  khuda test le raha hai. agar mathematical criteria possible hota to test hi khatam ho jata. to is liye ek element of doubt to baqi rahe ga.</w:t>
      </w:r>
      <w:r>
        <w:br/>
      </w:r>
      <w:r>
        <w:rPr>
          <w:sz w:val="20"/>
        </w:rPr>
        <w:t>12:56  yaad rakhiye,</w:t>
      </w:r>
      <w:r>
        <w:br/>
      </w:r>
      <w:r>
        <w:rPr>
          <w:sz w:val="20"/>
        </w:rPr>
        <w:t>13:00  agar do do char ki tarah baaten clear ho jayen to test kahan raha? phir test khatam.</w:t>
      </w:r>
      <w:r>
        <w:br/>
      </w:r>
      <w:r>
        <w:rPr>
          <w:sz w:val="20"/>
        </w:rPr>
        <w:t>13:09  to tareeqa sirf kya? main method batata hoon. method aur aur kuch nahi. method kya hai? aap quran ki study karen.</w:t>
      </w:r>
      <w:r>
        <w:br/>
      </w:r>
      <w:r>
        <w:rPr>
          <w:sz w:val="20"/>
        </w:rPr>
        <w:t>13:19  aap khuda ki jo jo takhleeq hai, nature, us ko</w:t>
      </w:r>
      <w:r>
        <w:br/>
      </w:r>
      <w:r>
        <w:rPr>
          <w:sz w:val="20"/>
        </w:rPr>
        <w:t>13:27  observe karen. universe mein jo khuda ke jalwe hain, us ko us ki study karen.</w:t>
      </w:r>
      <w:r>
        <w:br/>
      </w:r>
      <w:r>
        <w:rPr>
          <w:sz w:val="20"/>
        </w:rPr>
        <w:t>13:40  through study aap puhanch sakte hain wahan par. through study.</w:t>
      </w:r>
      <w:r>
        <w:br/>
      </w:r>
      <w:r>
        <w:rPr>
          <w:sz w:val="20"/>
        </w:rPr>
        <w:t>13:45  study karte karte aap ke andar ek development development hota hai. aap ke mind mein ek mind mein ek skill paida hoti hai cheezon ko recognize karne ki.</w:t>
      </w:r>
      <w:r>
        <w:br/>
      </w:r>
      <w:r>
        <w:rPr>
          <w:sz w:val="20"/>
        </w:rPr>
        <w:t>13:57  jab bohat hi study karte hain aap to objectivity aati hai</w:t>
      </w:r>
      <w:r>
        <w:br/>
      </w:r>
      <w:r>
        <w:rPr>
          <w:sz w:val="20"/>
        </w:rPr>
        <w:t>14:02  aur recognition ki salahiyat paida hoti hai. to yeh ek process hai. aisa nahi ke achaanak ho jaye. ajab nahi ho sakta hai.</w:t>
      </w:r>
      <w:r>
        <w:br/>
      </w:r>
      <w:r>
        <w:rPr>
          <w:sz w:val="20"/>
        </w:rPr>
        <w:t>14:13  history behraal hoti hai. yani history jo hai woh starting point hai is mamle ka.</w:t>
      </w:r>
      <w:r>
        <w:br/>
      </w:r>
      <w:r>
        <w:rPr>
          <w:sz w:val="20"/>
        </w:rPr>
        <w:t>14:19  aur is se agar aadmi sincere hai, sincere hai to phir kya hota hai ke 50 percent aadmi khud karta hai. 50 percent allah ki madad aati hai. agar koi aadmi sincere ho to zaroor madad allah ki aye gi.</w:t>
      </w:r>
      <w:r>
        <w:br/>
      </w:r>
      <w:r>
        <w:rPr>
          <w:sz w:val="20"/>
        </w:rPr>
        <w:t>14:34  zaroor aye gi. aur phir woh khuda ki madad se woh puhanch jaye ga jahan puhanchna hai us ko. phir us ke andar ek ek cheez develop hogi. andar ek roshni, ek pehchan, ek farq karne wali.</w:t>
      </w:r>
      <w:r>
        <w:br/>
      </w:r>
      <w:r>
        <w:rPr>
          <w:sz w:val="20"/>
        </w:rPr>
        <w:t>14:47  quran hai ke furqan tumhare paida kare ga.</w:t>
      </w:r>
      <w:r>
        <w:br/>
      </w:r>
      <w:r>
        <w:rPr>
          <w:sz w:val="20"/>
        </w:rPr>
        <w:t>14:52  agar tum sachay ho, sincere ho to tumhare andar furqan. furqan matlab yeh hai ke yani differentiate, differentiate karne ki quality.</w:t>
      </w:r>
      <w:r>
        <w:br/>
      </w:r>
      <w:r>
        <w:rPr>
          <w:sz w:val="20"/>
        </w:rPr>
        <w:t>15:03  black ko white se, sachai ko false foot se differentiate karne ki salahiyat paida hogi.</w:t>
      </w:r>
      <w:r>
        <w:br/>
      </w:r>
      <w:r>
        <w:rPr>
          <w:sz w:val="20"/>
        </w:rPr>
        <w:t>15:11  to phir aap khud hi jaan len ge. it required sincerity, it required seriousness, it required study, it required observation,</w:t>
      </w:r>
      <w:r>
        <w:br/>
      </w:r>
      <w:r>
        <w:rPr>
          <w:sz w:val="20"/>
        </w:rPr>
        <w:t>15:25  it required contemplation. agar yeh yeh aap condition poori kar den,</w:t>
      </w:r>
      <w:r>
        <w:br/>
      </w:r>
      <w:r>
        <w:rPr>
          <w:sz w:val="20"/>
        </w:rPr>
        <w:t>15:31  then you can see, you can reach the the truth.</w:t>
      </w:r>
    </w:p>
    <w:p>
      <w:pPr>
        <w:pStyle w:val="Heading2"/>
      </w:pPr>
      <w:r>
        <w:t>Parents' responsibilities for children's religious upbringing</w:t>
      </w:r>
    </w:p>
    <w:p>
      <w:r>
        <w:rPr>
          <w:color w:val="666666"/>
          <w:sz w:val="18"/>
        </w:rPr>
        <w:t>Faith &amp; God · The Importance of the Quran May 15, 2016 Maulana Wahiduddin Khan · 2m 09s · at 1:12:36 · https://youtu.be/9a-OOUR_bLg?t=4356</w:t>
      </w:r>
    </w:p>
    <w:p>
      <w:r>
        <w:rPr>
          <w:i/>
        </w:rPr>
        <w:t>“What are the responsibilities of parents regarding their children's religious upbringing? Please guide us in this.”</w:t>
      </w:r>
    </w:p>
    <w:p>
      <w:r>
        <w:rPr>
          <w:sz w:val="20"/>
        </w:rPr>
        <w:t>1:12:36  maulana, agla sawal tariq badar sahib ka hai aur unho ne aap se poocha hai what are the responsibilities of parents regarding their childrens religious upbringing?</w:t>
      </w:r>
      <w:r>
        <w:br/>
      </w:r>
      <w:r>
        <w:rPr>
          <w:sz w:val="20"/>
        </w:rPr>
        <w:t>1:12:48  please guide us in this.</w:t>
      </w:r>
      <w:r>
        <w:br/>
      </w:r>
      <w:r>
        <w:rPr>
          <w:sz w:val="20"/>
        </w:rPr>
        <w:t>1:12:53  achha,</w:t>
      </w:r>
      <w:r>
        <w:br/>
      </w:r>
      <w:r>
        <w:rPr>
          <w:sz w:val="20"/>
        </w:rPr>
        <w:t>1:12:59  main to samajhta hoon ke is zamane mein jo main jaanta hoon, parent jo hain bas do and don't ki zuban bolne bolte rehte hain.</w:t>
      </w:r>
      <w:r>
        <w:br/>
      </w:r>
      <w:r>
        <w:rPr>
          <w:sz w:val="20"/>
        </w:rPr>
        <w:t>1:13:07  yeh karo, woh na karo, yeh na karo, woh na karo. do and don't ki zuban se kabhi islaah ho nahi sakti, namumkin hai.</w:t>
      </w:r>
      <w:r>
        <w:br/>
      </w:r>
      <w:r>
        <w:rPr>
          <w:sz w:val="20"/>
        </w:rPr>
        <w:t>1:13:18  aap ko you have to, you have to see the root cause. to main ne is wajah se socha hai jo root cause hai woh woh do cheezein hain.</w:t>
      </w:r>
      <w:r>
        <w:br/>
      </w:r>
      <w:r>
        <w:rPr>
          <w:sz w:val="20"/>
        </w:rPr>
        <w:t>1:13:34  ek to bachon ki pampering. tamam parent apne bachon ki pampering karte hain aur doosri cheez hai ghar ka mahaul.</w:t>
      </w:r>
      <w:r>
        <w:br/>
      </w:r>
      <w:r>
        <w:rPr>
          <w:sz w:val="20"/>
        </w:rPr>
        <w:t>1:13:45  yani ghar ka mahaul jo hai woh agar materialistic hai aur aap chahein ke un ko akhirat oriented banayein, akhirat oriented thinking un ki nazar laayein to woh aa nahi sakta.</w:t>
      </w:r>
      <w:r>
        <w:br/>
      </w:r>
      <w:r>
        <w:rPr>
          <w:sz w:val="20"/>
        </w:rPr>
        <w:t>1:13:59  yani bachchon ke agar bachchon ke andar agar aap chahte hain akhirat oriented thinking to ghar ke mahaul ko ghair wadi banana hoga.</w:t>
      </w:r>
      <w:r>
        <w:br/>
      </w:r>
      <w:r>
        <w:rPr>
          <w:sz w:val="20"/>
        </w:rPr>
        <w:t>1:14:13  is tarah bachchon ko chahte hain ke aap realist banen, realist to unko pampering chhodna padega. to asal cheez yahi hai ke hum root cause ko daryaft karen aur jahan root cause hai wahan se islaah ki koshish karen.</w:t>
      </w:r>
      <w:r>
        <w:br/>
      </w:r>
      <w:r>
        <w:rPr>
          <w:sz w:val="20"/>
        </w:rPr>
        <w:t>1:14:32  root cause hat kar ke islaah ki koshish ki jayegi to woh effective nahin hogi.</w:t>
      </w:r>
    </w:p>
    <w:p>
      <w:pPr>
        <w:pStyle w:val="Heading2"/>
      </w:pPr>
      <w:r>
        <w:t>People who don't desire heaven or hell</w:t>
      </w:r>
    </w:p>
    <w:p>
      <w:r>
        <w:rPr>
          <w:color w:val="666666"/>
          <w:sz w:val="18"/>
        </w:rPr>
        <w:t>Faith &amp; God · 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Perceiving Paradise and Hell in This World</w:t>
      </w:r>
    </w:p>
    <w:p>
      <w:r>
        <w:rPr>
          <w:color w:val="666666"/>
          <w:sz w:val="18"/>
        </w:rPr>
        <w:t>Faith &amp; God · The Highest Level of Paradise October 13, 2018 · 3m 20s · at 1:05:58 · https://youtu.be/L-VshW0ylX0?t=3958</w:t>
      </w:r>
    </w:p>
    <w:p>
      <w:r>
        <w:rPr>
          <w:i/>
        </w:rPr>
        <w:t>“Paradise and Hell are invisible and can only be perceived. My question is: how should we perceive Paradise and Hell in this world? In what context should we perceive them?”</w:t>
      </w:r>
    </w:p>
    <w:p>
      <w:r>
        <w:rPr>
          <w:sz w:val="20"/>
        </w:rPr>
        <w:t>1:05:58  maulana, ek sawal aamir mori sahib ne bheja hai srinagar se. unhone likha hai ke "paradise and hell is invisible and can only be perceived.</w:t>
      </w:r>
      <w:r>
        <w:br/>
      </w:r>
      <w:r>
        <w:rPr>
          <w:sz w:val="20"/>
        </w:rPr>
        <w:t>1:06:12  my question is: how should we perceive paradise or hell in this world? in which context we should perceive it?" arey bhai, ab to har cheez invisible ho gayi.</w:t>
      </w:r>
      <w:r>
        <w:br/>
      </w:r>
      <w:r>
        <w:rPr>
          <w:sz w:val="20"/>
        </w:rPr>
        <w:t>1:06:28  material world bhi ab visible nahin raha. yeh aap ko maloom hoga ke modern science jo hai, us mein to har cheez hi ka concept badal gaya.</w:t>
      </w:r>
      <w:r>
        <w:br/>
      </w:r>
      <w:r>
        <w:rPr>
          <w:sz w:val="20"/>
        </w:rPr>
        <w:t>1:06:44  har cheez ka. ab kisi cheez ko bhi aap yeh nahin keh sakte ke woh yeh visible hai, woh invisible hai.</w:t>
      </w:r>
      <w:r>
        <w:br/>
      </w:r>
      <w:r>
        <w:rPr>
          <w:sz w:val="20"/>
        </w:rPr>
        <w:t>1:06:54  sab ka level ek hai. quantum theory ko aap padhiye to yeh baat is pe bilkul clear ho chuki hai.</w:t>
      </w:r>
      <w:r>
        <w:br/>
      </w:r>
      <w:r>
        <w:rPr>
          <w:sz w:val="20"/>
        </w:rPr>
        <w:t>1:07:05  quantum theory daryaft ho chuki thi Einstein ke zamane mein. Einstein ke zamane mein. isi liye dekhiye, Einstein ka ek ek ek us ki baat jo hai,</w:t>
      </w:r>
      <w:r>
        <w:br/>
      </w:r>
      <w:r>
        <w:rPr>
          <w:sz w:val="20"/>
        </w:rPr>
        <w:t>1:07:21  logon ne achhi tarah shayad gaur nahin kiya is par ke us se yeh writing mein yeh baat hai ke us se poocha gaya tha ke kya aap atheist hain,</w:t>
      </w:r>
      <w:r>
        <w:br/>
      </w:r>
      <w:r>
        <w:rPr>
          <w:sz w:val="20"/>
        </w:rPr>
        <w:t>1:07:36  yani munkir hain Khuda ke? to us ne kaha ke munkir nahin hoon main, balki main woh hoon.</w:t>
      </w:r>
      <w:r>
        <w:br/>
      </w:r>
      <w:r>
        <w:rPr>
          <w:sz w:val="20"/>
        </w:rPr>
        <w:t>1:07:46  agnostic hoon. agnostic hoon. agnostic ka matlab kya hai? 50-50. kaisi ajeeb baat hai!</w:t>
      </w:r>
      <w:r>
        <w:br/>
      </w:r>
      <w:r>
        <w:rPr>
          <w:sz w:val="20"/>
        </w:rPr>
        <w:t>1:07:55  itna top ka scientist yeh keh raha hai ke yeh mamla 50-50 ka hai. inkar ka nahi hai. ab ghor kijiye, jo ilhad ka jo case tha,</w:t>
      </w:r>
      <w:r>
        <w:br/>
      </w:r>
      <w:r>
        <w:rPr>
          <w:sz w:val="20"/>
        </w:rPr>
        <w:t>1:08:10  ilhad ka case tha jo pehle chal chala raha tha, woh log samajhte hain ke woh inkar khuda ka case hai. inkar khuda ka case nahi hai.</w:t>
      </w:r>
      <w:r>
        <w:br/>
      </w:r>
      <w:r>
        <w:rPr>
          <w:sz w:val="20"/>
        </w:rPr>
        <w:t>1:08:19  ab ab woh case hai ke bhai yeh to 50-50 ka mamla hai.</w:t>
      </w:r>
    </w:p>
    <w:p>
      <w:pPr>
        <w:pStyle w:val="Heading2"/>
      </w:pPr>
      <w:r>
        <w:t>Prejudices about Arabic Quran and Prophet</w:t>
      </w:r>
    </w:p>
    <w:p>
      <w:r>
        <w:rPr>
          <w:color w:val="666666"/>
          <w:sz w:val="18"/>
        </w:rPr>
        <w:t>Faith &amp; God · Age of Democracy May 25, 2014 · 3m 13s · at 1:00:36 · https://youtu.be/pyZy1-EhW1Q?t=3636</w:t>
      </w:r>
    </w:p>
    <w:p>
      <w:r>
        <w:rPr>
          <w:i/>
        </w:rPr>
        <w:t>“Some people seem to have prejudices about Arabic Quran and Arabic Prophet. Some have argued with me in this way: the Middle East is a region where all non-prophets came. So it seems as if it is in their genes to follow prophets and prophets emerging out of that region. But why is it that they want other regions to follow them as learning and understanding Arabic Quran?”</w:t>
      </w:r>
    </w:p>
    <w:p>
      <w:r>
        <w:rPr>
          <w:sz w:val="20"/>
        </w:rPr>
        <w:t>1:00:36  maulana, in ka ek aur sawal hai. unhon ne likha hai: "some people seem to have prejudice about arabic quran and arabic prophet.</w:t>
      </w:r>
      <w:r>
        <w:br/>
      </w:r>
      <w:r>
        <w:rPr>
          <w:sz w:val="20"/>
        </w:rPr>
        <w:t>1:00:47  some have argued with me in this way, that middle east is a region where all known prophets came. so it seems as if its in their genes to follow prophets and prophets emerging out of that region.</w:t>
      </w:r>
      <w:r>
        <w:br/>
      </w:r>
      <w:r>
        <w:rPr>
          <w:sz w:val="20"/>
        </w:rPr>
        <w:t>1:01:03  but why is it that they want other regions to follow them as learning and understanding arabic quran?</w:t>
      </w:r>
      <w:r>
        <w:br/>
      </w:r>
      <w:r>
        <w:rPr>
          <w:sz w:val="20"/>
        </w:rPr>
        <w:t>1:01:11  promotion of arabic quran means bringing the world under the sway of arabic nationalism." Maulana, what is your comment on this?</w:t>
      </w:r>
      <w:r>
        <w:br/>
      </w:r>
      <w:r>
        <w:rPr>
          <w:sz w:val="20"/>
        </w:rPr>
        <w:t>1:01:21  dekhiye, yeh sab is ko kehte hain table talk. aap is tarah kyun sochte hain? aap yeh sochte hain ke mera purpose of life kya hai?</w:t>
      </w:r>
      <w:r>
        <w:br/>
      </w:r>
      <w:r>
        <w:rPr>
          <w:sz w:val="20"/>
        </w:rPr>
        <w:t>1:01:31  main kyun paida hua? post</w:t>
      </w:r>
      <w:r>
        <w:br/>
      </w:r>
      <w:r>
        <w:rPr>
          <w:sz w:val="20"/>
        </w:rPr>
        <w:t>1:01:35  death kya hai? pre death kya hai? yeh sab jo question hai, is ko janne ki koshish karenge, tab aap ko samajh mein aayega is ki ahmiyat kya hai. yeh sab irrelevant, irrelevant question, irrelevant.</w:t>
      </w:r>
      <w:r>
        <w:br/>
      </w:r>
      <w:r>
        <w:rPr>
          <w:sz w:val="20"/>
        </w:rPr>
        <w:t>1:01:48  yeh sab yeh sab relevant question nahi hai. relevant question to yeh hai ke main apne bare mein janoon. to jab main janne ki koshish karta hoon to mujhe lagta hai ke sirf quran hi mein is ka jawab hai aur kahin is ka jawab hi nahi.</w:t>
      </w:r>
      <w:r>
        <w:br/>
      </w:r>
      <w:r>
        <w:rPr>
          <w:sz w:val="20"/>
        </w:rPr>
        <w:t>1:02:02  yeh khuda ne, yani quran mein to bataya ke har jagah khuda ne bheje apne paighambar, lekin history mein to kisi paighambar ka record hi nahi hai.</w:t>
      </w:r>
      <w:r>
        <w:br/>
      </w:r>
      <w:r>
        <w:rPr>
          <w:sz w:val="20"/>
        </w:rPr>
        <w:t>1:02:13  rasool Allah sal Allahu alaihi wasallam ke siwa kisi paighambar ka history mein koi record hi nahi. to aap kaise keh sakte hain ke woh doosre jo hum paighambar nahi aaye, jab</w:t>
      </w:r>
      <w:r>
        <w:br/>
      </w:r>
      <w:r>
        <w:rPr>
          <w:sz w:val="20"/>
        </w:rPr>
        <w:t>1:02:25  keh aap jante hain keh Jesus Christ jo qareebi zamanay ke peghambar hain, un ke baray mein likha hai batan sir ne keh historically it is quite doubtful whether Christ ever existed at all.</w:t>
      </w:r>
      <w:r>
        <w:br/>
      </w:r>
      <w:r>
        <w:rPr>
          <w:sz w:val="20"/>
        </w:rPr>
        <w:t>1:02:39  to history ne jab record hi nahi kiya hai peghambaron ko, to aap kaise keh sakte hain keh peghambar wahin aaye aur nahi kahin aaye?</w:t>
      </w:r>
      <w:r>
        <w:br/>
      </w:r>
      <w:r>
        <w:rPr>
          <w:sz w:val="20"/>
        </w:rPr>
        <w:t>1:02:48  kis birth ke, yani yani kis base par aap keh sakte hain aisa? jab history mein record nahi hai to aap ke paas yeh eknomical koi base nahi hai.</w:t>
      </w:r>
      <w:r>
        <w:br/>
      </w:r>
      <w:r>
        <w:rPr>
          <w:sz w:val="20"/>
        </w:rPr>
        <w:t>1:02:58  ho sakta hai keh har jagah peghambar aaye hon, lekin chounkeh history mein record nahi hua, is liye aap jante nahi un ko.</w:t>
      </w:r>
      <w:r>
        <w:br/>
      </w:r>
      <w:r>
        <w:rPr>
          <w:sz w:val="20"/>
        </w:rPr>
        <w:t>1:03:05  is ko yaad rakhiye keh jitne peghambar aaye hain, un mein aik hi peghambar hai jis ko historical posheeda hasil hai, woh Muhammad sallallahu alaihi wasallam.</w:t>
      </w:r>
      <w:r>
        <w:br/>
      </w:r>
      <w:r>
        <w:rPr>
          <w:sz w:val="20"/>
        </w:rPr>
        <w:t>1:03:15  aap ke baray mein aik likha hai, aik aik scholar ne keh Muhammad was born with in full light of history. to yeh aik exception tha.</w:t>
      </w:r>
      <w:r>
        <w:br/>
      </w:r>
      <w:r>
        <w:rPr>
          <w:sz w:val="20"/>
        </w:rPr>
        <w:t>1:03:26  to sawal hai keh history se to aap jante hain peghambaron ke baray mein aur history mein record hi nahi hai. to kis base par aap kahengay keh doosray jagah peghambar nahi aaye?</w:t>
      </w:r>
      <w:r>
        <w:br/>
      </w:r>
      <w:r>
        <w:rPr>
          <w:sz w:val="20"/>
        </w:rPr>
        <w:t>1:03:39  to baharhal yeh yeh is ki, yani yeh yeh yeh koi koi scientific question nahi. maine dekhiye.</w:t>
      </w:r>
    </w:p>
    <w:p>
      <w:pPr>
        <w:pStyle w:val="Heading2"/>
      </w:pPr>
      <w:r>
        <w:t>Preparing for academic activities in Paradise</w:t>
      </w:r>
    </w:p>
    <w:p>
      <w:r>
        <w:rPr>
          <w:color w:val="666666"/>
          <w:sz w:val="18"/>
        </w:rPr>
        <w:t>Faith &amp; God · The Expression of Faith (Izhar e Deen) September 1, 2013 · 2m 51s · at 1:13:55 · https://youtu.be/muBDJ8a_8-0?t=4435</w:t>
      </w:r>
    </w:p>
    <w:p>
      <w:r>
        <w:rPr>
          <w:i/>
        </w:rPr>
        <w:t>“You said that in Paradise there will be academic activities. How should one prepare oneself in this world to participate in those academic activities? Please explain.”</w:t>
      </w:r>
    </w:p>
    <w:p>
      <w:r>
        <w:rPr>
          <w:sz w:val="20"/>
        </w:rPr>
        <w:t>1:13:55  maulana un ka ek aur sawal hai. unhone likha hai: "aap ne farmaya ke paradise mein academic activities bhi hongi. is academic activity mein hissa lene ke liye duniya mein apne aap ko kis tarah tayyar kiya jaye,</w:t>
      </w:r>
      <w:r>
        <w:br/>
      </w:r>
      <w:r>
        <w:rPr>
          <w:sz w:val="20"/>
        </w:rPr>
        <w:t>1:14:11  iske bare mein bataein." bhai, mere khayal se to sab se bari baat jo hai, woh woh hai complex free banana apne aap ko.</w:t>
      </w:r>
      <w:r>
        <w:br/>
      </w:r>
      <w:r>
        <w:rPr>
          <w:sz w:val="20"/>
        </w:rPr>
        <w:t>1:14:22  complex free banana</w:t>
      </w:r>
      <w:r>
        <w:br/>
      </w:r>
      <w:r>
        <w:rPr>
          <w:sz w:val="20"/>
        </w:rPr>
        <w:t>1:14:25  sab se bari shart hai. isi ko kehta hai quran mein "nafs al-mutmainnah" . "nafs al-mutmainnah" banana. complex free insaan.</w:t>
      </w:r>
      <w:r>
        <w:br/>
      </w:r>
      <w:r>
        <w:rPr>
          <w:sz w:val="20"/>
        </w:rPr>
        <w:t>1:14:37  yeh bohat mushkil kaam hai. tarah tarah ke complex aadmi ke andar hote hain. dhoond dhoond ke nikalna padta hai. aaj kal to yeh haal hai ke agar kisi ke complex ki ko point out kiya jaye, us ki nishandahi karein to ghussa ho jata hai.</w:t>
      </w:r>
      <w:r>
        <w:br/>
      </w:r>
      <w:r>
        <w:rPr>
          <w:sz w:val="20"/>
        </w:rPr>
        <w:t>1:14:51  woh offend ho jata hai.</w:t>
      </w:r>
      <w:r>
        <w:br/>
      </w:r>
      <w:r>
        <w:rPr>
          <w:sz w:val="20"/>
        </w:rPr>
        <w:t>1:14:53  abhi mein jo tajruba karta hoon insanon ka, agar bataya jaye ke tumhare andar falan complex hai to woh ghussa ho jayega. to mein samajhta hoon ke yeh kaam khud aadmi karega, tabhi hoga.</w:t>
      </w:r>
      <w:r>
        <w:br/>
      </w:r>
      <w:r>
        <w:rPr>
          <w:sz w:val="20"/>
        </w:rPr>
        <w:t>1:15:07  doosre ko batane se hone wala nahi hai. khud aadmi ke andar jazba ho, khud dhoond dhoond kar nikale apne. maslan ta'assub hai, nafrat hai, aur yaani khud hi hai.</w:t>
      </w:r>
      <w:r>
        <w:br/>
      </w:r>
      <w:r>
        <w:rPr>
          <w:sz w:val="20"/>
        </w:rPr>
        <w:t>1:15:23  apne aap ko apni ghalti ko na manane ka mizaj jo hai, apne aap ko hi koi samajhna ke hum hi theek hain. yaani tarah tarah ke complex, un ka naam bhi nahi, un ki listein bhi nahi banayi ja sakti.</w:t>
      </w:r>
      <w:r>
        <w:br/>
      </w:r>
      <w:r>
        <w:rPr>
          <w:sz w:val="20"/>
        </w:rPr>
        <w:t>1:15:38  to isi ko rasool Allah ki jo dua hai, isi maani mein hai ke "rab Allah muni Allah an alhaq haqan warab albatil batilan warab alihsan wan alashya kama hai</w:t>
      </w:r>
      <w:r>
        <w:br/>
      </w:r>
      <w:r>
        <w:rPr>
          <w:sz w:val="20"/>
        </w:rPr>
        <w:t>1:15:53  " . ke a Allah, ke mujhe haq ko haq ke roop mein dikha. a Allah, mujhe batil ko batil ke roop mein dikha.</w:t>
      </w:r>
      <w:r>
        <w:br/>
      </w:r>
      <w:r>
        <w:rPr>
          <w:sz w:val="20"/>
        </w:rPr>
        <w:t>1:16:04  a Allah, mujhe cheezon ko waise hi dikha jaisa ke woh hain. yeh bohat hi mushkil kaam hai. log haq ko batil ke roop mein dekhte hain, batil ko haq ke roop mein dekhte hain.</w:t>
      </w:r>
      <w:r>
        <w:br/>
      </w:r>
      <w:r>
        <w:rPr>
          <w:sz w:val="20"/>
        </w:rPr>
        <w:t>1:16:16  complex ki wajah se.</w:t>
      </w:r>
      <w:r>
        <w:br/>
      </w:r>
      <w:r>
        <w:rPr>
          <w:sz w:val="20"/>
        </w:rPr>
        <w:t>1:16:18  to jitna zyada koi aadmi apne complex free banaye ga, utne zyada akhirat ke jo aala activities hon gi, intellectual activities, is mein shareek ho sake ga.</w:t>
      </w:r>
      <w:r>
        <w:br/>
      </w:r>
      <w:r>
        <w:rPr>
          <w:sz w:val="20"/>
        </w:rPr>
        <w:t>1:16:30  jannat ki jo bohat hi high qism ki intellectual activities hon gi, is mein wohi log shareek ho payen ge jo apne aap ko poori poori tarah complex free banayein aur "alnafs almutmain" banayein.</w:t>
      </w:r>
    </w:p>
    <w:p>
      <w:pPr>
        <w:pStyle w:val="Heading2"/>
      </w:pPr>
      <w:r>
        <w:t>Principle for determining matters of creed</w:t>
      </w:r>
    </w:p>
    <w:p>
      <w:r>
        <w:rPr>
          <w:color w:val="666666"/>
          <w:sz w:val="18"/>
        </w:rPr>
        <w:t>Faith &amp; God · God and Man I February 19, 2012 Maulana Wahiduddin Khan · 2m 03s · at 1:14:26 · https://youtu.be/8TP3nlGRZek?t=4466</w:t>
      </w:r>
    </w:p>
    <w:p>
      <w:r>
        <w:rPr>
          <w:i/>
        </w:rPr>
        <w:t>“What is the principle by which we can know whether something is a matter of creed or not? Please explain.”</w:t>
      </w:r>
    </w:p>
    <w:p>
      <w:r>
        <w:rPr>
          <w:sz w:val="20"/>
        </w:rPr>
        <w:t>1:14:26  shukr mein jiyenge. Maulana agla sawal kya hai Tamil Nadu se Maulana Iqbal Umri ne.</w:t>
      </w:r>
      <w:r>
        <w:br/>
      </w:r>
      <w:r>
        <w:rPr>
          <w:sz w:val="20"/>
        </w:rPr>
        <w:t>1:14:35  unhone poocha hai koi baat aqide ki hai ya nahi is ko janne ka kya usool hai? is ke bare mein batayen.</w:t>
      </w:r>
      <w:r>
        <w:br/>
      </w:r>
      <w:r>
        <w:rPr>
          <w:sz w:val="20"/>
        </w:rPr>
        <w:t>1:14:44  dekhiye aqide ki tamam baaten Quran mein maujood hain. Quran ke bahar agar koi aqida ijad karta hai to woh galat hai.</w:t>
      </w:r>
      <w:r>
        <w:br/>
      </w:r>
      <w:r>
        <w:rPr>
          <w:sz w:val="20"/>
        </w:rPr>
        <w:t>1:14:55  yani koi bhi aisi baat jis ka aqide se talluq hai, jis ka talluq jannat jahannum se hai, woh lazman Quran mein maujood hai.</w:t>
      </w:r>
      <w:r>
        <w:br/>
      </w:r>
      <w:r>
        <w:rPr>
          <w:sz w:val="20"/>
        </w:rPr>
        <w:t>1:15:03  koi agar yeh kahe ke Quran mein maujood nahi hai to woh jhoot bolta hai. to aap Quran padh lijiyega. aqide ka mamla koi bhi aisa nahi hai jo Quran mein maujood na ho.</w:t>
      </w:r>
      <w:r>
        <w:br/>
      </w:r>
      <w:r>
        <w:rPr>
          <w:sz w:val="20"/>
        </w:rPr>
        <w:t>1:15:15  to agar koi aisi baat bataye aqide ki, farz kijiye koi kahe ke Taj Taj Mahal ko dekh lo to jannat pakki ho jayegi.</w:t>
      </w:r>
      <w:r>
        <w:br/>
      </w:r>
      <w:r>
        <w:rPr>
          <w:sz w:val="20"/>
        </w:rPr>
        <w:t>1:15:25  to us se poochhein Quran mein kahan likha hua hai?</w:t>
      </w:r>
      <w:r>
        <w:br/>
      </w:r>
      <w:r>
        <w:rPr>
          <w:sz w:val="20"/>
        </w:rPr>
        <w:t>1:15:29  koi kahe ke Qutub Minar par charh jao to to jannat ka ticket mil jayega tum ko. to poochhein Quran mein kahan likha hua hai?</w:t>
      </w:r>
      <w:r>
        <w:br/>
      </w:r>
      <w:r>
        <w:rPr>
          <w:sz w:val="20"/>
        </w:rPr>
        <w:t>1:15:39  to koi bhi aisi baat jis ka talluq nijaat se hai, aqide se hai, woh lazman Quran mein maujood hai.</w:t>
      </w:r>
      <w:r>
        <w:br/>
      </w:r>
      <w:r>
        <w:rPr>
          <w:sz w:val="20"/>
        </w:rPr>
        <w:t>1:15:47  Quran mein hai to theek hai, nahi to nahi. isi ko Imam Abu Hanifa ne kaha tha ke yatoon al-sha'b min kitab Allah taqool ke Quran se lao to manunga, nahi nahi manta mein.</w:t>
      </w:r>
      <w:r>
        <w:br/>
      </w:r>
      <w:r>
        <w:rPr>
          <w:sz w:val="20"/>
        </w:rPr>
        <w:t>1:15:59  to koi bhi shakhs agar yeh daawa karta hai ke aqide ka mamla Quran se bahar bhi kahin maujood hai to woh galat daawa karta hai.</w:t>
      </w:r>
      <w:r>
        <w:br/>
      </w:r>
      <w:r>
        <w:rPr>
          <w:sz w:val="20"/>
        </w:rPr>
        <w:t>1:16:09  Quran mein agar aqida hi na ho to phir Quran mein hai kya? kya sirf tareekh hai is mein qomon ki? nahi, aqide ka koi bhi mamla aisa nahi hai jo Quran mein maujood na ho.</w:t>
      </w:r>
      <w:r>
        <w:br/>
      </w:r>
      <w:r>
        <w:rPr>
          <w:sz w:val="20"/>
        </w:rPr>
        <w:t>1:16:23  aur jo cheez Quran mein maujood na ho, woh aqida bhi nahi hai.</w:t>
      </w:r>
      <w:r>
        <w:br/>
      </w:r>
      <w:r>
        <w:rPr>
          <w:sz w:val="20"/>
        </w:rPr>
        <w:t>1:16:26  woh aqida bhi nahi hai.</w:t>
      </w:r>
    </w:p>
    <w:p>
      <w:pPr>
        <w:pStyle w:val="Heading2"/>
      </w:pPr>
      <w:r>
        <w:t>Problems as blessings or evil outcome</w:t>
      </w:r>
    </w:p>
    <w:p>
      <w:r>
        <w:rPr>
          <w:color w:val="666666"/>
          <w:sz w:val="18"/>
        </w:rPr>
        <w:t>Faith &amp; God · Opportunities of the Modern Age | March 05, 2017 · 2m 30s · at 52:54 · https://youtu.be/Cv8QEwvQ_fY?t=3174</w:t>
      </w:r>
    </w:p>
    <w:p>
      <w:r>
        <w:rPr>
          <w:i/>
        </w:rPr>
        <w:t>“God has given a system of life to man, in which problems are blessings. If one considers them as evil, what will be its outcome? Please explain.”</w:t>
      </w:r>
    </w:p>
    <w:p>
      <w:r>
        <w:rPr>
          <w:sz w:val="20"/>
        </w:rPr>
        <w:t>52:54  jiyein mera basic nishana musbat soch lana hai jab bhi main is tarah ki baat karta hoon to logon ko kehta hoon musbat soch lane ke liye musbat soch lai gayi to sab kuch theek ho jayega maulana agla sawal bhi chennai se aaya hai maulana israr ul hasan umri sahab ne bheja hai aur unhon ne likha hai: "khuda ne insan ko jo nizam</w:t>
      </w:r>
      <w:r>
        <w:br/>
      </w:r>
      <w:r>
        <w:rPr>
          <w:sz w:val="20"/>
        </w:rPr>
        <w:t>53:24  hayat ata kiya hai is mein problems hi blessings hain agar is ko evil samjhein to is ka anjam kya hoga maulana is ko is ki wazahat karein?" anjam yeh hai ke shaitan ki party mein shamil ho jayenge jo log allah ke allah ka jo naqsh hayat hai is ke khilaf chalein to shaitan ki party mein shamil ho jayenge woh</w:t>
      </w:r>
      <w:r>
        <w:br/>
      </w:r>
      <w:r>
        <w:rPr>
          <w:sz w:val="20"/>
        </w:rPr>
        <w:t>53:54  kya ayat tha? quran mein yeh ayat baqayda hai ke shaitan ki party mein un ko shamil ho jayega yeh sada baat hai bahut bahut aam baat hai yeh yaad rakhiye discrimination ka hungama karna yeh shaitan ki boli bolna hai rasool allah boli nahi bole jaise misaal ke taur par dekhiye makkah mein aap tera saal reh</w:t>
      </w:r>
      <w:r>
        <w:br/>
      </w:r>
      <w:r>
        <w:rPr>
          <w:sz w:val="20"/>
        </w:rPr>
        <w:t>54:24  e wahan par ek parliament thi yaani tribal parliament is ka naam tha darul nadwa makkah mein ek tribal parliament thi jis ka naam tha darul nadwa is ke jitne membran the sab mushrik community ke the rasool allah ki jo muahid community thi is ka koi member nahi tha is mein makkah mein bhi do party thi muahid community aur mushrik community to is jitne bhi is ka tribal</w:t>
      </w:r>
      <w:r>
        <w:br/>
      </w:r>
      <w:r>
        <w:rPr>
          <w:sz w:val="20"/>
        </w:rPr>
        <w:t>54:54  parliament mein member thay sab muahida community ke nahi thay mushrik community ke yeh discrimination tha to rasool</w:t>
      </w:r>
      <w:r>
        <w:br/>
      </w:r>
      <w:r>
        <w:rPr>
          <w:sz w:val="20"/>
        </w:rPr>
        <w:t>55:01  Allah ne is par nahi jhanda uthaya to discrimination to hai hi nahi Islam mein ya Allah taala</w:t>
      </w:r>
      <w:r>
        <w:br/>
      </w:r>
      <w:r>
        <w:rPr>
          <w:sz w:val="20"/>
        </w:rPr>
        <w:t>55:09  ke next next ayat mein yeh to yeh innovation hai shaitan ka yeh lafz jo hai shaitan ne</w:t>
      </w:r>
      <w:r>
        <w:br/>
      </w:r>
      <w:r>
        <w:rPr>
          <w:sz w:val="20"/>
        </w:rPr>
        <w:t>55:16  nikala sab se pehle khalqat min daar o khalqat</w:t>
      </w:r>
    </w:p>
    <w:p>
      <w:pPr>
        <w:pStyle w:val="Heading2"/>
      </w:pPr>
      <w:r>
        <w:t>Punishment for apostasy origin and explanation</w:t>
      </w:r>
    </w:p>
    <w:p>
      <w:r>
        <w:rPr>
          <w:color w:val="666666"/>
          <w:sz w:val="18"/>
        </w:rPr>
        <w:t>Faith &amp; God · Peaceful Islamic Mission December 28, 2014 · 4m 47s · at 1:08:54 · https://youtu.be/aLacalXEtRA?t=4134</w:t>
      </w:r>
    </w:p>
    <w:p>
      <w:r>
        <w:rPr>
          <w:i/>
        </w:rPr>
        <w:t>“How did the punishment for apostasy come into being? Can you please explain the apostasy matter as it is very common among Muslims? That if a Muslim changes...”</w:t>
      </w:r>
    </w:p>
    <w:p>
      <w:r>
        <w:rPr>
          <w:sz w:val="20"/>
        </w:rPr>
        <w:t>1:08:54  maulana, agla sawal aaya hai tariq ali sahib ka tempa usa se, aur unhone likha</w:t>
      </w:r>
      <w:r>
        <w:br/>
      </w:r>
      <w:r>
        <w:rPr>
          <w:sz w:val="20"/>
        </w:rPr>
        <w:t>1:09:02  ہے کہ: "How did the punishment for apostasy come into being?" Maulana, can you please explain the apostate</w:t>
      </w:r>
      <w:r>
        <w:br/>
      </w:r>
      <w:r>
        <w:rPr>
          <w:sz w:val="20"/>
        </w:rPr>
        <w:t>1:09:09  matter as it is a very, as it is very common among Muslims? That if a Muslim changes</w:t>
      </w:r>
      <w:r>
        <w:br/>
      </w:r>
      <w:r>
        <w:rPr>
          <w:sz w:val="20"/>
        </w:rPr>
        <w:t>1:09:17  His faith, he is worthy of being killed.</w:t>
      </w:r>
      <w:r>
        <w:br/>
      </w:r>
      <w:r>
        <w:rPr>
          <w:sz w:val="20"/>
        </w:rPr>
        <w:t>1:09:20  nahi, nahi, yeh musalmanon ne bana rakha hai.</w:t>
      </w:r>
      <w:r>
        <w:br/>
      </w:r>
      <w:r>
        <w:rPr>
          <w:sz w:val="20"/>
        </w:rPr>
        <w:t>1:09:24  islam mein aisa nahi hai.</w:t>
      </w:r>
      <w:r>
        <w:br/>
      </w:r>
      <w:r>
        <w:rPr>
          <w:sz w:val="20"/>
        </w:rPr>
        <w:t>1:09:26  yani woh jo masla hai, is ka apostasy wala ji, yeh bilkul musalmanon ka apna banawati masla hai</w:t>
      </w:r>
      <w:r>
        <w:br/>
      </w:r>
      <w:r>
        <w:rPr>
          <w:sz w:val="20"/>
        </w:rPr>
        <w:t>1:09:34  ke murtad ko qatal kar do.</w:t>
      </w:r>
      <w:r>
        <w:br/>
      </w:r>
      <w:r>
        <w:rPr>
          <w:sz w:val="20"/>
        </w:rPr>
        <w:t>1:09:36  yeh fuqaha ne likha hai.</w:t>
      </w:r>
      <w:r>
        <w:br/>
      </w:r>
      <w:r>
        <w:rPr>
          <w:sz w:val="20"/>
        </w:rPr>
        <w:t>1:09:38  mein manta hoon ke fuqaha aisa likhte hain, lekin quran o hadith mein aisa nahi hai.</w:t>
      </w:r>
      <w:r>
        <w:br/>
      </w:r>
      <w:r>
        <w:rPr>
          <w:sz w:val="20"/>
        </w:rPr>
        <w:t>1:09:45  mein aap ko aik ayat refer karta hoon, is ko parhiye quran majeed mein, is ko mutala kijiye.</w:t>
      </w:r>
      <w:r>
        <w:br/>
      </w:r>
      <w:r>
        <w:rPr>
          <w:sz w:val="20"/>
        </w:rPr>
        <w:t>1:09:53  dekhiye, aap surah al baqarah mein ayat number 217 parhiye.</w:t>
      </w:r>
      <w:r>
        <w:br/>
      </w:r>
      <w:r>
        <w:rPr>
          <w:sz w:val="20"/>
        </w:rPr>
        <w:t>1:09:57  is ayat mein yeh bataya gaya hai ke jo aadmi deen se phir jaye, aur phir woh phir</w:t>
      </w:r>
      <w:r>
        <w:br/>
      </w:r>
      <w:r>
        <w:rPr>
          <w:sz w:val="20"/>
        </w:rPr>
        <w:t>1:10:05  jaye to is mein yeh nahi ke us ko qatl kiya jayega, is mein yeh hai ke</w:t>
      </w:r>
      <w:r>
        <w:br/>
      </w:r>
      <w:r>
        <w:rPr>
          <w:sz w:val="20"/>
        </w:rPr>
        <w:t>1:10:12  woh apni, yani natural death marega.</w:t>
      </w:r>
      <w:r>
        <w:br/>
      </w:r>
      <w:r>
        <w:rPr>
          <w:sz w:val="20"/>
        </w:rPr>
        <w:t>1:10:15  fiamat, yani murtad aadmi ke liye quran jo keh raha hai ke woh, woh jaise log marte hain,</w:t>
      </w:r>
      <w:r>
        <w:br/>
      </w:r>
      <w:r>
        <w:rPr>
          <w:sz w:val="20"/>
        </w:rPr>
        <w:t>1:10:23  waise wahi marega.</w:t>
      </w:r>
      <w:r>
        <w:br/>
      </w:r>
      <w:r>
        <w:rPr>
          <w:sz w:val="20"/>
        </w:rPr>
        <w:t>1:10:25  yeh nahi ke qatl karna, yeh nahi.</w:t>
      </w:r>
      <w:r>
        <w:br/>
      </w:r>
      <w:r>
        <w:rPr>
          <w:sz w:val="20"/>
        </w:rPr>
        <w:t>1:10:28  islam hukum nahi deta.</w:t>
      </w:r>
      <w:r>
        <w:br/>
      </w:r>
      <w:r>
        <w:rPr>
          <w:sz w:val="20"/>
        </w:rPr>
        <w:t>1:10:29  doosri cheez mein aap ko kahunga ke habash ki jo hijrat hui thi makkhi daur mein, to</w:t>
      </w:r>
      <w:r>
        <w:br/>
      </w:r>
      <w:r>
        <w:rPr>
          <w:sz w:val="20"/>
        </w:rPr>
        <w:t>1:10:37  bohat se sahabi chale gaye the makkah se habash.</w:t>
      </w:r>
      <w:r>
        <w:br/>
      </w:r>
      <w:r>
        <w:rPr>
          <w:sz w:val="20"/>
        </w:rPr>
        <w:t>1:10:41  un ke ek sahab the jo sahabi, woh bhi yeh islam qabool kar chuke the rasool Allah ke</w:t>
      </w:r>
      <w:r>
        <w:br/>
      </w:r>
      <w:r>
        <w:rPr>
          <w:sz w:val="20"/>
        </w:rPr>
        <w:t>1:10:49  haath par.</w:t>
      </w:r>
      <w:r>
        <w:br/>
      </w:r>
      <w:r>
        <w:rPr>
          <w:sz w:val="20"/>
        </w:rPr>
        <w:t>1:10:50  un ka naam tha Ubaidullah Ibn Jahsh, woh bhi gaye the.</w:t>
      </w:r>
      <w:r>
        <w:br/>
      </w:r>
      <w:r>
        <w:rPr>
          <w:sz w:val="20"/>
        </w:rPr>
        <w:t>1:10:55  to habash christian mulk tha, wahan christian se un ki baat cheet hui to woh mutasir ho gaye,</w:t>
      </w:r>
      <w:r>
        <w:br/>
      </w:r>
      <w:r>
        <w:rPr>
          <w:sz w:val="20"/>
        </w:rPr>
        <w:t>1:11:03  aur unhon ne islam chhod kar christianity ko ikhtiyar kar liya.</w:t>
      </w:r>
      <w:r>
        <w:br/>
      </w:r>
      <w:r>
        <w:rPr>
          <w:sz w:val="20"/>
        </w:rPr>
        <w:t>1:11:07  rasool Allah ke zamane mein, rasool Allah ko jab bataya gaya to aap ne yeh nahi kaha ke</w:t>
      </w:r>
      <w:r>
        <w:br/>
      </w:r>
      <w:r>
        <w:rPr>
          <w:sz w:val="20"/>
        </w:rPr>
        <w:t>1:11:15  tum maar dalo, us ko chhod diya aap ne.</w:t>
      </w:r>
      <w:r>
        <w:br/>
      </w:r>
      <w:r>
        <w:rPr>
          <w:sz w:val="20"/>
        </w:rPr>
        <w:t>1:11:19  kuch bhi nahi.</w:t>
      </w:r>
      <w:r>
        <w:br/>
      </w:r>
      <w:r>
        <w:rPr>
          <w:sz w:val="20"/>
        </w:rPr>
        <w:t>1:11:20  islam mein mazhab jo hai, yeh apne choice ka mamla hai, apna choice.</w:t>
      </w:r>
      <w:r>
        <w:br/>
      </w:r>
      <w:r>
        <w:rPr>
          <w:sz w:val="20"/>
        </w:rPr>
        <w:t>1:11:26  la ikraha fid deen, yeh bilkul galat masla bana liya hai logon ne ke jo phir murtad ho</w:t>
      </w:r>
      <w:r>
        <w:br/>
      </w:r>
      <w:r>
        <w:rPr>
          <w:sz w:val="20"/>
        </w:rPr>
        <w:t>1:11:34  to qatl karo, is ka islam se koi talluq nahi.</w:t>
      </w:r>
      <w:r>
        <w:br/>
      </w:r>
      <w:r>
        <w:rPr>
          <w:sz w:val="20"/>
        </w:rPr>
        <w:t>1:11:38  mazeed is bare mein meri ek ek maqala chhap chuka hai, bohat mufassal.</w:t>
      </w:r>
      <w:r>
        <w:br/>
      </w:r>
      <w:r>
        <w:rPr>
          <w:sz w:val="20"/>
        </w:rPr>
        <w:t>1:11:44  is mein yahi irtidad ki saza, yahi yeh is ka unwan hai.</w:t>
      </w:r>
      <w:r>
        <w:br/>
      </w:r>
      <w:r>
        <w:rPr>
          <w:sz w:val="20"/>
        </w:rPr>
        <w:t>1:11:49  irtidad se yeh chhaapa hai risala, is ko aap padh lijiye.</w:t>
      </w:r>
      <w:r>
        <w:br/>
      </w:r>
      <w:r>
        <w:rPr>
          <w:sz w:val="20"/>
        </w:rPr>
        <w:t>1:11:53  kitab mein bhi aa gaya hai jis ka naam hai hikmat-e-islam.</w:t>
      </w:r>
      <w:r>
        <w:br/>
      </w:r>
      <w:r>
        <w:rPr>
          <w:sz w:val="20"/>
        </w:rPr>
        <w:t>1:11:59  irtidad ki saza is ka unwan hai, aur kitab ka naam hai hikmat-e-islam.</w:t>
      </w:r>
      <w:r>
        <w:br/>
      </w:r>
      <w:r>
        <w:rPr>
          <w:sz w:val="20"/>
        </w:rPr>
        <w:t>1:12:05  is mein aap is maqalay ko parh lijiyay, aur is mein main nay bataya kay artad ki saza</w:t>
      </w:r>
      <w:r>
        <w:br/>
      </w:r>
      <w:r>
        <w:rPr>
          <w:sz w:val="20"/>
        </w:rPr>
        <w:t>1:12:12  qatal ya islam mein hai hi nahin.</w:t>
      </w:r>
      <w:r>
        <w:br/>
      </w:r>
      <w:r>
        <w:rPr>
          <w:sz w:val="20"/>
        </w:rPr>
        <w:t>1:12:15  yeh baat ko logon nay banaya hai.</w:t>
      </w:r>
      <w:r>
        <w:br/>
      </w:r>
      <w:r>
        <w:rPr>
          <w:sz w:val="20"/>
        </w:rPr>
        <w:t>1:12:18  baat ko okay.</w:t>
      </w:r>
      <w:r>
        <w:br/>
      </w:r>
      <w:r>
        <w:rPr>
          <w:sz w:val="20"/>
        </w:rPr>
        <w:t>1:12:20  we will end the session.</w:t>
      </w:r>
      <w:r>
        <w:br/>
      </w:r>
      <w:r>
        <w:rPr>
          <w:sz w:val="20"/>
        </w:rPr>
        <w:t>1:12:22  Just one announcement, like Maulana mentioned today about the coverage of Mumbai Dawah meet in Times of India.</w:t>
      </w:r>
      <w:r>
        <w:br/>
      </w:r>
      <w:r>
        <w:rPr>
          <w:sz w:val="20"/>
        </w:rPr>
        <w:t>1:12:30  so we will be uploading that on cps website.</w:t>
      </w:r>
      <w:r>
        <w:br/>
      </w:r>
      <w:r>
        <w:rPr>
          <w:sz w:val="20"/>
        </w:rPr>
        <w:t>1:12:35  you can read the article from the cps website from tomorrow onwards.</w:t>
      </w:r>
      <w:r>
        <w:br/>
      </w:r>
      <w:r>
        <w:rPr>
          <w:sz w:val="20"/>
        </w:rPr>
        <w:t>1:12:41  thank you.</w:t>
      </w:r>
    </w:p>
    <w:p>
      <w:pPr>
        <w:pStyle w:val="Heading2"/>
      </w:pPr>
      <w:r>
        <w:t>Purpose of human creation and differences</w:t>
      </w:r>
    </w:p>
    <w:p>
      <w:r>
        <w:rPr>
          <w:color w:val="666666"/>
          <w:sz w:val="18"/>
        </w:rPr>
        <w:t>Faith &amp; God · The Culture of People of Paradise January 06, 2019 Maulana Wahiduddin Khan · 2m 19s · at 54:24 · https://youtu.be/rFExua9zntM?t=3264</w:t>
      </w:r>
    </w:p>
    <w:p>
      <w:r>
        <w:rPr>
          <w:i/>
        </w:rPr>
        <w:t>“What is the purpose of the creation of human beings? And what is the fundamental difference between various religions and Islam's answer regarding this?”</w:t>
      </w:r>
    </w:p>
    <w:p>
      <w:r>
        <w:rPr>
          <w:sz w:val="20"/>
        </w:rPr>
        <w:t>54:24  maulana, agla sawal chennai se maulana iqbal umri ne likha hai aur un ka sawal hai: "insan ki takhleeq ka maqsad kya hai?" takleef, takhleeq, takhleeq, takhleeq, takhleeq</w:t>
      </w:r>
      <w:r>
        <w:br/>
      </w:r>
      <w:r>
        <w:rPr>
          <w:sz w:val="20"/>
        </w:rPr>
        <w:t>54:38  q! ji, creation! ji ji, acha, creation! insan ki takhleeq ka maqsad kya hai? is bare mein mukhtalif mazahib aur islam ke jawab mein kya bunyadi farq hai?</w:t>
      </w:r>
      <w:r>
        <w:br/>
      </w:r>
      <w:r>
        <w:rPr>
          <w:sz w:val="20"/>
        </w:rPr>
        <w:t>54:52  acha, yani creation par</w:t>
      </w:r>
      <w:r>
        <w:br/>
      </w:r>
      <w:r>
        <w:rPr>
          <w:sz w:val="20"/>
        </w:rPr>
        <w:t>54:56  ana of god! ji,</w:t>
      </w:r>
      <w:r>
        <w:br/>
      </w:r>
      <w:r>
        <w:rPr>
          <w:sz w:val="20"/>
        </w:rPr>
        <w:t>55:02  main samajhta hoon ke is par ek ek poora booklet hai. creation of god par jo log yeh sawal karte hain, un ko yeh kitaab parhwaiye.</w:t>
      </w:r>
      <w:r>
        <w:br/>
      </w:r>
      <w:r>
        <w:rPr>
          <w:sz w:val="20"/>
        </w:rPr>
        <w:t>55:15  yeh kitaab har zaban mein hai: urdu mein, hindi mein, angrezi mein. creation of god!</w:t>
      </w:r>
      <w:r>
        <w:br/>
      </w:r>
      <w:r>
        <w:rPr>
          <w:sz w:val="20"/>
        </w:rPr>
        <w:t>55:24  ek sahib ne bataya ke woh ek doctor kaha jate hain, to unhon ne wahan par purpose of life isi isi subject pe kitaab se choti si purpose of life rakhwa di thi.</w:t>
      </w:r>
      <w:r>
        <w:br/>
      </w:r>
      <w:r>
        <w:rPr>
          <w:sz w:val="20"/>
        </w:rPr>
        <w:t>55:40  wahan to doosri baar jab woh gaye to unhon ne kaha ke bhai, aap ki woh kitaab khatam ho gayi hai aur jo hamare paas jo patient aate hain, woh bohat zyada is ko pasand karte hain, parhna chahte hain.</w:t>
      </w:r>
      <w:r>
        <w:br/>
      </w:r>
      <w:r>
        <w:rPr>
          <w:sz w:val="20"/>
        </w:rPr>
        <w:t>55:56  to jahan jahan mauqa mile, wahan wahan yeh kitaabein phailaiye. purpose of life ya creation of god!</w:t>
      </w:r>
      <w:r>
        <w:br/>
      </w:r>
      <w:r>
        <w:rPr>
          <w:sz w:val="20"/>
        </w:rPr>
        <w:t>56:10  serius study ke baghair aadmi kisi baat ko samajh nahin sakta. to yeh jo pamphlet banaye gaye hain, isi liye serius study ke liye.</w:t>
      </w:r>
      <w:r>
        <w:br/>
      </w:r>
      <w:r>
        <w:rPr>
          <w:sz w:val="20"/>
        </w:rPr>
        <w:t>56:26  maulana, agla comment bheja hai kashmir se shahid hussain sahib ne. unhon ne likha hai: "highly motivational lecture to discover and adopt the culture prevailing in the vicinity of the almighty in parah raaz!"</w:t>
      </w:r>
      <w:r>
        <w:br/>
      </w:r>
      <w:r>
        <w:rPr>
          <w:sz w:val="20"/>
        </w:rPr>
        <w:t>56:41  what a great sensitization</w:t>
      </w:r>
    </w:p>
    <w:p>
      <w:pPr>
        <w:pStyle w:val="Heading2"/>
      </w:pPr>
      <w:r>
        <w:t>Questions about the creator and creation</w:t>
      </w:r>
    </w:p>
    <w:p>
      <w:r>
        <w:rPr>
          <w:color w:val="666666"/>
          <w:sz w:val="18"/>
        </w:rPr>
        <w:t>Faith &amp; God · Material Science Vs Spiritual Science 20th May 12 SLOW · 2m 25s · at 1:03:13 · https://youtu.be/qYwFExG7cyM?t=3793</w:t>
      </w:r>
    </w:p>
    <w:p>
      <w:r>
        <w:rPr>
          <w:i/>
        </w:rPr>
        <w:t>“Who created this world? What does the creator want? What is his creation plan?”</w:t>
      </w:r>
    </w:p>
    <w:p>
      <w:r>
        <w:rPr>
          <w:sz w:val="20"/>
        </w:rPr>
        <w:t>1:03:13  to pehla sawal yeh hota hai ke is ko kis ne banaya? yeh dunya kis ne banai? to</w:t>
      </w:r>
      <w:r>
        <w:br/>
      </w:r>
      <w:r>
        <w:rPr>
          <w:sz w:val="20"/>
        </w:rPr>
        <w:t>1:03:20  jo banane wala hai, woh kya chahta hai? is ka creation plan kya hai? yeh janna hai.</w:t>
      </w:r>
      <w:r>
        <w:br/>
      </w:r>
      <w:r>
        <w:rPr>
          <w:sz w:val="20"/>
        </w:rPr>
        <w:t>1:03:26  yeh apne aap apne dimagh se hum nahi bana sakte.</w:t>
      </w:r>
      <w:r>
        <w:br/>
      </w:r>
      <w:r>
        <w:rPr>
          <w:sz w:val="20"/>
        </w:rPr>
        <w:t>1:03:33  ek ek ideology to is tarah ki baatein jo log karte hain, khud se apne dimagh mein unhon</w:t>
      </w:r>
      <w:r>
        <w:br/>
      </w:r>
      <w:r>
        <w:rPr>
          <w:sz w:val="20"/>
        </w:rPr>
        <w:t>1:03:40  ne ek ideology banai.</w:t>
      </w:r>
      <w:r>
        <w:br/>
      </w:r>
      <w:r>
        <w:rPr>
          <w:sz w:val="20"/>
        </w:rPr>
        <w:t>1:03:46  to is ki validity kya hai? is ka authenticity kya hai? is ka base kya hai? to mein</w:t>
      </w:r>
      <w:r>
        <w:br/>
      </w:r>
      <w:r>
        <w:rPr>
          <w:sz w:val="20"/>
        </w:rPr>
        <w:t>1:03:53  samajhta hoon ke yeh yeh bhi ek ek yani ek shaitani, ek ek shaitani tadbeer hai.</w:t>
      </w:r>
      <w:r>
        <w:br/>
      </w:r>
      <w:r>
        <w:rPr>
          <w:sz w:val="20"/>
        </w:rPr>
        <w:t>1:03:59  ek aadmi khoobsurat naam se phansana chahta hai.</w:t>
      </w:r>
      <w:r>
        <w:br/>
      </w:r>
      <w:r>
        <w:rPr>
          <w:sz w:val="20"/>
        </w:rPr>
        <w:t>1:04:06  insan ko asal baat dekhiye yeh hai ke Allah taala ne dunya paida ki, phir paighambaron ko bheja</w:t>
      </w:r>
      <w:r>
        <w:br/>
      </w:r>
      <w:r>
        <w:rPr>
          <w:sz w:val="20"/>
        </w:rPr>
        <w:t>1:04:13  batane ke liye.</w:t>
      </w:r>
      <w:r>
        <w:br/>
      </w:r>
      <w:r>
        <w:rPr>
          <w:sz w:val="20"/>
        </w:rPr>
        <w:t>1:04:19  اس کے بعد "What is right? What is right? What is wrong?" پچھلے پیغمبروں کے زمانے میں جو</w:t>
      </w:r>
      <w:r>
        <w:br/>
      </w:r>
      <w:r>
        <w:rPr>
          <w:sz w:val="20"/>
        </w:rPr>
        <w:t>1:04:26  kitabein ayein, woh mehfooz nahi rahin.</w:t>
      </w:r>
      <w:r>
        <w:br/>
      </w:r>
      <w:r>
        <w:rPr>
          <w:sz w:val="20"/>
        </w:rPr>
        <w:t>1:04:33  ab quran jo hai, ek mehfooz kitab hai Allah taala ki.</w:t>
      </w:r>
      <w:r>
        <w:br/>
      </w:r>
      <w:r>
        <w:rPr>
          <w:sz w:val="20"/>
        </w:rPr>
        <w:t>1:04:39  to sab se pehle aap ko yeh pata hona hoga ke quran mein is ka hawala kya hai</w:t>
      </w:r>
      <w:r>
        <w:br/>
      </w:r>
      <w:r>
        <w:rPr>
          <w:sz w:val="20"/>
        </w:rPr>
        <w:t>1:04:46  jo aap keh rahe hain.</w:t>
      </w:r>
      <w:r>
        <w:br/>
      </w:r>
      <w:r>
        <w:rPr>
          <w:sz w:val="20"/>
        </w:rPr>
        <w:t>1:04:53  to aap dekhen, agar ek shakhs jo quran ko na manta ho to us se phir us pe</w:t>
      </w:r>
      <w:r>
        <w:br/>
      </w:r>
      <w:r>
        <w:rPr>
          <w:sz w:val="20"/>
        </w:rPr>
        <w:t>1:04:59  phir guftagu hogi ke us ko na manna, us ka jo us ka muqaf hai, woh woh woh</w:t>
      </w:r>
      <w:r>
        <w:br/>
      </w:r>
      <w:r>
        <w:rPr>
          <w:sz w:val="20"/>
        </w:rPr>
        <w:t>1:05:06  sahih nahi hai.</w:t>
      </w:r>
      <w:r>
        <w:br/>
      </w:r>
      <w:r>
        <w:rPr>
          <w:sz w:val="20"/>
        </w:rPr>
        <w:t>1:05:12  us par baat hogi.</w:t>
      </w:r>
      <w:r>
        <w:br/>
      </w:r>
      <w:r>
        <w:rPr>
          <w:sz w:val="20"/>
        </w:rPr>
        <w:t>1:05:19  aur ek aadmi agar quran ko manta ho to us se poocha jayega ke quran mein is</w:t>
      </w:r>
      <w:r>
        <w:br/>
      </w:r>
      <w:r>
        <w:rPr>
          <w:sz w:val="20"/>
        </w:rPr>
        <w:t>1:05:26  ka reference kahan hai? to behal main samajhta hoon ke yeh bilkul baseless baat hai.</w:t>
      </w:r>
      <w:r>
        <w:br/>
      </w:r>
      <w:r>
        <w:rPr>
          <w:sz w:val="20"/>
        </w:rPr>
        <w:t>1:05:32  is ki koi haqeeqat nahi hai.</w:t>
      </w:r>
    </w:p>
    <w:p>
      <w:pPr>
        <w:pStyle w:val="Heading2"/>
      </w:pPr>
      <w:r>
        <w:t>Quran's role versus universe in faith</w:t>
      </w:r>
    </w:p>
    <w:p>
      <w:r>
        <w:rPr>
          <w:color w:val="666666"/>
          <w:sz w:val="18"/>
        </w:rPr>
        <w:t>Faith &amp; God · Discovering God June 30, 2019 Maulana Wahiduddin Khan · 4m 27s · at 39:05 · https://youtu.be/Yt1-eX7XzYU?t=2345</w:t>
      </w:r>
    </w:p>
    <w:p>
      <w:r>
        <w:rPr>
          <w:i/>
        </w:rPr>
        <w:t>“If you did not have the Quran to believe in God, would the universe be enough? What is the role of the Quran in your life of faith?”</w:t>
      </w:r>
    </w:p>
    <w:p>
      <w:r>
        <w:rPr>
          <w:sz w:val="20"/>
        </w:rPr>
        <w:t>39:05  maulana, agla sawal bheja hai maulana iqbal umri ne chennai se. unhon ne likha hai: "maulana, ek sawal hai: agar aap ko khuda par yaqeen karne ke liye quran na hota to universe kafi tha?</w:t>
      </w:r>
      <w:r>
        <w:br/>
      </w:r>
      <w:r>
        <w:rPr>
          <w:sz w:val="20"/>
        </w:rPr>
        <w:t>39:22  yani quran ka kya role hai aap ki imani zindagi mein? is ke bare mein bataein." quran jo hai, book of guide hai.</w:t>
      </w:r>
      <w:r>
        <w:br/>
      </w:r>
      <w:r>
        <w:rPr>
          <w:sz w:val="20"/>
        </w:rPr>
        <w:t>39:42  universe jo hai, universe to</w:t>
      </w:r>
      <w:r>
        <w:br/>
      </w:r>
      <w:r>
        <w:rPr>
          <w:sz w:val="20"/>
        </w:rPr>
        <w:t>39:47  jisko kehte hain</w:t>
      </w:r>
      <w:r>
        <w:br/>
      </w:r>
      <w:r>
        <w:rPr>
          <w:sz w:val="20"/>
        </w:rPr>
        <w:t>39:51  data, hum ko data faraham karta hai, lekin quran jo hai, woh guide karta hai.</w:t>
      </w:r>
      <w:r>
        <w:br/>
      </w:r>
      <w:r>
        <w:rPr>
          <w:sz w:val="20"/>
        </w:rPr>
        <w:t>40:07  agar aap quran ko aaj kal jo tareeqa parhne ka quran ka ke technical point ko le ke utara karte hain,</w:t>
      </w:r>
      <w:r>
        <w:br/>
      </w:r>
      <w:r>
        <w:rPr>
          <w:sz w:val="20"/>
        </w:rPr>
        <w:t>40:18  koi na woh search ke liye baitha hai, koi na woh quran ke nuqton ko hal kar raha hai, aisi aisi kuch technical aspect.</w:t>
      </w:r>
      <w:r>
        <w:br/>
      </w:r>
      <w:r>
        <w:rPr>
          <w:sz w:val="20"/>
        </w:rPr>
        <w:t>40:36  quran ko asal jo aspect hai, woh hai</w:t>
      </w:r>
      <w:r>
        <w:br/>
      </w:r>
      <w:r>
        <w:rPr>
          <w:sz w:val="20"/>
        </w:rPr>
        <w:t>40:45  quran aap ke liye kitab tadabbur ban jaye. jo log tadabbur ki baat karte hain, un ki un ki kitabon mein bhi mujhe tadabbur nahi milta.</w:t>
      </w:r>
      <w:r>
        <w:br/>
      </w:r>
      <w:r>
        <w:rPr>
          <w:sz w:val="20"/>
        </w:rPr>
        <w:t>40:59  un ki wahi</w:t>
      </w:r>
      <w:r>
        <w:br/>
      </w:r>
      <w:r>
        <w:rPr>
          <w:sz w:val="20"/>
        </w:rPr>
        <w:t>41:05  nuqte nuqte milte hain.</w:t>
      </w:r>
      <w:r>
        <w:br/>
      </w:r>
      <w:r>
        <w:rPr>
          <w:sz w:val="20"/>
        </w:rPr>
        <w:t>41:11  aap khud kisi bhi kisi bhi quran par kisi bhi kitab ko lijiye aur us ko mutala kijiyey.</w:t>
      </w:r>
      <w:r>
        <w:br/>
      </w:r>
      <w:r>
        <w:rPr>
          <w:sz w:val="20"/>
        </w:rPr>
        <w:t>41:21  ab mutala kar ke mujhe bataiye aap ke is se aap ko take away kya mila? ek hi sawal mein karta hoon: koi bhi tafseer koi bhi zaban mein jo aap ke pas ho,</w:t>
      </w:r>
      <w:r>
        <w:br/>
      </w:r>
      <w:r>
        <w:rPr>
          <w:sz w:val="20"/>
        </w:rPr>
        <w:t>41:37  us ko parhiye shuru se akhir tak, aur phir us ko us ko bataiye ke is se take away kya mila? mislan mein batata hoon ke take away kya cheez hai.</w:t>
      </w:r>
      <w:r>
        <w:br/>
      </w:r>
      <w:r>
        <w:rPr>
          <w:sz w:val="20"/>
        </w:rPr>
        <w:t>41:50  aaj mein soch raha tha ke quran kya deta hai insan ko, to mujhe yaad aya ke quran ka jo pehla lafz hai, wahi deta hai: woh alhamdulillah rabb ul alameen.</w:t>
      </w:r>
      <w:r>
        <w:br/>
      </w:r>
      <w:r>
        <w:rPr>
          <w:sz w:val="20"/>
        </w:rPr>
        <w:t>42:07  yani</w:t>
      </w:r>
      <w:r>
        <w:br/>
      </w:r>
      <w:r>
        <w:rPr>
          <w:sz w:val="20"/>
        </w:rPr>
        <w:t>42:11  khawand alam ko is hesiyat se daryaft karo ke woh tumhare liye</w:t>
      </w:r>
      <w:r>
        <w:br/>
      </w:r>
      <w:r>
        <w:rPr>
          <w:sz w:val="20"/>
        </w:rPr>
        <w:t>42:24  rabb ul hamd ban jaye, woh jo mein ne kaha mohabbat ka source ban jaye.</w:t>
      </w:r>
      <w:r>
        <w:br/>
      </w:r>
      <w:r>
        <w:rPr>
          <w:sz w:val="20"/>
        </w:rPr>
        <w:t>42:40  to aap kisi bhi tafseer ko parhiye aur mujhe bataiye ke is ko parh kar aap ko take away kya mila?</w:t>
      </w:r>
      <w:r>
        <w:br/>
      </w:r>
      <w:r>
        <w:rPr>
          <w:sz w:val="20"/>
        </w:rPr>
        <w:t>42:50  to log fanni fanni nuqton ko samajh bethe hain. tafseer woh tafseer hai hi nahi. fanni nuqte jis pe paise hote hain, woh tafseer hai hi nahi.</w:t>
      </w:r>
      <w:r>
        <w:br/>
      </w:r>
      <w:r>
        <w:rPr>
          <w:sz w:val="20"/>
        </w:rPr>
        <w:t>43:06  aap ko shaq ho to aap yeh kijiye ke kisi tafseer ko lijiye, kisi bhi tafseer ko, aur us ko parh kar ke aap mujhe bataiye ke is mein aap ko take away kya mila.</w:t>
      </w:r>
      <w:r>
        <w:br/>
      </w:r>
      <w:r>
        <w:rPr>
          <w:sz w:val="20"/>
        </w:rPr>
        <w:t>43:26  isi mein jawab mil jaye ga aap ko.</w:t>
      </w:r>
    </w:p>
    <w:p>
      <w:pPr>
        <w:pStyle w:val="Heading2"/>
      </w:pPr>
      <w:r>
        <w:t>Rationality in secular vs religious matters</w:t>
      </w:r>
    </w:p>
    <w:p>
      <w:r>
        <w:rPr>
          <w:color w:val="666666"/>
          <w:sz w:val="18"/>
        </w:rPr>
        <w:t>Faith &amp; God · Living In Falsehood I December 15, 2013 · 2m 21s · at 46:39 · https://youtu.be/yD-ZtvlrFDw?t=2799</w:t>
      </w:r>
    </w:p>
    <w:p>
      <w:r>
        <w:rPr>
          <w:i/>
        </w:rPr>
        <w:t>“There are many Muslims who are very rational in secular matters, still they don't want to use reasoning in the matters of religion.”</w:t>
      </w:r>
    </w:p>
    <w:p>
      <w:r>
        <w:rPr>
          <w:sz w:val="20"/>
        </w:rPr>
        <w:t>46:39  maulana, agla sawal ajmer se hai doctor safina tabassum ka.</w:t>
      </w:r>
      <w:r>
        <w:br/>
      </w:r>
      <w:r>
        <w:rPr>
          <w:sz w:val="20"/>
        </w:rPr>
        <w:t>46:43  unhon ne likha hai: "maulana, there are many muslims who are very rational in secular matters, still they</w:t>
      </w:r>
      <w:r>
        <w:br/>
      </w:r>
      <w:r>
        <w:rPr>
          <w:sz w:val="20"/>
        </w:rPr>
        <w:t>46:51  don't want to use reasoning in the matters of religion.</w:t>
      </w:r>
      <w:r>
        <w:br/>
      </w:r>
      <w:r>
        <w:rPr>
          <w:sz w:val="20"/>
        </w:rPr>
        <w:t>46:55  what can be the reason of this behaviour?" maine arz kiya isi ko ke hadith jo hai</w:t>
      </w:r>
      <w:r>
        <w:br/>
      </w:r>
      <w:r>
        <w:rPr>
          <w:sz w:val="20"/>
        </w:rPr>
        <w:t>47:03  ke rasool allah ne farmaya ke: "talab al-ilm, talab al-ilm faridha ala kull muslim." ilm seekhna har musalman</w:t>
      </w:r>
      <w:r>
        <w:br/>
      </w:r>
      <w:r>
        <w:rPr>
          <w:sz w:val="20"/>
        </w:rPr>
        <w:t>47:11  par farz hai.</w:t>
      </w:r>
      <w:r>
        <w:br/>
      </w:r>
      <w:r>
        <w:rPr>
          <w:sz w:val="20"/>
        </w:rPr>
        <w:t>47:12  to is ko ilm deen ke mani mein le liya.</w:t>
      </w:r>
      <w:r>
        <w:br/>
      </w:r>
      <w:r>
        <w:rPr>
          <w:sz w:val="20"/>
        </w:rPr>
        <w:t>47:16  to deen mein ab reason ko apply nahi karna hai.</w:t>
      </w:r>
      <w:r>
        <w:br/>
      </w:r>
      <w:r>
        <w:rPr>
          <w:sz w:val="20"/>
        </w:rPr>
        <w:t>47:21  deen ko doosri cheezon apply karo, deen ko deen mein kuch nahi.</w:t>
      </w:r>
      <w:r>
        <w:br/>
      </w:r>
      <w:r>
        <w:rPr>
          <w:sz w:val="20"/>
        </w:rPr>
        <w:t>47:26  halanke dekhein, main aap ko ek ayat yaad dilata hoon.</w:t>
      </w:r>
      <w:r>
        <w:br/>
      </w:r>
      <w:r>
        <w:rPr>
          <w:sz w:val="20"/>
        </w:rPr>
        <w:t>47:30  quran mein hai ke pahadon ke bare mein, pahadon ke bare mein: "minbar al-jibāl, juwayd, bayd, humr, mukhtalif,</w:t>
      </w:r>
      <w:r>
        <w:br/>
      </w:r>
      <w:r>
        <w:rPr>
          <w:sz w:val="20"/>
        </w:rPr>
        <w:t>47:38  anwar, wa gharawee, mas'ood, innama yakhshā allāha min 'ibādihi al-'ulamā'u." is ka matlab hai ke ilm wale hi darte</w:t>
      </w:r>
      <w:r>
        <w:br/>
      </w:r>
      <w:r>
        <w:rPr>
          <w:sz w:val="20"/>
        </w:rPr>
        <w:t>47:46  hain allah se.</w:t>
      </w:r>
      <w:r>
        <w:br/>
      </w:r>
      <w:r>
        <w:rPr>
          <w:sz w:val="20"/>
        </w:rPr>
        <w:t>47:47  to yahan ilm se murad kya hai? ilm al-jibāl, pahadon ka ilm.</w:t>
      </w:r>
      <w:r>
        <w:br/>
      </w:r>
      <w:r>
        <w:rPr>
          <w:sz w:val="20"/>
        </w:rPr>
        <w:t>47:52  yahan is ayat se aap ko pata hai ke agar aap ko agar pahadon ka ilm ho to</w:t>
      </w:r>
      <w:r>
        <w:br/>
      </w:r>
      <w:r>
        <w:rPr>
          <w:sz w:val="20"/>
        </w:rPr>
        <w:t>48:00  aap ke andar allah ka dar paida hoga.</w:t>
      </w:r>
      <w:r>
        <w:br/>
      </w:r>
      <w:r>
        <w:rPr>
          <w:sz w:val="20"/>
        </w:rPr>
        <w:t>48:03  ab is ko aap generalize kijiye to agar nature ka ilm ho, agar aap ke andar nature ka</w:t>
      </w:r>
      <w:r>
        <w:br/>
      </w:r>
      <w:r>
        <w:rPr>
          <w:sz w:val="20"/>
        </w:rPr>
        <w:t>48:11  ilm ho to aap ke andar allah ka khauf paida hoga.</w:t>
      </w:r>
      <w:r>
        <w:br/>
      </w:r>
      <w:r>
        <w:rPr>
          <w:sz w:val="20"/>
        </w:rPr>
        <w:t>48:16  to yahan aap clear taur par dekhein, yahan par yani jo jin cheezon ko jo mahdood mani mein</w:t>
      </w:r>
      <w:r>
        <w:br/>
      </w:r>
      <w:r>
        <w:rPr>
          <w:sz w:val="20"/>
        </w:rPr>
        <w:t>48:23  liye hain, le rakhe hain logon ne deen ke, is se bahar ki cheezon ka ilm bataya ja</w:t>
      </w:r>
      <w:r>
        <w:br/>
      </w:r>
      <w:r>
        <w:rPr>
          <w:sz w:val="20"/>
        </w:rPr>
        <w:t>48:31  raha hai.</w:t>
      </w:r>
      <w:r>
        <w:br/>
      </w:r>
      <w:r>
        <w:rPr>
          <w:sz w:val="20"/>
        </w:rPr>
        <w:t>48:33  To ek galat yani cheez phail gayi hai musalmanon mein ke deen ke mamle mein aql nahi, doosri</w:t>
      </w:r>
      <w:r>
        <w:br/>
      </w:r>
      <w:r>
        <w:rPr>
          <w:sz w:val="20"/>
        </w:rPr>
        <w:t>48:40  cheezon mein aql istemal karo.</w:t>
      </w:r>
      <w:r>
        <w:br/>
      </w:r>
      <w:r>
        <w:rPr>
          <w:sz w:val="20"/>
        </w:rPr>
        <w:t>48:43  To log job mein, apne business mein, apne family affairs mein reason ko apply karte hain aur jahan</w:t>
      </w:r>
      <w:r>
        <w:br/>
      </w:r>
      <w:r>
        <w:rPr>
          <w:sz w:val="20"/>
        </w:rPr>
        <w:t>48:50  deen ka masla aaya, bas fatwa, fatwa, fatwa.</w:t>
      </w:r>
      <w:r>
        <w:br/>
      </w:r>
      <w:r>
        <w:rPr>
          <w:sz w:val="20"/>
        </w:rPr>
        <w:t>48:54  Yeh bilkul hi wrong hai, bilkul galat hai.</w:t>
      </w:r>
      <w:r>
        <w:br/>
      </w:r>
      <w:r>
        <w:rPr>
          <w:sz w:val="20"/>
        </w:rPr>
        <w:t>48:57  Is ka Islam se koi talluq nahi.</w:t>
      </w:r>
    </w:p>
    <w:p>
      <w:pPr>
        <w:pStyle w:val="Heading2"/>
      </w:pPr>
      <w:r>
        <w:t>Reaching complete helplessness to receive God's help</w:t>
      </w:r>
    </w:p>
    <w:p>
      <w:r>
        <w:rPr>
          <w:color w:val="666666"/>
          <w:sz w:val="18"/>
        </w:rPr>
        <w:t>Faith &amp; God · Hadith-e-Jibril, April 21, 2013 · 2m 28s · at 1:24:33 · https://youtu.be/0rF6Ou0pDog?t=5073</w:t>
      </w:r>
    </w:p>
    <w:p>
      <w:r>
        <w:rPr>
          <w:i/>
        </w:rPr>
        <w:t>“God is all-powerful and a source of great conviction, but we need to reach the last level of helplessness to receive His help. How can we achieve such helplessness?”</w:t>
      </w:r>
    </w:p>
    <w:p>
      <w:r>
        <w:rPr>
          <w:sz w:val="20"/>
        </w:rPr>
        <w:t>1:24:33  Maulana, agla sawal Delhi se hai Dr. Fareeda Khanam ka. unhon ne likha hai God is all powerful and a source of great conviction, but we need to reach the last level of helplessness to receive His help.</w:t>
      </w:r>
      <w:r>
        <w:br/>
      </w:r>
      <w:r>
        <w:rPr>
          <w:sz w:val="20"/>
        </w:rPr>
        <w:t>1:24:51  How can we achieve such helplessness? dekhiye as a fact insan helpless hi hai.</w:t>
      </w:r>
      <w:r>
        <w:br/>
      </w:r>
      <w:r>
        <w:rPr>
          <w:sz w:val="20"/>
        </w:rPr>
        <w:t>1:25:02  mein to har waqt apne helplessness ko daryaft karta hoon. har waqt. mislan agar farz kijiye ke mein aik glass uthaoon. is par aap jante hain aik cover hai.</w:t>
      </w:r>
      <w:r>
        <w:br/>
      </w:r>
      <w:r>
        <w:rPr>
          <w:sz w:val="20"/>
        </w:rPr>
        <w:t>1:25:13  cover uthaoon to yeh slip kar ke gir jayega kabhi. aisa hota hai. chamcha gir jayega. yani rozana aise waqiat hote hain jis mein aap apni helplessness ko daryaft karein.</w:t>
      </w:r>
      <w:r>
        <w:br/>
      </w:r>
      <w:r>
        <w:rPr>
          <w:sz w:val="20"/>
        </w:rPr>
        <w:t>1:25:25  helplessness ko. to yeh to aik waqia hai.</w:t>
      </w:r>
      <w:r>
        <w:br/>
      </w:r>
      <w:r>
        <w:rPr>
          <w:sz w:val="20"/>
        </w:rPr>
        <w:t>1:25:30  mein to roz sochta hoon ke maine khana khaya. agar digestive system mera kaam na kare to khana bekar hai.</w:t>
      </w:r>
      <w:r>
        <w:br/>
      </w:r>
      <w:r>
        <w:rPr>
          <w:sz w:val="20"/>
        </w:rPr>
        <w:t>1:25:41  agar suraj na ho to meri aankh bekar hai. mein suraj ke baghair aankh se dekh nahin sakta hoon mein. agar oxygen ke supply ka nizam Khuda ki taraf se na ho to mein kya karunga?</w:t>
      </w:r>
      <w:r>
        <w:br/>
      </w:r>
      <w:r>
        <w:rPr>
          <w:sz w:val="20"/>
        </w:rPr>
        <w:t>1:25:51  mar jaunga mein. kyunke mein saans lunga aur oxygen nahi milega mujhe.</w:t>
      </w:r>
      <w:r>
        <w:br/>
      </w:r>
      <w:r>
        <w:rPr>
          <w:sz w:val="20"/>
        </w:rPr>
        <w:t>1:25:57  to koi bhi cheez aisi nahi hai jismein aap ko helplessness ka tajurba na ho. mein bolta hoon, yeh bhi sochta hoon ke abhi mein speechless ho sakta hoon.</w:t>
      </w:r>
      <w:r>
        <w:br/>
      </w:r>
      <w:r>
        <w:rPr>
          <w:sz w:val="20"/>
        </w:rPr>
        <w:t>1:26:07  yaani zabaan se dimagh ka rishta kat jaye to mein helpless hoon. to yeh ismein yaani awakening ki baat hai.</w:t>
      </w:r>
      <w:r>
        <w:br/>
      </w:r>
      <w:r>
        <w:rPr>
          <w:sz w:val="20"/>
        </w:rPr>
        <w:t>1:26:18  yaani awakened mind jo hai, agar ho kisi ke andar awakened mind to har lamha woh apne helplessness ko daryaft karega.</w:t>
      </w:r>
      <w:r>
        <w:br/>
      </w:r>
      <w:r>
        <w:rPr>
          <w:sz w:val="20"/>
        </w:rPr>
        <w:t>1:26:28  agar awakened mind hai. so sara maamla is par depend karta hai ke aadmi ke andar awakened mind paida hua ke nahi hua.</w:t>
      </w:r>
      <w:r>
        <w:br/>
      </w:r>
      <w:r>
        <w:rPr>
          <w:sz w:val="20"/>
        </w:rPr>
        <w:t>1:26:37  to is ke andar intellectual development hua hai ke nahi hua hai.</w:t>
      </w:r>
      <w:r>
        <w:br/>
      </w:r>
      <w:r>
        <w:rPr>
          <w:sz w:val="20"/>
        </w:rPr>
        <w:t>1:26:42  agar hua hai to insaan ka har har second, har lamha batata hai ke mein helpless hoon.</w:t>
      </w:r>
      <w:r>
        <w:br/>
      </w:r>
      <w:r>
        <w:rPr>
          <w:sz w:val="20"/>
        </w:rPr>
        <w:t>1:26:51  mein helpless hoon. mera to tajurba bhi yahi hai zindagi ke bare mein.</w:t>
      </w:r>
    </w:p>
    <w:p>
      <w:pPr>
        <w:pStyle w:val="Heading2"/>
      </w:pPr>
      <w:r>
        <w:t>Reason for Avoiding Reasoning in Religion</w:t>
      </w:r>
    </w:p>
    <w:p>
      <w:r>
        <w:rPr>
          <w:color w:val="666666"/>
          <w:sz w:val="18"/>
        </w:rPr>
        <w:t>Faith &amp; God · Living in Falsehood December 15, 2013 · 2m 30s · at 49:59 · https://youtu.be/UvboK59uF6s?t=2999</w:t>
      </w:r>
    </w:p>
    <w:p>
      <w:r>
        <w:rPr>
          <w:i/>
        </w:rPr>
        <w:t>“There are many Muslims who are very rational in secular matters. Still, they don't want to use reasoning in the matters of religion. What can be the reason of this behavior?”</w:t>
      </w:r>
    </w:p>
    <w:p>
      <w:r>
        <w:rPr>
          <w:sz w:val="20"/>
        </w:rPr>
        <w:t>49:59  So I am a great advocate of peace. Maulana, agla sawal Ajmer se hai Dr. Safina Tab</w:t>
      </w:r>
      <w:r>
        <w:br/>
      </w:r>
      <w:r>
        <w:rPr>
          <w:sz w:val="20"/>
        </w:rPr>
        <w:t>50:07  Sim ka. Unhon ne likha hai: "Moulana, there are many Muslims who are very rational in secular matters.</w:t>
      </w:r>
      <w:r>
        <w:br/>
      </w:r>
      <w:r>
        <w:rPr>
          <w:sz w:val="20"/>
        </w:rPr>
        <w:t>50:16  Still, they don't want to use reasoning in the matters of religion. What can be the reason of this behavior?</w:t>
      </w:r>
      <w:r>
        <w:br/>
      </w:r>
      <w:r>
        <w:rPr>
          <w:sz w:val="20"/>
        </w:rPr>
        <w:t>50:26  main ne arz kiya isi ko ke hadith jo hai ke rasool Allah ne farmaya ke talab al ilm farizah ala kull muslim ilm seekhna har musalman par farz hai.</w:t>
      </w:r>
      <w:r>
        <w:br/>
      </w:r>
      <w:r>
        <w:rPr>
          <w:sz w:val="20"/>
        </w:rPr>
        <w:t>50:41  to is ko ilm deen ke mani mein le liya. to deen mein ab reason ko apply nahi karna hai. deen ko doosri cheezon apply karo, deen ko deen mein kuch nahi.</w:t>
      </w:r>
      <w:r>
        <w:br/>
      </w:r>
      <w:r>
        <w:rPr>
          <w:sz w:val="20"/>
        </w:rPr>
        <w:t>50:57  halankeh dekhen, main aap ko ek ayat yaad dilata hoon. quran mein hai ke pahadon ke bare mein, pahadon ke bare mein minbar al jibal jo al dan bid al humr mukhtalif anwaruhu wa aghraww basud innama yakhsh Allah min ibadihi al ulama is ka matlab hai ke ilm wale hi darte hain Allah se.</w:t>
      </w:r>
      <w:r>
        <w:br/>
      </w:r>
      <w:r>
        <w:rPr>
          <w:sz w:val="20"/>
        </w:rPr>
        <w:t>51:22  to yahan ilm se murad kya hai? ilm al jibal,</w:t>
      </w:r>
      <w:r>
        <w:br/>
      </w:r>
      <w:r>
        <w:rPr>
          <w:sz w:val="20"/>
        </w:rPr>
        <w:t>51:26  pahadon ka ilm. yahan is ayat se sabit hota hai ke agar aap ko agar pahadon ka ilm ho to aap ke andar Allah ka dar paida hoga. ab is ko aap generalize kijiye to agar nature ka ilm ho, agar aap ka nature ka ilm ho to aap ke andar Allah ka khauf paida hoga.</w:t>
      </w:r>
      <w:r>
        <w:br/>
      </w:r>
      <w:r>
        <w:rPr>
          <w:sz w:val="20"/>
        </w:rPr>
        <w:t>51:45  ke aap clear taur par dekhen, yahan par yani yani jo jin cheezon ko jo mahdood mani mein liye hain, rakhe hain logon ne deen ke, us se bahar ki cheezon ka ilm bataya ja raha hai.</w:t>
      </w:r>
      <w:r>
        <w:br/>
      </w:r>
      <w:r>
        <w:rPr>
          <w:sz w:val="20"/>
        </w:rPr>
        <w:t>51:59  to ek galat yani cheez phail gayi hai musalmanon mein ke deen ke mamle mein aql nahi, doosri cheezon mein aql istemal karo.</w:t>
      </w:r>
      <w:r>
        <w:br/>
      </w:r>
      <w:r>
        <w:rPr>
          <w:sz w:val="20"/>
        </w:rPr>
        <w:t>52:09  to log job mein, apne business mein, apne family affairs mein reason ko apply karte hain aur jahan deen ka masla aaya hai, bas fatwa, fatwa, fatwa.</w:t>
      </w:r>
      <w:r>
        <w:br/>
      </w:r>
      <w:r>
        <w:rPr>
          <w:sz w:val="20"/>
        </w:rPr>
        <w:t>52:21  yeh bilkul hi wrong hai, bilkul galat hai. is ka islam se koi talluq nahi.</w:t>
      </w:r>
    </w:p>
    <w:p>
      <w:pPr>
        <w:pStyle w:val="Heading2"/>
      </w:pPr>
      <w:r>
        <w:t>Reason for Unfulfilled Halal Wishes</w:t>
      </w:r>
    </w:p>
    <w:p>
      <w:r>
        <w:rPr>
          <w:color w:val="666666"/>
          <w:sz w:val="18"/>
        </w:rPr>
        <w:t>Faith &amp; God · The Quran September 20, 2020 Maulana Wahiduddin Khan · 2m 13s · at 29:52 · https://youtu.be/yQZGg2A0-Tk?t=1792</w:t>
      </w:r>
    </w:p>
    <w:p>
      <w:r>
        <w:rPr>
          <w:i/>
        </w:rPr>
        <w:t>“What is the reason behind not getting halal wishes fulfilled? Please explain.”</w:t>
      </w:r>
    </w:p>
    <w:p>
      <w:r>
        <w:rPr>
          <w:sz w:val="20"/>
        </w:rPr>
        <w:t>29:52  Maulana, Miss Khushi Khan ne Calcutta se sawal bheja hai. Unhon ne likha hai: "What is the reason behind not getting the halaal wishes fulfilled?</w:t>
      </w:r>
      <w:r>
        <w:br/>
      </w:r>
      <w:r>
        <w:rPr>
          <w:sz w:val="20"/>
        </w:rPr>
        <w:t>30:05  Is ke bare mein bataen." Kya halaal? Kya wishes? Halaal wishes kyun nahin? Haan, jaaiz wishes kyun nahin fulfill hoti hain?</w:t>
      </w:r>
      <w:r>
        <w:br/>
      </w:r>
      <w:r>
        <w:rPr>
          <w:sz w:val="20"/>
        </w:rPr>
        <w:t>30:18  Is ke peeche kya kaaran hai? Kya matlab?</w:t>
      </w:r>
      <w:r>
        <w:br/>
      </w:r>
      <w:r>
        <w:rPr>
          <w:sz w:val="20"/>
        </w:rPr>
        <w:t>30:22  Maulana, woh yeh pooch rahi hain ke jaaiz khwahishat jo hoti hain insaan ki, woh kyun poori nahin hoti hain? Aadmi koi jaaiz khwahish karta hai, durust hoti hai, woh poori nahin ho paati.</w:t>
      </w:r>
      <w:r>
        <w:br/>
      </w:r>
      <w:r>
        <w:rPr>
          <w:sz w:val="20"/>
        </w:rPr>
        <w:t>30:35  Kyun nahin hoti hain?</w:t>
      </w:r>
      <w:r>
        <w:br/>
      </w:r>
      <w:r>
        <w:rPr>
          <w:sz w:val="20"/>
        </w:rPr>
        <w:t>30:37  To aap is ke liye jo zaroori koshish hai, woh karenge. Aap ko milegi. Free mein to nahin milegi.</w:t>
      </w:r>
      <w:r>
        <w:br/>
      </w:r>
      <w:r>
        <w:rPr>
          <w:sz w:val="20"/>
        </w:rPr>
        <w:t>30:46  Free mein to suraj ki roshni mili hui hai. Isi tarah sab cheezen milti hain. Aap is ke liye jo zaroori koshish karen to mil jayengi.</w:t>
      </w:r>
      <w:r>
        <w:br/>
      </w:r>
      <w:r>
        <w:rPr>
          <w:sz w:val="20"/>
        </w:rPr>
        <w:t>31:00  Maulana, aksar log dua dua karte hain aur un ke hisaab se woh jaaiz dua hoti hai, lekin woh qubool nahin hoti. To is par yeh sawal aata hai ke woh to jaaiz thi dua, to phir kyun nahin qubool hui?</w:t>
      </w:r>
      <w:r>
        <w:br/>
      </w:r>
      <w:r>
        <w:rPr>
          <w:sz w:val="20"/>
        </w:rPr>
        <w:t>31:14  Nahin, yeh kahin likha nahin hai Quran mein ke jaaiz hai to qubool ho jayegi. Jaaiz hai to qubool ho jayegi, yeh kahin nahin likha hai.</w:t>
      </w:r>
      <w:r>
        <w:br/>
      </w:r>
      <w:r>
        <w:rPr>
          <w:sz w:val="20"/>
        </w:rPr>
        <w:t>31:24  Aap ko dua ke har dua ki alag alag sharaait poori karni padengi. Alag alag jaaiz na-jaaiz, woh woh shart nahin hai.</w:t>
      </w:r>
      <w:r>
        <w:br/>
      </w:r>
      <w:r>
        <w:rPr>
          <w:sz w:val="20"/>
        </w:rPr>
        <w:t>31:45  Maulana, Hadees mein hai ke jo dua ki jaati hai, agar woh dunya mein nahin mile to aakhirat ke liye zakhira bana diya jata hai.</w:t>
      </w:r>
      <w:r>
        <w:br/>
      </w:r>
      <w:r>
        <w:rPr>
          <w:sz w:val="20"/>
        </w:rPr>
        <w:t>31:55  Haan, yeh bhi hai. Lekin bahut zyada aap ko agar aap.</w:t>
      </w:r>
    </w:p>
    <w:p>
      <w:pPr>
        <w:pStyle w:val="Heading2"/>
      </w:pPr>
      <w:r>
        <w:t>Reason for close-mindedness on monotheism</w:t>
      </w:r>
    </w:p>
    <w:p>
      <w:r>
        <w:rPr>
          <w:color w:val="666666"/>
          <w:sz w:val="18"/>
        </w:rPr>
        <w:t>Faith &amp; God · Unseen God July 30, 2017 Maulana Wahiduddin Khan · 2m 41s · at 1:04:42 · https://youtu.be/MOkCdGFAVR4?t=3882</w:t>
      </w:r>
    </w:p>
    <w:p>
      <w:r>
        <w:rPr>
          <w:i/>
        </w:rPr>
        <w:t>“Many people with whom I interact for their work, I find them good people and they talk about God and seem to be sincere truth seekers. But the moment I bring in the concept of monotheism, I realize they become different and do not bow down even to a reason-based argument. I really fail to understand this kind of behavior. As in matters of business and work they are open to new ideas, but when it comes to spirituality they become close-minded. Maulana sahib, what is the reason for this difference?”</w:t>
      </w:r>
    </w:p>
    <w:p>
      <w:r>
        <w:rPr>
          <w:sz w:val="20"/>
        </w:rPr>
        <w:t>1:04:42  ji Maulana agla sawal ahmed abad se Faisal sahab ne bheja hai unhon ne likha hai</w:t>
      </w:r>
      <w:r>
        <w:br/>
      </w:r>
      <w:r>
        <w:rPr>
          <w:sz w:val="20"/>
        </w:rPr>
        <w:t>1:04:50  maulana many people with whom i interact for our work i find them good people and they talk about god and seem to be sincere seekers but the moment i bring in the concept of monotheism i realize they become different and do not bow down even to a reason based argument</w:t>
      </w:r>
      <w:r>
        <w:br/>
      </w:r>
      <w:r>
        <w:rPr>
          <w:sz w:val="20"/>
        </w:rPr>
        <w:t>1:05:15  i really fail to understand this kind of behavior as in matters of their business or work they are open to new ideas but when it comes to spirituality they become close minded maulana sahib what is the reason for this differenti</w:t>
      </w:r>
      <w:r>
        <w:br/>
      </w:r>
      <w:r>
        <w:rPr>
          <w:sz w:val="20"/>
        </w:rPr>
        <w:t>1:05:33  It's behavior. Sirf ek hi cheez hai conditioning. Woh log modernism mein conditioned ho gaye hain.</w:t>
      </w:r>
      <w:r>
        <w:br/>
      </w:r>
      <w:r>
        <w:rPr>
          <w:sz w:val="20"/>
        </w:rPr>
        <w:t>1:05:42  woh jo hadith hai ke kul burdi yur al fitra</w:t>
      </w:r>
      <w:r>
        <w:br/>
      </w:r>
      <w:r>
        <w:rPr>
          <w:sz w:val="20"/>
        </w:rPr>
        <w:t>1:05:47  har paida honay wala</w:t>
      </w:r>
      <w:r>
        <w:br/>
      </w:r>
      <w:r>
        <w:rPr>
          <w:sz w:val="20"/>
        </w:rPr>
        <w:t>1:05:49  fitrat se paida hota hai is ke baad is ke maa baap maa baap maani is ka is</w:t>
      </w:r>
      <w:r>
        <w:br/>
      </w:r>
      <w:r>
        <w:rPr>
          <w:sz w:val="20"/>
        </w:rPr>
        <w:t>1:05:55  ka environment is ko is mazhab mein is mazhab mein is mazhab daal dete hain to jo fitri</w:t>
      </w:r>
      <w:r>
        <w:br/>
      </w:r>
      <w:r>
        <w:rPr>
          <w:sz w:val="20"/>
        </w:rPr>
        <w:t>1:06:03  mazhab hai woh to toheed hai mazhab fitri jo hai woh toheed hai baqi jo hai woh environmental</w:t>
      </w:r>
      <w:r>
        <w:br/>
      </w:r>
      <w:r>
        <w:rPr>
          <w:sz w:val="20"/>
        </w:rPr>
        <w:t>1:06:10  conditioning hai fitri mazhab aik hi hai woh hai toheed baqi jo hai woh sab environmental</w:t>
      </w:r>
      <w:r>
        <w:br/>
      </w:r>
      <w:r>
        <w:rPr>
          <w:sz w:val="20"/>
        </w:rPr>
        <w:t>1:06:18  conditioning hai okay so we we will end the session</w:t>
      </w:r>
      <w:r>
        <w:br/>
      </w:r>
      <w:r>
        <w:rPr>
          <w:sz w:val="20"/>
        </w:rPr>
        <w:t>1:06:24  now we also would like to share that saturday classes will now begin at 10:30 instead of 10 in the morning so you can log in through facebook session to watch the live session of maulana sahib every saturday 10:30 am indian standard time thank you.</w:t>
      </w:r>
    </w:p>
    <w:p>
      <w:pPr>
        <w:pStyle w:val="Heading2"/>
      </w:pPr>
      <w:r>
        <w:t>Reason for suffering in God's plan</w:t>
      </w:r>
    </w:p>
    <w:p>
      <w:r>
        <w:rPr>
          <w:color w:val="666666"/>
          <w:sz w:val="18"/>
        </w:rPr>
        <w:t>Faith &amp; God · Realization of God September 15, 2013 · 2m 55s · at 1:15:38 · https://youtu.be/CNEEeM5uyi8?t=4538</w:t>
      </w:r>
    </w:p>
    <w:p>
      <w:r>
        <w:rPr>
          <w:i/>
        </w:rPr>
        <w:t>“Why is there so much suffering in terms of poverty, disease, atrocities, accidents, disasters? What is the reason for such suffering? Is it a part of God's creation plan?”</w:t>
      </w:r>
    </w:p>
    <w:p>
      <w:r>
        <w:rPr>
          <w:sz w:val="20"/>
        </w:rPr>
        <w:t>1:15:38  is ko aap parhiye tafseeron mein to baat clear ho jaye gi. maulana, agla sawal deli se hai, doctor farida khanam ka.</w:t>
      </w:r>
      <w:r>
        <w:br/>
      </w:r>
      <w:r>
        <w:rPr>
          <w:sz w:val="20"/>
        </w:rPr>
        <w:t>1:15:49  unhon ne likha hai: "why is there so much suffering in terms of poverty, disease, illiteracy, accidents, etc.?</w:t>
      </w:r>
      <w:r>
        <w:br/>
      </w:r>
      <w:r>
        <w:rPr>
          <w:sz w:val="20"/>
        </w:rPr>
        <w:t>1:15:59  what is the reason for such suffering? is it a part of god's creation plan</w:t>
      </w:r>
      <w:r>
        <w:br/>
      </w:r>
      <w:r>
        <w:rPr>
          <w:sz w:val="20"/>
        </w:rPr>
        <w:t>1:16:06  ?" is ka jawab dekhiye, quran mein maujood hai. woh yeh hai ke quran mein hai ke: "zahar al-fasad fi al-barr wa al-bahr bima kasabat an-nas, bima kasabat an-nas,</w:t>
      </w:r>
      <w:r>
        <w:br/>
      </w:r>
      <w:r>
        <w:rPr>
          <w:sz w:val="20"/>
        </w:rPr>
        <w:t>1:16:22  zahar al-fasad fi al-barr wa al-bahr bima kasabat an-nas". aur ek aur ayat hai: "la tusdu fi al-ard ba'da islahih".</w:t>
      </w:r>
      <w:r>
        <w:br/>
      </w:r>
      <w:r>
        <w:rPr>
          <w:sz w:val="20"/>
        </w:rPr>
        <w:t>1:16:33  in ayaton ko parhne ke baad yeh samajh ata hai ke allah ne yeh dunya banai hai, woh bilkul theek thak banai hai, yani islah par qaim kiya.</w:t>
      </w:r>
      <w:r>
        <w:br/>
      </w:r>
      <w:r>
        <w:rPr>
          <w:sz w:val="20"/>
        </w:rPr>
        <w:t>1:16:43  is ko insan is ko bigarta hai, jaise aap pollution jo hai, woh insan ne paida kiya hai. juraim jo hain, woh insan ko paida karta hai.</w:t>
      </w:r>
      <w:r>
        <w:br/>
      </w:r>
      <w:r>
        <w:rPr>
          <w:sz w:val="20"/>
        </w:rPr>
        <w:t>1:16:54  mein yeh bataun ke juraim ke sab se zimmedar human rights activist hain.</w:t>
      </w:r>
      <w:r>
        <w:br/>
      </w:r>
      <w:r>
        <w:rPr>
          <w:sz w:val="20"/>
        </w:rPr>
        <w:t>1:16:59  yeh juraim aaj kal barh gaye hain, taza kyunke sab se bari zimmedari human rights activist ki hai, kyunke yeh log mujrimin ko bacha lete hain. jitni bhi un ki activities hain, mujrimin ko bachane ke liye to un ko saza nahi hoti.</w:t>
      </w:r>
      <w:r>
        <w:br/>
      </w:r>
      <w:r>
        <w:rPr>
          <w:sz w:val="20"/>
        </w:rPr>
        <w:t>1:17:14  sab se bare zimmedar hain human rights activist ke mujrimin ko saza nahi hone dete. deterrent punishment ki nabat nahi ati.</w:t>
      </w:r>
      <w:r>
        <w:br/>
      </w:r>
      <w:r>
        <w:rPr>
          <w:sz w:val="20"/>
        </w:rPr>
        <w:t>1:17:23  to yeh sara jo dunya mein jis ko kehte hain bigar, woh sab insanon ki wajah se hai. allah ki takhleeq mein aisi koi cheez nahi hai.</w:t>
      </w:r>
      <w:r>
        <w:br/>
      </w:r>
      <w:r>
        <w:rPr>
          <w:sz w:val="20"/>
        </w:rPr>
        <w:t>1:17:33  is par aap ne kafi likha, aap parh sakte hain hamari kitabon ko.</w:t>
      </w:r>
    </w:p>
    <w:p>
      <w:pPr>
        <w:pStyle w:val="Heading2"/>
      </w:pPr>
      <w:r>
        <w:t>Reason in Religion and Denial of Angels</w:t>
      </w:r>
    </w:p>
    <w:p>
      <w:r>
        <w:rPr>
          <w:color w:val="666666"/>
          <w:sz w:val="18"/>
        </w:rPr>
        <w:t>Faith &amp; God · Q&amp;A 04 Mar 2012 Maulana Wahiduddin Khan · 4m 05s · at 27:47 · https://youtu.be/txRmutuvWQI?t=1667</w:t>
      </w:r>
    </w:p>
    <w:p>
      <w:r>
        <w:rPr>
          <w:i/>
        </w:rPr>
        <w:t>“Some scholars consider the use of reason in religion absolutely unnecessary, while others consider the use of reason necessary and therefore deny whatever does not fit into reason in religion, such as denying angels. Please explain the correct position.”</w:t>
      </w:r>
    </w:p>
    <w:p>
      <w:r>
        <w:rPr>
          <w:sz w:val="20"/>
        </w:rPr>
        <w:t>27:47  maulana, agla sawal tamil nadu se hai Maulana Iqbal Umri sahib ka. unhon ne poocha hai: "baaz ulma aql ke istemal ko deen mein bilkul ghair zaroori samajhte hain, aur baaz aql ke istemal ko zaroori qarar de kar jo cheez deen ki aql mein nahi aati, us ko inkaar karte hain, jaise angels ka inkaar waghera." Maulana sahib, is mein sahi baat ki wazahat farmayen.</w:t>
      </w:r>
      <w:r>
        <w:br/>
      </w:r>
      <w:r>
        <w:rPr>
          <w:sz w:val="20"/>
        </w:rPr>
        <w:t>28:16  dekhiye, hadith mein aur quran mein dono mein aql ko bohat ahmiyat di gayi hai. wali al-zikr al-bab surah al-imran ke aakhri ruku ko parhiye aap.</w:t>
      </w:r>
      <w:r>
        <w:br/>
      </w:r>
      <w:r>
        <w:rPr>
          <w:sz w:val="20"/>
        </w:rPr>
        <w:t>28:28  is mein wali al-zikr al-bab, al-bab yaani al-aql, aql walay, aql walon ko</w:t>
      </w:r>
      <w:r>
        <w:br/>
      </w:r>
      <w:r>
        <w:rPr>
          <w:sz w:val="20"/>
        </w:rPr>
        <w:t>28:37  Allah taala ne khitab farmaya ke aql di gayi hai kis liye? taake tum samjho deen ki gehraiyon ko. naseehat hazir roz se. to aql to Allah taala ka diya hai.</w:t>
      </w:r>
      <w:r>
        <w:br/>
      </w:r>
      <w:r>
        <w:rPr>
          <w:sz w:val="20"/>
        </w:rPr>
        <w:t>28:47  aql na ho, agar insan pathar bana diya jaye to baaton ko samjhega nahi. to aql to hadith mein aata hai ke Allah taala ne sab se bari cheez jo paida ki, woh aql hai.</w:t>
      </w:r>
      <w:r>
        <w:br/>
      </w:r>
      <w:r>
        <w:rPr>
          <w:sz w:val="20"/>
        </w:rPr>
        <w:t>29:01  to dekhiye, do cheezen alag alag hain. ek hai aql ko, aql ko yaani independently meyar samajh lena.</w:t>
      </w:r>
      <w:r>
        <w:br/>
      </w:r>
      <w:r>
        <w:rPr>
          <w:sz w:val="20"/>
        </w:rPr>
        <w:t>29:13  independently aql ko samajhna ke bas jo aql mein aaya, woh sahi hai, jo aql mein aaya, woh galat hai.</w:t>
      </w:r>
      <w:r>
        <w:br/>
      </w:r>
      <w:r>
        <w:rPr>
          <w:sz w:val="20"/>
        </w:rPr>
        <w:t>29:19  yeh aql ka galat istemal hai. yeh mistake hai aql ka. aql jo hai, is ki koi limitations hain.</w:t>
      </w:r>
      <w:r>
        <w:br/>
      </w:r>
      <w:r>
        <w:rPr>
          <w:sz w:val="20"/>
        </w:rPr>
        <w:t>29:33  wa ma utiytum min al-ilm illa qaleela. to is ki limitations jo hain, woh poori hoti hain wahi se. yaani peghambar ko jo wahi aayi hai, woh isi liye aayi hai ke woh aql ki kami ko poora kare.</w:t>
      </w:r>
      <w:r>
        <w:br/>
      </w:r>
      <w:r>
        <w:rPr>
          <w:sz w:val="20"/>
        </w:rPr>
        <w:t>29:47  to sochna hamara kaam hai, lekin sochne ke liye jo guideline hai, woh peghambar deta hai.</w:t>
      </w:r>
      <w:r>
        <w:br/>
      </w:r>
      <w:r>
        <w:rPr>
          <w:sz w:val="20"/>
        </w:rPr>
        <w:t>29:53  sahi line par sochna.</w:t>
      </w:r>
      <w:r>
        <w:br/>
      </w:r>
      <w:r>
        <w:rPr>
          <w:sz w:val="20"/>
        </w:rPr>
        <w:t>29:58  ek yaani wahi ke zariye se hamein woh framework milta hai, jis framework ke ko follow karte hue hum aql ko istemal karen.</w:t>
      </w:r>
      <w:r>
        <w:br/>
      </w:r>
      <w:r>
        <w:rPr>
          <w:sz w:val="20"/>
        </w:rPr>
        <w:t>30:10  to jo log wahi ko nahi mante ya quran ko nahi mante, to woh un ka, un ki, un ki aql un ko</w:t>
      </w:r>
      <w:r>
        <w:br/>
      </w:r>
      <w:r>
        <w:rPr>
          <w:sz w:val="20"/>
        </w:rPr>
        <w:t>30:20  sahi rastay par nahi le aati, bhatka deti hai. kyunke aql ke liye limitations hain. yeh ek tashdeed baat hai, yeh baat sabit shuda hai ke aql ki limitations hain.</w:t>
      </w:r>
      <w:r>
        <w:br/>
      </w:r>
      <w:r>
        <w:rPr>
          <w:sz w:val="20"/>
        </w:rPr>
        <w:t>30:32  to is limitations ki talafi wahi se hoti hai, yaani peghambar ki hidayat se hoti hai.</w:t>
      </w:r>
      <w:r>
        <w:br/>
      </w:r>
      <w:r>
        <w:rPr>
          <w:sz w:val="20"/>
        </w:rPr>
        <w:t>30:41  to mein yeh manta hoon ke peghambar ki hidayat ke framework mein aql ko istemal karna aain-e-sawab hai, aain-e-sawab hai. aur peghambar ki hidayat ko nazar andaaz kar ke aql ka ghora dorana,</w:t>
      </w:r>
      <w:r>
        <w:br/>
      </w:r>
      <w:r>
        <w:rPr>
          <w:sz w:val="20"/>
        </w:rPr>
        <w:t>30:55  woh woh sawab nahi hai. is mein koi reward nahi hai.</w:t>
      </w:r>
      <w:r>
        <w:br/>
      </w:r>
      <w:r>
        <w:rPr>
          <w:sz w:val="20"/>
        </w:rPr>
        <w:t>31:01  to aql bohat bari cheez hai, lekin is ka agar aap aql ko wahi se kaat dein to woh to woh ek sarkash ghora ban jayegi.</w:t>
      </w:r>
      <w:r>
        <w:br/>
      </w:r>
      <w:r>
        <w:rPr>
          <w:sz w:val="20"/>
        </w:rPr>
        <w:t>31:16  aur agar aql ko wahi se jor kar is ko istemal karen to bohat hi ziyada is mein faiday honge. balkay sara, yaani tazkiya ka faida, marifat ka faida, saare faiday isi mein hain ke aap aql ko sahi dhang par istemal karen.</w:t>
      </w:r>
      <w:r>
        <w:br/>
      </w:r>
      <w:r>
        <w:rPr>
          <w:sz w:val="20"/>
        </w:rPr>
        <w:t>31:33  is mein koi shaq nahi hai.</w:t>
      </w:r>
      <w:r>
        <w:br/>
      </w:r>
      <w:r>
        <w:rPr>
          <w:sz w:val="20"/>
        </w:rPr>
        <w:t>31:38  is mani mein maine jo hamari kitab hai, yaani islam aur science, is mein is par kuch guftagu ki gayi hai.</w:t>
      </w:r>
      <w:r>
        <w:br/>
      </w:r>
      <w:r>
        <w:rPr>
          <w:sz w:val="20"/>
        </w:rPr>
        <w:t>31:47  is mein aap dekh sakte hain.</w:t>
      </w:r>
    </w:p>
    <w:p>
      <w:pPr>
        <w:pStyle w:val="Heading2"/>
      </w:pPr>
      <w:r>
        <w:t>Reconciling friendship with Jews and Quranic verse</w:t>
      </w:r>
    </w:p>
    <w:p>
      <w:r>
        <w:rPr>
          <w:color w:val="666666"/>
          <w:sz w:val="18"/>
        </w:rPr>
        <w:t>Faith &amp; God · God Particle July 8, 2012 · 4m 22s · at 1:18:46 · https://youtu.be/30Ulu10c2nA?t=4726</w:t>
      </w:r>
    </w:p>
    <w:p>
      <w:r>
        <w:rPr>
          <w:i/>
        </w:rPr>
        <w:t>“You said that Jews and Christians are our friends, but the Quran says that you will find Jews as the severest enemies of the believers. Remove this confusion.”</w:t>
      </w:r>
    </w:p>
    <w:p>
      <w:r>
        <w:rPr>
          <w:sz w:val="20"/>
        </w:rPr>
        <w:t>1:18:46  maulana, agla sawal dilli se hai maulana ilyas sahab ka</w:t>
      </w:r>
      <w:r>
        <w:br/>
      </w:r>
      <w:r>
        <w:rPr>
          <w:sz w:val="20"/>
        </w:rPr>
        <w:t>1:18:49  unhon ne likha hai: "aap ne farmaya ke yahoodi isai hamare dost hain, lekin quran mein kaha gaya hai ke tum yahood ko iman walon ka shadeed dushman pao ge.</w:t>
      </w:r>
      <w:r>
        <w:br/>
      </w:r>
      <w:r>
        <w:rPr>
          <w:sz w:val="20"/>
        </w:rPr>
        <w:t>1:19:03  is confusion ko door farmayen." lafz dost bane, sawal nahi kiya, yeh aap ka lafz hai. doosri baat hai ke woh jo lafz dushman hai, to aap ne us ko yani un ki poori qaum par phaila rakha hai.</w:t>
      </w:r>
      <w:r>
        <w:br/>
      </w:r>
      <w:r>
        <w:rPr>
          <w:sz w:val="20"/>
        </w:rPr>
        <w:t>1:19:19  is waqt jo log the, contemporary, un ke bare mein yeh lafz hai. yeh bohat bari ghalat fehmi hai ke sare yahudiyon ko, sare isaiyon ko samajh rakha hai ke bilashuba basless تفسیر hai.</w:t>
      </w:r>
      <w:r>
        <w:br/>
      </w:r>
      <w:r>
        <w:rPr>
          <w:sz w:val="20"/>
        </w:rPr>
        <w:t>1:19:31  rasool Allah contemporary ke bare mein baat ho, contemporary moaser hamesha ke liye nahi hai. yeh itni bari bari gustakhiyan musalmanon ne kar rakhi hain.</w:t>
      </w:r>
      <w:r>
        <w:br/>
      </w:r>
      <w:r>
        <w:rPr>
          <w:sz w:val="20"/>
        </w:rPr>
        <w:t>1:19:41  mujhe taajjub hota hai ke is ko sare yahudiyon, qayamat tak paida hone wale sare, sare is ko chaspah kar rakha hai. yeh matlab bhi is ka nahi</w:t>
      </w:r>
      <w:r>
        <w:br/>
      </w:r>
      <w:r>
        <w:rPr>
          <w:sz w:val="20"/>
        </w:rPr>
        <w:t>1:19:49  hai. woh contemporary christian, contemporary yahudiyon ke bare mein, woh bhi wahan jo the madine mein, woh bhi sara alam ke liye nahi hai. yani quran ko log bazi baziacha-e-atfal bana diya hai.</w:t>
      </w:r>
      <w:r>
        <w:br/>
      </w:r>
      <w:r>
        <w:rPr>
          <w:sz w:val="20"/>
        </w:rPr>
        <w:t>1:20:01  yeh yeh bohat taajjub hota hai ke kaise log himmat parti hai ke quran mein aisi baatein kahein. kaisi himmat hoti hai?</w:t>
      </w:r>
      <w:r>
        <w:br/>
      </w:r>
      <w:r>
        <w:rPr>
          <w:sz w:val="20"/>
        </w:rPr>
        <w:t>1:20:11  main ne dost ka lafz istemal nahi kiya, main ne istemal kiya jo hadith mein hai: mu'eed, mu'eed, ta'eed.</w:t>
      </w:r>
      <w:r>
        <w:br/>
      </w:r>
      <w:r>
        <w:rPr>
          <w:sz w:val="20"/>
        </w:rPr>
        <w:t>1:20:19  yani ta'eedi role in ka hai, ta'eedi role in ka hai. aur yeh to waqea hai. kaun si baat hai jo aaj, yani aap bicycle se le kar car tak aur sui se le kar hawai jahaz tak, kaun si cheezein in ke siwa kisi ne di hain aap ko?</w:t>
      </w:r>
      <w:r>
        <w:br/>
      </w:r>
      <w:r>
        <w:rPr>
          <w:sz w:val="20"/>
        </w:rPr>
        <w:t>1:20:35  mujhe bataiye, kis ka naam bataen ge aap? aik aik cheez jo aap istemal karte hain, woh inhi logon se mili hai. aap ko yeh kapra jo aap pehente hain, kis ne class mill banai?</w:t>
      </w:r>
      <w:r>
        <w:br/>
      </w:r>
      <w:r>
        <w:rPr>
          <w:sz w:val="20"/>
        </w:rPr>
        <w:t>1:20:44  kis ne ban</w:t>
      </w:r>
      <w:r>
        <w:br/>
      </w:r>
      <w:r>
        <w:rPr>
          <w:sz w:val="20"/>
        </w:rPr>
        <w:t>1:20:45  ai hai? yeh aainak jo pehente hain, aap kis ne di hai? aap ko bhari jo baat hai, har har musalman khade baad di hui hai. kaisi ajeeb baat hai! NehruN likha hai ke mughal hukmaranon ke zamane mein NehruN likha hai apni kitab mein: "discovery of India" mein.</w:t>
      </w:r>
      <w:r>
        <w:br/>
      </w:r>
      <w:r>
        <w:rPr>
          <w:sz w:val="20"/>
        </w:rPr>
        <w:t>1:21:00  bohat hi عبرت ناک baat ke mughal jab rule kar rahe the, jis ko aap kehte hain mughal empire, us zamane mein Europe ke taajir aate the India.</w:t>
      </w:r>
      <w:r>
        <w:br/>
      </w:r>
      <w:r>
        <w:rPr>
          <w:sz w:val="20"/>
        </w:rPr>
        <w:t>1:21:12  us zamane mein woh ban chuki thi ghari, jis ko kehte hain woh spring watch. spring watch ban chuki thi, woh late the aur yahan mahal walon mahaloon mein bechte the bare bare daam par.</w:t>
      </w:r>
      <w:r>
        <w:br/>
      </w:r>
      <w:r>
        <w:rPr>
          <w:sz w:val="20"/>
        </w:rPr>
        <w:t>1:21:26  unhon ne likha hai, likha hai ke mughlon ko yeh curiosity nahi hui ke daryaft karein ke bhai kaisi ghari hai yeh. yani musalman ab bhi wahi reit ki ghari aur pani ghariyon</w:t>
      </w:r>
      <w:r>
        <w:br/>
      </w:r>
      <w:r>
        <w:rPr>
          <w:sz w:val="20"/>
        </w:rPr>
        <w:t>1:21:37  ji rahe the. unhon ne spring watch bana di, lekin un ko kuch shauq nahi hua daryaft karne ka. jin ko aap kehte hain dushman, usi par ji rahe hain.</w:t>
      </w:r>
      <w:r>
        <w:br/>
      </w:r>
      <w:r>
        <w:rPr>
          <w:sz w:val="20"/>
        </w:rPr>
        <w:t>1:21:48  aap agar aap jo jo cheezein di hain, un ko istemal na karein to phir loot jayen ge aap wahan par, jahan par, jahan par insan oont par chalta tha, khaimon mein rehta tha.</w:t>
      </w:r>
      <w:r>
        <w:br/>
      </w:r>
      <w:r>
        <w:rPr>
          <w:sz w:val="20"/>
        </w:rPr>
        <w:t>1:22:01  kaisi ajeeb log hain yeh! nihayat itminan se un ki daryaft kar cheezon ke istemal karte hain.</w:t>
      </w:r>
      <w:r>
        <w:br/>
      </w:r>
      <w:r>
        <w:rPr>
          <w:sz w:val="20"/>
        </w:rPr>
        <w:t>1:22:09  main apne ghar ke samne jab khada hota hoon aur nihayat shan se log gadiyan le kar ke aur aur scooter le ke daurte hain, to main yeh sochta hoon ke un ke chehre pe itraaf nahi.</w:t>
      </w:r>
      <w:r>
        <w:br/>
      </w:r>
      <w:r>
        <w:rPr>
          <w:sz w:val="20"/>
        </w:rPr>
        <w:t>1:22:19  kis ne yeh yeh scooter banaya? kis ne yeh car banai? kis ne woh ghari banai jo aap pehne hue hain? to main aap se bohat hi sakht aik hadith sunana chahta hoon: "man lam yashkur an-nas lam yashkur Allah".</w:t>
      </w:r>
      <w:r>
        <w:br/>
      </w:r>
      <w:r>
        <w:rPr>
          <w:sz w:val="20"/>
        </w:rPr>
        <w:t>1:22:34  jo insan ko acknowledge nahi kare ga, woh Khuda pe acknowledge nahi kare ga.</w:t>
      </w:r>
      <w:r>
        <w:br/>
      </w:r>
      <w:r>
        <w:rPr>
          <w:sz w:val="20"/>
        </w:rPr>
        <w:t>1:22:39  kitni sakht baat hai yeh ke agar aap insan ka itraaf nahi kar rahe hain to us pani ke Khuda ka itraaf aap nahi kar rahe hain.</w:t>
      </w:r>
      <w:r>
        <w:br/>
      </w:r>
      <w:r>
        <w:rPr>
          <w:sz w:val="20"/>
        </w:rPr>
        <w:t>1:22:48  yeh bilkul galat تفسیر hai ke sari dunya ke qayamat tak paida hone wale hamare hamare isai aur yahoodi jo hain, un ke bare mein quran ne yeh bayan diya hai.</w:t>
      </w:r>
      <w:r>
        <w:br/>
      </w:r>
      <w:r>
        <w:rPr>
          <w:sz w:val="20"/>
        </w:rPr>
        <w:t>1:22:57  woh contemporary yahudiyon ke bare mein hai, contemporary christian ke bare mein hai, woh bhi woh jo madine mein the, sara alam ke liye nahi hai.</w:t>
      </w:r>
    </w:p>
    <w:p>
      <w:pPr>
        <w:pStyle w:val="Heading2"/>
      </w:pPr>
      <w:r>
        <w:t>Reincarnation vs Second Coming of Jesus</w:t>
      </w:r>
    </w:p>
    <w:p>
      <w:r>
        <w:rPr>
          <w:color w:val="666666"/>
          <w:sz w:val="18"/>
        </w:rPr>
        <w:t>Faith &amp; God · Discovery of Modern Age February 10, 2013 · 2m 39s · at 1:10:45 · https://youtu.be/qYGA53ii7E4?t=4245</w:t>
      </w:r>
    </w:p>
    <w:p>
      <w:r>
        <w:rPr>
          <w:i/>
        </w:rPr>
        <w:t>“I don't understand that Muslims consider 'Poona Jarm' (reincarnation) as wrong, while they believe in the second coming of Jesus. Please explain.”</w:t>
      </w:r>
    </w:p>
    <w:p>
      <w:r>
        <w:rPr>
          <w:sz w:val="20"/>
        </w:rPr>
        <w:t>1:10:45  hamara agla sawal Dilli se hai Shah Imran Hasan sahab ka.</w:t>
      </w:r>
      <w:r>
        <w:br/>
      </w:r>
      <w:r>
        <w:rPr>
          <w:sz w:val="20"/>
        </w:rPr>
        <w:t>1:10:49  unhon ne likha hai: "Maulana sahab, meri samajh mein yeh nahin aata ke Musalman pune jaram ko galat mante hain jabke Hazrat Masih ke dobara nazool ya pune jaram ko sahi mante hain.</w:t>
      </w:r>
      <w:r>
        <w:br/>
      </w:r>
      <w:r>
        <w:rPr>
          <w:sz w:val="20"/>
        </w:rPr>
        <w:t>1:11:03  please aap is ko explain karen." nahin, puna jaram alag cheez hai, Hazrat Masih ka aam sari alag cheez hai, dono ek nahin hain.</w:t>
      </w:r>
      <w:r>
        <w:br/>
      </w:r>
      <w:r>
        <w:rPr>
          <w:sz w:val="20"/>
        </w:rPr>
        <w:t>1:11:17  puna jaram to ek philosophy hai,</w:t>
      </w:r>
      <w:r>
        <w:br/>
      </w:r>
      <w:r>
        <w:rPr>
          <w:sz w:val="20"/>
        </w:rPr>
        <w:t>1:11:19  is se is se koi talluq nahin. Maulana, ek aur sawal aaya hai pune se, jinhon ne bheja, unhon ne naam nahin likha hai, but woh yeh aapse puchhna chah rahe hain ke kya Islam suicide bombing ko permit karta hai?</w:t>
      </w:r>
      <w:r>
        <w:br/>
      </w:r>
      <w:r>
        <w:rPr>
          <w:sz w:val="20"/>
        </w:rPr>
        <w:t>1:11:33  bilkul haram hai, is mein puchhne ki baat hi nahin hai. Islam mein har qism ki khudkushi haram hai, chahe suicide bombing ho, chahe talwar se apne ko kaat len, aap aap reward chala len.</w:t>
      </w:r>
      <w:r>
        <w:br/>
      </w:r>
      <w:r>
        <w:rPr>
          <w:sz w:val="20"/>
        </w:rPr>
        <w:t>1:11:49  koi bhi excuse nahin hai jis ki wajah se aap suicide, suicide bombing. yeh to baaz ulama ne fatwe diye hain, woh mein is fatwe ko bilkul galat samajhta hoon.</w:t>
      </w:r>
      <w:r>
        <w:br/>
      </w:r>
      <w:r>
        <w:rPr>
          <w:sz w:val="20"/>
        </w:rPr>
        <w:t>1:11:59  qat'an jaiz hi nahin hai suicide bombing, yaani absolute sense mein woh najaaiz hai. misaal ke taur par kuch ulama kehte hain ke Falasteen mein jaiz hai, yeh bilkul stupid fatwa hai.</w:t>
      </w:r>
      <w:r>
        <w:br/>
      </w:r>
      <w:r>
        <w:rPr>
          <w:sz w:val="20"/>
        </w:rPr>
        <w:t>1:12:16  yeh aise hi jaise koi kahe ke theek hai, masjid mein sharab peena najaaiz hai, lekin masjid mein ja ke pi sakte ho. yeh koi baat hai?</w:t>
      </w:r>
      <w:r>
        <w:br/>
      </w:r>
      <w:r>
        <w:rPr>
          <w:sz w:val="20"/>
        </w:rPr>
        <w:t>1:12:24  yeh yeh koi fatwa hai? yeh yeh koi fatwa nahin hai, bilkul nahin, baseless baat hai.</w:t>
      </w:r>
      <w:r>
        <w:br/>
      </w:r>
      <w:r>
        <w:rPr>
          <w:sz w:val="20"/>
        </w:rPr>
        <w:t>1:12:37  aap Falasteen mein ja ke tableegh kijiye, yaani ek hi kaam aap ke paas hai ke bomber hai,</w:t>
      </w:r>
      <w:r>
        <w:br/>
      </w:r>
      <w:r>
        <w:rPr>
          <w:sz w:val="20"/>
        </w:rPr>
        <w:t>1:12:42  wahan Quran pahunchayen logon ko. hamare saathi wahan ja ke Quran pahunchate hain. yeh kaun sa fatwa hai ke ja ke woh apne ko halak karo, unhein maar dalo?</w:t>
      </w:r>
      <w:r>
        <w:br/>
      </w:r>
      <w:r>
        <w:rPr>
          <w:sz w:val="20"/>
        </w:rPr>
        <w:t>1:12:52  yeh kaun sa fatwa hai? yeh fatwa nahin hai, yeh to bilkul senseless baat hai. is ka fatwe se koi talluq nahin hai.</w:t>
      </w:r>
      <w:r>
        <w:br/>
      </w:r>
      <w:r>
        <w:rPr>
          <w:sz w:val="20"/>
        </w:rPr>
        <w:t>1:13:02  aap Falasteen ho ya Kashmir ho ya dunya mein kahin bhi ho, aap ke liye open hai, bilkul aap ja ke un ko Quran pahunchaiye, un ko deen pahunchaiye, un ki tableegh kijiye.</w:t>
      </w:r>
      <w:r>
        <w:br/>
      </w:r>
      <w:r>
        <w:rPr>
          <w:sz w:val="20"/>
        </w:rPr>
        <w:t>1:13:13  phir shayad suicide bombing ki zaroorat hi kya hai? kyun apne ko maaren? aap kyun apne ko zinda rakh kar ke aap Allah ka daawti kaam kijiye?</w:t>
      </w:r>
    </w:p>
    <w:p>
      <w:pPr>
        <w:pStyle w:val="Heading2"/>
      </w:pPr>
      <w:r>
        <w:t>Remembering God only in bad times</w:t>
      </w:r>
    </w:p>
    <w:p>
      <w:r>
        <w:rPr>
          <w:color w:val="666666"/>
          <w:sz w:val="18"/>
        </w:rPr>
        <w:t>Faith &amp; God · Three levels of Realization July 4, 2010 · 2m 17s · at 1:44:27 · https://youtu.be/NtCTVVov3Nw?t=6267</w:t>
      </w:r>
    </w:p>
    <w:p>
      <w:r>
        <w:rPr>
          <w:i/>
        </w:rPr>
        <w:t>“In good times most people view God as an insignificant entity; they do not see much relevance of devoting their energies to realizing Him. Does this mean that man can recognize God only when bad times befall him?”</w:t>
      </w:r>
    </w:p>
    <w:p>
      <w:r>
        <w:rPr>
          <w:sz w:val="20"/>
        </w:rPr>
        <w:t>1:44:27  maulana agla sawal kya hai delhi se miss raziya siddiqui ne</w:t>
      </w:r>
      <w:r>
        <w:br/>
      </w:r>
      <w:r>
        <w:rPr>
          <w:sz w:val="20"/>
        </w:rPr>
        <w:t>1:44:32  unhone likha hai ke in good times most people view god as an insignificant entity they do not see much relevance of devoting their energies at realizing him does this mean that man can recognize god only when bad times befall him nahi quran mein aisi ayat maujood hai ke bad time mein koi khuda ko yaad kare to us ki koi haqeeqat bhi nahi kuch bhi nahi</w:t>
      </w:r>
      <w:r>
        <w:br/>
      </w:r>
      <w:r>
        <w:rPr>
          <w:sz w:val="20"/>
        </w:rPr>
        <w:t>1:45:01  yeh bad dekhen yeh do jo farq hai ek hai aadmi par koi museebat aa gayi hai jab tak museebat tab tak khuda ko yaad kar raha hai museebat over to phir woh wahshi ke wahshi ho gaya woh to darj nothing</w:t>
      </w:r>
      <w:r>
        <w:br/>
      </w:r>
      <w:r>
        <w:rPr>
          <w:sz w:val="20"/>
        </w:rPr>
        <w:t>1:45:16  haan agar kisi ke liye koi hardship ya koi bad experience ho woh us ke liye ek starting point ban jaye ke wahan se us ki zindagi ek phir se shuru ho jaye tab woh theek hai</w:t>
      </w:r>
      <w:r>
        <w:br/>
      </w:r>
      <w:r>
        <w:rPr>
          <w:sz w:val="20"/>
        </w:rPr>
        <w:t>1:45:36  main phir repeat kar raha hoon karunga ke yeh relative hai ke achha haal mein hai bure haal mein</w:t>
      </w:r>
      <w:r>
        <w:br/>
      </w:r>
      <w:r>
        <w:rPr>
          <w:sz w:val="20"/>
        </w:rPr>
        <w:t>1:45:44  hai yeh relative hai achhe haal mein yaad kar raha hai achhe haal mein yaad nahi kar raha hai aur bure haal mein yaad kar raha hai dono relative hain hadith yeh hai ke bura haal us ko pesh aaya aur us ko yani woh yeh starting point ban gaya</w:t>
      </w:r>
      <w:r>
        <w:br/>
      </w:r>
      <w:r>
        <w:rPr>
          <w:sz w:val="20"/>
        </w:rPr>
        <w:t>1:46:01  ke woh abhi tak bhi bekhabar tha khuda ko jaane hue nahi tha ab phir us ke baad chahe us ko jo bhi zindagi ke jaisi woh hamesha woh marte marte dam tak khuda juda rahe</w:t>
      </w:r>
      <w:r>
        <w:br/>
      </w:r>
      <w:r>
        <w:rPr>
          <w:sz w:val="20"/>
        </w:rPr>
        <w:t>1:46:13  to woh woh woh khuda ke haan mana jayega tab woh khuda ko mana jayega maine maane</w:t>
      </w:r>
      <w:r>
        <w:br/>
      </w:r>
      <w:r>
        <w:rPr>
          <w:sz w:val="20"/>
        </w:rPr>
        <w:t>1:46:23  to main ne aise log dekhe hain ke woh museebat ke waqt khoob yaad karte the museebat chali gayi yaad bhi nahi yaad bhi bhool chhoot gayi un se lekin aise bhi log dekhe hain jinke liye museebat aayi to woh un ke liye starting point mil gaya un ko naya us ke baad jo zindagi un ki bani nahi to woh woh rahi phir aakhir waqt to baqi nahi hui</w:t>
      </w:r>
    </w:p>
    <w:p>
      <w:pPr>
        <w:pStyle w:val="Heading2"/>
      </w:pPr>
      <w:r>
        <w:t>Role of Allah and dua in daily life</w:t>
      </w:r>
    </w:p>
    <w:p>
      <w:r>
        <w:rPr>
          <w:color w:val="666666"/>
          <w:sz w:val="18"/>
        </w:rPr>
        <w:t>Faith &amp; God · Lessons from My Journey to Canada II January 10, 2016 · 2m 21s · at 50:43 · https://youtu.be/GHF2Ph3GW7A?t=3043</w:t>
      </w:r>
    </w:p>
    <w:p>
      <w:r>
        <w:rPr>
          <w:i/>
        </w:rPr>
        <w:t>“Is there any role of Allah in our daily lives? Does He intervene in our daily life? What is the role of dua? Is dua just for displaying our humbleness to Allah, or can making dua also influence our life?”</w:t>
      </w:r>
    </w:p>
    <w:p>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r>
        <w:br/>
      </w:r>
      <w:r>
        <w:rPr>
          <w:sz w:val="20"/>
        </w:rPr>
        <w:t>51:13  Is dua just for displaying our humbleness to Allah, or can making of dua also influence our life?</w:t>
      </w:r>
      <w:r>
        <w:br/>
      </w:r>
      <w:r>
        <w:rPr>
          <w:sz w:val="20"/>
        </w:rPr>
        <w:t>51:22  kindly guide me."</w:t>
      </w:r>
      <w:r>
        <w:br/>
      </w:r>
      <w:r>
        <w:rPr>
          <w:sz w:val="20"/>
        </w:rPr>
        <w:t>51:25  yeh bohat achha question hai.</w:t>
      </w:r>
      <w:r>
        <w:br/>
      </w:r>
      <w:r>
        <w:rPr>
          <w:sz w:val="20"/>
        </w:rPr>
        <w:t>51:29  main samajhta hoon ke ek hadith mein hum ko is ka poora jawab milta hai.</w:t>
      </w:r>
      <w:r>
        <w:br/>
      </w:r>
      <w:r>
        <w:rPr>
          <w:sz w:val="20"/>
        </w:rPr>
        <w:t>51:36  ek shakhs se aap ne isi tarah ke sawal ke jawab mein kaha tha ke "atqullah</w:t>
      </w:r>
      <w:r>
        <w:br/>
      </w:r>
      <w:r>
        <w:rPr>
          <w:sz w:val="20"/>
        </w:rPr>
        <w:t>51:44  khuluq hasan", yaani is tarah ho ke tumhare dil mein allah ka dar ho aur logon ke sath</w:t>
      </w:r>
      <w:r>
        <w:br/>
      </w:r>
      <w:r>
        <w:rPr>
          <w:sz w:val="20"/>
        </w:rPr>
        <w:t>51:57  achhe akhlaq ke sath sulook karo.</w:t>
      </w:r>
      <w:r>
        <w:br/>
      </w:r>
      <w:r>
        <w:rPr>
          <w:sz w:val="20"/>
        </w:rPr>
        <w:t>52:01  bas yaani is spirit ke aitbar se allah ka, allah tumhara kastr bana hua ho.</w:t>
      </w:r>
      <w:r>
        <w:br/>
      </w:r>
      <w:r>
        <w:rPr>
          <w:sz w:val="20"/>
        </w:rPr>
        <w:t>52:09  spirit yaani internal spirit ke aitbar se allah tumhara concern bana hua ho.</w:t>
      </w:r>
      <w:r>
        <w:br/>
      </w:r>
      <w:r>
        <w:rPr>
          <w:sz w:val="20"/>
        </w:rPr>
        <w:t>52:15  tum apne aap ko allah ke samne accountable samjho.</w:t>
      </w:r>
      <w:r>
        <w:br/>
      </w:r>
      <w:r>
        <w:rPr>
          <w:sz w:val="20"/>
        </w:rPr>
        <w:t>52:21  accountable. aur doosri baat yeh hai ke jis jis insaan se sabqa pade, chahe</w:t>
      </w:r>
      <w:r>
        <w:br/>
      </w:r>
      <w:r>
        <w:rPr>
          <w:sz w:val="20"/>
        </w:rPr>
        <w:t>52:28  yaani baat cheet ke aitbar se ho ya koi dealing ho, us se kisi nabuwat ka</w:t>
      </w:r>
      <w:r>
        <w:br/>
      </w:r>
      <w:r>
        <w:rPr>
          <w:sz w:val="20"/>
        </w:rPr>
        <w:t>52:36  taalluq ho, to us mein tum ko is tarah muamla karna chahiye ke tumhara ke woh yaani friendly</w:t>
      </w:r>
      <w:r>
        <w:br/>
      </w:r>
      <w:r>
        <w:rPr>
          <w:sz w:val="20"/>
        </w:rPr>
        <w:t>52:44  behavior ke sath,</w:t>
      </w:r>
      <w:r>
        <w:br/>
      </w:r>
      <w:r>
        <w:rPr>
          <w:sz w:val="20"/>
        </w:rPr>
        <w:t>52:48  aakhir bi khuluq hasan logon se mile julo, logon se muamla karo, achhe akhlaq ke sath.</w:t>
      </w:r>
      <w:r>
        <w:br/>
      </w:r>
      <w:r>
        <w:rPr>
          <w:sz w:val="20"/>
        </w:rPr>
        <w:t>52:56  bas yahi do cheezen agar maujood hain to isi ka naam hai yaani islam in daily life.</w:t>
      </w:r>
    </w:p>
    <w:p>
      <w:pPr>
        <w:pStyle w:val="Heading2"/>
      </w:pPr>
      <w:r>
        <w:t>Role of dua in God's scheme and testing of man</w:t>
      </w:r>
    </w:p>
    <w:p>
      <w:r>
        <w:rPr>
          <w:color w:val="666666"/>
          <w:sz w:val="18"/>
        </w:rPr>
        <w:t>Faith &amp; God · Materialism and Intellectual Dwarfism 29th April 2012 · 2m 18s · at 1:17:06 · https://youtu.be/qHzARL_r3I4?t=4626</w:t>
      </w:r>
    </w:p>
    <w:p>
      <w:r>
        <w:rPr>
          <w:i/>
        </w:rPr>
        <w:t>“Everything in this world happens according to God's scheme, but man has been given freedom of thought and action so that he can be tested. Then what is the role of dua? Can man get everything by doing dua to God?”</w:t>
      </w:r>
    </w:p>
    <w:p>
      <w:r>
        <w:rPr>
          <w:sz w:val="20"/>
        </w:rPr>
        <w:t>1:17:06  maulana agla sawal dilli se hai miss saba hussain ka unhone likha hai Everything in this world happens according to God's scheme, but man has been given freedom of thought and action so that he can be tested.</w:t>
      </w:r>
      <w:r>
        <w:br/>
      </w:r>
      <w:r>
        <w:rPr>
          <w:sz w:val="20"/>
        </w:rPr>
        <w:t>1:17:22  Then what is the role of dua? Can man get everything by doing dua to God?</w:t>
      </w:r>
      <w:r>
        <w:br/>
      </w:r>
      <w:r>
        <w:rPr>
          <w:sz w:val="20"/>
        </w:rPr>
        <w:t>1:17:31  nahi dekhiye dua jo hai quran ki ek ayat se samajh</w:t>
      </w:r>
      <w:r>
        <w:br/>
      </w:r>
      <w:r>
        <w:rPr>
          <w:sz w:val="20"/>
        </w:rPr>
        <w:t>1:17:35  mein aati hai quran mein hai ilayhi yasadu al kalimatu al tayyibu wal amalu al salihu yarfa u yani allah ki taraf uthta hai pak kalma pak kalma matlab achhi dua</w:t>
      </w:r>
      <w:r>
        <w:br/>
      </w:r>
      <w:r>
        <w:rPr>
          <w:sz w:val="20"/>
        </w:rPr>
        <w:t>1:17:53  aur usko upar le aata hai amal saleh amal saleh ka matlab hai mawafeq dua amal</w:t>
      </w:r>
      <w:r>
        <w:br/>
      </w:r>
      <w:r>
        <w:rPr>
          <w:sz w:val="20"/>
        </w:rPr>
        <w:t>1:18:01  aap ek plan karte hain sahi raste par aur is is plan mein jab aap implement karna chahte hain to dua karte hain allah taala se to to dua jo hai ismein iske sath sath zaroori hai ke aap jo dua aap kar rahe hain uske mawafeq amal kare agar sirf dua kare uske mawafeq amal na kar rahe hon to dua qubool nahi hogi</w:t>
      </w:r>
      <w:r>
        <w:br/>
      </w:r>
      <w:r>
        <w:rPr>
          <w:sz w:val="20"/>
        </w:rPr>
        <w:t>1:18:30  ek shakhs ne poocha rasool allah sallallahu alaihi wasallam se ke mai oont ko bandh kar toakkal karu ya oont ko chhod kar toakkal karu aapne farmaya ke iqilaha fatawakkal pehle oont ko bandho phir toakkal karo to dua bilashuba bahut hi important hai lekin dua karne wala sincere hai ke nahi iski iski sincerity service hoti hai is baat se ke uske mawafeq amal kar raha hai ke nahi kar raha hai</w:t>
      </w:r>
      <w:r>
        <w:br/>
      </w:r>
      <w:r>
        <w:rPr>
          <w:sz w:val="20"/>
        </w:rPr>
        <w:t>1:18:58  maslan aap rizq ki dua kare rizq e hasan ki aur subah shaam bistar par pade hue hain aur koi kaam nahi karte to wo dua be maeni hai wo dua be maeni hai yani dua ki sense dua karne mein aap sincere hain dua karne mein aap honest hain ye establish hota hai is baat se ke aap khud apni taqat ko laga rahi hoon isi raste par</w:t>
      </w:r>
    </w:p>
    <w:p>
      <w:pPr>
        <w:pStyle w:val="Heading2"/>
      </w:pPr>
      <w:r>
        <w:t>Role of intellect in religion</w:t>
      </w:r>
    </w:p>
    <w:p>
      <w:r>
        <w:rPr>
          <w:color w:val="666666"/>
          <w:sz w:val="18"/>
        </w:rPr>
        <w:t>Faith &amp; God · The Character of a Dayee 4 March 2012 - Maulana Wahiduddin Khan · 4m 16s · at 1:30:51 · https://youtu.be/YtavJpVNbEM?t=5451</w:t>
      </w:r>
    </w:p>
    <w:p>
      <w:r>
        <w:rPr>
          <w:i/>
        </w:rPr>
        <w:t>“Some scholars consider the use of intellect completely unnecessary in religion, while some deem the use of intellect necessary and deny whatever does not fit their reason, such as denying angels etc. Maulana, please clarify the correct position.”</w:t>
      </w:r>
    </w:p>
    <w:p>
      <w:r>
        <w:rPr>
          <w:sz w:val="20"/>
        </w:rPr>
        <w:t>1:30:51  maulana, agla sawal tamil nadu se hai maulana iqbal umri sahib ka. unhon ne poocha hai: "baaz ulma aql ke istemal ko deen mein bilkul ghair zaroori samajhte hain, aur baaz aql ke istemal ko zaroori qarar de kar jo cheez deen ki aql mein nahi aati, us ko inkar karte hain, jaise angels ka inkar waghera."</w:t>
      </w:r>
      <w:r>
        <w:br/>
      </w:r>
      <w:r>
        <w:rPr>
          <w:sz w:val="20"/>
        </w:rPr>
        <w:t>1:31:16  maulana sahib, is mein sahi baat ki wazahat farmayen. dekhiye, hadith mein aur quran mein dono mein aql ko bohat ahmiyat di gayi hai.</w:t>
      </w:r>
      <w:r>
        <w:br/>
      </w:r>
      <w:r>
        <w:rPr>
          <w:sz w:val="20"/>
        </w:rPr>
        <w:t>1:31:28  wali al-zikr ul al-bab surah al-imran ke aakhri ruku ko parhiye aap.</w:t>
      </w:r>
      <w:r>
        <w:br/>
      </w:r>
      <w:r>
        <w:rPr>
          <w:sz w:val="20"/>
        </w:rPr>
        <w:t>1:31:34  is mein wali al-zikr ul al-bab, al-bab yani al-aql, aql walay, aql walon ko Allah taala ne khitab farmaya ke aql di gayi hai kis liye?</w:t>
      </w:r>
      <w:r>
        <w:br/>
      </w:r>
      <w:r>
        <w:rPr>
          <w:sz w:val="20"/>
        </w:rPr>
        <w:t>1:31:46  ta ke tum samjho deen ki gehraiyon ko. naseehat hazir roz se</w:t>
      </w:r>
      <w:r>
        <w:br/>
      </w:r>
      <w:r>
        <w:rPr>
          <w:sz w:val="20"/>
        </w:rPr>
        <w:t>1:31:51  to aql to Allah taala ka diya hai. aql na ho, agar insan pathar bana diya jaye to baton ko samjhega nahi. to aql to hadith mein aata hai ke Allah taala ne sab se bari cheez jo paida ki, woh aql hai.</w:t>
      </w:r>
      <w:r>
        <w:br/>
      </w:r>
      <w:r>
        <w:rPr>
          <w:sz w:val="20"/>
        </w:rPr>
        <w:t>1:32:08  to dekhen, do cheezen alag alag hain. ek hai aql ko, aql ko yani independently meyar samajh lena.</w:t>
      </w:r>
      <w:r>
        <w:br/>
      </w:r>
      <w:r>
        <w:rPr>
          <w:sz w:val="20"/>
        </w:rPr>
        <w:t>1:32:21  independently aql ko samajhna ke bas jo aql mein aya, woh sahi hai, jo aql mein aya, woh galat hai.</w:t>
      </w:r>
      <w:r>
        <w:br/>
      </w:r>
      <w:r>
        <w:rPr>
          <w:sz w:val="20"/>
        </w:rPr>
        <w:t>1:32:27  yeh aql ka galat istemal hai, yeh misued hai aql ka. aql jo hai, us ki koi limitations hain.</w:t>
      </w:r>
      <w:r>
        <w:br/>
      </w:r>
      <w:r>
        <w:rPr>
          <w:sz w:val="20"/>
        </w:rPr>
        <w:t>1:32:42  wa ma ooteetum min al-ilm illa qaleela. to us ki limitations jo hain, woh poora hoti hain wahi se. yani peghambar ko jo wahi aayi hai, woh isi liye aayi hai ke woh aql ki kami ko poora kare.</w:t>
      </w:r>
      <w:r>
        <w:br/>
      </w:r>
      <w:r>
        <w:rPr>
          <w:sz w:val="20"/>
        </w:rPr>
        <w:t>1:32:56  to sochna hamara kaam hai, lekin sochne ke liye jo guideline hai, woh peghambar deta hai.</w:t>
      </w:r>
      <w:r>
        <w:br/>
      </w:r>
      <w:r>
        <w:rPr>
          <w:sz w:val="20"/>
        </w:rPr>
        <w:t>1:33:03  sahi line par sochna</w:t>
      </w:r>
      <w:r>
        <w:br/>
      </w:r>
      <w:r>
        <w:rPr>
          <w:sz w:val="20"/>
        </w:rPr>
        <w:t>1:33:08  ek, yani wahi ke zariye se hamein woh framework milta hai, jis framework ke ko follow karte hue hum aql ko istemal karen.</w:t>
      </w:r>
      <w:r>
        <w:br/>
      </w:r>
      <w:r>
        <w:rPr>
          <w:sz w:val="20"/>
        </w:rPr>
        <w:t>1:33:20  to jo log wahi ko nahi mante ya quran ko nahi mante, to woh un ka, un ki, un ki aql un ko</w:t>
      </w:r>
      <w:r>
        <w:br/>
      </w:r>
      <w:r>
        <w:rPr>
          <w:sz w:val="20"/>
        </w:rPr>
        <w:t>1:33:31  sahi rastay par nahi le aati, bhatka deti hai. kyun ke aql ke liye limitations hain. yeh ek tay shuda baat hai, yeh baat sabit shuda hai ke aql ki limitations hain.</w:t>
      </w:r>
      <w:r>
        <w:br/>
      </w:r>
      <w:r>
        <w:rPr>
          <w:sz w:val="20"/>
        </w:rPr>
        <w:t>1:33:43  to is limitations ki talafi wahi se hoti hai,</w:t>
      </w:r>
      <w:r>
        <w:br/>
      </w:r>
      <w:r>
        <w:rPr>
          <w:sz w:val="20"/>
        </w:rPr>
        <w:t>1:33:48  yani peghambar ki hidayat se hoti hai. to main yeh manta hoon ke peghambar ki hidayat ke framework mein aql ko istemal karna aain-e-sawab hai, aain-e-sawab hai.</w:t>
      </w:r>
      <w:r>
        <w:br/>
      </w:r>
      <w:r>
        <w:rPr>
          <w:sz w:val="20"/>
        </w:rPr>
        <w:t>1:34:01  aur peghambar ki hidayat ko nazar andaz kar ke aql ka ghoda daurana,</w:t>
      </w:r>
      <w:r>
        <w:br/>
      </w:r>
      <w:r>
        <w:rPr>
          <w:sz w:val="20"/>
        </w:rPr>
        <w:t>1:34:07  woh woh sawab nahi hai, is mein koi reward nahi hai.</w:t>
      </w:r>
      <w:r>
        <w:br/>
      </w:r>
      <w:r>
        <w:rPr>
          <w:sz w:val="20"/>
        </w:rPr>
        <w:t>1:34:13  to aql bohat bari cheez hai, lekin is ka agar aap aql ko wahi se kaat dein to woh, to woh ek sarkash ghoda ban jayegi.</w:t>
      </w:r>
      <w:r>
        <w:br/>
      </w:r>
      <w:r>
        <w:rPr>
          <w:sz w:val="20"/>
        </w:rPr>
        <w:t>1:34:30  aur agar aql ko wahi se jor kar us ko istemal karen to bohat hi zyada is mein faiday honge. balkeh sara, yani tazkiya ka faida, marifat ka faida, sare faiday isi mein hain ke aap aql ko sahi dhang par istemal karen.</w:t>
      </w:r>
      <w:r>
        <w:br/>
      </w:r>
      <w:r>
        <w:rPr>
          <w:sz w:val="20"/>
        </w:rPr>
        <w:t>1:34:47  is mein koi shakk nahi hai.</w:t>
      </w:r>
      <w:r>
        <w:br/>
      </w:r>
      <w:r>
        <w:rPr>
          <w:sz w:val="20"/>
        </w:rPr>
        <w:t>1:34:52  is mani mein maine jo hamari kitaab hai, yaani islam aur science, is mein is par kuch guftagu ki gayi hai.</w:t>
      </w:r>
      <w:r>
        <w:br/>
      </w:r>
      <w:r>
        <w:rPr>
          <w:sz w:val="20"/>
        </w:rPr>
        <w:t>1:35:01  is mein aap dekh sakte hain.</w:t>
      </w:r>
    </w:p>
    <w:p>
      <w:pPr>
        <w:pStyle w:val="Heading2"/>
      </w:pPr>
      <w:r>
        <w:t>Science reducing shirk after Islam</w:t>
      </w:r>
    </w:p>
    <w:p>
      <w:r>
        <w:rPr>
          <w:color w:val="666666"/>
          <w:sz w:val="18"/>
        </w:rPr>
        <w:t>Faith &amp; God · The Concept of Paradise in Islam May 27, 2012 Maulana Wahiduddin Khan · 3m 08s · at 1:03:45 · https://youtu.be/vrXgNg6BLnE?t=3825</w:t>
      </w:r>
    </w:p>
    <w:p>
      <w:r>
        <w:rPr>
          <w:i/>
        </w:rPr>
        <w:t>“I have read your book 'Islam: The Creator of the Modern Age' which is one of your amazing books. It is true that scientific development started after the advent of Islam. Due to the scientific way of thinking, people started realizing the reality of nature and in this way the concept of shirk started reducing. Could you elaborate further?”</w:t>
      </w:r>
    </w:p>
    <w:p>
      <w:r>
        <w:rPr>
          <w:sz w:val="20"/>
        </w:rPr>
        <w:t>1:03:45  aur har doosri cheez, soch jo hai, woh shaitani soch hai. hamara agla sawal dilli se hai, shahnawaz zafar sahab ka hai.</w:t>
      </w:r>
      <w:r>
        <w:br/>
      </w:r>
      <w:r>
        <w:rPr>
          <w:sz w:val="20"/>
        </w:rPr>
        <w:t>1:03:54  unhon ne likha hai: "I have read your book 'islam daur jadeed ka khaliq' which is one of your amazing books. It is true that scientific development started after advent of islam.</w:t>
      </w:r>
      <w:r>
        <w:br/>
      </w:r>
      <w:r>
        <w:rPr>
          <w:sz w:val="20"/>
        </w:rPr>
        <w:t>1:04:08  due to scientific way of thinking, people started realizing the reality of nature and in this way the concept of shirk started reducing."</w:t>
      </w:r>
      <w:r>
        <w:br/>
      </w:r>
      <w:r>
        <w:rPr>
          <w:sz w:val="20"/>
        </w:rPr>
        <w:t>1:04:18  And today we see the people of developed countries which are very scientific and practical and are hardly connected with any shirk.</w:t>
      </w:r>
      <w:r>
        <w:br/>
      </w:r>
      <w:r>
        <w:rPr>
          <w:sz w:val="20"/>
        </w:rPr>
        <w:t>1:04:27  But today India is one of those few countries where shirk still exists in the form of idol worshipping. What is the reason that shirk like this still exists in India in spite of remarkable scientific development?</w:t>
      </w:r>
      <w:r>
        <w:br/>
      </w:r>
      <w:r>
        <w:rPr>
          <w:sz w:val="20"/>
        </w:rPr>
        <w:t>1:04:45  Can you please explain this in brief? dekhiye, India ka shirk koi zinda shirk nahi hai. woh to ek suppression ke darje ka hai. iska koi bhi society par koi bhi effect nahi hai.</w:t>
      </w:r>
      <w:r>
        <w:br/>
      </w:r>
      <w:r>
        <w:rPr>
          <w:sz w:val="20"/>
        </w:rPr>
        <w:t>1:04:59  na acha na bura. kuch log suppressions aqide ki bana par koi bulton ko pooj lete hain ke is se hamein barkat mile gi.</w:t>
      </w:r>
      <w:r>
        <w:br/>
      </w:r>
      <w:r>
        <w:rPr>
          <w:sz w:val="20"/>
        </w:rPr>
        <w:t>1:05:11  qadeem zamane ka shirk jo tha, woh ek zinda shirk tha. woh poora culture bana hua tha. isi se logon ki zindagi mein ke faisle kiye jate the.</w:t>
      </w:r>
      <w:r>
        <w:br/>
      </w:r>
      <w:r>
        <w:rPr>
          <w:sz w:val="20"/>
        </w:rPr>
        <w:t>1:05:20  hukumat to hukumat tak tak is ka asar tha. is shirk ko khatam kar diya Allah taala ne. ab jo shirk hai, woh to dead shirk hai.</w:t>
      </w:r>
      <w:r>
        <w:br/>
      </w:r>
      <w:r>
        <w:rPr>
          <w:sz w:val="20"/>
        </w:rPr>
        <w:t>1:05:28  dead.</w:t>
      </w:r>
      <w:r>
        <w:br/>
      </w:r>
      <w:r>
        <w:rPr>
          <w:sz w:val="20"/>
        </w:rPr>
        <w:t>1:05:30  aap jayen kisi bhi ke ghar, jayen jis ke ghar mein but rakhe hote hain, aap ek din rahey un ke haan. dekhiye, woh but jo hai, ek minute ke liye kabhi ja kar ke woh aise kar len ge, is ke sath un ke zindagi mein koi is ka dakhal nahi.</w:t>
      </w:r>
      <w:r>
        <w:br/>
      </w:r>
      <w:r>
        <w:rPr>
          <w:sz w:val="20"/>
        </w:rPr>
        <w:t>1:05:44  kyun ke dead shirk hai. woh pehle jo shirk tha, woh alive shirk tha. is se is record bana hua tha. aaj ka shirk dead shirk hai. woh record kab banega?</w:t>
      </w:r>
      <w:r>
        <w:br/>
      </w:r>
      <w:r>
        <w:rPr>
          <w:sz w:val="20"/>
        </w:rPr>
        <w:t>1:05:53  woh kuch bhi nahi hai. but to Allah taala ne khatam kar diya is ko.</w:t>
      </w:r>
    </w:p>
    <w:p>
      <w:pPr>
        <w:pStyle w:val="Heading2"/>
      </w:pPr>
      <w:r>
        <w:t>Scientific proof for God's existence?</w:t>
      </w:r>
    </w:p>
    <w:p>
      <w:r>
        <w:rPr>
          <w:color w:val="666666"/>
          <w:sz w:val="18"/>
        </w:rPr>
        <w:t>Faith &amp; God · Three levels of Realization July 4, 2010 · 3m 50s · at 1:54:45 · https://youtu.be/NtCTVVov3Nw?t=6885</w:t>
      </w:r>
    </w:p>
    <w:p>
      <w:r>
        <w:rPr>
          <w:i/>
        </w:rPr>
        <w:t>“Is there any scientific proof for the existence of God? How then is it possible to discover God at a rational level?”</w:t>
      </w:r>
    </w:p>
    <w:p>
      <w:r>
        <w:rPr>
          <w:sz w:val="20"/>
        </w:rPr>
        <w:t>1:54:45  molana agla sawal hai miss sofia khan ka delhi se unhone poocha hai there is no scientific proof for the existence of god how then is it possible to discover god at a rational level</w:t>
      </w:r>
      <w:r>
        <w:br/>
      </w:r>
      <w:r>
        <w:rPr>
          <w:sz w:val="20"/>
        </w:rPr>
        <w:t>1:55:03  yeh baat sahi nahi hai scientific stand kya hai is ko janiye scientific stand yeh hai ke koi bhi cheez koi bhi cheez sirf probability ke darje mein jani ja sakti hai koi bhi jo science mana jata ho sab probability hai woh probability yeh science hai hi nahi jis ko hum chahte hain ke jis ko hum proof samajhte hain woh kahan se woh concept hai hi nahi science ka</w:t>
      </w:r>
      <w:r>
        <w:br/>
      </w:r>
      <w:r>
        <w:rPr>
          <w:sz w:val="20"/>
        </w:rPr>
        <w:t>1:55:32  koi bhi known cheez jaise ek solar system hai to woh bhi wahi yahi hai probability hai kyunke hum ne solar system ko dekha nahi hum ne calculations jana hai ke is tarah ka ke aap jo map mein bana rehta hai kya woh aise hi hum ne dekha kisi ne koi aisa camera nahi hai jo poore solar system ko photo us ne liya ho yani probably there is solar system probably there is gravity</w:t>
      </w:r>
      <w:r>
        <w:br/>
      </w:r>
      <w:r>
        <w:rPr>
          <w:sz w:val="20"/>
        </w:rPr>
        <w:t>1:56:01  koi bhi cheez aisi nahi hai probly der is atomic system probly this part of that particle probly der is negative particle probly der is positive particle</w:t>
      </w:r>
      <w:r>
        <w:br/>
      </w:r>
      <w:r>
        <w:rPr>
          <w:sz w:val="20"/>
        </w:rPr>
        <w:t>1:56:15  to is satah par khuda sabit hota hai is satah par khuda sabit hota hai meri kitab hai god rises is ko aap padh lijiyay</w:t>
      </w:r>
      <w:r>
        <w:br/>
      </w:r>
      <w:r>
        <w:rPr>
          <w:sz w:val="20"/>
        </w:rPr>
        <w:t>1:56:28  main is mein main nay kitab mein dikhaya hai kay jo level jis level par har cheez sabit hoti hai usi level par khuda bhi sabit hota hai jaisay main nay aik qism bataya tha is say pehlay kay aik martaba aik atheist say meri mulaqat ho gayi to bohat parhay likhay aadmi thay bohat parhay likhay aadmi thay aur philosopher thay woh philosopher aik sawal unhon nay kiya main nay aik jawab diya aur baat khatam ho gayi</w:t>
      </w:r>
      <w:r>
        <w:br/>
      </w:r>
      <w:r>
        <w:rPr>
          <w:sz w:val="20"/>
        </w:rPr>
        <w:t>1:56:58  unhon nay sawal kiya kay ah unhon nay sawal kiya tha kay what criterion do you have to prove there existence of god what criterion do you have to prove there existence of god</w:t>
      </w:r>
      <w:r>
        <w:br/>
      </w:r>
      <w:r>
        <w:rPr>
          <w:sz w:val="20"/>
        </w:rPr>
        <w:t>1:57:19  main nay aik second socha phir main nay kaha kay the same criterion the same criterion which you have to prove any thing else phir woh chup ho gaya woh woh samajh gayay kay</w:t>
      </w:r>
      <w:r>
        <w:br/>
      </w:r>
      <w:r>
        <w:rPr>
          <w:sz w:val="20"/>
        </w:rPr>
        <w:t>1:57:36  haan kisi cheez ko hum jab prove kartay hain to probability prove hoti hai to woh to khuda kay liye prove ho rahi hai</w:t>
      </w:r>
    </w:p>
    <w:p>
      <w:pPr>
        <w:pStyle w:val="Heading2"/>
      </w:pPr>
      <w:r>
        <w:t>Scientific view on existence of Satan</w:t>
      </w:r>
    </w:p>
    <w:p>
      <w:r>
        <w:rPr>
          <w:color w:val="666666"/>
          <w:sz w:val="18"/>
        </w:rPr>
        <w:t>Faith &amp; God · Age of Democracy May 25, 2014 · 3m 10s · at 57:27 · https://youtu.be/pyZy1-EhW1Q?t=3447</w:t>
      </w:r>
    </w:p>
    <w:p>
      <w:r>
        <w:rPr>
          <w:i/>
        </w:rPr>
        <w:t>“The Quran talks about Satan in serious ways, that it is an open enemy of Muslims. What does Satan stand for in today's scientific literature? And is there any scientific evidence regarding the existence of Satan in the modern age? Please comment.”</w:t>
      </w:r>
    </w:p>
    <w:p>
      <w:r>
        <w:rPr>
          <w:sz w:val="20"/>
        </w:rPr>
        <w:t>57:27  Maulana, agla sawal Ahmed sahib ne kiya hai Japan se. unhone likha hai: "Quran talks about Satan in serious ways, that it is it is an open enemy of Muslim.</w:t>
      </w:r>
      <w:r>
        <w:br/>
      </w:r>
      <w:r>
        <w:rPr>
          <w:sz w:val="20"/>
        </w:rPr>
        <w:t>57:43  what does Satan stand for in today scientific literature? or is there any scientific evidence regarding the existence of Satan in the modern age?</w:t>
      </w:r>
      <w:r>
        <w:br/>
      </w:r>
      <w:r>
        <w:rPr>
          <w:sz w:val="20"/>
        </w:rPr>
        <w:t>57:56  please comment." bhai, door jo hai, kis cheez ka existence aap science se, kya aap ki soul ka existence bata sakte hain?</w:t>
      </w:r>
      <w:r>
        <w:br/>
      </w:r>
      <w:r>
        <w:rPr>
          <w:sz w:val="20"/>
        </w:rPr>
        <w:t>58:06  science se mind jo hai, mind ka existence bata sakte hain? science se to science to jo, yani jo cheezein measure ki jaati hain, jo observe ki jaati hain, usi ke bare mein statement deti hai.</w:t>
      </w:r>
      <w:r>
        <w:br/>
      </w:r>
      <w:r>
        <w:rPr>
          <w:sz w:val="20"/>
        </w:rPr>
        <w:t>58:20  lekin woh to one percent se bhi kam</w:t>
      </w:r>
      <w:r>
        <w:br/>
      </w:r>
      <w:r>
        <w:rPr>
          <w:sz w:val="20"/>
        </w:rPr>
        <w:t>58:22  hai. baqi cheezein jo hain, jo science ke, yani telescope ya microscope se detect nahi hoti, woh to bohat hi zyada hain.</w:t>
      </w:r>
      <w:r>
        <w:br/>
      </w:r>
      <w:r>
        <w:rPr>
          <w:sz w:val="20"/>
        </w:rPr>
        <w:t>58:36  usi mein se ek satan bhi hai. yeh main to nahi pata ke is mein koi koi doubt hai.</w:t>
      </w:r>
      <w:r>
        <w:br/>
      </w:r>
      <w:r>
        <w:rPr>
          <w:sz w:val="20"/>
        </w:rPr>
        <w:t>58:45  science ne khud maan liya hai ke science give this bit a partial knowledge of reality.</w:t>
      </w:r>
      <w:r>
        <w:br/>
      </w:r>
      <w:r>
        <w:rPr>
          <w:sz w:val="20"/>
        </w:rPr>
        <w:t>58:52  jab sirf partial knowledge of reality de sakti hai science, to aap kyun umeed kar sakte hain ke woh har cheez ke bare mein bataye?</w:t>
      </w:r>
      <w:r>
        <w:br/>
      </w:r>
      <w:r>
        <w:rPr>
          <w:sz w:val="20"/>
        </w:rPr>
        <w:t>59:03  main samajhta hoon ke satan ka existence jo hai, har aadmi apne aap ko le kar samajh sakta hai. aap mehsoos karte hain ke bar bar aap ko khud aisa hoga ke satan aap ke andar nafrat jaagti hai.</w:t>
      </w:r>
      <w:r>
        <w:br/>
      </w:r>
      <w:r>
        <w:rPr>
          <w:sz w:val="20"/>
        </w:rPr>
        <w:t>59:17  yeh nafrat kis ne kis ne jagai?</w:t>
      </w:r>
      <w:r>
        <w:br/>
      </w:r>
      <w:r>
        <w:rPr>
          <w:sz w:val="20"/>
        </w:rPr>
        <w:t>59:20  revenge jaagta hai, yeh kis ne jagaya? aap ko kehta hai list aata hai, woh kis ne paida kiya? negative thought aate hain, woh kis ne paida kiya?</w:t>
      </w:r>
      <w:r>
        <w:br/>
      </w:r>
      <w:r>
        <w:rPr>
          <w:sz w:val="20"/>
        </w:rPr>
        <w:t>59:30  yeh that is an inner internal evidence. yeh yeh jo yeh jo aap har aadmi, har aadmi ka yeh tajurba hai, woh satan satan ke existence ka internal evidence hai.</w:t>
      </w:r>
      <w:r>
        <w:br/>
      </w:r>
      <w:r>
        <w:rPr>
          <w:sz w:val="20"/>
        </w:rPr>
        <w:t>59:48  mujhe to is mein kuch shaq nahi hai,</w:t>
      </w:r>
      <w:r>
        <w:br/>
      </w:r>
      <w:r>
        <w:rPr>
          <w:sz w:val="20"/>
        </w:rPr>
        <w:t>59:50  kyun ke agar agar satan ko na manenge, sab kaise aa gaya? ek evil, ek ek koi evil hai, mister evil.</w:t>
      </w:r>
      <w:r>
        <w:br/>
      </w:r>
      <w:r>
        <w:rPr>
          <w:sz w:val="20"/>
        </w:rPr>
        <w:t>1:00:00  isko jab manenge, koi mister evil hai, tab in cheezon ka explain kar payenge aap. kyun ke aap dekhiye, aadmi jab bachcha hota hai, chhota to us ke andar kuch bhi aisi baatein nahi hoti.</w:t>
      </w:r>
      <w:r>
        <w:br/>
      </w:r>
      <w:r>
        <w:rPr>
          <w:sz w:val="20"/>
        </w:rPr>
        <w:t>1:00:12  ek bachche ke andar na koi hate hai, na koi revenge hai, na koi violence hai, kuch bhi nahi.</w:t>
      </w:r>
      <w:r>
        <w:br/>
      </w:r>
      <w:r>
        <w:rPr>
          <w:sz w:val="20"/>
        </w:rPr>
        <w:t>1:00:20  to bada hone ke baad kahan se aa gaya? yeh bachcha le kar paida nahi hua tha, yeh kahan se aa gaya? to ek mister evil hai, koi woh hum ko bhagata hai, usi ka naam satan hai.</w:t>
      </w:r>
    </w:p>
    <w:p>
      <w:pPr>
        <w:pStyle w:val="Heading2"/>
      </w:pPr>
      <w:r>
        <w:t>Shirk and Kufr Until Day of Judgment</w:t>
      </w:r>
    </w:p>
    <w:p>
      <w:r>
        <w:rPr>
          <w:color w:val="666666"/>
          <w:sz w:val="18"/>
        </w:rPr>
        <w:t>Faith &amp; God · The Creation Plan of God I February 14, 2016 · 2m 39s · at 57:30 · https://youtu.be/BzfZIALqyNI?t=3450</w:t>
      </w:r>
    </w:p>
    <w:p>
      <w:r>
        <w:rPr>
          <w:i/>
        </w:rPr>
        <w:t>“The question is that shirk and kufr will remain until the Day of Judgment and will not end. If we change the equation of kafir and momin and understand that momin and supporter...”</w:t>
      </w:r>
    </w:p>
    <w:p>
      <w:r>
        <w:rPr>
          <w:sz w:val="20"/>
        </w:rPr>
        <w:t>57:30  unhone likha hai ke: "sawal yeh hai ke qayamat tak shirk aur kufr to baqi rahega</w:t>
      </w:r>
      <w:r>
        <w:br/>
      </w:r>
      <w:r>
        <w:rPr>
          <w:sz w:val="20"/>
        </w:rPr>
        <w:t>57:38  aur khatam nahi hoga.</w:t>
      </w:r>
      <w:r>
        <w:br/>
      </w:r>
      <w:r>
        <w:rPr>
          <w:sz w:val="20"/>
        </w:rPr>
        <w:t>57:40  is ko kafir aur momin ki equation badal kar agar hum yeh samjhein ke momin aur supporter ki</w:t>
      </w:r>
      <w:r>
        <w:br/>
      </w:r>
      <w:r>
        <w:rPr>
          <w:sz w:val="20"/>
        </w:rPr>
        <w:t>57:47  equation ho jayegi, to religious persecution chala jayega aur religious freedom aa jayega, aur islam</w:t>
      </w:r>
      <w:r>
        <w:br/>
      </w:r>
      <w:r>
        <w:rPr>
          <w:sz w:val="20"/>
        </w:rPr>
        <w:t>57:55  ke liye sare raste khul jayenge.</w:t>
      </w:r>
      <w:r>
        <w:br/>
      </w:r>
      <w:r>
        <w:rPr>
          <w:sz w:val="20"/>
        </w:rPr>
        <w:t>57:58  maulana, kya yeh sahi hai? is ki wazahat karein." dekhiye, khulta hai potential sense mein, kyunke religious freedom</w:t>
      </w:r>
      <w:r>
        <w:br/>
      </w:r>
      <w:r>
        <w:rPr>
          <w:sz w:val="20"/>
        </w:rPr>
        <w:t>58:06  phir bhi baqi rahegi.</w:t>
      </w:r>
      <w:r>
        <w:br/>
      </w:r>
      <w:r>
        <w:rPr>
          <w:sz w:val="20"/>
        </w:rPr>
        <w:t>58:08  yeh aap ke upar hai ke aap is ko avail kar sakein.</w:t>
      </w:r>
      <w:r>
        <w:br/>
      </w:r>
      <w:r>
        <w:rPr>
          <w:sz w:val="20"/>
        </w:rPr>
        <w:t>58:13  تو I think already کھلا ہوا ہے۔</w:t>
      </w:r>
      <w:r>
        <w:br/>
      </w:r>
      <w:r>
        <w:rPr>
          <w:sz w:val="20"/>
        </w:rPr>
        <w:t>58:16  agar aap logon se na ladein, logon se fighting na karein, to khula hua hai.</w:t>
      </w:r>
      <w:r>
        <w:br/>
      </w:r>
      <w:r>
        <w:rPr>
          <w:sz w:val="20"/>
        </w:rPr>
        <w:t>58:22  jaise misaal ke taur par dekhiye, yeh shatm ka masla.</w:t>
      </w:r>
      <w:r>
        <w:br/>
      </w:r>
      <w:r>
        <w:rPr>
          <w:sz w:val="20"/>
        </w:rPr>
        <w:t>58:27  kahin koi ek kitab chhap jaye, koi koi ek statement de de jo musalmanon ko lage ke rasool</w:t>
      </w:r>
      <w:r>
        <w:br/>
      </w:r>
      <w:r>
        <w:rPr>
          <w:sz w:val="20"/>
        </w:rPr>
        <w:t>58:34  ullah ke khilaf hai, to ladne khade hote hain.</w:t>
      </w:r>
      <w:r>
        <w:br/>
      </w:r>
      <w:r>
        <w:rPr>
          <w:sz w:val="20"/>
        </w:rPr>
        <w:t>58:38  to jab aap larnay kharay ho jayen gay, tab aap ka problem create ho jata hai.</w:t>
      </w:r>
      <w:r>
        <w:br/>
      </w:r>
      <w:r>
        <w:rPr>
          <w:sz w:val="20"/>
        </w:rPr>
        <w:t>58:45  aap na larnay kharay hon to koi problem nahin.</w:t>
      </w:r>
      <w:r>
        <w:br/>
      </w:r>
      <w:r>
        <w:rPr>
          <w:sz w:val="20"/>
        </w:rPr>
        <w:t>58:49  to musalman khud larnay ke liye jab kharay hotay hain, tab problem create hota hai, warna koi problem</w:t>
      </w:r>
      <w:r>
        <w:br/>
      </w:r>
      <w:r>
        <w:rPr>
          <w:sz w:val="20"/>
        </w:rPr>
        <w:t>58:57  hi nahin.</w:t>
      </w:r>
      <w:r>
        <w:br/>
      </w:r>
      <w:r>
        <w:rPr>
          <w:sz w:val="20"/>
        </w:rPr>
        <w:t>58:58  yeh baat achi tarah samajh lijiye ke jo equation badla hai, woh in terms of potential.</w:t>
      </w:r>
      <w:r>
        <w:br/>
      </w:r>
      <w:r>
        <w:rPr>
          <w:sz w:val="20"/>
        </w:rPr>
        <w:t>59:05  jo equation badla, jo mein ne kaha, woh in terms of potential badla hai.</w:t>
      </w:r>
      <w:r>
        <w:br/>
      </w:r>
      <w:r>
        <w:rPr>
          <w:sz w:val="20"/>
        </w:rPr>
        <w:t>59:11  اگر آپ اگر آپ نہ سمجھیں اور light show کر دیں، تو سب چیز jeopardized ہو جائے گی۔</w:t>
      </w:r>
      <w:r>
        <w:br/>
      </w:r>
      <w:r>
        <w:rPr>
          <w:sz w:val="20"/>
        </w:rPr>
        <w:t>59:19  hum to kar rahay hain kaam, 50, 60 saal se kaam kar rahay hain, hamein to koi rukawat</w:t>
      </w:r>
      <w:r>
        <w:br/>
      </w:r>
      <w:r>
        <w:rPr>
          <w:sz w:val="20"/>
        </w:rPr>
        <w:t>59:26  nahin, kuch bhi nahin.</w:t>
      </w:r>
      <w:r>
        <w:br/>
      </w:r>
      <w:r>
        <w:rPr>
          <w:sz w:val="20"/>
        </w:rPr>
        <w:t>59:28  na hindu rukawat hai, na christian rukawat hai, nahin, koi bhi rukawat nahin, na american, na european, kyunke</w:t>
      </w:r>
      <w:r>
        <w:br/>
      </w:r>
      <w:r>
        <w:rPr>
          <w:sz w:val="20"/>
        </w:rPr>
        <w:t>59:36  ہم jeopardize نہیں کرتے اس equation کو۔</w:t>
      </w:r>
      <w:r>
        <w:br/>
      </w:r>
      <w:r>
        <w:rPr>
          <w:sz w:val="20"/>
        </w:rPr>
        <w:t>59:39  جب مسلمان لڑائی چھڑائیں گے، جب fighting کریں گے، suicide bombing کریں گے، تب وہ equation جب jeopardized</w:t>
      </w:r>
      <w:r>
        <w:br/>
      </w:r>
      <w:r>
        <w:rPr>
          <w:sz w:val="20"/>
        </w:rPr>
        <w:t>59:47  ho jayegi.</w:t>
      </w:r>
      <w:r>
        <w:br/>
      </w:r>
      <w:r>
        <w:rPr>
          <w:sz w:val="20"/>
        </w:rPr>
        <w:t>59:48  مثلاً 9/11 آپ کریں گے تو تو ڈسٹرب ڈسٹرب ہوگا سب کچھ۔</w:t>
      </w:r>
      <w:r>
        <w:br/>
      </w:r>
      <w:r>
        <w:rPr>
          <w:sz w:val="20"/>
        </w:rPr>
        <w:t>59:54  aap nine eleven mat kijiye to sab kuch normal rahay gi, sab kuch normal rahay ga.</w:t>
      </w:r>
      <w:r>
        <w:br/>
      </w:r>
      <w:r>
        <w:rPr>
          <w:sz w:val="20"/>
        </w:rPr>
        <w:t>1:00:01  to musalmanon ka aur musalmanon ka misuse karna freedom ko yeh problem create kar raha hai.</w:t>
      </w:r>
      <w:r>
        <w:br/>
      </w:r>
      <w:r>
        <w:rPr>
          <w:sz w:val="20"/>
        </w:rPr>
        <w:t>1:00:08  otherwise everything is normal.</w:t>
      </w:r>
    </w:p>
    <w:p>
      <w:pPr>
        <w:pStyle w:val="Heading2"/>
      </w:pPr>
      <w:r>
        <w:t>Shirk in saying Vande Mataram or Namaste</w:t>
      </w:r>
    </w:p>
    <w:p>
      <w:r>
        <w:rPr>
          <w:color w:val="666666"/>
          <w:sz w:val="18"/>
        </w:rPr>
        <w:t>Faith &amp; God · Dars-e-Quran, Chapter 2, Verse 35-39 December 31, 2017 · 4m 01s · at 55:40 · https://youtu.be/6FNtbR3EBtc?t=3340</w:t>
      </w:r>
    </w:p>
    <w:p>
      <w:r>
        <w:rPr>
          <w:i/>
        </w:rPr>
        <w:t>“Is saying Vande Mataram (national anthem) or Namaste considered shirk (associating partners with God) nowadays?”</w:t>
      </w:r>
    </w:p>
    <w:p>
      <w:r>
        <w:rPr>
          <w:sz w:val="20"/>
        </w:rPr>
        <w:t>55:40  maulana agla sawal faraz</w:t>
      </w:r>
      <w:r>
        <w:br/>
      </w:r>
      <w:r>
        <w:rPr>
          <w:sz w:val="20"/>
        </w:rPr>
        <w:t>55:42  ahmad sahib ne kiya hai kolkatta se unhon ne likha hai</w:t>
      </w:r>
      <w:r>
        <w:br/>
      </w:r>
      <w:r>
        <w:rPr>
          <w:sz w:val="20"/>
        </w:rPr>
        <w:t>55:46  میرا سوال یہ ہے کہ کیا وندے ماترم نیشنل اینتھم یا نمستے کہنا کیا شرک ہے آج کی</w:t>
      </w:r>
      <w:r>
        <w:br/>
      </w:r>
      <w:r>
        <w:rPr>
          <w:sz w:val="20"/>
        </w:rPr>
        <w:t>55:57  parastiti mein hum kya karein quran hadith ki hikmat ki roshni mein hamari rehnumai karein</w:t>
      </w:r>
      <w:r>
        <w:br/>
      </w:r>
      <w:r>
        <w:rPr>
          <w:sz w:val="20"/>
        </w:rPr>
        <w:t>56:06  hargiz shirk nahi hai woh bilkul jo yeh kahe ke woh shirk hai woh na shirk ko janta</w:t>
      </w:r>
      <w:r>
        <w:br/>
      </w:r>
      <w:r>
        <w:rPr>
          <w:sz w:val="20"/>
        </w:rPr>
        <w:t>56:13  hai na mad matro ko janta hai dono se bekhabar hai jis ko kehte hain angrezi mein</w:t>
      </w:r>
      <w:r>
        <w:br/>
      </w:r>
      <w:r>
        <w:rPr>
          <w:sz w:val="20"/>
        </w:rPr>
        <w:t>56:18  minus marking minus marking ke mustahiq hain woh log minus marking yeh hai ke aapse question kiya</w:t>
      </w:r>
      <w:r>
        <w:br/>
      </w:r>
      <w:r>
        <w:rPr>
          <w:sz w:val="20"/>
        </w:rPr>
        <w:t>56:26  jae hawajat</w:t>
      </w:r>
      <w:r>
        <w:br/>
      </w:r>
      <w:r>
        <w:rPr>
          <w:sz w:val="20"/>
        </w:rPr>
        <w:t>56:28  ke bare mein aur aap jawab dein motor car ka to yeh matlab yeh ke aap dono se</w:t>
      </w:r>
      <w:r>
        <w:br/>
      </w:r>
      <w:r>
        <w:rPr>
          <w:sz w:val="20"/>
        </w:rPr>
        <w:t>56:34  bekhabar hain aap nahi jante ke hawajat kya hai motor car kya hai to us ko kehte</w:t>
      </w:r>
      <w:r>
        <w:br/>
      </w:r>
      <w:r>
        <w:rPr>
          <w:sz w:val="20"/>
        </w:rPr>
        <w:t>56:40  hain minus marking yani jo number milne wala hota hai cut cut jata hai</w:t>
      </w:r>
      <w:r>
        <w:br/>
      </w:r>
      <w:r>
        <w:rPr>
          <w:sz w:val="20"/>
        </w:rPr>
        <w:t>56:46  aisi baat hai jo log kehte hain unhein un ke liye farz hai ke woh chup rahein</w:t>
      </w:r>
      <w:r>
        <w:br/>
      </w:r>
      <w:r>
        <w:rPr>
          <w:sz w:val="20"/>
        </w:rPr>
        <w:t>56:50  kam az kam chup rahein bolein nahi</w:t>
      </w:r>
      <w:r>
        <w:br/>
      </w:r>
      <w:r>
        <w:rPr>
          <w:sz w:val="20"/>
        </w:rPr>
        <w:t>56:55  falqul khair awliya smooth</w:t>
      </w:r>
      <w:r>
        <w:br/>
      </w:r>
      <w:r>
        <w:rPr>
          <w:sz w:val="20"/>
        </w:rPr>
        <w:t>56:59  kuch se jante hain log ke bad watrum kya hai aur</w:t>
      </w:r>
      <w:r>
        <w:br/>
      </w:r>
      <w:r>
        <w:rPr>
          <w:sz w:val="20"/>
        </w:rPr>
        <w:t>57:07  shirk kya hai bas kuch jazbat mein jeete hain aur phir jazbat ko undelte hain bas</w:t>
      </w:r>
      <w:r>
        <w:br/>
      </w:r>
      <w:r>
        <w:rPr>
          <w:sz w:val="20"/>
        </w:rPr>
        <w:t>57:19  maulana zakariya sahib ne srinagar se comment bheja hai unhon ne likha hai such a thrilling idea</w:t>
      </w:r>
      <w:r>
        <w:br/>
      </w:r>
      <w:r>
        <w:rPr>
          <w:sz w:val="20"/>
        </w:rPr>
        <w:t>57:27  and interpretation in today lecture it will definitely help us individually</w:t>
      </w:r>
      <w:r>
        <w:br/>
      </w:r>
      <w:r>
        <w:rPr>
          <w:sz w:val="20"/>
        </w:rPr>
        <w:t>57:34  nationally and internationally</w:t>
      </w:r>
      <w:r>
        <w:br/>
      </w:r>
      <w:r>
        <w:rPr>
          <w:sz w:val="20"/>
        </w:rPr>
        <w:t>57:36  maulana such a tremendous lecture it was</w:t>
      </w:r>
      <w:r>
        <w:br/>
      </w:r>
      <w:r>
        <w:rPr>
          <w:sz w:val="20"/>
        </w:rPr>
        <w:t>57:42  aamir mori sahib ne maulana comment aur question bheja hai srinagar se unhon ne likha hai today</w:t>
      </w:r>
      <w:r>
        <w:br/>
      </w:r>
      <w:r>
        <w:rPr>
          <w:sz w:val="20"/>
        </w:rPr>
        <w:t>57:49  lecture was really hopeful and a motivating lecture for me</w:t>
      </w:r>
      <w:r>
        <w:br/>
      </w:r>
      <w:r>
        <w:rPr>
          <w:sz w:val="20"/>
        </w:rPr>
        <w:t>57:55  my question is maulana sahib how can a person come to know that he has lost his first</w:t>
      </w:r>
      <w:r>
        <w:br/>
      </w:r>
      <w:r>
        <w:rPr>
          <w:sz w:val="20"/>
        </w:rPr>
        <w:t>58:03  chance and how</w:t>
      </w:r>
      <w:r>
        <w:br/>
      </w:r>
      <w:r>
        <w:rPr>
          <w:sz w:val="20"/>
        </w:rPr>
        <w:t>58:05  can he identify and avail the second chance kindly guide us in this regard is mein koi yani zyada badi aql ki zaroorat nahi hai jab aap jab aap kho dein aap ne ek dhoom machai jaise kashmir mein 47 ke baad hi ek dhoom machai gayi</w:t>
      </w:r>
      <w:r>
        <w:br/>
      </w:r>
      <w:r>
        <w:rPr>
          <w:sz w:val="20"/>
        </w:rPr>
        <w:t>58:34  aur mulla k</w:t>
      </w:r>
      <w:r>
        <w:br/>
      </w:r>
      <w:r>
        <w:rPr>
          <w:sz w:val="20"/>
        </w:rPr>
        <w:t>58:35  chhi nahi. idea and interpretation kis ko ne first chance khoya gaya</w:t>
      </w:r>
      <w:r>
        <w:br/>
      </w:r>
      <w:r>
        <w:rPr>
          <w:sz w:val="20"/>
        </w:rPr>
        <w:t>58:41  yani partition ke baad kashmir ke naam par bahut zyada sacrifice kiya gaya lekin mulla kuch bhi nahi balki kho aur khoya gaya jitni mili hui thi woh bhi chali gayi to yahi to hai ke first chance kho diya ab is ko</w:t>
      </w:r>
    </w:p>
    <w:p>
      <w:pPr>
        <w:pStyle w:val="Heading2"/>
      </w:pPr>
      <w:r>
        <w:t>Shirk-e-Jarh and religious persecution</w:t>
      </w:r>
    </w:p>
    <w:p>
      <w:r>
        <w:rPr>
          <w:color w:val="666666"/>
          <w:sz w:val="18"/>
        </w:rPr>
        <w:t>Faith &amp; God · How God Manages Human History December 23, 2018 · 4m 04s · at 1:02:06 · https://youtu.be/j_yxigrCl5U?t=3726</w:t>
      </w:r>
    </w:p>
    <w:p>
      <w:r>
        <w:rPr>
          <w:i/>
        </w:rPr>
        <w:t>“Please explain, is Shirk-e-Jarh related to religious persecution?”</w:t>
      </w:r>
    </w:p>
    <w:p>
      <w:r>
        <w:rPr>
          <w:sz w:val="20"/>
        </w:rPr>
        <w:t>1:02:06  Maulana, agla sawal Delhi se Dr. Farida Khanam ne bheja hai. unhone aapse poocha hai ke "Please explain, shirk jarah is it related to religious persecution?" haan haan, bilkul.</w:t>
      </w:r>
      <w:r>
        <w:br/>
      </w:r>
      <w:r>
        <w:rPr>
          <w:sz w:val="20"/>
        </w:rPr>
        <w:t>1:02:22  Islam mein jo cheez qatil fitna, woh Hussain likhte hain ke fitna se murad shirk ka fitna.</w:t>
      </w:r>
      <w:r>
        <w:br/>
      </w:r>
      <w:r>
        <w:rPr>
          <w:sz w:val="20"/>
        </w:rPr>
        <w:t>1:02:35  likhte hain ke shirk ka fitna. to shirk ka fitna insan ka believe to aaj bhi hai, hamesha rahega, hamesha raha hai.</w:t>
      </w:r>
      <w:r>
        <w:br/>
      </w:r>
      <w:r>
        <w:rPr>
          <w:sz w:val="20"/>
        </w:rPr>
        <w:t>1:02:48  to shirk ka fitna as a belief nahi hai, woh jarah ke ma'ne mein.</w:t>
      </w:r>
      <w:r>
        <w:br/>
      </w:r>
      <w:r>
        <w:rPr>
          <w:sz w:val="20"/>
        </w:rPr>
        <w:t>1:02:57  jaise Quran mein likhi hai: "ayat ke</w:t>
      </w:r>
      <w:r>
        <w:br/>
      </w:r>
      <w:r>
        <w:rPr>
          <w:sz w:val="20"/>
        </w:rPr>
        <w:t>1:03:04  namaz parhne gaye Hazrat Abu Bakr Kaba mein to unko itna mara itna mara ke woh behosh ho gaye." yeh shirk jarah hai.</w:t>
      </w:r>
      <w:r>
        <w:br/>
      </w:r>
      <w:r>
        <w:rPr>
          <w:sz w:val="20"/>
        </w:rPr>
        <w:t>1:03:15  to pehle zamane mein kya tha? is zamane ka jo mushrikana culture tha, us mein aur empire mein, political power mein, woh tha sambandh ban gaya tha.</w:t>
      </w:r>
      <w:r>
        <w:br/>
      </w:r>
      <w:r>
        <w:rPr>
          <w:sz w:val="20"/>
        </w:rPr>
        <w:t>1:03:33  is ki wajah se qadeem zamane ke shirk ke paas taqat aa gayi thi. woh kehte the ke nahi, shirk ko unhone, shirk ko unhone woh bana diya tha, state religion ka darja de diya tha.</w:t>
      </w:r>
      <w:r>
        <w:br/>
      </w:r>
      <w:r>
        <w:rPr>
          <w:sz w:val="20"/>
        </w:rPr>
        <w:t>1:03:50  qadeem zamane ki jo burai thi, jis ke liye ladai karni pari Islam ko, to is liye ke woh shirk ko unhone state religion ka darja de diya tha.</w:t>
      </w:r>
      <w:r>
        <w:br/>
      </w:r>
      <w:r>
        <w:rPr>
          <w:sz w:val="20"/>
        </w:rPr>
        <w:t>1:04:03  shirk ko maro warna mare jaoge, qatl qatl kiye jaoge. to Allah taala ne kya kiya? ke shirk se jarahiyat ko detach kar diya.</w:t>
      </w:r>
      <w:r>
        <w:br/>
      </w:r>
      <w:r>
        <w:rPr>
          <w:sz w:val="20"/>
        </w:rPr>
        <w:t>1:04:16  Muslim period mein yeh hua ke shirk ko khatam nahi kiya, kabhi khatam nahi ho sakta hai, na khatam kiya gaya.</w:t>
      </w:r>
      <w:r>
        <w:br/>
      </w:r>
      <w:r>
        <w:rPr>
          <w:sz w:val="20"/>
        </w:rPr>
        <w:t>1:04:26  agar koi samjhe ke shirk ka as a belief khatam hoga to woh Quran ko samajhta nahi hua. shirk se shirk ko as a as a as a jarah tool khatam kar diya.</w:t>
      </w:r>
      <w:r>
        <w:br/>
      </w:r>
      <w:r>
        <w:rPr>
          <w:sz w:val="20"/>
        </w:rPr>
        <w:t>1:04:41  ab koi yeh nahi kar sakta ke tum ko shirk hi karna parega, warna mare jaoge. to chahe muhaddis baniye, chahe mushrik baniye, aap azaad hain.</w:t>
      </w:r>
      <w:r>
        <w:br/>
      </w:r>
      <w:r>
        <w:rPr>
          <w:sz w:val="20"/>
        </w:rPr>
        <w:t>1:04:52  to qadeem zamanay mein, yani sahaba ke zamanay mein jo larai hui thi, qatil fitna, woh is mani mein thi ke jang karo yahan tak ke shirk jarah khatam ho jaye.</w:t>
      </w:r>
      <w:r>
        <w:br/>
      </w:r>
      <w:r>
        <w:rPr>
          <w:sz w:val="20"/>
        </w:rPr>
        <w:t>1:05:11  jang karo yahan tak ke shirk jarah khatam ho jaye. shirk as a belief khatam ho jaye, yeh nishan hi nahi tha. nahi, kabhi ho sakta kyunke phir toh azadi, Allah taala ne jo azadi di hai, wohi khatam.</w:t>
      </w:r>
      <w:r>
        <w:br/>
      </w:r>
      <w:r>
        <w:rPr>
          <w:sz w:val="20"/>
        </w:rPr>
        <w:t>1:05:26  to Allah ki azadi ko koi abash nahi kar sakta. lekin insan ne khud se jo ijad kiya tha ke shirk ko official religion ka darja de diya aur yeh kaha ke jo is ko na manega, us ko gardan kaati jayegi, yeh yeh tha.</w:t>
      </w:r>
      <w:r>
        <w:br/>
      </w:r>
      <w:r>
        <w:rPr>
          <w:sz w:val="20"/>
        </w:rPr>
        <w:t>1:05:46  jo firoun khatam manne ke khara ho gaya tha, firoun asiya bint muzahim ko, to isi liye ke tum official religion se baqawat kar rahi ho.</w:t>
      </w:r>
      <w:r>
        <w:br/>
      </w:r>
      <w:r>
        <w:rPr>
          <w:sz w:val="20"/>
        </w:rPr>
        <w:t>1:05:59  shirk to official religion hai,</w:t>
      </w:r>
      <w:r>
        <w:br/>
      </w:r>
      <w:r>
        <w:rPr>
          <w:sz w:val="20"/>
        </w:rPr>
        <w:t>1:06:03  is ko samjhiye.</w:t>
      </w:r>
    </w:p>
    <w:p>
      <w:pPr>
        <w:pStyle w:val="Heading2"/>
      </w:pPr>
      <w:r>
        <w:t>Significance of honorifics for prophets and companions</w:t>
      </w:r>
    </w:p>
    <w:p>
      <w:r>
        <w:rPr>
          <w:color w:val="666666"/>
          <w:sz w:val="18"/>
        </w:rPr>
        <w:t>Faith &amp; God · Question &amp; Answer Jan 6th 2013 - Maulana Wahiduddin Kahn · 3m 16s · at 9:23 · https://youtu.be/1FAK1QuHEpw?t=563</w:t>
      </w:r>
    </w:p>
    <w:p>
      <w:r>
        <w:rPr>
          <w:i/>
        </w:rPr>
        <w:t>“Many people object to your writings that you do not use 'alayhis salam' or 'radiyallahu anhu' for prophets and companions. My question is: What is their religious significance or not?”</w:t>
      </w:r>
    </w:p>
    <w:p>
      <w:r>
        <w:rPr>
          <w:sz w:val="20"/>
        </w:rPr>
        <w:t>9:23  Maulana, agla sawal Badr, Karnataka se hai, Yunusuddin sahib ka. Unhone likha hai:</w:t>
      </w:r>
      <w:r>
        <w:br/>
      </w:r>
      <w:r>
        <w:rPr>
          <w:sz w:val="20"/>
        </w:rPr>
        <w:t>9:33  "Maulana, aksar log aap ki tehreer par yeh aitraaz karte hain ke aap anbiya aur sahaba par alaihi assalam ya radiallahu anhu nahi lagate."</w:t>
      </w:r>
      <w:r>
        <w:br/>
      </w:r>
      <w:r>
        <w:rPr>
          <w:sz w:val="20"/>
        </w:rPr>
        <w:t>9:45  Maulana, mera sawal yeh hai ke un ki deeni aitbaar se kya ahmiyat hai ya nahi hai?"</w:t>
      </w:r>
      <w:r>
        <w:br/>
      </w:r>
      <w:r>
        <w:rPr>
          <w:sz w:val="20"/>
        </w:rPr>
        <w:t>9:52  Kuch bhi nahi hai. Aap sahaba ki jo kitabein hain us ko padhiye. Yeh sab jhoote aitrazaat hain, jhoote.</w:t>
      </w:r>
      <w:r>
        <w:br/>
      </w:r>
      <w:r>
        <w:rPr>
          <w:sz w:val="20"/>
        </w:rPr>
        <w:t>10:01  Jhoote se kam belafz nahi hai. Sahaba ke bare mein bahut si kitabein maujood hain, un ko padhiye.</w:t>
      </w:r>
      <w:r>
        <w:br/>
      </w:r>
      <w:r>
        <w:rPr>
          <w:sz w:val="20"/>
        </w:rPr>
        <w:t>10:11  Aap is qism ka aaj kal masnooi culture bana hua hai, aaj kal masnooi culture. Banawati culture. Aage peeche lagayenge ilqaab. Woh aisa nahi kehte the.</w:t>
      </w:r>
      <w:r>
        <w:br/>
      </w:r>
      <w:r>
        <w:rPr>
          <w:sz w:val="20"/>
        </w:rPr>
        <w:t>10:22  Misalan mein aap ko ek waqia bataoon. Rasool Allah sallallahu alaihi wasallam ki wafat hui. Yaani poora mission poora kar ke aap ki wafat hui, aap ki Madina mein.</w:t>
      </w:r>
      <w:r>
        <w:br/>
      </w:r>
      <w:r>
        <w:rPr>
          <w:sz w:val="20"/>
        </w:rPr>
        <w:t>10:33  Toh us waqt wahan par kai log aise the jin ko ke bahut pareshani hui ke Rasool Allah nahi rahe duniya mein, ab kya hoga? Bahut pareshan the.</w:t>
      </w:r>
      <w:r>
        <w:br/>
      </w:r>
      <w:r>
        <w:rPr>
          <w:sz w:val="20"/>
        </w:rPr>
        <w:t>10:43  Toh jo sab se zyada senior, most aadmi the woh the Abu Bakr Siddiq. Woh aaye. Woh us waqt Madine se bahar the.</w:t>
      </w:r>
      <w:r>
        <w:br/>
      </w:r>
      <w:r>
        <w:rPr>
          <w:sz w:val="20"/>
        </w:rPr>
        <w:t>10:53  Jab khabar suni toh aaye. Toh Rasool Allah ki jo, yaani, jism tha, jo body tha aap ka, us par chadar logon ne phaila diya tha.</w:t>
      </w:r>
      <w:r>
        <w:br/>
      </w:r>
      <w:r>
        <w:rPr>
          <w:sz w:val="20"/>
        </w:rPr>
        <w:t>11:05  Toh unhone chadar uthai, aap ke chehre ko dekha aur kaha: "Man kan ya Muhammad fa inna Muhammad qad mat wa man kan ya abda Muhammad fa inna Allah hayyun la yamoot".</w:t>
      </w:r>
      <w:r>
        <w:br/>
      </w:r>
      <w:r>
        <w:rPr>
          <w:sz w:val="20"/>
        </w:rPr>
        <w:t>11:20  Yeh nahi ke Muhammad ke saath aage peeche bahut se lafz lagaye woh. Bas saada tor par kaha unhone: "Man kan ya abda Muhammad fa inna Muhammad qad mat".</w:t>
      </w:r>
      <w:r>
        <w:br/>
      </w:r>
      <w:r>
        <w:rPr>
          <w:sz w:val="20"/>
        </w:rPr>
        <w:t>11:32  wahan aate the log, ya muhammad, yeh sab bolte the. dekhiye, islam jo hai nature par base karta hai. yeh banawati culture jo bataiye, zawal ke daur, yeh yeh musalman is zamane mein zawal ke daur mein hain, zawal.</w:t>
      </w:r>
      <w:r>
        <w:br/>
      </w:r>
      <w:r>
        <w:rPr>
          <w:sz w:val="20"/>
        </w:rPr>
        <w:t>11:46  girawat ke daur mein. tab yeh sab banawati baatein bahut badh gayi hain. jab ummat zinda thi tab yeh sab culture hi chalta tha, banawati culture.</w:t>
      </w:r>
      <w:r>
        <w:br/>
      </w:r>
      <w:r>
        <w:rPr>
          <w:sz w:val="20"/>
        </w:rPr>
        <w:t>11:59  to mein yeh kahunga ke aaj kal ki jo zawal yafta log hain un ko le kar mat rai qaim kijie. aap sahaba ko le kar rai qaim kijie. sahaba ki zuban kya hoti thi?</w:t>
      </w:r>
      <w:r>
        <w:br/>
      </w:r>
      <w:r>
        <w:rPr>
          <w:sz w:val="20"/>
        </w:rPr>
        <w:t>12:14  aap sahaba ke bare mein kitabein padhiye, is mein aap khud hi jawab pa lenge ke wahan yeh sab banawati zuban chalti nahi thi wahan par. to mein to sahaba ke ke ko model samajhta hoon, aaj kal logon ko model nahi samajhta mein.</w:t>
      </w:r>
      <w:r>
        <w:br/>
      </w:r>
      <w:r>
        <w:rPr>
          <w:sz w:val="20"/>
        </w:rPr>
        <w:t>12:29  aaj kal ke log kya karte hain woh mere model nahi hain mere liye. sahaba mere model hain. to aap pehle sahaba wali kitabein padhiye, phir yeh sawal kijie.</w:t>
      </w:r>
    </w:p>
    <w:p>
      <w:pPr>
        <w:pStyle w:val="Heading2"/>
      </w:pPr>
      <w:r>
        <w:t>Signs of loving God and being loved by God</w:t>
      </w:r>
    </w:p>
    <w:p>
      <w:r>
        <w:rPr>
          <w:color w:val="666666"/>
          <w:sz w:val="18"/>
        </w:rPr>
        <w:t>Faith &amp; God · Revival of Abrahamic Mission October 28, 2012 · 3m 41s · at 1:12:15 · https://youtu.be/9mV72V5gsqM?t=4335</w:t>
      </w:r>
    </w:p>
    <w:p>
      <w:r>
        <w:rPr>
          <w:i/>
        </w:rPr>
        <w:t>“What are the signs that a person loves God and also what are the signs that God loves a person?”</w:t>
      </w:r>
    </w:p>
    <w:p>
      <w:r>
        <w:rPr>
          <w:sz w:val="20"/>
        </w:rPr>
        <w:t>1:12:15  maulana, agla sawal roorkee se hai sajid anwar sa</w:t>
      </w:r>
      <w:r>
        <w:br/>
      </w:r>
      <w:r>
        <w:rPr>
          <w:sz w:val="20"/>
        </w:rPr>
        <w:t>1:12:19  ahib ka. unhon ne likha hai: "maulana, what are the signs that a person loves God and also what are the signs that God loves a person?" is ke baray mein batayein.</w:t>
      </w:r>
      <w:r>
        <w:br/>
      </w:r>
      <w:r>
        <w:rPr>
          <w:sz w:val="20"/>
        </w:rPr>
        <w:t>1:12:36  dekhiye, is ka koi objective criteria to main nahi bata sakta. subjective criteria bata sakta hoon.</w:t>
      </w:r>
      <w:r>
        <w:br/>
      </w:r>
      <w:r>
        <w:rPr>
          <w:sz w:val="20"/>
        </w:rPr>
        <w:t>1:12:50  subjective criteria yeh hai ke jab aadmi yeh paye ke mera soul concern allah ban gaya hai,</w:t>
      </w:r>
      <w:r>
        <w:br/>
      </w:r>
      <w:r>
        <w:rPr>
          <w:sz w:val="20"/>
        </w:rPr>
        <w:t>1:13:02  soul concern,</w:t>
      </w:r>
      <w:r>
        <w:br/>
      </w:r>
      <w:r>
        <w:rPr>
          <w:sz w:val="20"/>
        </w:rPr>
        <w:t>1:13:07  to is ke mani hain ke woh is darjay ko pohanch gaya. main is ko, yani samajhne ke liye, quran ki do ayatein aap ko batata hoon.</w:t>
      </w:r>
      <w:r>
        <w:br/>
      </w:r>
      <w:r>
        <w:rPr>
          <w:sz w:val="20"/>
        </w:rPr>
        <w:t>1:13:21  quran ke, yani do ayatein batati hain ke kis ne allah se taluq paida hua, kis ka, kis ka paida nahi hua. ek ayat hai un logon ke baray mein jo akhirat mein nakaam honge.</w:t>
      </w:r>
      <w:r>
        <w:br/>
      </w:r>
      <w:r>
        <w:rPr>
          <w:sz w:val="20"/>
        </w:rPr>
        <w:t>1:13:37  aakhirat mein in ko reward nahin mile ga. is mein hai ke: "wa kaana fi ahlihi masrooran"</w:t>
      </w:r>
      <w:r>
        <w:br/>
      </w:r>
      <w:r>
        <w:rPr>
          <w:sz w:val="20"/>
        </w:rPr>
        <w:t>1:13:47  . apni family mein woh khoob khush rehta tha. woh: "wa kaana fi ahlihi masrooran". to yeh aik criteria hai ke jo logon ko aap ke paayein ke khoob family mein hua karte hain, woh khoob khush rehte hain.</w:t>
      </w:r>
      <w:r>
        <w:br/>
      </w:r>
      <w:r>
        <w:rPr>
          <w:sz w:val="20"/>
        </w:rPr>
        <w:t>1:14:02  woh family un ka concern bane, bari hui hai. family ke liye kamara, family ke liye kharch karna, sari un ki planning family ko le kar hoti hai.</w:t>
      </w:r>
      <w:r>
        <w:br/>
      </w:r>
      <w:r>
        <w:rPr>
          <w:sz w:val="20"/>
        </w:rPr>
        <w:t>1:14:17  to: "kaana fi ahlihi masrooran". to is ke maani kuch to Khuda ko nahin paaya hai, family ko paaya hai.</w:t>
      </w:r>
      <w:r>
        <w:br/>
      </w:r>
      <w:r>
        <w:rPr>
          <w:sz w:val="20"/>
        </w:rPr>
        <w:t>1:14:27  is ki yaft jo hai, is ki yaft is ki family hai, Khuda nahin hai.</w:t>
      </w:r>
      <w:r>
        <w:br/>
      </w:r>
      <w:r>
        <w:rPr>
          <w:sz w:val="20"/>
        </w:rPr>
        <w:t>1:14:33  to yeh aik case yeh hai. doosra case yeh hai ke Quran mein hai ke jo logon ko aakhirat mein jannat mile gi, un ke baray mein hai ke: "kunna fi ahlinaa mushrikeen".</w:t>
      </w:r>
      <w:r>
        <w:br/>
      </w:r>
      <w:r>
        <w:rPr>
          <w:sz w:val="20"/>
        </w:rPr>
        <w:t>1:14:55  khud jannat wala kehta hai ke: "kunna fi ahlinaa mushrikeen". hum apne family mein dar kar rehte thay,</w:t>
      </w:r>
      <w:r>
        <w:br/>
      </w:r>
      <w:r>
        <w:rPr>
          <w:sz w:val="20"/>
        </w:rPr>
        <w:t>1:15:07  yaani family mein humein, family mein hum hotay thay, lekin hum ko Allah ki accountability ka ehsaas humare dar pe chhaya rehta tha.</w:t>
      </w:r>
      <w:r>
        <w:br/>
      </w:r>
      <w:r>
        <w:rPr>
          <w:sz w:val="20"/>
        </w:rPr>
        <w:t>1:15:19  to aik hai case: "kunna fi ahlinaa mushrikeen" ka ke aadmi family ho, lekin is ka is ka zehn laga hua Allah ki taraf, accountability ki taraf, aakhirat ki taraf.</w:t>
      </w:r>
      <w:r>
        <w:br/>
      </w:r>
      <w:r>
        <w:rPr>
          <w:sz w:val="20"/>
        </w:rPr>
        <w:t>1:15:34  aik woh hai ke woh family mein hai, to bas family mein magan hai, family mein khush hai. to yeh do pehchan hain bazahir ke kis ne Allah se ta'alluq paida kiya aur kis kis ka ta'alluq Allah se paida nahin hua.</w:t>
      </w:r>
    </w:p>
    <w:p>
      <w:pPr>
        <w:pStyle w:val="Heading2"/>
      </w:pPr>
      <w:r>
        <w:t>Starting learning Islam amidst sects</w:t>
      </w:r>
    </w:p>
    <w:p>
      <w:r>
        <w:rPr>
          <w:color w:val="666666"/>
          <w:sz w:val="18"/>
        </w:rPr>
        <w:t>Faith &amp; God · Example of the Prophet March 20, 2016 · 2m 39s · at 1:13:24 · https://youtu.be/79HmhzXU41w?t=4404</w:t>
      </w:r>
    </w:p>
    <w:p>
      <w:r>
        <w:rPr>
          <w:i/>
        </w:rPr>
        <w:t>“How can one start learning about Islam as there are so many sects, thousands of literature and point of views, especially for people born in Islamic country like Pakistan?”</w:t>
      </w:r>
    </w:p>
    <w:p>
      <w:r>
        <w:rPr>
          <w:sz w:val="20"/>
        </w:rPr>
        <w:t>1:13:24  Maulana, agla sawal Zulfiqar Khan Sahab ka hai Pakistan se, aur unhon ne likha hai How can one</w:t>
      </w:r>
      <w:r>
        <w:br/>
      </w:r>
      <w:r>
        <w:rPr>
          <w:sz w:val="20"/>
        </w:rPr>
        <w:t>1:13:32  start learning about Islam as there are so many sects, thousands of literature and point of views, especially</w:t>
      </w:r>
      <w:r>
        <w:br/>
      </w:r>
      <w:r>
        <w:rPr>
          <w:sz w:val="20"/>
        </w:rPr>
        <w:t>1:13:40  for people born in Islamic country like Pakistan,</w:t>
      </w:r>
      <w:r>
        <w:br/>
      </w:r>
      <w:r>
        <w:rPr>
          <w:sz w:val="20"/>
        </w:rPr>
        <w:t>1:13:45  what would be your advice to all of us?</w:t>
      </w:r>
      <w:r>
        <w:br/>
      </w:r>
      <w:r>
        <w:rPr>
          <w:sz w:val="20"/>
        </w:rPr>
        <w:t>1:13:50  dekhiye, Islam koi aisi baat nahi ke ek aadmi ne bataya, aap ne maan liya ke saare log</w:t>
      </w:r>
      <w:r>
        <w:br/>
      </w:r>
      <w:r>
        <w:rPr>
          <w:sz w:val="20"/>
        </w:rPr>
        <w:t>1:13:56  ek hi baat kahein aur aap us ko sun kar maan lein.</w:t>
      </w:r>
      <w:r>
        <w:br/>
      </w:r>
      <w:r>
        <w:rPr>
          <w:sz w:val="20"/>
        </w:rPr>
        <w:t>1:14:00  yeh hai hi nahi.</w:t>
      </w:r>
      <w:r>
        <w:br/>
      </w:r>
      <w:r>
        <w:rPr>
          <w:sz w:val="20"/>
        </w:rPr>
        <w:t>1:14:00  Islam Islam self discovered, is</w:t>
      </w:r>
      <w:r>
        <w:br/>
      </w:r>
      <w:r>
        <w:rPr>
          <w:sz w:val="20"/>
        </w:rPr>
        <w:t>1:14:06  daryaft ka naam hai.</w:t>
      </w:r>
      <w:r>
        <w:br/>
      </w:r>
      <w:r>
        <w:rPr>
          <w:sz w:val="20"/>
        </w:rPr>
        <w:t>1:14:09  Quran mein is ko kaha gaya marifat,</w:t>
      </w:r>
      <w:r>
        <w:br/>
      </w:r>
      <w:r>
        <w:rPr>
          <w:sz w:val="20"/>
        </w:rPr>
        <w:t>1:14:13  marifat ka naam Islam hai.</w:t>
      </w:r>
      <w:r>
        <w:br/>
      </w:r>
      <w:r>
        <w:rPr>
          <w:sz w:val="20"/>
        </w:rPr>
        <w:t>1:14:15  yani islam wahi hai jo aap ne khud discover kiya ho,</w:t>
      </w:r>
      <w:r>
        <w:br/>
      </w:r>
      <w:r>
        <w:rPr>
          <w:sz w:val="20"/>
        </w:rPr>
        <w:t>1:14:21  khud discover kiya ho, tab woh islam hai, warna islam hi nahi hai.</w:t>
      </w:r>
      <w:r>
        <w:br/>
      </w:r>
      <w:r>
        <w:rPr>
          <w:sz w:val="20"/>
        </w:rPr>
        <w:t>1:14:23  woh toh dunya mein ikhtilaf toh rahega.</w:t>
      </w:r>
      <w:r>
        <w:br/>
      </w:r>
      <w:r>
        <w:rPr>
          <w:sz w:val="20"/>
        </w:rPr>
        <w:t>1:14:30  aap chahte hain ikhtilafat na hon, toh yeh possible nahi hai.</w:t>
      </w:r>
      <w:r>
        <w:br/>
      </w:r>
      <w:r>
        <w:rPr>
          <w:sz w:val="20"/>
        </w:rPr>
        <w:t>1:14:33  Allah ne sab ko ijazat de di hai</w:t>
      </w:r>
      <w:r>
        <w:br/>
      </w:r>
      <w:r>
        <w:rPr>
          <w:sz w:val="20"/>
        </w:rPr>
        <w:t>1:14:36  ke apne jo jo</w:t>
      </w:r>
      <w:r>
        <w:br/>
      </w:r>
      <w:r>
        <w:rPr>
          <w:sz w:val="20"/>
        </w:rPr>
        <w:t>1:14:38  jo chahe bole, jo chahe soche,</w:t>
      </w:r>
      <w:r>
        <w:br/>
      </w:r>
      <w:r>
        <w:rPr>
          <w:sz w:val="20"/>
        </w:rPr>
        <w:t>1:14:42  virus na kare.</w:t>
      </w:r>
      <w:r>
        <w:br/>
      </w:r>
      <w:r>
        <w:rPr>
          <w:sz w:val="20"/>
        </w:rPr>
        <w:t>1:14:43  bas yeh hai toh ikhtilafat hain aur rahenge, hamesha qayamat tak rahenge.</w:t>
      </w:r>
      <w:r>
        <w:br/>
      </w:r>
      <w:r>
        <w:rPr>
          <w:sz w:val="20"/>
        </w:rPr>
        <w:t>1:14:48  aur islam yeh hai hi nahi ke muttafiqa taur par sab log ek baat kahein aur usko</w:t>
      </w:r>
      <w:r>
        <w:br/>
      </w:r>
      <w:r>
        <w:rPr>
          <w:sz w:val="20"/>
        </w:rPr>
        <w:t>1:14:53  maan lein, aap woh islam hi nahi hai.</w:t>
      </w:r>
      <w:r>
        <w:br/>
      </w:r>
      <w:r>
        <w:rPr>
          <w:sz w:val="20"/>
        </w:rPr>
        <w:t>1:14:56  islam naam hai self discovered, daryaft ka naam.</w:t>
      </w:r>
      <w:r>
        <w:br/>
      </w:r>
      <w:r>
        <w:rPr>
          <w:sz w:val="20"/>
        </w:rPr>
        <w:t>1:15:00  aap khud apne mutale se daryaft karein ke is dunya ka ek aalim, ek ek khaliq hai, ek</w:t>
      </w:r>
      <w:r>
        <w:br/>
      </w:r>
      <w:r>
        <w:rPr>
          <w:sz w:val="20"/>
        </w:rPr>
        <w:t>1:15:07  ek ek bohat bari hasti hai jo sare aalam ko apne control mein liye hue hai.</w:t>
      </w:r>
      <w:r>
        <w:br/>
      </w:r>
      <w:r>
        <w:rPr>
          <w:sz w:val="20"/>
        </w:rPr>
        <w:t>1:15:12  aap ke rongte khade ho jayein, aap ke body ke yeh sochte hue ke kaisa ajeeb hoga, Khuda</w:t>
      </w:r>
      <w:r>
        <w:br/>
      </w:r>
      <w:r>
        <w:rPr>
          <w:sz w:val="20"/>
        </w:rPr>
        <w:t>1:15:18  yeh itni itni bari dunya banai.</w:t>
      </w:r>
      <w:r>
        <w:br/>
      </w:r>
      <w:r>
        <w:rPr>
          <w:sz w:val="20"/>
        </w:rPr>
        <w:t>1:15:21  yeh koi islam hai ke sab logon ne mil kar kaha ke ek baat, aap ne usko</w:t>
      </w:r>
      <w:r>
        <w:br/>
      </w:r>
      <w:r>
        <w:rPr>
          <w:sz w:val="20"/>
        </w:rPr>
        <w:t>1:15:25  maan liya. Islam koi legal point hai? Islam legal point nahi hai, islam ek discovery hai, ek marifat</w:t>
      </w:r>
      <w:r>
        <w:br/>
      </w:r>
      <w:r>
        <w:rPr>
          <w:sz w:val="20"/>
        </w:rPr>
        <w:t>1:15:32  hai, ek daryaft hai.</w:t>
      </w:r>
      <w:r>
        <w:br/>
      </w:r>
      <w:r>
        <w:rPr>
          <w:sz w:val="20"/>
        </w:rPr>
        <w:t>1:15:35  toh ikhtilafat hain toh rehne dijiye, aap khud sochein, khud discover kijiye, khud mutala kijiye, aur self discovered</w:t>
      </w:r>
      <w:r>
        <w:br/>
      </w:r>
      <w:r>
        <w:rPr>
          <w:sz w:val="20"/>
        </w:rPr>
        <w:t>1:15:45  marifat pe khade hona koshish kijiye.</w:t>
      </w:r>
      <w:r>
        <w:br/>
      </w:r>
      <w:r>
        <w:rPr>
          <w:sz w:val="20"/>
        </w:rPr>
        <w:t>1:15:48  har har fard ko self discovered marifat pe khada hona hai.</w:t>
      </w:r>
      <w:r>
        <w:br/>
      </w:r>
      <w:r>
        <w:rPr>
          <w:sz w:val="20"/>
        </w:rPr>
        <w:t>1:15:53  agar suni hui baaton ko le kar ke woh maan lega toh woh manna manna nahi hai,</w:t>
      </w:r>
      <w:r>
        <w:br/>
      </w:r>
      <w:r>
        <w:rPr>
          <w:sz w:val="20"/>
        </w:rPr>
        <w:t>1:15:59  woh kuch bhi nahi, nothing hai.</w:t>
      </w:r>
    </w:p>
    <w:p>
      <w:pPr>
        <w:pStyle w:val="Heading2"/>
      </w:pPr>
      <w:r>
        <w:t>Starting point of true God realization</w:t>
      </w:r>
    </w:p>
    <w:p>
      <w:r>
        <w:rPr>
          <w:color w:val="666666"/>
          <w:sz w:val="18"/>
        </w:rPr>
        <w:t>Faith &amp; God · Dars-e-Quran, Chapter 39, Vs 67 (Glory of God) July 29, 2018 Maulana Wahiduddin Khan · 3m 33s · at 59:34 · https://youtu.be/xKvuhx08hQ4?t=3574</w:t>
      </w:r>
    </w:p>
    <w:p>
      <w:r>
        <w:rPr>
          <w:i/>
        </w:rPr>
        <w:t>“What is the starting point of true God realization? Kindly guide and help us to understand it with some of your personal experiences.”</w:t>
      </w:r>
    </w:p>
    <w:p>
      <w:r>
        <w:rPr>
          <w:sz w:val="20"/>
        </w:rPr>
        <w:t>59:34  Maulana, agla sawal lete hain. Srinagar se Aamir Mori sahib ne bheja hai. unhone aapse poocha hai ke: "Maulana sahib, what is the starting point of true God realization?</w:t>
      </w:r>
      <w:r>
        <w:br/>
      </w:r>
      <w:r>
        <w:rPr>
          <w:sz w:val="20"/>
        </w:rPr>
        <w:t>59:48  Kindly guide and help us to understand it with some of your personal experiences."</w:t>
      </w:r>
      <w:r>
        <w:br/>
      </w:r>
      <w:r>
        <w:rPr>
          <w:sz w:val="20"/>
        </w:rPr>
        <w:t>59:58  mera to yahi hai jo abhi maine kaha ke maine apne aap ko discover kiya ke main ek zaeef insaan ke taur par paida hua hoon, qavi insaan ke taur par nahi.</w:t>
      </w:r>
      <w:r>
        <w:br/>
      </w:r>
      <w:r>
        <w:rPr>
          <w:sz w:val="20"/>
        </w:rPr>
        <w:t>1:00:14  to maine apne zouq zouq ko jab daryaft kiya to mujhe laga ke yeh to bohat badi baat hai ke zouq ko jo daryaft karta hai, wo wo apni modesty ko daryaft karta hai.</w:t>
      </w:r>
      <w:r>
        <w:br/>
      </w:r>
      <w:r>
        <w:rPr>
          <w:sz w:val="20"/>
        </w:rPr>
        <w:t>1:00:29  zaeef insaan ke paas modesty ke siwa kuch aur hota hi nahi. kya karega wo modesty ke siwa?</w:t>
      </w:r>
      <w:r>
        <w:br/>
      </w:r>
      <w:r>
        <w:rPr>
          <w:sz w:val="20"/>
        </w:rPr>
        <w:t>1:00:38  to mein ne sab se pehle apne zaoq ko daryaft kiya, phir mujhe modesty mili, aur modesty ke</w:t>
      </w:r>
      <w:r>
        <w:br/>
      </w:r>
      <w:r>
        <w:rPr>
          <w:sz w:val="20"/>
        </w:rPr>
        <w:t>1:00:48  baad mujhe yeh anokhi daryaft hui</w:t>
      </w:r>
      <w:r>
        <w:br/>
      </w:r>
      <w:r>
        <w:rPr>
          <w:sz w:val="20"/>
        </w:rPr>
        <w:t>1:00:53  ke insaan ko to bohat bara moqa diya hai Allah taala ne</w:t>
      </w:r>
      <w:r>
        <w:br/>
      </w:r>
      <w:r>
        <w:rPr>
          <w:sz w:val="20"/>
        </w:rPr>
        <w:t>1:01:00  modesty ke through</w:t>
      </w:r>
      <w:r>
        <w:br/>
      </w:r>
      <w:r>
        <w:rPr>
          <w:sz w:val="20"/>
        </w:rPr>
        <w:t>1:01:02  ke woh all powerful God ke muqable mein</w:t>
      </w:r>
      <w:r>
        <w:br/>
      </w:r>
      <w:r>
        <w:rPr>
          <w:sz w:val="20"/>
        </w:rPr>
        <w:t>1:01:08  all powerless ka doosra extend banata hai.</w:t>
      </w:r>
      <w:r>
        <w:br/>
      </w:r>
      <w:r>
        <w:rPr>
          <w:sz w:val="20"/>
        </w:rPr>
        <w:t>1:01:11  yeh to bohat hi bari darja hai. to mera jo process hai, woh yehi hai. maine jo paya hai is haqeeqat ko to is ka process yehi tha ke pehle maine daryaft kiya apne zauq ko, phir maine daryaft kiya ke zauq leads to modesty.</w:t>
      </w:r>
      <w:r>
        <w:br/>
      </w:r>
      <w:r>
        <w:rPr>
          <w:sz w:val="20"/>
        </w:rPr>
        <w:t>1:01:39  aur jab maine modesty ko daryaft kiya, tab maine is baat ko daryaft kiya ke woh insaan jo jis ko Allah ne zaeef paida kiya ho aur modesty ke halaat is ke hon,</w:t>
      </w:r>
      <w:r>
        <w:br/>
      </w:r>
      <w:r>
        <w:rPr>
          <w:sz w:val="20"/>
        </w:rPr>
        <w:t>1:01:55  is ko to aik bohat bari nemat mili hai ke woh is kainat mein poori kainat mein aik aisa kaam karta hai jo koi nahi kar sakta siwaye insaan ke, zaeef insaan ke.</w:t>
      </w:r>
      <w:r>
        <w:br/>
      </w:r>
      <w:r>
        <w:rPr>
          <w:sz w:val="20"/>
        </w:rPr>
        <w:t>1:02:11  aur woh hai Allah Rabb-ul-Alameen ke muqable mein,</w:t>
      </w:r>
      <w:r>
        <w:br/>
      </w:r>
      <w:r>
        <w:rPr>
          <w:sz w:val="20"/>
        </w:rPr>
        <w:t>1:02:18  yani Allah the all powerful ke muqable mein, God the all powerful.</w:t>
      </w:r>
      <w:r>
        <w:br/>
      </w:r>
      <w:r>
        <w:rPr>
          <w:sz w:val="20"/>
        </w:rPr>
        <w:t>1:02:29  God the all powerful ke muqable mein mind the all powerless ka doosra extend banata hai. main phir is ko dohraunga ke</w:t>
      </w:r>
      <w:r>
        <w:br/>
      </w:r>
      <w:r>
        <w:rPr>
          <w:sz w:val="20"/>
        </w:rPr>
        <w:t>1:02:43  God the all all powerful ke muqable mein insaan the all powerless ka shaoori extend banana yeh is ka maqdar hai.</w:t>
      </w:r>
      <w:r>
        <w:br/>
      </w:r>
      <w:r>
        <w:rPr>
          <w:sz w:val="20"/>
        </w:rPr>
        <w:t>1:02:58  is process ko aap ab ikhtiyar karen to aap bhi is mein hissa paayenge.</w:t>
      </w:r>
    </w:p>
    <w:p>
      <w:pPr>
        <w:pStyle w:val="Heading2"/>
      </w:pPr>
      <w:r>
        <w:t>Staying connected to faith in modern times</w:t>
      </w:r>
    </w:p>
    <w:p>
      <w:r>
        <w:rPr>
          <w:color w:val="666666"/>
          <w:sz w:val="18"/>
        </w:rPr>
        <w:t>Faith &amp; God · The Quran September 20, 2020 Maulana Wahiduddin Khan · 2m 55s · at 24:26 · https://youtu.be/yQZGg2A0-Tk?t=1466</w:t>
      </w:r>
    </w:p>
    <w:p>
      <w:r>
        <w:rPr>
          <w:i/>
        </w:rPr>
        <w:t>“In this modern and rational time, how can we keep ourselves connected to religion? Please tell us about this.”</w:t>
      </w:r>
    </w:p>
    <w:p>
      <w:r>
        <w:rPr>
          <w:sz w:val="20"/>
        </w:rPr>
        <w:t>24:26  maulana azam garh se ek student hain, abu suhma. unhon ne sawal bheja hai. unhon ne likha hai: "is modern aur rational waqt mein hum apne aap ko deen se kaise jode rakhein?</w:t>
      </w:r>
      <w:r>
        <w:br/>
      </w:r>
      <w:r>
        <w:rPr>
          <w:sz w:val="20"/>
        </w:rPr>
        <w:t>24:42  us ke bare mein maulana hamein bataiye."</w:t>
      </w:r>
      <w:r>
        <w:br/>
      </w:r>
      <w:r>
        <w:rPr>
          <w:sz w:val="20"/>
        </w:rPr>
        <w:t>24:47  dekhiye, jis cheez ko modernism kaha jata hai, woh sara ka sara islam ki taeed mein tha.</w:t>
      </w:r>
      <w:r>
        <w:br/>
      </w:r>
      <w:r>
        <w:rPr>
          <w:sz w:val="20"/>
        </w:rPr>
        <w:t>25:02  islam ki taeed mein</w:t>
      </w:r>
      <w:r>
        <w:br/>
      </w:r>
      <w:r>
        <w:rPr>
          <w:sz w:val="20"/>
        </w:rPr>
        <w:t>25:05  woh mu'eedah quran tha. woh</w:t>
      </w:r>
      <w:r>
        <w:br/>
      </w:r>
      <w:r>
        <w:rPr>
          <w:sz w:val="20"/>
        </w:rPr>
        <w:t>25:10  lekin musalmanon ne is ko</w:t>
      </w:r>
      <w:r>
        <w:br/>
      </w:r>
      <w:r>
        <w:rPr>
          <w:sz w:val="20"/>
        </w:rPr>
        <w:t>25:17  islam ke khilaaf samajh liya. to is mein jo ta'eedi parhi thi, us ko be khabar ho gaye woh.</w:t>
      </w:r>
      <w:r>
        <w:br/>
      </w:r>
      <w:r>
        <w:rPr>
          <w:sz w:val="20"/>
        </w:rPr>
        <w:t>25:26  to ab hamein re discuss karna pare ga.</w:t>
      </w:r>
      <w:r>
        <w:br/>
      </w:r>
      <w:r>
        <w:rPr>
          <w:sz w:val="20"/>
        </w:rPr>
        <w:t>25:32  jaise ke aap dekhiye, ek quran mein ek aayat hai ke</w:t>
      </w:r>
      <w:r>
        <w:br/>
      </w:r>
      <w:r>
        <w:rPr>
          <w:sz w:val="20"/>
        </w:rPr>
        <w:t>25:45  woh kya hai? sahib, woh woh sofa.</w:t>
      </w:r>
      <w:r>
        <w:br/>
      </w:r>
      <w:r>
        <w:rPr>
          <w:sz w:val="20"/>
        </w:rPr>
        <w:t>25:51  sunurihim ayatuna fil afaqi wa fi anfusihim hatta yatabayyan al-haqq. haan, aap dekhiye, is mein aayat mein hai ke quran ke bahir jo nishaniyan hain, phaili hui,</w:t>
      </w:r>
      <w:r>
        <w:br/>
      </w:r>
      <w:r>
        <w:rPr>
          <w:sz w:val="20"/>
        </w:rPr>
        <w:t>26:06  woh</w:t>
      </w:r>
      <w:r>
        <w:br/>
      </w:r>
      <w:r>
        <w:rPr>
          <w:sz w:val="20"/>
        </w:rPr>
        <w:t>26:07  kholi jayen gi. to un ka hamein jaanna chahiye. un se quran zyada marka hoga.</w:t>
      </w:r>
      <w:r>
        <w:br/>
      </w:r>
      <w:r>
        <w:rPr>
          <w:sz w:val="20"/>
        </w:rPr>
        <w:t>26:25  yeh bahir jo cheezein hain, jis ki kaha jata hai ke is se door raho, nahin, woh to mu'eedat quran hain.</w:t>
      </w:r>
      <w:r>
        <w:br/>
      </w:r>
      <w:r>
        <w:rPr>
          <w:sz w:val="20"/>
        </w:rPr>
        <w:t>26:35  quran ki</w:t>
      </w:r>
      <w:r>
        <w:br/>
      </w:r>
      <w:r>
        <w:rPr>
          <w:sz w:val="20"/>
        </w:rPr>
        <w:t>26:39  yeh ta'abeer mazeed hoti hai quran ki. quran ki ta'abeer mazeed ke liye.</w:t>
      </w:r>
      <w:r>
        <w:br/>
      </w:r>
      <w:r>
        <w:rPr>
          <w:sz w:val="20"/>
        </w:rPr>
        <w:t>26:55  maulana, agla comment bheja hai doctor naghma siddiqui ne dilli se. unhon ne likha hai: "i have understood that to seek a guidance from the quran, we need to contemplate and do dua so as to understand the creation plan of god.</w:t>
      </w:r>
      <w:r>
        <w:br/>
      </w:r>
      <w:r>
        <w:rPr>
          <w:sz w:val="20"/>
        </w:rPr>
        <w:t>27:14  i will try to study quran with this spirit."</w:t>
      </w:r>
    </w:p>
    <w:p>
      <w:pPr>
        <w:pStyle w:val="Heading2"/>
      </w:pPr>
      <w:r>
        <w:t>Strongest argument for God and Hereafter</w:t>
      </w:r>
    </w:p>
    <w:p>
      <w:r>
        <w:rPr>
          <w:color w:val="666666"/>
          <w:sz w:val="18"/>
        </w:rPr>
        <w:t>Faith &amp; God · Islamic Pacifism Q&amp;A 8 May 2011 · 4m 00s · at 17:48 · https://youtu.be/5ZersGDNVcw?t=1068</w:t>
      </w:r>
    </w:p>
    <w:p>
      <w:r>
        <w:rPr>
          <w:i/>
        </w:rPr>
        <w:t>“In your opinion, what is the biggest argument for the existence of God and the existence of the hereafter?”</w:t>
      </w:r>
    </w:p>
    <w:p>
      <w:r>
        <w:rPr>
          <w:sz w:val="20"/>
        </w:rPr>
        <w:t>17:48  Mr. Muhammad Ameeni ne Aligarh se sawal kiya hai. unhon ne likha hai: "Maulana sahib, aap ke nazdeek existence of God and existence of hereafter ka sab se bara argument kya hai?"</w:t>
      </w:r>
      <w:r>
        <w:br/>
      </w:r>
      <w:r>
        <w:rPr>
          <w:sz w:val="20"/>
        </w:rPr>
        <w:t>18:05  aap meri kitab parhiye. is mein dono par alag alag chapter hain. ek hai akhirat par, ek hai Khuda par.</w:t>
      </w:r>
      <w:r>
        <w:br/>
      </w:r>
      <w:r>
        <w:rPr>
          <w:sz w:val="20"/>
        </w:rPr>
        <w:t>18:15  is mein mein ne jo mere nazdeek argument hai, woh mein ne bayan kar diya is mein. Urdu mein is ka naam hai Mazhab aur Jadeed Challenge.</w:t>
      </w:r>
      <w:r>
        <w:br/>
      </w:r>
      <w:r>
        <w:rPr>
          <w:sz w:val="20"/>
        </w:rPr>
        <w:t>18:23  Angrezi mein is ka naam hai God Arises. Arabi mein is ka naam hai Al-Islam wa Tahaddih. is mein poora chapter Khuda par hai, poore poora chapter akhirat par hai.</w:t>
      </w:r>
      <w:r>
        <w:br/>
      </w:r>
      <w:r>
        <w:rPr>
          <w:sz w:val="20"/>
        </w:rPr>
        <w:t>18:36  to mere nazdeek jo argument hai, woh is mein bayan kar diya hai. is ko aap parhiye. is ke parhne ke baad agar kuch question ho aap ka to woh bataiye mujhe.</w:t>
      </w:r>
      <w:r>
        <w:br/>
      </w:r>
      <w:r>
        <w:rPr>
          <w:sz w:val="20"/>
        </w:rPr>
        <w:t>18:47  Mr. Faiq ne California se likha hai: "Maulana sahib, what is, what was your impression of Dubai with respect to Al-Risalah movement and general trend in Arabs towards da'wah work?"</w:t>
      </w:r>
      <w:r>
        <w:br/>
      </w:r>
      <w:r>
        <w:rPr>
          <w:sz w:val="20"/>
        </w:rPr>
        <w:t>19:02  Please comment."</w:t>
      </w:r>
      <w:r>
        <w:br/>
      </w:r>
      <w:r>
        <w:rPr>
          <w:sz w:val="20"/>
        </w:rPr>
        <w:t>19:05  bhai, Dubai jo hai, aap jante hain ke woh East aur West ka junction hai. yani mashriq aur maghrib ka sangam hai.</w:t>
      </w:r>
      <w:r>
        <w:br/>
      </w:r>
      <w:r>
        <w:rPr>
          <w:sz w:val="20"/>
        </w:rPr>
        <w:t>19:18  to wahan par mein samajhta hoon ke</w:t>
      </w:r>
      <w:r>
        <w:br/>
      </w:r>
      <w:r>
        <w:rPr>
          <w:sz w:val="20"/>
        </w:rPr>
        <w:t>19:22  do baatein mein ne mehsoos ki hain. ek to yeh ke wahan par relatively liberalism hai. yani fantasy nahi hai wahan par. log fanatic nahi hote.</w:t>
      </w:r>
      <w:r>
        <w:br/>
      </w:r>
      <w:r>
        <w:rPr>
          <w:sz w:val="20"/>
        </w:rPr>
        <w:t>19:33  bohat aasani se aap unhein yani address kar sakte hain. ek baat to yeh jo hamare liye bohat hi hopeful hai.</w:t>
      </w:r>
      <w:r>
        <w:br/>
      </w:r>
      <w:r>
        <w:rPr>
          <w:sz w:val="20"/>
        </w:rPr>
        <w:t>19:42  doosri baat yeh ke wahan bohat ate hain log idhar udhar se. misaal ke taur par ek din hum ne, hamare saathi'on ne, hum log kai aadmi thay. to ek hotel mein unhon ne kitabein rakh dein reception par.</w:t>
      </w:r>
      <w:r>
        <w:br/>
      </w:r>
      <w:r>
        <w:rPr>
          <w:sz w:val="20"/>
        </w:rPr>
        <w:t>19:55  to pehle hi din maloom hua ke bohat se countries ke logon ne kitabein li hain. Quran ke tarjuma waghera.</w:t>
      </w:r>
      <w:r>
        <w:br/>
      </w:r>
      <w:r>
        <w:rPr>
          <w:sz w:val="20"/>
        </w:rPr>
        <w:t>20:01  bohat se countries ke. to yeh sirf ek hotel ki baat hai. to do cheezein mujhe bohat hopeful wahan par lagin.</w:t>
      </w:r>
      <w:r>
        <w:br/>
      </w:r>
      <w:r>
        <w:rPr>
          <w:sz w:val="20"/>
        </w:rPr>
        <w:t>20:10  ek to wahan ke log fanatic nahi hain. kyun ke jahan dekhen interaction zyada hota hai, to wahan fanatic pal nahi sakta.</w:t>
      </w:r>
      <w:r>
        <w:br/>
      </w:r>
      <w:r>
        <w:rPr>
          <w:sz w:val="20"/>
        </w:rPr>
        <w:t>20:20  fanatic wahan palta hai jahan ki interaction na ho. to Dubai to sangam hai. wahan to dunya bhar ke log ate hain.</w:t>
      </w:r>
      <w:r>
        <w:br/>
      </w:r>
      <w:r>
        <w:rPr>
          <w:sz w:val="20"/>
        </w:rPr>
        <w:t>20:30  bohat daily wahan par lakhon log ate hain, lakhon log jate hain. to jahan par itna zyada interaction hota ho, wahan kabhi bhi fanaticism</w:t>
      </w:r>
      <w:r>
        <w:br/>
      </w:r>
      <w:r>
        <w:rPr>
          <w:sz w:val="20"/>
        </w:rPr>
        <w:t>20:39  nahi phailay ga. To yeh daawa ke liye bohat achi baat hai. Kyun ke fanatic aadmi sunta nahi kuch. To wahan par jo, yaani acha lafz nahi liberalism, lekin baat ko samajhne ke liye mein keh raha hoon ke wahan par log khule zehan ke hotay hain.</w:t>
      </w:r>
      <w:r>
        <w:br/>
      </w:r>
      <w:r>
        <w:rPr>
          <w:sz w:val="20"/>
        </w:rPr>
        <w:t>20:54  To woh hamare liye bohat achi baat hai. Aur doosri yeh ke woh itnay log atay hain, jatay hain, atay jatay hain. To is ki wajah se hamein mad'u milte hain wahan par. Mad'u.</w:t>
      </w:r>
      <w:r>
        <w:br/>
      </w:r>
      <w:r>
        <w:rPr>
          <w:sz w:val="20"/>
        </w:rPr>
        <w:t>21:03  To Allah ke fazl se wahan par hamein kuch saathi, hamare pehle se bhi thay, kuch aur saathi banay hain. Aur in logon ne wahan par da'wat ka kaam shuru kar diya hai, masha Allah.</w:t>
      </w:r>
      <w:r>
        <w:br/>
      </w:r>
      <w:r>
        <w:rPr>
          <w:sz w:val="20"/>
        </w:rPr>
        <w:t>21:15  Wahan koi rukawat bhi nahi. Yaani wahan par hum idhar udhar gaye.</w:t>
      </w:r>
      <w:r>
        <w:br/>
      </w:r>
      <w:r>
        <w:rPr>
          <w:sz w:val="20"/>
        </w:rPr>
        <w:t>21:20  Aur mein ne mehsoos kiya ke wahan ki jo government hai, peaceful tareeqay se kuch bhi kijiye, aap ko rukawat nahi daalay gi. Yaani agar aap politics, aap opposition chalayein, tab to government aap ko pakray gi.</w:t>
      </w:r>
      <w:r>
        <w:br/>
      </w:r>
      <w:r>
        <w:rPr>
          <w:sz w:val="20"/>
        </w:rPr>
        <w:t>21:34  Lekin aap peaceful tareeqay se kuch kiye to koi rukawat hi nahi hai. To hum to idhar udhar kaam kiya, hum ne. Humein kisi ne roka nahi.</w:t>
      </w:r>
      <w:r>
        <w:br/>
      </w:r>
      <w:r>
        <w:rPr>
          <w:sz w:val="20"/>
        </w:rPr>
        <w:t>21:41  To mein to bohat hopeful hoon Dubai ke baray mein.</w:t>
      </w:r>
    </w:p>
    <w:p>
      <w:pPr>
        <w:pStyle w:val="Heading2"/>
      </w:pPr>
      <w:r>
        <w:t>Success of non-believers vs worshipers of Allah</w:t>
      </w:r>
    </w:p>
    <w:p>
      <w:r>
        <w:rPr>
          <w:color w:val="666666"/>
          <w:sz w:val="18"/>
        </w:rPr>
        <w:t>Faith &amp; God · Concept of God December 7, 2014 · 2m 29s · at 1:04:23 · https://youtu.be/dCgL9lp8EAo?t=3863</w:t>
      </w:r>
    </w:p>
    <w:p>
      <w:r>
        <w:rPr>
          <w:i/>
        </w:rPr>
        <w:t>“Moulana, real master is real Allah. You are hundred percent right, and I am obliged to you with my soul and heart for today's lecture. Just for knowledge, I want to know that Allah listens to the real worship and prayer done for Him. Then why is it that some people or group of people who do not worship the real Allah are socially, economically, scientifically, and politically more successful than the people who worship real Allah and are involved in doing dawah and ma'rifah work?”</w:t>
      </w:r>
    </w:p>
    <w:p>
      <w:r>
        <w:rPr>
          <w:sz w:val="20"/>
        </w:rPr>
        <w:t>1:04:23  Maulana, agla sawal Dilli se kya hai Shahab Haider sahib ne, aur unhon ne likha hai: "Moulana, real master is real Allah."</w:t>
      </w:r>
      <w:r>
        <w:br/>
      </w:r>
      <w:r>
        <w:rPr>
          <w:sz w:val="20"/>
        </w:rPr>
        <w:t>1:04:35  You are hundred percent right, and I am obliged to you with my soul and heart for today's lecture. Just for knowledge, I want to know that Allah listens to the real worship and prayer done for Him.</w:t>
      </w:r>
      <w:r>
        <w:br/>
      </w:r>
      <w:r>
        <w:rPr>
          <w:sz w:val="20"/>
        </w:rPr>
        <w:t>1:04:50  Then why is it that some people or group of people who do not worship the real Allah are socially, economically, scientifically, and politically more successful than the people who worship real Allah and are involved in doing dawah and marifat work?</w:t>
      </w:r>
      <w:r>
        <w:br/>
      </w:r>
      <w:r>
        <w:rPr>
          <w:sz w:val="20"/>
        </w:rPr>
        <w:t>1:05:11  Why is this so? Kya kya sawal hai? Ke aa ke jo log Allah ko nahi nahi just ka</w:t>
      </w:r>
      <w:r>
        <w:br/>
      </w:r>
      <w:r>
        <w:rPr>
          <w:sz w:val="20"/>
        </w:rPr>
        <w:t>1:05:19  Koi sawal nahi just ke Maulana jo log nahi mante hain Allah ko to wo kyun economically, socially aur politically zyada successful hain? To aap ko Khuda ka tasawwur hi nahi pata aap ko ji ye criteria aap ka bilkul galat hai aap ka ye criteria bilkul bilkul hi main hairaan hoon ke aap ko ko Khuda ko abhi tak samjhe nahi ke Khuda ke mamle ko aap</w:t>
      </w:r>
      <w:r>
        <w:br/>
      </w:r>
      <w:r>
        <w:rPr>
          <w:sz w:val="20"/>
        </w:rPr>
        <w:t>1:05:43  Yaani jo jo society pe zyada respectable ho jis ke paas zyada paisa ho wo us ko criteria nahi paaliya aap ne</w:t>
      </w:r>
      <w:r>
        <w:br/>
      </w:r>
      <w:r>
        <w:rPr>
          <w:sz w:val="20"/>
        </w:rPr>
        <w:t>1:05:55  Criterion ye hai ke aap ke andar positive thinking ho pure fire soul ho aap high thinking aap ke andar ho aap sachai ko sab se bari cheez samajhte hon ye koi criteria nahi hai jo aap jis ko aap ne farmaya</w:t>
      </w:r>
      <w:r>
        <w:br/>
      </w:r>
      <w:r>
        <w:rPr>
          <w:sz w:val="20"/>
        </w:rPr>
        <w:t>1:06:14  Ek hadith mein hai ke agar Allah ke nazdeek dunya ki cheezon ki ahmiyat hoti to jo log Khuda ko nahi mante un ko wo ek makkhi ke par bhi na deta ye to ye to ye to ye to dunya ka mamla alag hai aur marifat ka mamla alag hai</w:t>
      </w:r>
      <w:r>
        <w:br/>
      </w:r>
      <w:r>
        <w:rPr>
          <w:sz w:val="20"/>
        </w:rPr>
        <w:t>1:06:40  Aap ne jo criteria banaya hai wo criteria bilkul hi baseless hai is ko aap se correction ki jiye apni soch ko.</w:t>
      </w:r>
    </w:p>
    <w:p>
      <w:pPr>
        <w:pStyle w:val="Heading2"/>
      </w:pPr>
      <w:r>
        <w:t>Supreme Testimony vs Supreme Leadership</w:t>
      </w:r>
    </w:p>
    <w:p>
      <w:r>
        <w:rPr>
          <w:color w:val="666666"/>
          <w:sz w:val="18"/>
        </w:rPr>
        <w:t>Faith &amp; God · Islam and Politics November 17, 2013 · 2m 09s · at 1:07:41 · https://youtu.be/LgKA8wg4NPc?t=4061</w:t>
      </w:r>
    </w:p>
    <w:p>
      <w:r>
        <w:rPr>
          <w:i/>
        </w:rPr>
        <w:t>“In Islam, there is no concept of supreme leadership (imamat-e-uzma), but there is a concept of supreme testimony (shahadat-e-uzma). The words are 'a'zamun nasu shahadatan 'inda rabbil alameen' meaning to call to the religion of God with superior arguments. Please explain this.”</w:t>
      </w:r>
    </w:p>
    <w:p>
      <w:r>
        <w:rPr>
          <w:sz w:val="20"/>
        </w:rPr>
        <w:t>1:07:41  form ke farq ko kaho ke yeh bhi theek hai woh bhi theek hai form ke aitbar jo farq hota hai us ko kaho ke yeh bhi theek hai woh bhi theek hai tum ko stick karna chahiye spirit spirit par jo islam ke values hain us par stick karna chahiye maulana in ka ek aur sawal hai unhon ne likha hai islam mein imamat uzma ka tasawwur nahi hai</w:t>
      </w:r>
      <w:r>
        <w:br/>
      </w:r>
      <w:r>
        <w:rPr>
          <w:sz w:val="20"/>
        </w:rPr>
        <w:t>1:08:09  islam mein shahadat uzma ka tasawwur hai jo alfaaz hain woh hain aazam al nas shahadatan inda rabb al alameen yani bartar dalail ke sath khuda ke deen ki dawat</w:t>
      </w:r>
      <w:r>
        <w:br/>
      </w:r>
      <w:r>
        <w:rPr>
          <w:sz w:val="20"/>
        </w:rPr>
        <w:t>1:08:25  haan sahi hai</w:t>
      </w:r>
      <w:r>
        <w:br/>
      </w:r>
      <w:r>
        <w:rPr>
          <w:sz w:val="20"/>
        </w:rPr>
        <w:t>1:08:27  woh jo hadith hai yeh is mein poori hadith se yeh sabit hota hai ke ek zamana aayega jab ke hujjat yani dalail ke zariye se islam ke islam ki sadaqat sabit karne ki zaroorat pesh aayegi to us waqt jo log yeh karein ke waqt ke insan ke mind ko address karne ke liye dalail ke zariye us ko mutmain karein</w:t>
      </w:r>
      <w:r>
        <w:br/>
      </w:r>
      <w:r>
        <w:rPr>
          <w:sz w:val="20"/>
        </w:rPr>
        <w:t>1:08:55  to woh kaha woh kaam karein ke jis ko sab se bari shahadat kaha gaya hai shahadat ka mani hai gawahi mein samajhta hoon ke is mein ek peshangoi hai is daur ki jis ko kaha jata hai age of reason maujooda zamane ko kaha jata hai age of reason yani reason ki baat hai reason ki buniyad par manna ya na manna</w:t>
      </w:r>
      <w:r>
        <w:br/>
      </w:r>
      <w:r>
        <w:rPr>
          <w:sz w:val="20"/>
        </w:rPr>
        <w:t>1:09:21  is ka matlab yeh hai ke is ka matlab yeh hai ke age of reason mein jo log yeh karein ke hidden based islam pesh karein dalail ke zariye logon ko mutmain karein to woh bohat bara kaam karenge aur woh Allah ki nazar mein azeem tareen shahadat ya azeem tareen dawat da'wati role qarar payega</w:t>
      </w:r>
    </w:p>
    <w:p>
      <w:pPr>
        <w:pStyle w:val="Heading2"/>
      </w:pPr>
      <w:r>
        <w:t>Synchronizing man's cog with God's cog</w:t>
      </w:r>
    </w:p>
    <w:p>
      <w:r>
        <w:rPr>
          <w:color w:val="666666"/>
          <w:sz w:val="18"/>
        </w:rPr>
        <w:t>Faith &amp; God · Experience of Hyderabad CPS Meet December 1, 2013 · 3m 49s · at 1:24:31 · https://youtu.be/Y8mcxF2Lhyc?t=5071</w:t>
      </w:r>
    </w:p>
    <w:p>
      <w:r>
        <w:rPr>
          <w:i/>
        </w:rPr>
        <w:t>“How can man's cog be synchronized with God's cog and what is its benefit?”</w:t>
      </w:r>
    </w:p>
    <w:p>
      <w:r>
        <w:rPr>
          <w:sz w:val="20"/>
        </w:rPr>
        <w:t>1:24:31  Maulana, agla sawal Dilli se hai Miss Satti Malhotra ka, unhon ne likha hai: "How can man's cog be synchronized with God's cog and what is its benefit?" Hmm,</w:t>
      </w:r>
      <w:r>
        <w:br/>
      </w:r>
      <w:r>
        <w:rPr>
          <w:sz w:val="20"/>
        </w:rPr>
        <w:t>1:24:52  hyderabad mein aik aik yeh baat mein ne kahi thi ke yeh dunya mein jo koi kaam hota hai, is mein insan ka aik hissa hota hai, aik Allah ka hissa hota hai.</w:t>
      </w:r>
      <w:r>
        <w:br/>
      </w:r>
      <w:r>
        <w:rPr>
          <w:sz w:val="20"/>
        </w:rPr>
        <w:t>1:25:03  Allah ka matlab hai law of nature ka hissa. insan khud se misaal ke tor par aap suraj nahi nikaal sakte. jab suraj nikalta hai to aap apna kaam karte hain.</w:t>
      </w:r>
      <w:r>
        <w:br/>
      </w:r>
      <w:r>
        <w:rPr>
          <w:sz w:val="20"/>
        </w:rPr>
        <w:t>1:25:13  aap aap baarish nahi barsa sakte. jab baarish hoti hai to aap kaam karte hain.</w:t>
      </w:r>
      <w:r>
        <w:br/>
      </w:r>
      <w:r>
        <w:rPr>
          <w:sz w:val="20"/>
        </w:rPr>
        <w:t>1:25:19  to is ko misaal ke tor par mein ne kaha tha ke aik cog insan ka, aik aik khuda ka cog hai. to sabr jo bohat ziyada quran mein aaya hai, sabr sabr woh yahi hai ke insan ka cog jo hai, woh suppose hai ke mitti ka hai, khuda ka jo cog hai, woh steel ka hai.</w:t>
      </w:r>
      <w:r>
        <w:br/>
      </w:r>
      <w:r>
        <w:rPr>
          <w:sz w:val="20"/>
        </w:rPr>
        <w:t>1:25:39  to sabr ka matlab kya hai? ke aap jo peace hai divine ka, usi ke sath sath chalen.</w:t>
      </w:r>
      <w:r>
        <w:br/>
      </w:r>
      <w:r>
        <w:rPr>
          <w:sz w:val="20"/>
        </w:rPr>
        <w:t>1:25:48  agar aap divine ka jo steel ka kag jo hai, wo is ke pees ka jo hai, is se aap tez bhagna chahen, aap to kya hoga?</w:t>
      </w:r>
      <w:r>
        <w:br/>
      </w:r>
      <w:r>
        <w:rPr>
          <w:sz w:val="20"/>
        </w:rPr>
        <w:t>1:26:00  aap ka kag toot jayega, kyunke aap ka mitti ka hai, wo kag jo hai, wo steel ka hai.</w:t>
      </w:r>
      <w:r>
        <w:br/>
      </w:r>
      <w:r>
        <w:rPr>
          <w:sz w:val="20"/>
        </w:rPr>
        <w:t>1:26:07  to sabr ka matlab yeh hai, sabr ka matlab yeh hai ke apne aap ko yani self-restraint culture ikhtiyar karna, aur aisa na karna ke jaise mislan jald bazi hai aur jump karna hai.</w:t>
      </w:r>
      <w:r>
        <w:br/>
      </w:r>
      <w:r>
        <w:rPr>
          <w:sz w:val="20"/>
        </w:rPr>
        <w:t>1:26:29  yeh sab cheezen jo karte hain, wo to phir un ka kag tootta rehta hai.</w:t>
      </w:r>
      <w:r>
        <w:br/>
      </w:r>
      <w:r>
        <w:rPr>
          <w:sz w:val="20"/>
        </w:rPr>
        <w:t>1:26:35  aaj kal jo musalman mulkon mulkon mein jo gun culture hai, bomb culture hai, suicide bombing karte hain, wo yahi hai. in ka kag mitti ka hai aur Khuda ka kag steel ka hai.</w:t>
      </w:r>
      <w:r>
        <w:br/>
      </w:r>
      <w:r>
        <w:rPr>
          <w:sz w:val="20"/>
        </w:rPr>
        <w:t>1:26:46  chahte hain tez bhagna to nahi bhagte, to kya suicide bombing karte hain? tabaah apne aap ko tabaah karte hain. yeh maine wahan kaha tha ke aap ko janna chahiye ke ke law of nature kya hai, Allah ka creation plan kya hai,</w:t>
      </w:r>
      <w:r>
        <w:br/>
      </w:r>
      <w:r>
        <w:rPr>
          <w:sz w:val="20"/>
        </w:rPr>
        <w:t>1:27:03  kya raftaar hum</w:t>
      </w:r>
      <w:r>
        <w:br/>
      </w:r>
      <w:r>
        <w:rPr>
          <w:sz w:val="20"/>
        </w:rPr>
        <w:t>1:27:04  ari honi chahiye. humein janna parega, nahi to is ke baad halakat ka aur kuch bhi nahi.</w:t>
      </w:r>
      <w:r>
        <w:br/>
      </w:r>
      <w:r>
        <w:rPr>
          <w:sz w:val="20"/>
        </w:rPr>
        <w:t>1:27:12  misr misr waghera mein jo kuch ho raha hai, wo yahi ke apne kag ko Khuda kag se nahi milana chahte, khud hi khud daura rahe hain apne apna ghoda.</w:t>
      </w:r>
      <w:r>
        <w:br/>
      </w:r>
      <w:r>
        <w:rPr>
          <w:sz w:val="20"/>
        </w:rPr>
        <w:t>1:27:20  to kuch mil nahi raha siwaye tabaahi ke. okay, we will end the session now. thank you.</w:t>
      </w:r>
    </w:p>
    <w:p>
      <w:pPr>
        <w:pStyle w:val="Heading2"/>
      </w:pPr>
      <w:r>
        <w:t>Tawakkul vs wisdom-based planning</w:t>
      </w:r>
    </w:p>
    <w:p>
      <w:r>
        <w:rPr>
          <w:color w:val="666666"/>
          <w:sz w:val="18"/>
        </w:rPr>
        <w:t>Faith &amp; God · Living in Falsehood December 15, 2013 · 2m 56s · at 1:01:57 · https://youtu.be/UvboK59uF6s?t=3717</w:t>
      </w:r>
    </w:p>
    <w:p>
      <w:r>
        <w:rPr>
          <w:i/>
        </w:rPr>
        <w:t>“What is the difference between tawakkul and wisdom-based planning?”</w:t>
      </w:r>
    </w:p>
    <w:p>
      <w:r>
        <w:rPr>
          <w:sz w:val="20"/>
        </w:rPr>
        <w:t>1:01:57  Maulana, agla sawal Maulana Iqbal Umri ne kiya hai Chennai se. Unhone likha hai: "Tawakkul aur wisdom pe base ki hui planning mein kya farq hai?" Iske bare mein bataein.</w:t>
      </w:r>
      <w:r>
        <w:br/>
      </w:r>
      <w:r>
        <w:rPr>
          <w:sz w:val="20"/>
        </w:rPr>
        <w:t>1:02:11  Bhai yeh to hadith mein iska jawab maujood hai.</w:t>
      </w:r>
      <w:r>
        <w:br/>
      </w:r>
      <w:r>
        <w:rPr>
          <w:sz w:val="20"/>
        </w:rPr>
        <w:t>1:02:15  Ek shakhs ne Rasool Allah (SAW) se poocha ke main apne mere paas oont jo hai, is oont ko main baat ka tawakkul karoon ya chhod kar tawakkul karoon?</w:t>
      </w:r>
      <w:r>
        <w:br/>
      </w:r>
      <w:r>
        <w:rPr>
          <w:sz w:val="20"/>
        </w:rPr>
        <w:t>1:02:27  Aap ne farmaya ke "iqlaaf tawakkal". Isko pehle baandho phir tawakkal karo. To tawakkal ka matlab yeh jo liya liya gaya hai, bas Allah par daalna, yeh tawakkal nahi hai.</w:t>
      </w:r>
      <w:r>
        <w:br/>
      </w:r>
      <w:r>
        <w:rPr>
          <w:sz w:val="20"/>
        </w:rPr>
        <w:t>1:02:39  Yeh to yeh to be danisti ki baat hai, iska Islam se koi ta'alluq nahi hai.</w:t>
      </w:r>
      <w:r>
        <w:br/>
      </w:r>
      <w:r>
        <w:rPr>
          <w:sz w:val="20"/>
        </w:rPr>
        <w:t>1:02:45  Dekhein tawakkal ka matlab kya hai, main jo samjhaun woh yeh hai ke jitni aap ke bas mein hai, aap apni aqal ko istemal karein, apni soch ko istemal karein, apni resources ko istemal karein, aur bahut hi realistic way mein planning karein aap.</w:t>
      </w:r>
      <w:r>
        <w:br/>
      </w:r>
      <w:r>
        <w:rPr>
          <w:sz w:val="20"/>
        </w:rPr>
        <w:t>1:03:02  Lekin dekhein insaan ki limitations hoti hain, kahin na kahin insaan ki had aa jati hai.</w:t>
      </w:r>
      <w:r>
        <w:br/>
      </w:r>
      <w:r>
        <w:rPr>
          <w:sz w:val="20"/>
        </w:rPr>
        <w:t>1:03:09  To agar aap ne apne aap ko poori tarah exert kiya hai to jo aap ki kami hai woh Allah poori kar dega. Tawakkul ka matlab yeh hai "man yatawakkal 'alallahi fa hasbuhu".</w:t>
      </w:r>
      <w:r>
        <w:br/>
      </w:r>
      <w:r>
        <w:rPr>
          <w:sz w:val="20"/>
        </w:rPr>
        <w:t>1:03:21  Matlab apna sab kuch kar ke aap yeh kahein: Khuda yahan to meri had aa gayi, ab aage to meri madad farma.</w:t>
      </w:r>
      <w:r>
        <w:br/>
      </w:r>
      <w:r>
        <w:rPr>
          <w:sz w:val="20"/>
        </w:rPr>
        <w:t>1:03:29  to wahan par aap ki madad hogi. yeh matlab hai tawakkul ka. yaani aap yun kahein ke 50% aap ka hissa hai, jab hissa aap ada karte hain to baqiya 50% Allah ki taraf poora kar diya jata hai.</w:t>
      </w:r>
      <w:r>
        <w:br/>
      </w:r>
      <w:r>
        <w:rPr>
          <w:sz w:val="20"/>
        </w:rPr>
        <w:t>1:03:46  jaise ek aayat hai ke "ilahi yas'adul kalim-ut-tayyib wal-'amal-us-salih 'arfuhu" .</w:t>
      </w:r>
      <w:r>
        <w:br/>
      </w:r>
      <w:r>
        <w:rPr>
          <w:sz w:val="20"/>
        </w:rPr>
        <w:t>1:03:54  "ilahi yas'adul kalim-ut-tayyib wal-'amal-us-salih 'arf</w:t>
      </w:r>
      <w:r>
        <w:br/>
      </w:r>
      <w:r>
        <w:rPr>
          <w:sz w:val="20"/>
        </w:rPr>
        <w:t>1:03:58  uhu" . yaani ek hai kalima tayyib, ek hai amal salih. to kalima tayyib aap ko pesh karna hai. yaani kalima ke ma'ni la ilaha nahi yahan par hai, koi bhi positive baat.</w:t>
      </w:r>
      <w:r>
        <w:br/>
      </w:r>
      <w:r>
        <w:rPr>
          <w:sz w:val="20"/>
        </w:rPr>
        <w:t>1:04:10  to aap positive baat jo aap ke paas hai, koi positive planning, koi positive maqsad, koi positive target, jaiz qism ka, us mein bharpoor tor par aap ke paas jo kuch ho woh laga dein aap.</w:t>
      </w:r>
      <w:r>
        <w:br/>
      </w:r>
      <w:r>
        <w:rPr>
          <w:sz w:val="20"/>
        </w:rPr>
        <w:t>1:04:24  to is ke baad baqiya jo hai Allah ki taraf poora kiya</w:t>
      </w:r>
      <w:r>
        <w:br/>
      </w:r>
      <w:r>
        <w:rPr>
          <w:sz w:val="20"/>
        </w:rPr>
        <w:t>1:04:27  jayega. yeh matlab hai yaani "man yatawakkal 'alal-lahi fa-hasbuhu" . woh hadith mein khud is ka jawab hai ke aap ne farmaya ke oont ko bandho par toakkal karo.</w:t>
      </w:r>
      <w:r>
        <w:br/>
      </w:r>
      <w:r>
        <w:rPr>
          <w:sz w:val="20"/>
        </w:rPr>
        <w:t>1:04:39  yeh nahi ke chhod do phir toakkal, yaani Allah par toakkal karte hue chhod do us ko. yeh yeh nahi farmaya aap ne. to hadith ka yeh jo hadith hai bohat wazeh tor par batati hai ke ke toakkal ka concept Islam mein kya hai.</w:t>
      </w:r>
    </w:p>
    <w:p>
      <w:pPr>
        <w:pStyle w:val="Heading2"/>
      </w:pPr>
      <w:r>
        <w:t>The difference between modernism and renewal</w:t>
      </w:r>
    </w:p>
    <w:p>
      <w:r>
        <w:rPr>
          <w:color w:val="666666"/>
          <w:sz w:val="18"/>
        </w:rPr>
        <w:t>Faith &amp; God · Revival and Revivalist June 7, 2015 · 2m 21s · at 55:11 · https://youtu.be/MCY8AJ87BXc?t=3311</w:t>
      </w:r>
    </w:p>
    <w:p>
      <w:r>
        <w:rPr>
          <w:i/>
        </w:rPr>
        <w:t>“What is the difference between modernism and renewal? Who is called a modernist?”</w:t>
      </w:r>
    </w:p>
    <w:p>
      <w:r>
        <w:rPr>
          <w:sz w:val="20"/>
        </w:rPr>
        <w:t>55:11  hai, pehli nasal ki nahi hai. yeh to ek ek law of nature hai, yeh chalta rahega. mani yeh agla sawal aaya hai Maulana Iqbal Umri ka Chennai se.</w:t>
      </w:r>
      <w:r>
        <w:br/>
      </w:r>
      <w:r>
        <w:rPr>
          <w:sz w:val="20"/>
        </w:rPr>
        <w:t>55:24  Maulana, positive approach rakhna aur insaniyat ki mukammal khair khwahi karna hi asal tajdid hai. aaj wazeh hua.</w:t>
      </w:r>
      <w:r>
        <w:br/>
      </w:r>
      <w:r>
        <w:rPr>
          <w:sz w:val="20"/>
        </w:rPr>
        <w:t>55:33  tajaddud aur tajdid mein kiya farq hai? tajaddud pasand kis ko kaha jata hai?</w:t>
      </w:r>
      <w:r>
        <w:br/>
      </w:r>
      <w:r>
        <w:rPr>
          <w:sz w:val="20"/>
        </w:rPr>
        <w:t>55:42  dekhiye, tajdid ka matlab hota hai asal deen ki tajdid. maslan asal deen kiya hai? ke namaz ka form baqi rahe, rooh na baqi rahe.</w:t>
      </w:r>
      <w:r>
        <w:br/>
      </w:r>
      <w:r>
        <w:rPr>
          <w:sz w:val="20"/>
        </w:rPr>
        <w:t>55:57  jaise hadith mein aata hai ke "la salata liman lam yatasah"</w:t>
      </w:r>
      <w:r>
        <w:br/>
      </w:r>
      <w:r>
        <w:rPr>
          <w:sz w:val="20"/>
        </w:rPr>
        <w:t>56:01  to log is ko bhool jayen aur samjhen ke misal wali namaz parh lo to namaz ho gayi. aur "la salata liman lam yatasah" ya bhool jayen woh.</w:t>
      </w:r>
      <w:r>
        <w:br/>
      </w:r>
      <w:r>
        <w:rPr>
          <w:sz w:val="20"/>
        </w:rPr>
        <w:t>56:11  to tajdid ka kaam yeh hai ke is ko yaad dilaya jaye, is ko yaad dilaya jaye. aur taake log jo hain apne form wali namaz ke sath sath khushu wali namaz is mein izafa karein.</w:t>
      </w:r>
      <w:r>
        <w:br/>
      </w:r>
      <w:r>
        <w:rPr>
          <w:sz w:val="20"/>
        </w:rPr>
        <w:t>56:24  yeh to hua tajdid ka kaam. tajaddud yeh hai ke apne dimagh se nikalna.</w:t>
      </w:r>
      <w:r>
        <w:br/>
      </w:r>
      <w:r>
        <w:rPr>
          <w:sz w:val="20"/>
        </w:rPr>
        <w:t>56:30  maslan kuch log kehte hain ke yeh kuch log kehte hain ke yeh qurbani jo hai, yeh paise ka zaya hai.</w:t>
      </w:r>
      <w:r>
        <w:br/>
      </w:r>
      <w:r>
        <w:rPr>
          <w:sz w:val="20"/>
        </w:rPr>
        <w:t>56:44  qurbani band karo aur logon ko paisa bant do. yeh sab tajaddud hai. kyunke jo jadid mein nahi hai, us ko aap ne apne dimagh se nikala. roze ke liye kehte hain ke woh arab mein khane ki cheezein kam hoti theen.</w:t>
      </w:r>
      <w:r>
        <w:br/>
      </w:r>
      <w:r>
        <w:rPr>
          <w:sz w:val="20"/>
        </w:rPr>
        <w:t>56:57  likh kar</w:t>
      </w:r>
      <w:r>
        <w:br/>
      </w:r>
      <w:r>
        <w:rPr>
          <w:sz w:val="20"/>
        </w:rPr>
        <w:t>56:58  de ke roza rakho, ab roze ki zaroorat nahi. yeh sab tajaddud hai. yani jo cheez deen mein maujood ho, apne dimagh se aap kahein ke nahi, yeh nahi hai.</w:t>
      </w:r>
      <w:r>
        <w:br/>
      </w:r>
      <w:r>
        <w:rPr>
          <w:sz w:val="20"/>
        </w:rPr>
        <w:t>57:12  roze ke bare mein yeh kahein ke arab mein khane peene kam hota tha, is liye roze rakhte hain. kaha ab roze ki zaroorat nahi hai. yeh tajaddud hai. lekin agar roze ke form baqi rehne ke spirit khatam ho jaye to us ko zinda kar rahe hain aap, to woh tajdid hai.</w:t>
      </w:r>
    </w:p>
    <w:p>
      <w:pPr>
        <w:pStyle w:val="Heading2"/>
      </w:pPr>
      <w:r>
        <w:t>Two causes of blasphemy ignorance and propaganda</w:t>
      </w:r>
    </w:p>
    <w:p>
      <w:r>
        <w:rPr>
          <w:color w:val="666666"/>
          <w:sz w:val="18"/>
        </w:rPr>
        <w:t>Faith &amp; God · Freedom of Expression in Islam 30 Sept 2012 - Maulana Wahiduddin Khan · 3m 04s · at 1:20:22 · https://youtu.be/WLlXSyxX8Q4?t=4822</w:t>
      </w:r>
    </w:p>
    <w:p>
      <w:r>
        <w:rPr>
          <w:i/>
        </w:rPr>
        <w:t>“There are only two possible causes for blasphemy. First, ignorance: that they don't know the truth. Second, propaganda: they know but intentionally spread the falsehood.”</w:t>
      </w:r>
    </w:p>
    <w:p>
      <w:r>
        <w:rPr>
          <w:sz w:val="20"/>
        </w:rPr>
        <w:t>1:20:22  chahe amanat ho, tab bhi woh ghair Islami hai. amanat ho, tab bhi woh ghair Islami hai. Maulana, agla sawal Raipur se hai Idrees sahab ka.</w:t>
      </w:r>
      <w:r>
        <w:br/>
      </w:r>
      <w:r>
        <w:rPr>
          <w:sz w:val="20"/>
        </w:rPr>
        <w:t>1:20:34  unhon ne likha hai: "there are only two possible causes for blasphemy.</w:t>
      </w:r>
      <w:r>
        <w:br/>
      </w:r>
      <w:r>
        <w:rPr>
          <w:sz w:val="20"/>
        </w:rPr>
        <w:t>1:20:40  first, ignorance. that is they don't know the truth. second, propaganda. they know but intentionally spread the falsehood.</w:t>
      </w:r>
      <w:r>
        <w:br/>
      </w:r>
      <w:r>
        <w:rPr>
          <w:sz w:val="20"/>
        </w:rPr>
        <w:t>1:20:50  protest and violence are not effective tools to fight ignorance or propaganda. the effective tools are promoting education and propagating the truth.</w:t>
      </w:r>
      <w:r>
        <w:br/>
      </w:r>
      <w:r>
        <w:rPr>
          <w:sz w:val="20"/>
        </w:rPr>
        <w:t>1:21:01  incidents in past confirms that with reference to blasphemy, protest do not produce any positive results while promoting education." does Maulana sahab, why do ulema and leaders do not learn this from their past experience?</w:t>
      </w:r>
      <w:r>
        <w:br/>
      </w:r>
      <w:r>
        <w:rPr>
          <w:sz w:val="20"/>
        </w:rPr>
        <w:t>1:21:20  mujhe behal aap ki poori baat se mein agree karta hoon, is se ittefaq hai. is ko poora poora ittefaq hai.</w:t>
      </w:r>
      <w:r>
        <w:br/>
      </w:r>
      <w:r>
        <w:rPr>
          <w:sz w:val="20"/>
        </w:rPr>
        <w:t>1:21:29  baqi ulema jis zamane mein hain, woh awam se mukhtalif nahi hain, woh bhi jazbati ho gaye.</w:t>
      </w:r>
      <w:r>
        <w:br/>
      </w:r>
      <w:r>
        <w:rPr>
          <w:sz w:val="20"/>
        </w:rPr>
        <w:t>1:21:37  mujhe ek sahab ka telephone aaya tha wahan se, South se, ke ek wahan baqayda ek aalim ek sahab hain, unhon ne taqreer ki.</w:t>
      </w:r>
      <w:r>
        <w:br/>
      </w:r>
      <w:r>
        <w:rPr>
          <w:sz w:val="20"/>
        </w:rPr>
        <w:t>1:21:48  taqreer bare josh se unhon ne kaha ke "tum hum ko gaali do, hum bardasht kar len ge. tum Musalmanon ko gaali do, hum bardasht kar len ge.</w:t>
      </w:r>
      <w:r>
        <w:br/>
      </w:r>
      <w:r>
        <w:rPr>
          <w:sz w:val="20"/>
        </w:rPr>
        <w:t>1:21:58  tum</w:t>
      </w:r>
      <w:r>
        <w:br/>
      </w:r>
      <w:r>
        <w:rPr>
          <w:sz w:val="20"/>
        </w:rPr>
        <w:t>1:21:59  hamare prophet ko gaali do, hum us ko bardasht nahi kar sakte." yeh aalim ki boli hai. toh main samajhta hoon ke is maamle mein aalim aur ghair aalim sab barabar ho gaye hain, sab jazbati ho gaye hain.</w:t>
      </w:r>
      <w:r>
        <w:br/>
      </w:r>
      <w:r>
        <w:rPr>
          <w:sz w:val="20"/>
        </w:rPr>
        <w:t>1:22:10  koi bhi, yaani tamam dunya bhar ke ulema mein apne siwa mein kisi ko nahi paata jo is maamle mein exception hai.</w:t>
      </w:r>
      <w:r>
        <w:br/>
      </w:r>
      <w:r>
        <w:rPr>
          <w:sz w:val="20"/>
        </w:rPr>
        <w:t>1:22:19  koi ek bhi nahi, koi exception nahi, koi jazbat mein pehre hain, nafrat mein pehre hain.</w:t>
      </w:r>
      <w:r>
        <w:br/>
      </w:r>
      <w:r>
        <w:rPr>
          <w:sz w:val="20"/>
        </w:rPr>
        <w:t>1:22:27  ab kya kiya jaye? ya Allah taala ka yeh faisla hoga is baat ka, dunya mein hum is ka faisla nahi kar sakte.</w:t>
      </w:r>
    </w:p>
    <w:p>
      <w:pPr>
        <w:pStyle w:val="Heading2"/>
      </w:pPr>
      <w:r>
        <w:t>Unanswered prayers: God angry or request unreasonable?</w:t>
      </w:r>
    </w:p>
    <w:p>
      <w:r>
        <w:rPr>
          <w:color w:val="666666"/>
          <w:sz w:val="18"/>
        </w:rPr>
        <w:t>Faith &amp; God · God Gives in Abundance 13 Oct 2019 - Maulana Wahiduddin Khan · 3m 24s · at 33:07 · https://youtu.be/eC4RaczXBzM?t=1987</w:t>
      </w:r>
    </w:p>
    <w:p>
      <w:r>
        <w:rPr>
          <w:i/>
        </w:rPr>
        <w:t>“When God does not answer our prayers, how should we interpret it? Is God angry with us, and is it that our request to Allah is unreasonable? Often when we pray to Allah for something, it is not accepted; should we interpret this as Allah being angry with us or our prayer being unreasonable?”</w:t>
      </w:r>
    </w:p>
    <w:p>
      <w:r>
        <w:rPr>
          <w:sz w:val="20"/>
        </w:rPr>
        <w:t>33:07  Maulana sawal lena chahenge. Yeh sawal bheja hai Lucknow se Muhammad Hussain sahib ne. Unhone likha hai: "Maulana, when God does not answer our prayers, then how should we interpret it?</w:t>
      </w:r>
      <w:r>
        <w:br/>
      </w:r>
      <w:r>
        <w:rPr>
          <w:sz w:val="20"/>
        </w:rPr>
        <w:t>33:23  Is God angry with us, or is it that our request to Allah is unreasonable?"</w:t>
      </w:r>
      <w:r>
        <w:br/>
      </w:r>
      <w:r>
        <w:rPr>
          <w:sz w:val="20"/>
        </w:rPr>
        <w:t>33:32  Kya matlab woh ke aksar jab hum dua karte hain Allah se kisi cheez ke liye toh woh qabool nahin hoti hai? Toh kya isko aise interpret karein ke hamari, hamare se ya toh Allah naraz hai ya hamari jo dua thi woh unreasonable thi?</w:t>
      </w:r>
      <w:r>
        <w:br/>
      </w:r>
      <w:r>
        <w:rPr>
          <w:sz w:val="20"/>
        </w:rPr>
        <w:t>33:50  Nahin, yeh baat bilkul galat hai ke qabool nahin hui. Dekhein, dua ke bare mein ek bahut important baat yeh hai ke dua hum toh karte hain apne lehaz se,</w:t>
      </w:r>
      <w:r>
        <w:br/>
      </w:r>
      <w:r>
        <w:rPr>
          <w:sz w:val="20"/>
        </w:rPr>
        <w:t>34:09  Qabool hoti hai Allah ke lehaz se. Isi liye dua mein hamesha der lagti hai. Aap chahenge ke aaj meri dua poori ho jaye, Allah ke plan mein uska time hoga kal, parson, nerson.</w:t>
      </w:r>
      <w:r>
        <w:br/>
      </w:r>
      <w:r>
        <w:rPr>
          <w:sz w:val="20"/>
        </w:rPr>
        <w:t>34:26  Toh Allah ke plan ke mutabiq dua qabool hoti hai. Isi liye dua karne wale ko bahut zyada kaha gaya ke intezar, intezar karo.</w:t>
      </w:r>
      <w:r>
        <w:br/>
      </w:r>
      <w:r>
        <w:rPr>
          <w:sz w:val="20"/>
        </w:rPr>
        <w:t>34:40  Hata ke yeh hadith aayi hai, hadith ke intezar karna ek bahut badi ibadat hai. Aap dua karein.</w:t>
      </w:r>
      <w:r>
        <w:br/>
      </w:r>
      <w:r>
        <w:rPr>
          <w:sz w:val="20"/>
        </w:rPr>
        <w:t>34:53  Dekhein, do</w:t>
      </w:r>
      <w:r>
        <w:br/>
      </w:r>
      <w:r>
        <w:rPr>
          <w:sz w:val="20"/>
        </w:rPr>
        <w:t>34:57  Shart honi chahiye. Ek toh yeh ke dua genuine dua ho. Dua genuine ka matlab hai ke Allah ke plan ke mutabiq ho.</w:t>
      </w:r>
      <w:r>
        <w:br/>
      </w:r>
      <w:r>
        <w:rPr>
          <w:sz w:val="20"/>
        </w:rPr>
        <w:t>35:10  Misal ke taur par mujhe aaj khabar mili ke Nadwa ke jo</w:t>
      </w:r>
      <w:r>
        <w:br/>
      </w:r>
      <w:r>
        <w:rPr>
          <w:sz w:val="20"/>
        </w:rPr>
        <w:t>35:19  Jo Nadir sahib hain, unki tabiyat theek nahin hai. Toh maine dua ki ke Allah Nadir sahib ko sehat ata farma.</w:t>
      </w:r>
      <w:r>
        <w:br/>
      </w:r>
      <w:r>
        <w:rPr>
          <w:sz w:val="20"/>
        </w:rPr>
        <w:t>35:32  Toh yeh yeh dua jo hai, genuine dua kahi jayegi kyunke woh insaan ek insaan ki khair khwahi ke liye hai.</w:t>
      </w:r>
      <w:r>
        <w:br/>
      </w:r>
      <w:r>
        <w:rPr>
          <w:sz w:val="20"/>
        </w:rPr>
        <w:t>35:42  Ulti dua mein karoon toh uske bare mein hum ko umeed nahin rakhni chahiye ke woh qabool hogi. Toh dua genuine ho aur aap intezar karein ke Allah apne plan ke mutabiq aaj nahin toh kal, kal nahin toh parson, isko qabool farmayega.</w:t>
      </w:r>
      <w:r>
        <w:br/>
      </w:r>
      <w:r>
        <w:rPr>
          <w:sz w:val="20"/>
        </w:rPr>
        <w:t>36:06  Dr. Junaid Sheikh ne Mumbai se likha hai: "Maulana, your today voice was very powerful. Your every sentence gives me spiritual jolt and conviction in God.</w:t>
      </w:r>
      <w:r>
        <w:br/>
      </w:r>
      <w:r>
        <w:rPr>
          <w:sz w:val="20"/>
        </w:rPr>
        <w:t>36:18  Jazak Allah." Masha Allah. Ah, Miss Ayesha Yasra ne Visakhapatnam se likha hai: "Maulana sahib, aaj ke lecture bahut valuable hain.</w:t>
      </w:r>
    </w:p>
    <w:p>
      <w:pPr>
        <w:pStyle w:val="Heading2"/>
      </w:pPr>
      <w:r>
        <w:t>Understanding jihad as self-struggle</w:t>
      </w:r>
    </w:p>
    <w:p>
      <w:r>
        <w:rPr>
          <w:color w:val="666666"/>
          <w:sz w:val="18"/>
        </w:rPr>
        <w:t>Faith &amp; God · Age of Democracy May 25, 2014 · 2m 09s · at 52:07 · https://youtu.be/pyZy1-EhW1Q?t=3127</w:t>
      </w:r>
    </w:p>
    <w:p>
      <w:r>
        <w:rPr>
          <w:i/>
        </w:rPr>
        <w:t>“As I understand jihad, it's a war with myself to change myself, not a real war of destruction. It cannot be a harmful term if it's in any holy book, but that's not how the word is being used today. It has been distorted, thus bringing a bad name to Islam.”</w:t>
      </w:r>
    </w:p>
    <w:p>
      <w:r>
        <w:rPr>
          <w:sz w:val="20"/>
        </w:rPr>
        <w:t>52:07  maulana, unka ek aur sawal hai, unhon ne likha hai: "as i understand jihad, its a war with in my self to change my self, not a real war of destruction.</w:t>
      </w:r>
      <w:r>
        <w:br/>
      </w:r>
      <w:r>
        <w:rPr>
          <w:sz w:val="20"/>
        </w:rPr>
        <w:t>52:21  it can not be a harmful term if its in any holy book, but thats not how the word is being used today.</w:t>
      </w:r>
      <w:r>
        <w:br/>
      </w:r>
      <w:r>
        <w:rPr>
          <w:sz w:val="20"/>
        </w:rPr>
        <w:t>52:31  it has been distorted, this bringing a bad name to islam.</w:t>
      </w:r>
      <w:r>
        <w:br/>
      </w:r>
      <w:r>
        <w:rPr>
          <w:sz w:val="20"/>
        </w:rPr>
        <w:t>52:36  how can a peaceful word that talks of self inquiry be distorted so much in today times? and why is no one making an attempt to stop this distortion of words?</w:t>
      </w:r>
      <w:r>
        <w:br/>
      </w:r>
      <w:r>
        <w:rPr>
          <w:sz w:val="20"/>
        </w:rPr>
        <w:t>52:50  what is your interpretation of this much misinterpreted word?" dekhen, aaj kal jihad ka lafz bola jata hai ladai bhadai ke liye, yeh bilkul galat hai.</w:t>
      </w:r>
      <w:r>
        <w:br/>
      </w:r>
      <w:r>
        <w:rPr>
          <w:sz w:val="20"/>
        </w:rPr>
        <w:t>53:00  yeh</w:t>
      </w:r>
      <w:r>
        <w:br/>
      </w:r>
      <w:r>
        <w:rPr>
          <w:sz w:val="20"/>
        </w:rPr>
        <w:t>53:02  dekhen, jihad ke lafzi matlab hai koshish, to strive, to struggle. bas</w:t>
      </w:r>
      <w:r>
        <w:br/>
      </w:r>
      <w:r>
        <w:rPr>
          <w:sz w:val="20"/>
        </w:rPr>
        <w:t>53:12  to jihad ka matlab sirf itna hi hai: kisi achhe kaam ke liye koshish karna, apni islaah ke liye koshish karna to woh bhi jihad hai. aap samaj mein islaah ke liye kuch karen to woh bhi jihad</w:t>
      </w:r>
      <w:r>
        <w:br/>
      </w:r>
      <w:r>
        <w:rPr>
          <w:sz w:val="20"/>
        </w:rPr>
        <w:t>53:23  hai. to jihad sirf koshish ka naam hai, aur albattah is mein exaggeration hai, yani bohat ziyada koshish karna, bohat ziyada koshish karna.</w:t>
      </w:r>
      <w:r>
        <w:br/>
      </w:r>
      <w:r>
        <w:rPr>
          <w:sz w:val="20"/>
        </w:rPr>
        <w:t>53:35  yeh matlab hai iska. baqi jihad ka koi ladai bhadai se nahi. is ke liye Quran mein lafz "qital" aaya hai.</w:t>
      </w:r>
      <w:r>
        <w:br/>
      </w:r>
      <w:r>
        <w:rPr>
          <w:sz w:val="20"/>
        </w:rPr>
        <w:t>53:44  qitaal ka maani ladaai hote hain, lekin Islam mein qitaal sirf defence ke liye hai.</w:t>
      </w:r>
      <w:r>
        <w:br/>
      </w:r>
      <w:r>
        <w:rPr>
          <w:sz w:val="20"/>
        </w:rPr>
        <w:t>53:50  Under the defense, under the defense, there is no war in Islam. Offensive war in Islam is absolutely non-existent.</w:t>
      </w:r>
      <w:r>
        <w:br/>
      </w:r>
      <w:r>
        <w:rPr>
          <w:sz w:val="20"/>
        </w:rPr>
        <w:t>54:01  offensive waar Islam mein nahin hai, aur guerrilla waar nahin hai, aur proxy waar nahin. yeh saari waar Islam mein nahin hai. koi state agar qaaim hai, us state pe koi attack karta hai to</w:t>
      </w:r>
    </w:p>
    <w:p>
      <w:pPr>
        <w:pStyle w:val="Heading2"/>
      </w:pPr>
      <w:r>
        <w:t>Understanding the Concept of True God</w:t>
      </w:r>
    </w:p>
    <w:p>
      <w:r>
        <w:rPr>
          <w:color w:val="666666"/>
          <w:sz w:val="18"/>
        </w:rPr>
        <w:t>Faith &amp; God · Concept of God December 7, 2014 · 3m 48s · at 57:58 · https://youtu.be/dCgL9lp8EAo?t=3478</w:t>
      </w:r>
    </w:p>
    <w:p>
      <w:r>
        <w:rPr>
          <w:i/>
        </w:rPr>
        <w:t>“What is true God? Please explain about this.”</w:t>
      </w:r>
    </w:p>
    <w:p>
      <w:r>
        <w:rPr>
          <w:sz w:val="20"/>
        </w:rPr>
        <w:t>57:58  Maulana, dilli se agla sawal kya hai miss kapila goriha ne, aur unhon ne aapse poocha hai ke "What is true God?" .</w:t>
      </w:r>
      <w:r>
        <w:br/>
      </w:r>
      <w:r>
        <w:rPr>
          <w:sz w:val="20"/>
        </w:rPr>
        <w:t>58:08  sacha Khuda kya hai? Is ke baray mein bataen.</w:t>
      </w:r>
      <w:r>
        <w:br/>
      </w:r>
      <w:r>
        <w:rPr>
          <w:sz w:val="20"/>
        </w:rPr>
        <w:t>58:24  dekhen, jahan tak maine parha hai, Khuda ke baray mein do qism ke concept pae jate hain. Ek hai personal God, ek hai impersonal God.</w:t>
      </w:r>
      <w:r>
        <w:br/>
      </w:r>
      <w:r>
        <w:rPr>
          <w:sz w:val="20"/>
        </w:rPr>
        <w:t>58:38  to main impersonal God ko nahin manta. Main personal God ko manta hoon. Kyunke impersonal God jo hai, woh sirf ek manane ki cheez hai.</w:t>
      </w:r>
      <w:r>
        <w:br/>
      </w:r>
      <w:r>
        <w:rPr>
          <w:sz w:val="20"/>
        </w:rPr>
        <w:t>58:50  aap is ke sath ta'alluq nahin qaim ho sakta.</w:t>
      </w:r>
      <w:r>
        <w:br/>
      </w:r>
      <w:r>
        <w:rPr>
          <w:sz w:val="20"/>
        </w:rPr>
        <w:t>58:53  jab woh impersonal hai, jab is ki koi personality nahin hai, to aap aise hain jaise ke jaise ke cosmic race.</w:t>
      </w:r>
      <w:r>
        <w:br/>
      </w:r>
      <w:r>
        <w:rPr>
          <w:sz w:val="20"/>
        </w:rPr>
        <w:t>59:02  to cosmic race se aap ka ta'alluq nahin ban sakta.</w:t>
      </w:r>
      <w:r>
        <w:br/>
      </w:r>
      <w:r>
        <w:rPr>
          <w:sz w:val="20"/>
        </w:rPr>
        <w:t>59:08  cosmic race jaisa Khuda ka bana len aap, to jo yaani khaliq aur makhlooq ke darmiyan ya bande aur Khuda ka jo ta'alluq matloob hai, woh qaim nahin ho sakta.</w:t>
      </w:r>
      <w:r>
        <w:br/>
      </w:r>
      <w:r>
        <w:rPr>
          <w:sz w:val="20"/>
        </w:rPr>
        <w:t>59:19  woh contact nahin banega.</w:t>
      </w:r>
      <w:r>
        <w:br/>
      </w:r>
      <w:r>
        <w:rPr>
          <w:sz w:val="20"/>
        </w:rPr>
        <w:t>59:22  woh contact to banega jab aap is ko personal God manen. To mera apna jo study hai, main samajhta hoon ke impersonal God ek ek philosophy hai, woh koi religion nahin hai.</w:t>
      </w:r>
      <w:r>
        <w:br/>
      </w:r>
      <w:r>
        <w:rPr>
          <w:sz w:val="20"/>
        </w:rPr>
        <w:t>59:37  impersonal God ek philosophical concept hai. Jo religion ka jo concept hai, woh personal God ka concept hai.</w:t>
      </w:r>
      <w:r>
        <w:br/>
      </w:r>
      <w:r>
        <w:rPr>
          <w:sz w:val="20"/>
        </w:rPr>
        <w:t>59:47  aur is mein isi ko maanta hoon.</w:t>
      </w:r>
      <w:r>
        <w:br/>
      </w:r>
      <w:r>
        <w:rPr>
          <w:sz w:val="20"/>
        </w:rPr>
        <w:t>59:51  maulana, aap se woh yeh bhi jaanna chahti hain ke strong affection kis ko kehte hain? haan, strong affection. is is kis ko kehte hain?</w:t>
      </w:r>
      <w:r>
        <w:br/>
      </w:r>
      <w:r>
        <w:rPr>
          <w:sz w:val="20"/>
        </w:rPr>
        <w:t>1:00:01  strong affection. ji. bhai, aap ko apni maan se jo talluq hoga, wahi samajh lijiye. har aadmi ko apni maan se jo talluq hota hai mohabbat ka, woh that is introduction .</w:t>
      </w:r>
      <w:r>
        <w:br/>
      </w:r>
      <w:r>
        <w:rPr>
          <w:sz w:val="20"/>
        </w:rPr>
        <w:t>1:00:14  strong affection .</w:t>
      </w:r>
      <w:r>
        <w:br/>
      </w:r>
      <w:r>
        <w:rPr>
          <w:sz w:val="20"/>
        </w:rPr>
        <w:t>1:00:18  aadmi apni hi zindagi mein ek ek phenomena ko dekhta hai ke us ke andar ek bohat gehra talluq hota hai apni maan ke liye.</w:t>
      </w:r>
      <w:r>
        <w:br/>
      </w:r>
      <w:r>
        <w:rPr>
          <w:sz w:val="20"/>
        </w:rPr>
        <w:t>1:00:31  wahi woh woh introduction hai. woh</w:t>
      </w:r>
      <w:r>
        <w:br/>
      </w:r>
      <w:r>
        <w:rPr>
          <w:sz w:val="20"/>
        </w:rPr>
        <w:t>1:00:34  mein ne ek martaba dekha hai, ek ek ek scene. ek bheed thi, ek bheed thi, us mein ek chhota sa bachcha daud raha tha idhar udhar.</w:t>
      </w:r>
      <w:r>
        <w:br/>
      </w:r>
      <w:r>
        <w:rPr>
          <w:sz w:val="20"/>
        </w:rPr>
        <w:t>1:00:44  "meri maan, meri maan!" karta tha woh. to kai mardon ya auraton ne is ko chaha ke is ko uthaayein, god mein lein is ko.</w:t>
      </w:r>
      <w:r>
        <w:br/>
      </w:r>
      <w:r>
        <w:rPr>
          <w:sz w:val="20"/>
        </w:rPr>
        <w:t>1:00:53  to woh ghussa hota tha, maarta tha is ko. "meri maan, meri maan!" phir daudte daudte is ko is ki maan mil gayi.</w:t>
      </w:r>
      <w:r>
        <w:br/>
      </w:r>
      <w:r>
        <w:rPr>
          <w:sz w:val="20"/>
        </w:rPr>
        <w:t>1:01:08  jaise hi is ki maan mili, is ke seene se chipat gaya woh.</w:t>
      </w:r>
      <w:r>
        <w:br/>
      </w:r>
      <w:r>
        <w:rPr>
          <w:sz w:val="20"/>
        </w:rPr>
        <w:t>1:01:16  yeh duniya mein ek phenomena hai jo is baat ka batata hai, is ka introduction deta hai ke "What is strong affection?"</w:t>
      </w:r>
      <w:r>
        <w:br/>
      </w:r>
      <w:r>
        <w:rPr>
          <w:sz w:val="20"/>
        </w:rPr>
        <w:t>1:01:29  . to yahi yahi talluq jo ek bachche ka apni maan se hota hai, wahi billion trillion times jab zyada badh jaaye to wahi wahi Khuda se mohabbat, isi ka naam hai.</w:t>
      </w:r>
    </w:p>
    <w:p>
      <w:pPr>
        <w:pStyle w:val="Heading2"/>
      </w:pPr>
      <w:r>
        <w:t>Universe's religion vs Islam</w:t>
      </w:r>
    </w:p>
    <w:p>
      <w:r>
        <w:rPr>
          <w:color w:val="666666"/>
          <w:sz w:val="18"/>
        </w:rPr>
        <w:t>Faith &amp; God · Story of the Prophet Yusuf May 11, 2014 Maulana Wahiduddin Khan · 2m 04s · at 49:11 · https://youtu.be/2alsBthUWhw?t=2951</w:t>
      </w:r>
    </w:p>
    <w:p>
      <w:r>
        <w:rPr>
          <w:i/>
        </w:rPr>
        <w:t>“What is the difference between the religion of the universe and the religion of Islam?”</w:t>
      </w:r>
    </w:p>
    <w:p>
      <w:r>
        <w:rPr>
          <w:sz w:val="20"/>
        </w:rPr>
        <w:t>49:11  molana agla sawal chennai se hai. molana iqbal umri ne kiya hai. unhon ne aap se poocha hai ke universe ka deen aur deen islam is mein farq kiya hai?</w:t>
      </w:r>
      <w:r>
        <w:br/>
      </w:r>
      <w:r>
        <w:rPr>
          <w:sz w:val="20"/>
        </w:rPr>
        <w:t>49:23  haan dekhen</w:t>
      </w:r>
      <w:r>
        <w:br/>
      </w:r>
      <w:r>
        <w:rPr>
          <w:sz w:val="20"/>
        </w:rPr>
        <w:t>49:28  jo quran mein aaya hai ke is ka matlab yeh hai ke universe mein jo cheezen hain woh aik aik aitbar se demonstration hain.</w:t>
      </w:r>
      <w:r>
        <w:br/>
      </w:r>
      <w:r>
        <w:rPr>
          <w:sz w:val="20"/>
        </w:rPr>
        <w:t>49:41  woh isi baray mein nahi hain jis baray mein insan ka deen hota hai. kyun ke insan ka deen to yani is ka mind se talluq hai. soch samajh ke hota hai. universe mein sochne ki taqat nahi hai.</w:t>
      </w:r>
      <w:r>
        <w:br/>
      </w:r>
      <w:r>
        <w:rPr>
          <w:sz w:val="20"/>
        </w:rPr>
        <w:t>49:53  lekan woh aik aitbar se demonstration hai. misaal ke tor par dekhen aap ke quran mein hai ke kal sitaron ke baray mein aur sayaron ke baray mein</w:t>
      </w:r>
      <w:r>
        <w:br/>
      </w:r>
      <w:r>
        <w:rPr>
          <w:sz w:val="20"/>
        </w:rPr>
        <w:t>50:07  to aap jantay hain ke bohat hi bara space hai. is mein numerous stars ghoom rahay hain, ghoom rahay hain, ghoom rahay hain.</w:t>
      </w:r>
      <w:r>
        <w:br/>
      </w:r>
      <w:r>
        <w:rPr>
          <w:sz w:val="20"/>
        </w:rPr>
        <w:t>50:16  lekan in mein takrao nahi hota. kabhi aaj tak science ne report nahi kiya ke sitaray aapas mein lag gaye hon.</w:t>
      </w:r>
      <w:r>
        <w:br/>
      </w:r>
      <w:r>
        <w:rPr>
          <w:sz w:val="20"/>
        </w:rPr>
        <w:t>50:25  yeh kya hai? demonstration hai. ke social life mein har aadmi active hota hai. apna apna target hota hai har aadmi ka.</w:t>
      </w:r>
      <w:r>
        <w:br/>
      </w:r>
      <w:r>
        <w:rPr>
          <w:sz w:val="20"/>
        </w:rPr>
        <w:t>50:36  apna apna maqsad hasil karne ke liye woh daur lagai hui hai. lekan tum ko apni daur mein sitaron ke is ko follow karna chahiye.</w:t>
      </w:r>
      <w:r>
        <w:br/>
      </w:r>
      <w:r>
        <w:rPr>
          <w:sz w:val="20"/>
        </w:rPr>
        <w:t>50:47  ke bana takraye hue</w:t>
      </w:r>
      <w:r>
        <w:br/>
      </w:r>
      <w:r>
        <w:rPr>
          <w:sz w:val="20"/>
        </w:rPr>
        <w:t>50:49  apna maqsad hasil karo. apnay apnay apnay target ke liye koshish karo lekan bana takraye hue. yani non-confrontational approach.</w:t>
      </w:r>
      <w:r>
        <w:br/>
      </w:r>
      <w:r>
        <w:rPr>
          <w:sz w:val="20"/>
        </w:rPr>
        <w:t>51:00  jo sitaron ki jo gardish hai woh non-confrontational approach ka demonstration hai.</w:t>
      </w:r>
      <w:r>
        <w:br/>
      </w:r>
      <w:r>
        <w:rPr>
          <w:sz w:val="20"/>
        </w:rPr>
        <w:t>51:10  is sense mein woh woh woh deen hai.</w:t>
      </w:r>
    </w:p>
    <w:p>
      <w:pPr>
        <w:pStyle w:val="Heading2"/>
      </w:pPr>
      <w:r>
        <w:t>Unrecognised minor forms of shirk and avoidance</w:t>
      </w:r>
    </w:p>
    <w:p>
      <w:r>
        <w:rPr>
          <w:color w:val="666666"/>
          <w:sz w:val="18"/>
        </w:rPr>
        <w:t>Faith &amp; God · Materialism and Intellectual Dwarfism 29th April 2012 · 3m 12s · at 1:05:53 · https://youtu.be/qHzARL_r3I4?t=3953</w:t>
      </w:r>
    </w:p>
    <w:p>
      <w:r>
        <w:rPr>
          <w:i/>
        </w:rPr>
        <w:t>“We all know the major types of shirk and avoid them, but is there a type of shirk that people do not understand and fall into unknowingly? Please tell us the minor types of shirk that a common person does not understand and how to avoid them.”</w:t>
      </w:r>
    </w:p>
    <w:p>
      <w:r>
        <w:rPr>
          <w:sz w:val="20"/>
        </w:rPr>
        <w:t>1:05:53  maulana agla sawal dilli se hai mister mazhar sahab ka unhon</w:t>
      </w:r>
      <w:r>
        <w:br/>
      </w:r>
      <w:r>
        <w:rPr>
          <w:sz w:val="20"/>
        </w:rPr>
        <w:t>1:05:56  ne likha hai maulana shirk ki bari qismein qismein to hum sabhi jante hain aur un se bach bhi jate hain lekin shirk ki kya koi aisi qism bhi hai jo hum log samajh nahi paate aur jaane anjaane mein shirk mein mubtala ho jate hain shirk ki woh choti qismein bataiye jo aam aadmi samajh nahi pata aur un se kaise bacha jaye</w:t>
      </w:r>
      <w:r>
        <w:br/>
      </w:r>
      <w:r>
        <w:rPr>
          <w:sz w:val="20"/>
        </w:rPr>
        <w:t>1:06:24  dekhiye ulma ne likha hai ke ek hai shirk khafi, ek hai shirk jali to shirk jali jaise ek but poojna hai woh shirk jali hai to aadmi foran samajh leta hai</w:t>
      </w:r>
      <w:r>
        <w:br/>
      </w:r>
      <w:r>
        <w:rPr>
          <w:sz w:val="20"/>
        </w:rPr>
        <w:t>1:06:38  shirk khafi yeh hai ke</w:t>
      </w:r>
      <w:r>
        <w:br/>
      </w:r>
      <w:r>
        <w:rPr>
          <w:sz w:val="20"/>
        </w:rPr>
        <w:t>1:06:41  ke woh is tarah dikhai na de jaise but dikha deta hai lekin amalan woh</w:t>
      </w:r>
      <w:r>
        <w:br/>
      </w:r>
      <w:r>
        <w:rPr>
          <w:sz w:val="20"/>
        </w:rPr>
        <w:t>1:06:48  isi ka hum maani ho kyunke asal cheez jo hai dekhiye aap ka</w:t>
      </w:r>
      <w:r>
        <w:br/>
      </w:r>
      <w:r>
        <w:rPr>
          <w:sz w:val="20"/>
        </w:rPr>
        <w:t>1:06:55  yani kisi cheez ko concern bana lena kisi se bohat zyada affection hona kisi se bohat zyada aap</w:t>
      </w:r>
      <w:r>
        <w:br/>
      </w:r>
      <w:r>
        <w:rPr>
          <w:sz w:val="20"/>
        </w:rPr>
        <w:t>1:07:03  ka attachment ho jaye to other than god is qism ka taluq</w:t>
      </w:r>
      <w:r>
        <w:br/>
      </w:r>
      <w:r>
        <w:rPr>
          <w:sz w:val="20"/>
        </w:rPr>
        <w:t>1:07:09  kisi ke liye bhi jaiz nahi hai</w:t>
      </w:r>
      <w:r>
        <w:br/>
      </w:r>
      <w:r>
        <w:rPr>
          <w:sz w:val="20"/>
        </w:rPr>
        <w:t>1:07:11  quran mein hai dekhiye afraiyat min tkhdh ilh hawa yani apni khwahish ko us ne ilah bana liya goya ke apni khwahish ke muamle mein aadmi mushrik ban sakta hai to kaise bas khwahish ke peeche daud raha hai jo khwahish chahti hai wohi kar raha hai to us ne goya khwahish hi ko apna concern bana liya</w:t>
      </w:r>
      <w:r>
        <w:br/>
      </w:r>
      <w:r>
        <w:rPr>
          <w:sz w:val="20"/>
        </w:rPr>
        <w:t>1:07:39  to yahan par aap dekhiye ke khwahish to koi but ki tarah ki cheez hai nahi koi dikhai dene wali cheez nahi lekin khwahish ke peeche chalne ko bhi allah taala ne farmaya ke yeh ilah banana hai is ko</w:t>
      </w:r>
      <w:r>
        <w:br/>
      </w:r>
      <w:r>
        <w:rPr>
          <w:sz w:val="20"/>
        </w:rPr>
        <w:t>1:07:54  to is ka hal sirf yeh hai ke aadmi hairaan sochta rahe kyunke ke quran mein hai ke illa al-lumam yani mus lumam ka matlab hai mus karna yani chho jana</w:t>
      </w:r>
      <w:r>
        <w:br/>
      </w:r>
      <w:r>
        <w:rPr>
          <w:sz w:val="20"/>
        </w:rPr>
        <w:t>1:08:08  to aadmi ghaltiyan karega lekin foran us ko toba karna chahiye</w:t>
      </w:r>
      <w:r>
        <w:br/>
      </w:r>
      <w:r>
        <w:rPr>
          <w:sz w:val="20"/>
        </w:rPr>
        <w:t>1:08:16  to asal jo ideal halat to hai woh yahi ke aadmi shirk khafi se bacha hua ho shirk jali se bacha hua ho lekin agar is se koi kotahi ho jati hai to foran is ke andar repentance aana chahiye aur maafi mangna chahiye to phir allah taala is ki toba qabool kar lega aur is ko dobara qabool farmaye ga</w:t>
      </w:r>
      <w:r>
        <w:br/>
      </w:r>
      <w:r>
        <w:rPr>
          <w:sz w:val="20"/>
        </w:rPr>
        <w:t>1:08:39  to shirk khafi ka matlab yeh hai ke woh cheez jo dekhne mein but jaisi na ho lekin apni کیفیت ke etbaar se us ke andar wohi jazbat hon ke ab woh kisi aur cheez ko aap ne bahut zyada apna concern bana rakha hai bahut zyada attachment hai us se aap ko hai us se aap ko star of affection ho gaya hai to yeh yeh sab yeh sab cheezein sirf allah ke liye hain kisi aur ke liye nahi hain</w:t>
      </w:r>
    </w:p>
    <w:p>
      <w:pPr>
        <w:pStyle w:val="Heading2"/>
      </w:pPr>
      <w:r>
        <w:t>Using Words for God: Creator, Allah, or God?</w:t>
      </w:r>
    </w:p>
    <w:p>
      <w:r>
        <w:rPr>
          <w:color w:val="666666"/>
          <w:sz w:val="18"/>
        </w:rPr>
        <w:t>Faith &amp; God · Realization of God May 5, 2019 · 3m 20s · at 30:56 · https://youtu.be/5X-vCFqiR4U?t=1856</w:t>
      </w:r>
    </w:p>
    <w:p>
      <w:r>
        <w:rPr>
          <w:i/>
        </w:rPr>
        <w:t>“I am a nineteen year old. My question is that some of my Muslim friends tell me not to use the word Creator and God, and use only Allah when I talk about God to others. What is your opinion in this? People become fanatic when it comes to use of word to describe God. What is the reason for such fanaticism? And can we use the word Creator or God or Khuda in our daily conversation?”</w:t>
      </w:r>
    </w:p>
    <w:p>
      <w:r>
        <w:rPr>
          <w:sz w:val="20"/>
        </w:rPr>
        <w:t>30:56  Maulana! ab sawal lena chahenge. ah, yeh sawal bheja hai Hyderabad se Muhammad Yusuf sahib ne.</w:t>
      </w:r>
      <w:r>
        <w:br/>
      </w:r>
      <w:r>
        <w:rPr>
          <w:sz w:val="20"/>
        </w:rPr>
        <w:t>31:06  unhon ne likha hai: "i am a nineteen year old. Maulana, my question is that some of my Muslim friends tell me not to use the word creator or God, and use only Allah when i talk about God to others." Maulana, what is your opinion on this?</w:t>
      </w:r>
      <w:r>
        <w:br/>
      </w:r>
      <w:r>
        <w:rPr>
          <w:sz w:val="20"/>
        </w:rPr>
        <w:t>31:28  people become fanatic when it comes to use of word to describe God. what is the reason for such fanaticism? and can we use the word creator or God or Khuda in our daily conversation?</w:t>
      </w:r>
      <w:r>
        <w:br/>
      </w:r>
      <w:r>
        <w:rPr>
          <w:sz w:val="20"/>
        </w:rPr>
        <w:t>31:44  dekhen, yeh ek ek jhoot hai jis ko unhon ne phailaya hai. main is se kam qadar nahi bolunga. yeh kehte hain ke Allah, Allah jo hai Rab ul Alameen ka, yeh is mein zaat hai.</w:t>
      </w:r>
      <w:r>
        <w:br/>
      </w:r>
      <w:r>
        <w:rPr>
          <w:sz w:val="20"/>
        </w:rPr>
        <w:t>32:00  yeh koi saboot nahi hai. is ka saboot nahi, koi is mein zaat hai. Allah is se bala hai ke hamara yeh bola hua koi lafz is ka is mein zaat ho.</w:t>
      </w:r>
      <w:r>
        <w:br/>
      </w:r>
      <w:r>
        <w:rPr>
          <w:sz w:val="20"/>
        </w:rPr>
        <w:t>32:13  yeh Allah ki tasgheer hai. Allah ko order stable karna hai. is ka koi saboot nahi hai ke Allah Rab ul Alameen ka is mein zaat hai.</w:t>
      </w:r>
      <w:r>
        <w:br/>
      </w:r>
      <w:r>
        <w:rPr>
          <w:sz w:val="20"/>
        </w:rPr>
        <w:t>32:22  koi saboot nahi hai. koi kisi ke paas saboot ho to mujhe bheje. saboot ke mani hain ke Quran se, Hadees se ya Paighambar se.</w:t>
      </w:r>
      <w:r>
        <w:br/>
      </w:r>
      <w:r>
        <w:rPr>
          <w:sz w:val="20"/>
        </w:rPr>
        <w:t>32:37  jitne dekhiye, main ek baat kehta hoon aap se: "wa ma arsalna bi rasoolin illa bi lisanin qawmihi." Quran mein hai ke: "wa ma arsalna bi rasoolin illa bi lisanin qawmihi." har rasool rasool apni qom ki zaban mein aaya.</w:t>
      </w:r>
      <w:r>
        <w:br/>
      </w:r>
      <w:r>
        <w:rPr>
          <w:sz w:val="20"/>
        </w:rPr>
        <w:t>32:58  to tareekhi tor par to har rasool ki zaban alag alag thi. Arabi zaban to thi nahi. saare to paighambar Arabi bolte hon.</w:t>
      </w:r>
      <w:r>
        <w:br/>
      </w:r>
      <w:r>
        <w:rPr>
          <w:sz w:val="20"/>
        </w:rPr>
        <w:t>33:10  is ka yeh to bilkul ek bilkul unfounded cheez hai. to yeh sab kuch logon ne aise phaila rakha hai. aur bilkul main is ko kahunga ke bilkul fast food mein jeete hain yeh log.</w:t>
      </w:r>
      <w:r>
        <w:br/>
      </w:r>
      <w:r>
        <w:rPr>
          <w:sz w:val="20"/>
        </w:rPr>
        <w:t>33:22  fast food mein fast pride mein jeete hain ke hamari zaban ka jo lafz hai, wahi is is mein zaat hai Allah ka. koi saboot batao pehle.</w:t>
      </w:r>
      <w:r>
        <w:br/>
      </w:r>
      <w:r>
        <w:rPr>
          <w:sz w:val="20"/>
        </w:rPr>
        <w:t>33:35  Maulana, agla comment bheja hai Dr. Naghma Siddiqui ne Delhi se. unhon ne likha hai: "i understood today that the right target of seeking is God, and the right path to follow is the road to paradise." thank you Maulana for showing us the right path.</w:t>
      </w:r>
      <w:r>
        <w:br/>
      </w:r>
      <w:r>
        <w:rPr>
          <w:sz w:val="20"/>
        </w:rPr>
        <w:t>33:52  Maulana Inayat Umri ne Bangalore se likha hai: "Maulana, aaj ke lecture se yeh samajh mein aaya ke shaoori marifat tak pohanchne ka rasta creation mein gor o fikr hai, magar log is ko khud Khuda ki zaat mein gor o fikr mein talash kar rahe the."</w:t>
      </w:r>
      <w:r>
        <w:br/>
      </w:r>
      <w:r>
        <w:rPr>
          <w:sz w:val="20"/>
        </w:rPr>
        <w:t>34:10  is liye woh shu'oori marfat se mehroom rahe.</w:t>
      </w:r>
    </w:p>
    <w:p>
      <w:pPr>
        <w:pStyle w:val="Heading2"/>
      </w:pPr>
      <w:r>
        <w:t>Victory of science over religion?</w:t>
      </w:r>
    </w:p>
    <w:p>
      <w:r>
        <w:rPr>
          <w:color w:val="666666"/>
          <w:sz w:val="18"/>
        </w:rPr>
        <w:t>Faith &amp; God · Quran for All Mankind June 3, 2012 · 2m 03s · at 1:20:05 · https://youtu.be/Gp-53Zjugcg?t=4805</w:t>
      </w:r>
    </w:p>
    <w:p>
      <w:r>
        <w:rPr>
          <w:i/>
        </w:rPr>
        <w:t>“Nowadays almost all religions say that their religion, their teachings are scientific. Is this not a victory of science over religion?”</w:t>
      </w:r>
    </w:p>
    <w:p>
      <w:r>
        <w:rPr>
          <w:sz w:val="20"/>
        </w:rPr>
        <w:t>1:20:05  maulana, agla sawal umra abad se hai, maulana iqbal umri sahib ka</w:t>
      </w:r>
      <w:r>
        <w:br/>
      </w:r>
      <w:r>
        <w:rPr>
          <w:sz w:val="20"/>
        </w:rPr>
        <w:t>1:20:09  . unhon ne likha hai ke "aaj kal taqreeban tamam mazhab wale yeh kehte hain ke un ka mazhab, un ki baat scientific hai.</w:t>
      </w:r>
      <w:r>
        <w:br/>
      </w:r>
      <w:r>
        <w:rPr>
          <w:sz w:val="20"/>
        </w:rPr>
        <w:t>1:20:19  kya yeh mazhab ke muqable mein science ki victory nahi hai?" yeh to ek chala hua lafz hai, log jante bhi nahi.</w:t>
      </w:r>
      <w:r>
        <w:br/>
      </w:r>
      <w:r>
        <w:rPr>
          <w:sz w:val="20"/>
        </w:rPr>
        <w:t>1:20:28  jo ek kehte hain, un se poochiye to main samajhta hoon ke woh jante bhi nahi ke science kya cheez hai. science jante bhi nahi ke un ka yeh jumla batata hai ke woh science nahi jante.</w:t>
      </w:r>
      <w:r>
        <w:br/>
      </w:r>
      <w:r>
        <w:rPr>
          <w:sz w:val="20"/>
        </w:rPr>
        <w:t>1:20:40  jo jo waqai scientist hoga, woh aise hi bol nahi bole ga, woh aise hi bol nahi bole ga. woh maulana, un ka ek aur sawal hai.</w:t>
      </w:r>
      <w:r>
        <w:br/>
      </w:r>
      <w:r>
        <w:rPr>
          <w:sz w:val="20"/>
        </w:rPr>
        <w:t>1:20:51  unhon ne aapse poocha hai ke "merciless hammering kis ko kehte hain aur is ka tareeqa kya hai?" merciless hammering ka matlab hai be rehamana muhasba.</w:t>
      </w:r>
      <w:r>
        <w:br/>
      </w:r>
      <w:r>
        <w:rPr>
          <w:sz w:val="20"/>
        </w:rPr>
        <w:t>1:21:05  be rehamana muhasba.</w:t>
      </w:r>
      <w:r>
        <w:br/>
      </w:r>
      <w:r>
        <w:rPr>
          <w:sz w:val="20"/>
        </w:rPr>
        <w:t>1:21:09  to be rehamana muhasba ka matlab yeh hai ke aadmi aam taur par kya hota hai? apna jis ko kehte hain angrezi mein "face saving".</w:t>
      </w:r>
      <w:r>
        <w:br/>
      </w:r>
      <w:r>
        <w:rPr>
          <w:sz w:val="20"/>
        </w:rPr>
        <w:t>1:21:20  face saving, face saving, is ka saya rehta hai. is ke upar apne ko bachaye rakhna, apne ko bacha kar ke, yani yeh bhi sabit ho jaye ke main haq par hoon aur ghalati maine ki hai jo woh chupi reh jaye.</w:t>
      </w:r>
      <w:r>
        <w:br/>
      </w:r>
      <w:r>
        <w:rPr>
          <w:sz w:val="20"/>
        </w:rPr>
        <w:t>1:21:39  to main samajhta hoon ke in sab cheezon jitni complex hain, is qism ke jo ehsasat hain, un se upar uth kar ke jab aadmi apna muhasba kare to woh hai be rehamana muhasba.</w:t>
      </w:r>
      <w:r>
        <w:br/>
      </w:r>
      <w:r>
        <w:rPr>
          <w:sz w:val="20"/>
        </w:rPr>
        <w:t>1:21:52  is ka idhar dhyan na ho kahin main ghalat sabit na ho jaon, kahin main ghalat sabit na ho jaon. yeh dhyan na ho, ghalat sabit ho ya sahi sabit ho, yeh is ka concern na ho.</w:t>
      </w:r>
      <w:r>
        <w:br/>
      </w:r>
      <w:r>
        <w:rPr>
          <w:sz w:val="20"/>
        </w:rPr>
        <w:t>1:22:04  jo baat hai, woh maloom ho jayega.</w:t>
      </w:r>
    </w:p>
    <w:p>
      <w:pPr>
        <w:pStyle w:val="Heading2"/>
      </w:pPr>
      <w:r>
        <w:t>Was any Prophet's prayer not accepted?</w:t>
      </w:r>
    </w:p>
    <w:p>
      <w:r>
        <w:rPr>
          <w:color w:val="666666"/>
          <w:sz w:val="18"/>
        </w:rPr>
        <w:t>Faith &amp; God · Q&amp;A 04 Mar 2012 Maulana Wahiduddin Khan · 3m 07s · at 21:29 · https://youtu.be/txRmutuvWQI?t=1289</w:t>
      </w:r>
    </w:p>
    <w:p>
      <w:r>
        <w:rPr>
          <w:i/>
        </w:rPr>
        <w:t>“The prayers of the Prophets are always accepted by God. Is there any case when Prophet Muhammad prayed for something but God did not accept it?”</w:t>
      </w:r>
    </w:p>
    <w:p>
      <w:r>
        <w:rPr>
          <w:sz w:val="20"/>
        </w:rPr>
        <w:t>21:29  maulana, agla sawal haiderabad se aaya hai misster zeeshan yusuf ka. unhon ne aap se poocha hai ke is dua "made by prophets" always accepted by Allah.</w:t>
      </w:r>
      <w:r>
        <w:br/>
      </w:r>
      <w:r>
        <w:rPr>
          <w:sz w:val="20"/>
        </w:rPr>
        <w:t>21:40  is there any case when prophet Muhammad asked something in dua, but Allah did not accept it?</w:t>
      </w:r>
      <w:r>
        <w:br/>
      </w:r>
      <w:r>
        <w:rPr>
          <w:sz w:val="20"/>
        </w:rPr>
        <w:t>21:48  haan, is ki maujood hai. ummat ke liye dua ki thi aap ne,</w:t>
      </w:r>
      <w:r>
        <w:br/>
      </w:r>
      <w:r>
        <w:rPr>
          <w:sz w:val="20"/>
        </w:rPr>
        <w:t>21:56  woh Allah taala ne qabool nahi ki. khud rasool Allah ne farmaya ke qabool nahi hui. kya cheez qabool nahi hui thi? sab bahmi ikhtilaf hain.</w:t>
      </w:r>
      <w:r>
        <w:br/>
      </w:r>
      <w:r>
        <w:rPr>
          <w:sz w:val="20"/>
        </w:rPr>
        <w:t>22:06  bahmi ikhtilaf. rasool Allah sal Allah alaihi wasallam ne dua ki Allah taala se ke meri ummat mein bahmi ikhtilaf na ho,</w:t>
      </w:r>
      <w:r>
        <w:br/>
      </w:r>
      <w:r>
        <w:rPr>
          <w:sz w:val="20"/>
        </w:rPr>
        <w:t>22:15  bahmi ikhtilaf na ho. lamba sajda kiya tha aap ne, to aap ne khud farmaya ke yeh qabool nahi hui.</w:t>
      </w:r>
      <w:r>
        <w:br/>
      </w:r>
      <w:r>
        <w:rPr>
          <w:sz w:val="20"/>
        </w:rPr>
        <w:t>22:26  to is ka maani hai ke jab musalman bahmi ikhtilaf kar ke apas mein, yani aik doosray ke negative ban jayen, nafratain karain aur buraiyan phailayen, jhootay ilzamat lagayen,</w:t>
      </w:r>
      <w:r>
        <w:br/>
      </w:r>
      <w:r>
        <w:rPr>
          <w:sz w:val="20"/>
        </w:rPr>
        <w:t>22:41  dekhen, bahmi ikhtilaf sadah baat nahi hai.</w:t>
      </w:r>
      <w:r>
        <w:br/>
      </w:r>
      <w:r>
        <w:rPr>
          <w:sz w:val="20"/>
        </w:rPr>
        <w:t>22:44  bahmi ikhtilaf ke do maani hain. aik yeh hai jis ko kehtay hain "dissent". dissent yani</w:t>
      </w:r>
      <w:r>
        <w:br/>
      </w:r>
      <w:r>
        <w:rPr>
          <w:sz w:val="20"/>
        </w:rPr>
        <w:t>22:54  ikhtilafi rai ka izhaar. decent is very good. decent mein koi kharabi nahi hai. d i double s e n t.</w:t>
      </w:r>
      <w:r>
        <w:br/>
      </w:r>
      <w:r>
        <w:rPr>
          <w:sz w:val="20"/>
        </w:rPr>
        <w:t>23:04  decent mein koi kharabi nahi hai. woh koi burai nahi hai. woh lekin yeh buri cheez hai ke aap kisi se aap ko ikhtilaf ho to aap us ke dushman ban jayen, us ko badnaam karen, jhoote ilzaam lagayen,</w:t>
      </w:r>
      <w:r>
        <w:br/>
      </w:r>
      <w:r>
        <w:rPr>
          <w:sz w:val="20"/>
        </w:rPr>
        <w:t>23:19  us ka character assassination karen. yeh sab yeh sab buri cheezain hain. to is se Allah Rasool Allah ne dua ki thi ke yeh meri qom is mein na mubtala ho, is burai mein.</w:t>
      </w:r>
      <w:r>
        <w:br/>
      </w:r>
      <w:r>
        <w:rPr>
          <w:sz w:val="20"/>
        </w:rPr>
        <w:t>23:28  to dua qabool nahi hui. kyunke agar yeh agar Allah taala is ummat ko is se, yani</w:t>
      </w:r>
      <w:r>
        <w:br/>
      </w:r>
      <w:r>
        <w:rPr>
          <w:sz w:val="20"/>
        </w:rPr>
        <w:t>23:36  is se woh kar de, mehfooz kar de, to un ka imtehan kis cheez mein hoga? un ka test kis cheez mein liya jayega? to test khatam ho jata tha.</w:t>
      </w:r>
      <w:r>
        <w:br/>
      </w:r>
      <w:r>
        <w:rPr>
          <w:sz w:val="20"/>
        </w:rPr>
        <w:t>23:45  is liye qabool nahi hui dua. to musalmanon ko bohat zyada darna chahiye is baat se</w:t>
      </w:r>
      <w:r>
        <w:br/>
      </w:r>
      <w:r>
        <w:rPr>
          <w:sz w:val="20"/>
        </w:rPr>
        <w:t>23:54  ke ikhtilaf kar ke jo aaj kal aam hai, aam jahan ikhtilaf hua, foran jhooti baaten phailane lage is ke baray mein.</w:t>
      </w:r>
      <w:r>
        <w:br/>
      </w:r>
      <w:r>
        <w:rPr>
          <w:sz w:val="20"/>
        </w:rPr>
        <w:t>24:03  jahan ikhtilaf hua, ilzaam tarashi, aib zani, yahan se shuru kar di. to yeh woh maqam hai jahan</w:t>
      </w:r>
      <w:r>
        <w:br/>
      </w:r>
      <w:r>
        <w:rPr>
          <w:sz w:val="20"/>
        </w:rPr>
        <w:t>24:11  aik Allah aur Rasool ka saath dene wale nahi hain. jo is mein mubtala hoga, to us ko Allah aur Rasool ka saath nahi milega. aap ko decent ka haq bilashuba hai, decent ka daleel ke saath.</w:t>
      </w:r>
      <w:r>
        <w:br/>
      </w:r>
      <w:r>
        <w:rPr>
          <w:sz w:val="20"/>
        </w:rPr>
        <w:t>24:23  lekin kisi ka character assassination, kisi ki aib zani, kisi ki ilzaam tarashi,</w:t>
      </w:r>
      <w:r>
        <w:br/>
      </w:r>
      <w:r>
        <w:rPr>
          <w:sz w:val="20"/>
        </w:rPr>
        <w:t>24:29  jhoota badnaam karna, yeh bilashuba haram se bhi zyada buri cheez hai. is mein koi shaq nahi hai.</w:t>
      </w:r>
    </w:p>
    <w:p>
      <w:pPr>
        <w:pStyle w:val="Heading2"/>
      </w:pPr>
      <w:r>
        <w:t>What do women get in Paradise?</w:t>
      </w:r>
    </w:p>
    <w:p>
      <w:r>
        <w:rPr>
          <w:color w:val="666666"/>
          <w:sz w:val="18"/>
        </w:rPr>
        <w:t>Faith &amp; God · The Concept of Divine Help June 16, 2013 · 3m 07s · at 1:08:31 · https://youtu.be/b0QaxGSnAOI?t=4111</w:t>
      </w:r>
    </w:p>
    <w:p>
      <w:r>
        <w:rPr>
          <w:i/>
        </w:rPr>
        <w:t>“It is said that in Paradise, men have hoor (maidens). What is there for women?”</w:t>
      </w:r>
    </w:p>
    <w:p>
      <w:r>
        <w:rPr>
          <w:sz w:val="20"/>
        </w:rPr>
        <w:t>1:08:31  molana, agla sawal rai chor se hai zaheeruddin sahib ka</w:t>
      </w:r>
      <w:r>
        <w:br/>
      </w:r>
      <w:r>
        <w:rPr>
          <w:sz w:val="20"/>
        </w:rPr>
        <w:t>1:08:35  ۔ unhon ne likha hai: "pichhle sunday jo topic tha, woh jannat par tha. molana sahib, mera sawal jannat ko le kar yeh hai ke yeh kaha jata hai ke jannat mein aadmi ke liye hoor hai,</w:t>
      </w:r>
      <w:r>
        <w:br/>
      </w:r>
      <w:r>
        <w:rPr>
          <w:sz w:val="20"/>
        </w:rPr>
        <w:t>1:08:48  to mera sawal yeh hai: aurat ke liye kya hai?" dekhen, yeh sawal ka jawab bar bar diya ja chuka hai. quran mein jo lafz istemal kiya gaya hai, dekhen, bohat hi ba-mani lafz hai.</w:t>
      </w:r>
      <w:r>
        <w:br/>
      </w:r>
      <w:r>
        <w:rPr>
          <w:sz w:val="20"/>
        </w:rPr>
        <w:t>1:09:04  azwaj ka lafz istemal kiya hai quran mein. azwaj kehte hain us spouse ko. azwaj mutahira behtareen azwaj honge.</w:t>
      </w:r>
      <w:r>
        <w:br/>
      </w:r>
      <w:r>
        <w:rPr>
          <w:sz w:val="20"/>
        </w:rPr>
        <w:t>1:09:13  yeh bohat hi ba-mani lafz quran mein hum dekhen ke jannat jannat mein logon ke liye behtareen azwaj honge, behtareen spouse honge. to spouse ka lafz jo hai, aurat ke liye bhi hai, mard ke liye bhi.</w:t>
      </w:r>
      <w:r>
        <w:br/>
      </w:r>
      <w:r>
        <w:rPr>
          <w:sz w:val="20"/>
        </w:rPr>
        <w:t>1:09:26  yeh yeh sawal jo hai, bilkul mere nazdeek irrelevant sawal hai, aur is liye sawal hai ke log azwaj ko le lete hain is mani mein, ghalat mani mein.</w:t>
      </w:r>
      <w:r>
        <w:br/>
      </w:r>
      <w:r>
        <w:rPr>
          <w:sz w:val="20"/>
        </w:rPr>
        <w:t>1:09:38  azwaj jo hai, spouse ke mani mein hai. spouse jo hai, dono ke liye bara aata hai. yani aurat ke liye bhi, mard ke liye bhi. yani yani mard ke liye behtareen aurat, aur aurat ke liye behtareen mard.</w:t>
      </w:r>
      <w:r>
        <w:br/>
      </w:r>
      <w:r>
        <w:rPr>
          <w:sz w:val="20"/>
        </w:rPr>
        <w:t>1:09:50  lahum fiha azwaj mutahira</w:t>
      </w:r>
      <w:r>
        <w:br/>
      </w:r>
      <w:r>
        <w:rPr>
          <w:sz w:val="20"/>
        </w:rPr>
        <w:t>1:09:53  ahl-e-jannat ke liye jannat mein azwaj mutahira honge. lahum fiha azwaj mutahira pakiza azwaj.</w:t>
      </w:r>
      <w:r>
        <w:br/>
      </w:r>
      <w:r>
        <w:rPr>
          <w:sz w:val="20"/>
        </w:rPr>
        <w:t>1:10:04  yani mard ke liye pakiza aurat, aurat ke liye pakiza mard. to dono ko bilkul yaksa darja diya gaya, bilkul yaksa. equal status, dono mein koi farq nahi hai.</w:t>
      </w:r>
      <w:r>
        <w:br/>
      </w:r>
      <w:r>
        <w:rPr>
          <w:sz w:val="20"/>
        </w:rPr>
        <w:t>1:10:17  molana, yeh comment hai jo abhi abhi aaya hai london se zulqarnain sahib ka</w:t>
      </w:r>
      <w:r>
        <w:br/>
      </w:r>
      <w:r>
        <w:rPr>
          <w:sz w:val="20"/>
        </w:rPr>
        <w:t>1:10:22  ۔ unhon ne likha hai: "molana sahib, may allah bless you and your cps team members with good health and happiness for speaking on topics which are so relevant to present day world in general and muslims in particular.</w:t>
      </w:r>
      <w:r>
        <w:br/>
      </w:r>
      <w:r>
        <w:rPr>
          <w:sz w:val="20"/>
        </w:rPr>
        <w:t>1:10:39  i thoroughly benefited from today's topic, particularly emphasis on being unilaterally well wisher for mudo." maaf kijiye.</w:t>
      </w:r>
    </w:p>
    <w:p>
      <w:pPr>
        <w:pStyle w:val="Heading2"/>
      </w:pPr>
      <w:r>
        <w:t>What is the Straight Path?</w:t>
      </w:r>
    </w:p>
    <w:p>
      <w:r>
        <w:rPr>
          <w:color w:val="666666"/>
          <w:sz w:val="18"/>
        </w:rPr>
        <w:t>Faith &amp; God · The Straight Path October 30, 2011 Maulana Wahiduddin Khan · 3m 52s · at 1:11:07 · https://youtu.be/PKFHe82Jz58?t=4267</w:t>
      </w:r>
    </w:p>
    <w:p>
      <w:r>
        <w:rPr>
          <w:i/>
        </w:rPr>
        <w:t>“What is the Straight Path (Sirat-e-Mustaqeem)? Explain about it.”</w:t>
      </w:r>
    </w:p>
    <w:p>
      <w:r>
        <w:rPr>
          <w:sz w:val="20"/>
        </w:rPr>
        <w:t>1:11:07  maulana, yeh sawal kiya hai qazi mahmood ahmed qasmi sahib ne jammu kashmir se. unhone likha hai ke sirat-e-mustaqeem kya hai, is ke baray mein batayen.</w:t>
      </w:r>
      <w:r>
        <w:br/>
      </w:r>
      <w:r>
        <w:rPr>
          <w:sz w:val="20"/>
        </w:rPr>
        <w:t>1:11:25  dekhein, ek hadith hai ke rasool Allah salallahu alaihi wasallam ne ek lakeer kheenchhi seedhi,</w:t>
      </w:r>
      <w:r>
        <w:br/>
      </w:r>
      <w:r>
        <w:rPr>
          <w:sz w:val="20"/>
        </w:rPr>
        <w:t>1:11:31  phir idhar udhar lakeerein kheenchhi. aap ne farmaya ke yeh hai sirat-e-mustaqeem. idhar udhar lakeerein jo hain, woh bhatkaao ke rastay hain.</w:t>
      </w:r>
      <w:r>
        <w:br/>
      </w:r>
      <w:r>
        <w:rPr>
          <w:sz w:val="20"/>
        </w:rPr>
        <w:t>1:11:44  is se maine samjha hai ke ek hai, dekhiye, god oriented. is mein lakeer mein ek yahan insan hai, idhar Khuda hai.</w:t>
      </w:r>
      <w:r>
        <w:br/>
      </w:r>
      <w:r>
        <w:rPr>
          <w:sz w:val="20"/>
        </w:rPr>
        <w:t>1:11:53  yeh seedhi lakeer jo hai, woh insan se Khuda tak jati hai aur idhar udhar jo hai, woh bhatakne ke rastay hain.</w:t>
      </w:r>
      <w:r>
        <w:br/>
      </w:r>
      <w:r>
        <w:rPr>
          <w:sz w:val="20"/>
        </w:rPr>
        <w:t>1:12:02  to god oriented soch, yani Khuda rukhi soch, Khuda rukhi andaaz-e-zindagi, woh hai sirat-e-mustaqeem.</w:t>
      </w:r>
      <w:r>
        <w:br/>
      </w:r>
      <w:r>
        <w:rPr>
          <w:sz w:val="20"/>
        </w:rPr>
        <w:t>1:12:13  aur idhar udhar ke jo bhatke hain ke shaitan baqayda hai, wahan aadmi skim karta hai aur idhar bhatak jata hai.</w:t>
      </w:r>
      <w:r>
        <w:br/>
      </w:r>
      <w:r>
        <w:rPr>
          <w:sz w:val="20"/>
        </w:rPr>
        <w:t>1:12:25  to yeh yeh hamesha hi soorat-e-haal hamesha baqi reh</w:t>
      </w:r>
      <w:r>
        <w:br/>
      </w:r>
      <w:r>
        <w:rPr>
          <w:sz w:val="20"/>
        </w:rPr>
        <w:t>1:12:29  egi. har mauqa par jab aap gear element ho, wahan sochna padega aap ko. yani jahan bhi aap bhatkein, sochna padega.</w:t>
      </w:r>
      <w:r>
        <w:br/>
      </w:r>
      <w:r>
        <w:rPr>
          <w:sz w:val="20"/>
        </w:rPr>
        <w:t>1:12:38  koi wahan aa kar ke awaaz nahi dega aap ko ke bhai tum bhatak rahe ho.</w:t>
      </w:r>
      <w:r>
        <w:br/>
      </w:r>
      <w:r>
        <w:rPr>
          <w:sz w:val="20"/>
        </w:rPr>
        <w:t>1:12:46  misal ke taur par maine abhi misaal jo din shuru mein di thi ke "la sirata illa bi fatithatil kitab" ke surah fatiha ke baghair namaz nahi.</w:t>
      </w:r>
      <w:r>
        <w:br/>
      </w:r>
      <w:r>
        <w:rPr>
          <w:sz w:val="20"/>
        </w:rPr>
        <w:t>1:12:56  is par bhi bhatkaao hua.</w:t>
      </w:r>
      <w:r>
        <w:br/>
      </w:r>
      <w:r>
        <w:rPr>
          <w:sz w:val="20"/>
        </w:rPr>
        <w:t>1:12:58  saare logon ne alfaaz par behas jaari kar di, yani alfaaz ko dohrana. maine dekhiye, yeh bhatkaao tha. haqeeqat ya spirit par koi behas hi nahi.</w:t>
      </w:r>
      <w:r>
        <w:br/>
      </w:r>
      <w:r>
        <w:rPr>
          <w:sz w:val="20"/>
        </w:rPr>
        <w:t>1:13:11  kisi ne yeh baat nahi nikali ke namaz jo hai, shaoor-e-fatiha ke saath padhna hai, warna namaz nahi hogi. saari behasein is par hain ke alfaaz-e-fatiha ke saath namaz padhna hai.</w:t>
      </w:r>
      <w:r>
        <w:br/>
      </w:r>
      <w:r>
        <w:rPr>
          <w:sz w:val="20"/>
        </w:rPr>
        <w:t>1:13:22  yeh yeh bhi inhiraaf tha. yeh</w:t>
      </w:r>
      <w:r>
        <w:br/>
      </w:r>
      <w:r>
        <w:rPr>
          <w:sz w:val="20"/>
        </w:rPr>
        <w:t>1:13:27  to deiray element har waqt hota rehta hai. abhi jo maine kaha, yeh jo teen ajdhey wali baat, woh bhi bhatkaao hai ke rasool Allah sal Allah alaihi wasallam ne teenon khatraat maujood thay,</w:t>
      </w:r>
      <w:r>
        <w:br/>
      </w:r>
      <w:r>
        <w:rPr>
          <w:sz w:val="20"/>
        </w:rPr>
        <w:t>1:13:41  lekin aap is par bhatke nahi ke in se ladein, in se ladein, in se ladein, balke dawat par aap jame rahe. woh tha sirat e mustaqeem.</w:t>
      </w:r>
      <w:r>
        <w:br/>
      </w:r>
      <w:r>
        <w:rPr>
          <w:sz w:val="20"/>
        </w:rPr>
        <w:t>1:13:51  agar aap bhatakte ke parhein to tansir ka muqabla karna hai, parhein istimaar se ladna hai, parhein istishraaq ko khatam karna hai, yeh to bhatkaao hota sirat e mustaqeem se.</w:t>
      </w:r>
      <w:r>
        <w:br/>
      </w:r>
      <w:r>
        <w:rPr>
          <w:sz w:val="20"/>
        </w:rPr>
        <w:t>1:14:03  aap dawat par jame rahe to ek hi sirat e mustaqeem hai, yaani Khuda rakhi, aur baqi jo teh hain, idhar udhar woh bhatkaao ke raaste hain.</w:t>
      </w:r>
      <w:r>
        <w:br/>
      </w:r>
      <w:r>
        <w:rPr>
          <w:sz w:val="20"/>
        </w:rPr>
        <w:t>1:14:17  yeh to har waqt aap soch sakte hain, ghaur kar ke ke kaun sa raasta Allah ki taraf ja raha hai, kaun sa raasta bhatkaao ki taraf ja raha hai.</w:t>
      </w:r>
      <w:r>
        <w:br/>
      </w:r>
      <w:r>
        <w:rPr>
          <w:sz w:val="20"/>
        </w:rPr>
        <w:t>1:14:28  isi wajah se yeh hai ke teenon maamle bhatkaao ke maamle hain. kuch log lad rahe hain tansir ke khilaaf, kuch lad rahe hain istimaar ke khilaaf, kuch lad rahe hain istishraaq ke khilaaf.</w:t>
      </w:r>
      <w:r>
        <w:br/>
      </w:r>
      <w:r>
        <w:rPr>
          <w:sz w:val="20"/>
        </w:rPr>
        <w:t>1:14:40  woh nahi karta. karti to Khuda rasool Allah ne kya</w:t>
      </w:r>
      <w:r>
        <w:br/>
      </w:r>
      <w:r>
        <w:rPr>
          <w:sz w:val="20"/>
        </w:rPr>
        <w:t>1:14:44  ke chodein in cheezon ko, hamein to dawat dena hai, Quran ki dawat. yeh koi kar nahi raha hai. to har maamle mein soch samajh kar ke aap jaan paayenge ke kahan aap ki zindagi deiryl ho rahi hai.</w:t>
      </w:r>
    </w:p>
    <w:p>
      <w:pPr>
        <w:pStyle w:val="Heading2"/>
      </w:pPr>
      <w:r>
        <w:t>What is the reality of magic?</w:t>
      </w:r>
    </w:p>
    <w:p>
      <w:r>
        <w:rPr>
          <w:color w:val="666666"/>
          <w:sz w:val="18"/>
        </w:rPr>
        <w:t>Faith &amp; God · On Atheism | May 22, 2016 · 2m 02s · at 59:58 · https://youtu.be/tzJmfYnSleo?t=3598</w:t>
      </w:r>
    </w:p>
    <w:p>
      <w:r>
        <w:rPr>
          <w:i/>
        </w:rPr>
        <w:t>“I want to know the reality of magic in Islam.”</w:t>
      </w:r>
    </w:p>
    <w:p>
      <w:r>
        <w:rPr>
          <w:sz w:val="20"/>
        </w:rPr>
        <w:t>59:58  molana agla sawal zaid noor sahib ne bheja hai.</w:t>
      </w:r>
      <w:r>
        <w:br/>
      </w:r>
      <w:r>
        <w:rPr>
          <w:sz w:val="20"/>
        </w:rPr>
        <w:t>1:00:03  unhon ne apni location nahi likhi hai.</w:t>
      </w:r>
      <w:r>
        <w:br/>
      </w:r>
      <w:r>
        <w:rPr>
          <w:sz w:val="20"/>
        </w:rPr>
        <w:t>1:00:08  ان کا سوال ہے مولانا I have to know, I want to know the reality of magic in Islam.</w:t>
      </w:r>
      <w:r>
        <w:br/>
      </w:r>
      <w:r>
        <w:rPr>
          <w:sz w:val="20"/>
        </w:rPr>
        <w:t>1:00:13  I have read in hadith that the Prophet of Islam was affected by it.</w:t>
      </w:r>
      <w:r>
        <w:br/>
      </w:r>
      <w:r>
        <w:rPr>
          <w:sz w:val="20"/>
        </w:rPr>
        <w:t>1:00:18  I cannot digest about this reality of magic.</w:t>
      </w:r>
      <w:r>
        <w:br/>
      </w:r>
      <w:r>
        <w:rPr>
          <w:sz w:val="20"/>
        </w:rPr>
        <w:t>1:00:22  also please tell me about nazar.</w:t>
      </w:r>
      <w:r>
        <w:br/>
      </w:r>
      <w:r>
        <w:rPr>
          <w:sz w:val="20"/>
        </w:rPr>
        <w:t>1:00:26  in hadith nazar is barhaq.</w:t>
      </w:r>
      <w:r>
        <w:br/>
      </w:r>
      <w:r>
        <w:rPr>
          <w:sz w:val="20"/>
        </w:rPr>
        <w:t>1:00:31  kindly comment on this.</w:t>
      </w:r>
      <w:r>
        <w:br/>
      </w:r>
      <w:r>
        <w:rPr>
          <w:sz w:val="20"/>
        </w:rPr>
        <w:t>1:00:35  haan ek hadith hai ke al-ain haq lekin hadith ka matlab yeh nahi ke sach much in ka</w:t>
      </w:r>
      <w:r>
        <w:br/>
      </w:r>
      <w:r>
        <w:rPr>
          <w:sz w:val="20"/>
        </w:rPr>
        <w:t>1:00:39  matlab yeh ho sakta hai ke log aisa mante hon.</w:t>
      </w:r>
      <w:r>
        <w:br/>
      </w:r>
      <w:r>
        <w:rPr>
          <w:sz w:val="20"/>
        </w:rPr>
        <w:t>1:00:44  is hadith ka matlab yeh</w:t>
      </w:r>
      <w:r>
        <w:br/>
      </w:r>
      <w:r>
        <w:rPr>
          <w:sz w:val="20"/>
        </w:rPr>
        <w:t>1:00:48  nahi ke waqeatan nazar lagti hai. kya matlab log aisa samajhte hain ke nazar lagti hai? to main al-ain haq ka matlab yeh leta hoon. koi ayat quran ki ayat nahi hai. yeh ek hadith hai. to is tarah ke confusion kai is mein hote hain. jaise ek misaal main deta hoon aap ko ke hazrat aisha se kaha gaya ke hazrat abu hurairah ek hadith bayan karte hain ke teen cheezon mein nahusat hai. t</w:t>
      </w:r>
      <w:r>
        <w:br/>
      </w:r>
      <w:r>
        <w:rPr>
          <w:sz w:val="20"/>
        </w:rPr>
        <w:t>1:01:18  een cheezon mein nahusat hai. to hazrat aisha ne is ko sun ke kaha hai kadhab abu hurairah. abu hurairah ne jhoot kaha. rasool allah ne kaha tha ke yahood ya kuch log aisa mante hain ke teen cheezon mein nahusat hai. islam mein aisa nahi hai. to woh cheez bhool gaye aisa hazrat abu hurairah. to al-ain haq jo hai main samajhta hoon ke yeh baat yeh nahi ke khuda ke qanoon ke mutabiq nazar lagti hai. balkeh is ka matlab yeh</w:t>
      </w:r>
      <w:r>
        <w:br/>
      </w:r>
      <w:r>
        <w:rPr>
          <w:sz w:val="20"/>
        </w:rPr>
        <w:t>1:01:48  hai ke log aisa mante hon.</w:t>
      </w:r>
      <w:r>
        <w:br/>
      </w:r>
      <w:r>
        <w:rPr>
          <w:sz w:val="20"/>
        </w:rPr>
        <w:t>1:01:54  mein to yahi samajhta hoon is ko.</w:t>
      </w:r>
    </w:p>
    <w:p>
      <w:pPr>
        <w:pStyle w:val="Heading2"/>
      </w:pPr>
      <w:r>
        <w:t>What is within human control amid God's dominion?</w:t>
      </w:r>
    </w:p>
    <w:p>
      <w:r>
        <w:rPr>
          <w:color w:val="666666"/>
          <w:sz w:val="18"/>
        </w:rPr>
        <w:t>Faith &amp; God · Revival of Muslims March 08, 2015 · 2m 06s · at 1:03:00 · https://youtu.be/8ShFcr8YozI?t=3780</w:t>
      </w:r>
    </w:p>
    <w:p>
      <w:r>
        <w:rPr>
          <w:i/>
        </w:rPr>
        <w:t>“In this world everything is in God's control—whether it is the blowing of the wind, the changing of day and night, or any other changes. But among all these, what is within human control? Please explain.”</w:t>
      </w:r>
    </w:p>
    <w:p>
      <w:r>
        <w:rPr>
          <w:sz w:val="20"/>
        </w:rPr>
        <w:t>1:03:00  Maulana, agla sawal Jodhpur, Rajasthan se kiya hai Muhammad Waqas Sahab ne aur unhon ne likha hai ke is duniya mein sab kuch Khuda ke ikhtiyar mein hai, chahe hawa ka chalna ho ya din aur raat ka badalna ya duniya mein aur bhi koi changes ka aana.</w:t>
      </w:r>
      <w:r>
        <w:br/>
      </w:r>
      <w:r>
        <w:rPr>
          <w:sz w:val="20"/>
        </w:rPr>
        <w:t>1:03:20  lekin in sab ke beech mein insaan ke ikhtiyar mein kya cheez hai, is ke baray mein batayen.</w:t>
      </w:r>
      <w:r>
        <w:br/>
      </w:r>
      <w:r>
        <w:rPr>
          <w:sz w:val="20"/>
        </w:rPr>
        <w:t>1:03:29  dekhen, ek hai natural laws. to natural laws to woh jo Khuda ne banaye hain, wahi rahen ge. is mein koi badlao nahin aa sakta.</w:t>
      </w:r>
      <w:r>
        <w:br/>
      </w:r>
      <w:r>
        <w:rPr>
          <w:sz w:val="20"/>
        </w:rPr>
        <w:t>1:03:40  insaan ke paas jo cheez hai, woh hai freedom of choice. bas yahi ek cheez insaan ke ikhtiyar mein hai.</w:t>
      </w:r>
      <w:r>
        <w:br/>
      </w:r>
      <w:r>
        <w:rPr>
          <w:sz w:val="20"/>
        </w:rPr>
        <w:t>1:03:50  aur sach poochhen to insaan ka jo test hai, woh isi mein hai.</w:t>
      </w:r>
      <w:r>
        <w:br/>
      </w:r>
      <w:r>
        <w:rPr>
          <w:sz w:val="20"/>
        </w:rPr>
        <w:t>1:03:56  ke is mein nahin ke woh jaise mein ne kaha ke mere aur suraj ke beech mein crowd aa gaya to mere bas mein yeh nahin ke crowd hata doon.</w:t>
      </w:r>
      <w:r>
        <w:br/>
      </w:r>
      <w:r>
        <w:rPr>
          <w:sz w:val="20"/>
        </w:rPr>
        <w:t>1:04:10  to mere bas mein jo hai, woh freedom of choice hai. aur isi par test hai. Allah taala ke haan jo push hogi, woh yeh ke tum ne sahi choice liya ya galat choice liya.</w:t>
      </w:r>
      <w:r>
        <w:br/>
      </w:r>
      <w:r>
        <w:rPr>
          <w:sz w:val="20"/>
        </w:rPr>
        <w:t>1:04:27  jaise mein ne misaal di aap ko ke dunya ko jab Allah ne madu ka darja diya tha to tum ne dushman ko bana diya. yeh galat choice liya aap ne.</w:t>
      </w:r>
      <w:r>
        <w:br/>
      </w:r>
      <w:r>
        <w:rPr>
          <w:sz w:val="20"/>
        </w:rPr>
        <w:t>1:04:38  yaani qaumi buniyad par shikayaten huin to qaumi buniyad par shikayaton ki wajah se tum us ko dushman samajh liya. qaumi mamlaat alag alag hote hain.</w:t>
      </w:r>
      <w:r>
        <w:br/>
      </w:r>
      <w:r>
        <w:rPr>
          <w:sz w:val="20"/>
        </w:rPr>
        <w:t>1:04:47  Allah ke nazdeek sab ke sab badu hain. to tum ko deen ki dawat pesh karo. lekin tum ne qaumi shikayaton ko buniyad banaya. is par rai qaim ki.</w:t>
      </w:r>
      <w:r>
        <w:br/>
      </w:r>
      <w:r>
        <w:rPr>
          <w:sz w:val="20"/>
        </w:rPr>
        <w:t>1:04:57  qaumi shikayaton ki buniyad par rai qaim ki. yeh tumhara galat choice tha.</w:t>
      </w:r>
    </w:p>
    <w:p>
      <w:pPr>
        <w:pStyle w:val="Heading2"/>
      </w:pPr>
      <w:r>
        <w:t>Where is God's mercy amid suffering?</w:t>
      </w:r>
    </w:p>
    <w:p>
      <w:r>
        <w:rPr>
          <w:color w:val="666666"/>
          <w:sz w:val="18"/>
        </w:rPr>
        <w:t>Faith &amp; God · Unseen God July 30, 2017 Maulana Wahiduddin Khan · 3m 10s · at 47:51 · https://youtu.be/MOkCdGFAVR4?t=2871</w:t>
      </w:r>
    </w:p>
    <w:p>
      <w:r>
        <w:rPr>
          <w:i/>
        </w:rPr>
        <w:t>“By seeing human casualties around the world, especially in Muslim countries, my heart throbs with pain and I question: where is God's mercy? If He exists, and besides Islam, for the third holiest place people are killed for the protection of this place, still God doesn't do anything. Such things make me unbelieving for a long time. What is your opinion to my question?”</w:t>
      </w:r>
    </w:p>
    <w:p>
      <w:r>
        <w:rPr>
          <w:sz w:val="20"/>
        </w:rPr>
        <w:t>47:51  molana ab sawal lena chahenge pehla sawal bheja hai naveed</w:t>
      </w:r>
      <w:r>
        <w:br/>
      </w:r>
      <w:r>
        <w:rPr>
          <w:sz w:val="20"/>
        </w:rPr>
        <w:t>47:56  muhammad sahib ne aligarh muslim university se unhone likha hai by seeing human casualties around the world especially in muslim countries my heart throbs with pain and i question that where is god's mercy if he exists</w:t>
      </w:r>
      <w:r>
        <w:br/>
      </w:r>
      <w:r>
        <w:rPr>
          <w:sz w:val="20"/>
        </w:rPr>
        <w:t>48:18  and besides islam for third holiest place people are killed for the protection of this place still god doesn't do anything such things make me unbelievable for a long time what is your opinion to my co</w:t>
      </w:r>
      <w:r>
        <w:br/>
      </w:r>
      <w:r>
        <w:rPr>
          <w:sz w:val="20"/>
        </w:rPr>
        <w:t>48:36  question</w:t>
      </w:r>
      <w:r>
        <w:br/>
      </w:r>
      <w:r>
        <w:rPr>
          <w:sz w:val="20"/>
        </w:rPr>
        <w:t>48:39  dekhiye aap is ko</w:t>
      </w:r>
      <w:r>
        <w:br/>
      </w:r>
      <w:r>
        <w:rPr>
          <w:sz w:val="20"/>
        </w:rPr>
        <w:t>48:43  ghalat reference mein dekh rahe hain</w:t>
      </w:r>
      <w:r>
        <w:br/>
      </w:r>
      <w:r>
        <w:rPr>
          <w:sz w:val="20"/>
        </w:rPr>
        <w:t>48:45  ghalat reference mein</w:t>
      </w:r>
      <w:r>
        <w:br/>
      </w:r>
      <w:r>
        <w:rPr>
          <w:sz w:val="20"/>
        </w:rPr>
        <w:t>48:49  aap agar farz kiye ke aap ali garh muslim university ko goshala ki taraf dekhen</w:t>
      </w:r>
      <w:r>
        <w:br/>
      </w:r>
      <w:r>
        <w:rPr>
          <w:sz w:val="20"/>
        </w:rPr>
        <w:t>48:55  to aap kuch nahi payenge kyunke goshala ke reference mein muslim university ko aap samajh nahi sakte</w:t>
      </w:r>
      <w:r>
        <w:br/>
      </w:r>
      <w:r>
        <w:rPr>
          <w:sz w:val="20"/>
        </w:rPr>
        <w:t>49:03  to yeh allah ki mercy ko reference mein aap jab dekh rahe hain</w:t>
      </w:r>
      <w:r>
        <w:br/>
      </w:r>
      <w:r>
        <w:rPr>
          <w:sz w:val="20"/>
        </w:rPr>
        <w:t>49:09  mercy to hairan ho rahe hain subah dhoop suraj nikli yeh mercy nahi hai hawayein chal rahi hain</w:t>
      </w:r>
      <w:r>
        <w:br/>
      </w:r>
      <w:r>
        <w:rPr>
          <w:sz w:val="20"/>
        </w:rPr>
        <w:t>49:14  mercy nahi hai oxygen supply ho rahi hai mercy nahi hai baqi yeh jo waqea hai to insan</w:t>
      </w:r>
      <w:r>
        <w:br/>
      </w:r>
      <w:r>
        <w:rPr>
          <w:sz w:val="20"/>
        </w:rPr>
        <w:t>49:20  ki freedom ka mamla hai</w:t>
      </w:r>
      <w:r>
        <w:br/>
      </w:r>
      <w:r>
        <w:rPr>
          <w:sz w:val="20"/>
        </w:rPr>
        <w:t>49:23  koi mercy to allah ki</w:t>
      </w:r>
      <w:r>
        <w:br/>
      </w:r>
      <w:r>
        <w:rPr>
          <w:sz w:val="20"/>
        </w:rPr>
        <w:t>49:24  subah sham baras rahi hai lekin allah ne insan ko freedom diya hai freedom of choice to kuch</w:t>
      </w:r>
      <w:r>
        <w:br/>
      </w:r>
      <w:r>
        <w:rPr>
          <w:sz w:val="20"/>
        </w:rPr>
        <w:t>49:32  insan is ko misuse karte hain is se misaal paida hote hain</w:t>
      </w:r>
      <w:r>
        <w:br/>
      </w:r>
      <w:r>
        <w:rPr>
          <w:sz w:val="20"/>
        </w:rPr>
        <w:t>49:38  to yeh yeh bhi allah ne jo kiya hai hum ko bohat bara credit dene ke liye ke</w:t>
      </w:r>
      <w:r>
        <w:br/>
      </w:r>
      <w:r>
        <w:rPr>
          <w:sz w:val="20"/>
        </w:rPr>
        <w:t>49:45  hum ne self imposed discipline par apne ko qaim kiya</w:t>
      </w:r>
      <w:r>
        <w:br/>
      </w:r>
      <w:r>
        <w:rPr>
          <w:sz w:val="20"/>
        </w:rPr>
        <w:t>49:52  yani hum hum ghussa ho sakte the maine ghussa nahi kiya hum nafrat kar sakte the main</w:t>
      </w:r>
      <w:r>
        <w:br/>
      </w:r>
      <w:r>
        <w:rPr>
          <w:sz w:val="20"/>
        </w:rPr>
        <w:t>49:58  ne nafrat nahi kiya hum ne bomb maar sakte the hum bomb nahi mara</w:t>
      </w:r>
      <w:r>
        <w:br/>
      </w:r>
      <w:r>
        <w:rPr>
          <w:sz w:val="20"/>
        </w:rPr>
        <w:t>50:03  to aise isi yani isi isi bari discovery ke liye</w:t>
      </w:r>
      <w:r>
        <w:br/>
      </w:r>
      <w:r>
        <w:rPr>
          <w:sz w:val="20"/>
        </w:rPr>
        <w:t>50:10  insan ko azadi di hai to bajaye is ke ke aap is ko khuda par dalen insano ko</w:t>
      </w:r>
      <w:r>
        <w:br/>
      </w:r>
      <w:r>
        <w:rPr>
          <w:sz w:val="20"/>
        </w:rPr>
        <w:t>50:17  batayiye aap dawat ka kaam kijiye</w:t>
      </w:r>
      <w:r>
        <w:br/>
      </w:r>
      <w:r>
        <w:rPr>
          <w:sz w:val="20"/>
        </w:rPr>
        <w:t>50:21  yani jis jis ko aap bata rahe hain khuda kahan mercy nahi hai nahi aap kahan dawat nahi</w:t>
      </w:r>
      <w:r>
        <w:br/>
      </w:r>
      <w:r>
        <w:rPr>
          <w:sz w:val="20"/>
        </w:rPr>
        <w:t>50:26  hai main kahun ke aap yeh keh rahe hain ke khuda kahan mercy nahi hai main kahun ke</w:t>
      </w:r>
      <w:r>
        <w:br/>
      </w:r>
      <w:r>
        <w:rPr>
          <w:sz w:val="20"/>
        </w:rPr>
        <w:t>50:32  aap ke andar khud dawat ka koi jazba nahi hai aap dawat dijiye logon ko bataiye logon ko</w:t>
      </w:r>
      <w:r>
        <w:br/>
      </w:r>
      <w:r>
        <w:rPr>
          <w:sz w:val="20"/>
        </w:rPr>
        <w:t>50:37  in awareness ko todiye logon ko bataiye ke tum apni freedom ko misuse kar rahe ho yeh</w:t>
      </w:r>
      <w:r>
        <w:br/>
      </w:r>
      <w:r>
        <w:rPr>
          <w:sz w:val="20"/>
        </w:rPr>
        <w:t>50:42  batayiye to aap ke andar leak kar rahi hai dawat ki spirit aur aap keh rahe hain ke</w:t>
      </w:r>
      <w:r>
        <w:br/>
      </w:r>
      <w:r>
        <w:rPr>
          <w:sz w:val="20"/>
        </w:rPr>
        <w:t>50:50  allah ke andar leek leek kar rahi hai mersi yeh aap ke galat</w:t>
      </w:r>
      <w:r>
        <w:br/>
      </w:r>
      <w:r>
        <w:rPr>
          <w:sz w:val="20"/>
        </w:rPr>
        <w:t>50:56  angle se dekhna ka nateeja hai</w:t>
      </w:r>
    </w:p>
    <w:p>
      <w:pPr>
        <w:pStyle w:val="Heading2"/>
      </w:pPr>
      <w:r>
        <w:t>Why Does God Allow Evil?</w:t>
      </w:r>
    </w:p>
    <w:p>
      <w:r>
        <w:rPr>
          <w:color w:val="666666"/>
          <w:sz w:val="18"/>
        </w:rPr>
        <w:t>Faith &amp; God · Doomsday is Coming November 24, 2013 · 2m 17s · at 45:26 · https://youtu.be/rixrzrrK-cE?t=2726</w:t>
      </w:r>
    </w:p>
    <w:p>
      <w:r>
        <w:rPr>
          <w:i/>
        </w:rPr>
        <w:t>“There is a belief among people that God plans everything. If this is true, then why is God Almighty allowing evil or bad deeds to happen? What is your comment on this?”</w:t>
      </w:r>
    </w:p>
    <w:p>
      <w:r>
        <w:rPr>
          <w:sz w:val="20"/>
        </w:rPr>
        <w:t>45:26  maulana, agla sawal chennai se hai,</w:t>
      </w:r>
      <w:r>
        <w:br/>
      </w:r>
      <w:r>
        <w:rPr>
          <w:sz w:val="20"/>
        </w:rPr>
        <w:t>45:29  ah mr mukesh ne kiya hai. Unhone likha hai: "Maulana, there is a belief among people that God plans everything.</w:t>
      </w:r>
      <w:r>
        <w:br/>
      </w:r>
      <w:r>
        <w:rPr>
          <w:sz w:val="20"/>
        </w:rPr>
        <w:t>45:39  If this is true, then my question is that why is God Almighty allowing evil or bad deeds to happen? What is your comment on this?" dekhen, God ke allow karne ki baat to nahi hai.</w:t>
      </w:r>
      <w:r>
        <w:br/>
      </w:r>
      <w:r>
        <w:rPr>
          <w:sz w:val="20"/>
        </w:rPr>
        <w:t>45:56  aap creation plan aap God ko samjhiye.</w:t>
      </w:r>
      <w:r>
        <w:br/>
      </w:r>
      <w:r>
        <w:rPr>
          <w:sz w:val="20"/>
        </w:rPr>
        <w:t>46:00  asal cheez yeh hai ke duniya ko aisa banaya gaya ke insaan azaad rahe, har qism ke uske opportunities hon, har qism ke haalaat hon.</w:t>
      </w:r>
      <w:r>
        <w:br/>
      </w:r>
      <w:r>
        <w:rPr>
          <w:sz w:val="20"/>
        </w:rPr>
        <w:t>46:10  is mein aadmi ko, aadmi ke kya choice leta hai, uska imtehaan hai.</w:t>
      </w:r>
      <w:r>
        <w:br/>
      </w:r>
      <w:r>
        <w:rPr>
          <w:sz w:val="20"/>
        </w:rPr>
        <w:t>46:17  jo saara jo duniya ka karobar hai, jo kuch bhi yahan par hai, nizaam, woh sab is liye hai ke aap ko mauqa diya gaya hai ke azaadana taur par aap sochein, azaadana taur par koi kisi cheez, kisi cheez ka choice lein.</w:t>
      </w:r>
      <w:r>
        <w:br/>
      </w:r>
      <w:r>
        <w:rPr>
          <w:sz w:val="20"/>
        </w:rPr>
        <w:t>46:35  to masla yeh hai ke ke aadmi kis cheez ka choice leta hai, usi par faisla hona hai uske jannat dozakh ka.</w:t>
      </w:r>
      <w:r>
        <w:br/>
      </w:r>
      <w:r>
        <w:rPr>
          <w:sz w:val="20"/>
        </w:rPr>
        <w:t>46:46  wahan par koi determinism nahi hai, aap choice lene mein azaad hain.</w:t>
      </w:r>
      <w:r>
        <w:br/>
      </w:r>
      <w:r>
        <w:rPr>
          <w:sz w:val="20"/>
        </w:rPr>
        <w:t>46:53  choice lene mein koi aap ke upar</w:t>
      </w:r>
      <w:r>
        <w:br/>
      </w:r>
      <w:r>
        <w:rPr>
          <w:sz w:val="20"/>
        </w:rPr>
        <w:t>46:59  compulsion nahi hai. Yeh to har aadmi ka zaati tajurba hai. Aap sochiye ke aap chahein to paani piyein, chahein to na piyein, chahein to bahar niklein, ghar se bahar na niklein.</w:t>
      </w:r>
      <w:r>
        <w:br/>
      </w:r>
      <w:r>
        <w:rPr>
          <w:sz w:val="20"/>
        </w:rPr>
        <w:t>47:15  har lamha aadmi ka tajurba hai ke choice mere ikhtiyaar mein hota hai. Yaani mera ikhtiyaar bhi yeh nahi hai ke suraj ko main nikaaloon, mera ikhtiyaar bhi yeh nahi hai ke main toofan ko rok doon, mera ikhtiyaar mein nahi hai ke zalzala na aaye.</w:t>
      </w:r>
      <w:r>
        <w:br/>
      </w:r>
      <w:r>
        <w:rPr>
          <w:sz w:val="20"/>
        </w:rPr>
        <w:t>47:28  yeh sab mere ikhtiyaar mein nahi hai, lekin yeh mere ikhtiyaar mein hai ke main kis cheez ka choice leta hoon. To woh wahi jo choice leta hai aadmi, usi par pakad hai uski ya usi par reward hai usko.</w:t>
      </w:r>
    </w:p>
    <w:p>
      <w:pPr>
        <w:pStyle w:val="Heading2"/>
      </w:pPr>
      <w:r>
        <w:t>Why Does God Cause Natural Calamities?</w:t>
      </w:r>
    </w:p>
    <w:p>
      <w:r>
        <w:rPr>
          <w:color w:val="666666"/>
          <w:sz w:val="18"/>
        </w:rPr>
        <w:t>Faith &amp; God · On Atheism | May 22, 2016 · 3m 07s · at 56:10 · https://youtu.be/tzJmfYnSleo?t=3370</w:t>
      </w:r>
    </w:p>
    <w:p>
      <w:r>
        <w:rPr>
          <w:i/>
        </w:rPr>
        <w:t>“Atheists say that free will is understandable, and the problems and misuse due to free will can be explained. But if God really existed, why does He cause natural calamities? Doesn't God know that this would be the case?”</w:t>
      </w:r>
    </w:p>
    <w:p>
      <w:r>
        <w:rPr>
          <w:sz w:val="20"/>
        </w:rPr>
        <w:t>56:10  sawal kanpur se bheja hai saleem sahib ne aur unho ne likha hai atheist people say that while</w:t>
      </w:r>
      <w:r>
        <w:br/>
      </w:r>
      <w:r>
        <w:rPr>
          <w:sz w:val="20"/>
        </w:rPr>
        <w:t>56:17  free will is understandable and the problems or misuse due to this free will can be explained.</w:t>
      </w:r>
      <w:r>
        <w:br/>
      </w:r>
      <w:r>
        <w:rPr>
          <w:sz w:val="20"/>
        </w:rPr>
        <w:t>56:25  but if god really existed then why does he causes natural calamities? doesnt god know that this would</w:t>
      </w:r>
      <w:r>
        <w:br/>
      </w:r>
      <w:r>
        <w:rPr>
          <w:sz w:val="20"/>
        </w:rPr>
        <w:t>56:33  kill so many people including the innocent children? maulana please give your comment on this.</w:t>
      </w:r>
      <w:r>
        <w:br/>
      </w:r>
      <w:r>
        <w:rPr>
          <w:sz w:val="20"/>
        </w:rPr>
        <w:t>56:40  mein is ko achi tarah se pakar nahi.</w:t>
      </w:r>
      <w:r>
        <w:br/>
      </w:r>
      <w:r>
        <w:rPr>
          <w:sz w:val="20"/>
        </w:rPr>
        <w:t>56:45  kya sawal hai un ka? maulana woh just just ka ek sawal.</w:t>
      </w:r>
      <w:r>
        <w:br/>
      </w:r>
      <w:r>
        <w:rPr>
          <w:sz w:val="20"/>
        </w:rPr>
        <w:t>56:51  just maulana jo samajh aa raha hai woh yeh ke if god really existed then why does he</w:t>
      </w:r>
      <w:r>
        <w:br/>
      </w:r>
      <w:r>
        <w:rPr>
          <w:sz w:val="20"/>
        </w:rPr>
        <w:t>56:56  kaiziz so much of natural calamities? kyunke is se boht logon ki mout ho jati hai including innocent bachay.</w:t>
      </w:r>
      <w:r>
        <w:br/>
      </w:r>
      <w:r>
        <w:rPr>
          <w:sz w:val="20"/>
        </w:rPr>
        <w:t>57:01  to why why? wahi dekhen ye inhone hamari literature padhani hai.</w:t>
      </w:r>
      <w:r>
        <w:br/>
      </w:r>
      <w:r>
        <w:rPr>
          <w:sz w:val="20"/>
        </w:rPr>
        <w:t>57:06  jis cheez ko natural calamity kehte hain wo calamity nahi hai.</w:t>
      </w:r>
      <w:r>
        <w:br/>
      </w:r>
      <w:r>
        <w:rPr>
          <w:sz w:val="20"/>
        </w:rPr>
        <w:t>57:11  wo to insan ki training course hai.</w:t>
      </w:r>
      <w:r>
        <w:br/>
      </w:r>
      <w:r>
        <w:rPr>
          <w:sz w:val="20"/>
        </w:rPr>
        <w:t>57:16  agar ye sab na ho to insan trained na ho.</w:t>
      </w:r>
      <w:r>
        <w:br/>
      </w:r>
      <w:r>
        <w:rPr>
          <w:sz w:val="20"/>
        </w:rPr>
        <w:t>57:20  insan trained na ho.</w:t>
      </w:r>
      <w:r>
        <w:br/>
      </w:r>
      <w:r>
        <w:rPr>
          <w:sz w:val="20"/>
        </w:rPr>
        <w:t>57:25  is pe hum ne likha hai.</w:t>
      </w:r>
      <w:r>
        <w:br/>
      </w:r>
      <w:r>
        <w:rPr>
          <w:sz w:val="20"/>
        </w:rPr>
        <w:t>57:30  is ko aap parhen hain.</w:t>
      </w:r>
      <w:r>
        <w:br/>
      </w:r>
      <w:r>
        <w:rPr>
          <w:sz w:val="20"/>
        </w:rPr>
        <w:t>57:34  ye dunya mein ka tajurba hai ke yani ke shock se sab zyada insan mein change ata hai.</w:t>
      </w:r>
      <w:r>
        <w:br/>
      </w:r>
      <w:r>
        <w:rPr>
          <w:sz w:val="20"/>
        </w:rPr>
        <w:t>57:39  agar shock na ho to sab insan enable ho jaye.</w:t>
      </w:r>
      <w:r>
        <w:br/>
      </w:r>
      <w:r>
        <w:rPr>
          <w:sz w:val="20"/>
        </w:rPr>
        <w:t>57:44  isi liye kaha jata hai blessing in disguise.</w:t>
      </w:r>
      <w:r>
        <w:br/>
      </w:r>
      <w:r>
        <w:rPr>
          <w:sz w:val="20"/>
        </w:rPr>
        <w:t>57:49  blessing in disguise.</w:t>
      </w:r>
      <w:r>
        <w:br/>
      </w:r>
      <w:r>
        <w:rPr>
          <w:sz w:val="20"/>
        </w:rPr>
        <w:t>57:54  to agar aap yani Allah taala insan ko chahte hain ke is ka spiritual development ho, intellectual development</w:t>
      </w:r>
      <w:r>
        <w:br/>
      </w:r>
      <w:r>
        <w:rPr>
          <w:sz w:val="20"/>
        </w:rPr>
        <w:t>57:59  ho, personality development ho, wo kaise hoga? agar shock na ho, agar problem na ho, agar difficulties na</w:t>
      </w:r>
      <w:r>
        <w:br/>
      </w:r>
      <w:r>
        <w:rPr>
          <w:sz w:val="20"/>
        </w:rPr>
        <w:t>58:04  hon to sare insan enable ho jayenge.</w:t>
      </w:r>
      <w:r>
        <w:br/>
      </w:r>
      <w:r>
        <w:rPr>
          <w:sz w:val="20"/>
        </w:rPr>
        <w:t>58:09  kisi ne boht sahi kaha hai ke is that</w:t>
      </w:r>
      <w:r>
        <w:br/>
      </w:r>
      <w:r>
        <w:rPr>
          <w:sz w:val="20"/>
        </w:rPr>
        <w:t>58:14  to phir kyun kai ayaton mein yeh aaya hai ke ke khuda ghussa ho gaya ya khuda surprised hai? kyunke khuda sab janta hai to phir why god is being mentioned as surprised or angry? is ka door ya qareeb se kya taluq hai? kya matlab hai? Maulana woh yeh janna cha rahe hain ke Quran mein jo ayat hai ke khuda jugular vein se bhi close hai to is lehaz se khuda har action har thought ko janta hai.</w:t>
      </w:r>
      <w:r>
        <w:br/>
      </w:r>
      <w:r>
        <w:rPr>
          <w:sz w:val="20"/>
        </w:rPr>
        <w:t>58:44  thi.</w:t>
      </w:r>
      <w:r>
        <w:br/>
      </w:r>
      <w:r>
        <w:rPr>
          <w:sz w:val="20"/>
        </w:rPr>
        <w:t>58:49  aur wo India mein itna bara darja mila un ko.</w:t>
      </w:r>
      <w:r>
        <w:br/>
      </w:r>
      <w:r>
        <w:rPr>
          <w:sz w:val="20"/>
        </w:rPr>
        <w:t>58:53  constitution of India ke me'maar ban gaye.</w:t>
      </w:r>
      <w:r>
        <w:br/>
      </w:r>
      <w:r>
        <w:rPr>
          <w:sz w:val="20"/>
        </w:rPr>
        <w:t>58:58  Dr. Abdul Kalam bilkul poor family paida hui.</w:t>
      </w:r>
      <w:r>
        <w:br/>
      </w:r>
      <w:r>
        <w:rPr>
          <w:sz w:val="20"/>
        </w:rPr>
        <w:t>59:03  to dekhiye ye insan ka jo nature hai wo difficulties mein ubharta hai.</w:t>
      </w:r>
      <w:r>
        <w:br/>
      </w:r>
      <w:r>
        <w:rPr>
          <w:sz w:val="20"/>
        </w:rPr>
        <w:t>59:08  difficulties na ho to ubhrega bhi nahi.</w:t>
      </w:r>
      <w:r>
        <w:br/>
      </w:r>
      <w:r>
        <w:rPr>
          <w:sz w:val="20"/>
        </w:rPr>
        <w:t>59:13  boht hi sahi hai qaul hai ke is not is but effort not facility but difficulty that makes man.</w:t>
      </w:r>
    </w:p>
    <w:p>
      <w:pPr>
        <w:pStyle w:val="Heading2"/>
      </w:pPr>
      <w:r>
        <w:t>Why God preserved Quran but not other scriptures?</w:t>
      </w:r>
    </w:p>
    <w:p>
      <w:r>
        <w:rPr>
          <w:color w:val="666666"/>
          <w:sz w:val="18"/>
        </w:rPr>
        <w:t>Faith &amp; God · Preservation of The Quran 10 Oct 2021 - Prof. Farida Khanam · 3m 37s · at 32:42 · https://youtu.be/JCdmm6oays8?t=1962</w:t>
      </w:r>
    </w:p>
    <w:p>
      <w:r>
        <w:rPr>
          <w:i/>
        </w:rPr>
        <w:t>“Why did God take responsibility for the preservation of the Quran while other books of revelation were left to be preserved by its followers? What is the reason behind it?”</w:t>
      </w:r>
    </w:p>
    <w:p>
      <w:r>
        <w:rPr>
          <w:sz w:val="20"/>
        </w:rPr>
        <w:t>32:42  irfan khan sahib ne hyderabad se likha hai: "very valuable information." jazak Allah! apa, kuch sawal lena chahunga.</w:t>
      </w:r>
      <w:r>
        <w:br/>
      </w:r>
      <w:r>
        <w:rPr>
          <w:sz w:val="20"/>
        </w:rPr>
        <w:t>32:51  yeh sawal merit se aaya hai, miss zeba ne kiya hai aur unhon ne poocha hai: "why did god take responsibility for the preservation of the quran while other books of revelations were left to be preserved by its followers?</w:t>
      </w:r>
      <w:r>
        <w:br/>
      </w:r>
      <w:r>
        <w:rPr>
          <w:sz w:val="20"/>
        </w:rPr>
        <w:t>33:09  what is the reason behind it?" asal mein Allah taala chahte hain aik to test ka parda baqi rahe, doosre yeh ke insaan ko is ka reward milay.</w:t>
      </w:r>
      <w:r>
        <w:br/>
      </w:r>
      <w:r>
        <w:rPr>
          <w:sz w:val="20"/>
        </w:rPr>
        <w:t>33:25  jab insaan is ki hifazat karta to us ko is ka reward bohat bara reward milta. to Allah taala chahte hain ke insaan ko har mauqa diya jaye us ko aik rewardable act banane ke liye.</w:t>
      </w:r>
      <w:r>
        <w:br/>
      </w:r>
      <w:r>
        <w:rPr>
          <w:sz w:val="20"/>
        </w:rPr>
        <w:t>33:39  to Allah ne poori koshish ki, hazaron peghamabar bheje, lekin lekin insaan jo hai woh preserve nahi kar saka.</w:t>
      </w:r>
      <w:r>
        <w:br/>
      </w:r>
      <w:r>
        <w:rPr>
          <w:sz w:val="20"/>
        </w:rPr>
        <w:t>33:51  to phir Allah ne socha ke aik aakhri peghamabar bhej diya jaye, kyunke dekhein jab peghamabar aata tha aur peghamabar ki baat log nahi mante the, us ko humiliate karte the, us ko reject karte the, us ko phansi pe charhate the, to Allah taala ka ghazab bhadakta tha aur azab aata tha.</w:t>
      </w:r>
      <w:r>
        <w:br/>
      </w:r>
      <w:r>
        <w:rPr>
          <w:sz w:val="20"/>
        </w:rPr>
        <w:t>34:12  is ki wajah se kya hota tha ke jo civilization banni thi yahan par, woh musalsal is ka khatma ho jata. aik qaum hoti hai, mehnat karti hai, so baras ke baad kuch taraqqi aur development ke kaam hote hain, phir azab aata tha, khatam ho jata tha.</w:t>
      </w:r>
      <w:r>
        <w:br/>
      </w:r>
      <w:r>
        <w:rPr>
          <w:sz w:val="20"/>
        </w:rPr>
        <w:t>34:29  to Allah taala ne chaha ke aik aik civilization bane, kyunke tamam jo cheezein Allah ne is dunya mein rakhi hain, is ki discoveries karne se, us ko istemal karne se hum ko khuda ki marifat hoti hai.</w:t>
      </w:r>
      <w:r>
        <w:br/>
      </w:r>
      <w:r>
        <w:rPr>
          <w:sz w:val="20"/>
        </w:rPr>
        <w:t>34:43  to marifat ka mauqa hi nahi mil raha tha, kyunke kuch kaam ho hi nahi raha tha. to Allah taala ne yeh plan banaya ke aik aakhri peghamabar bhej diya jaye aur us ki kitab mehfooz kar diya jaye taake yeh jo tha azab aane wala silsila khatam ho jaye.</w:t>
      </w:r>
      <w:r>
        <w:br/>
      </w:r>
      <w:r>
        <w:rPr>
          <w:sz w:val="20"/>
        </w:rPr>
        <w:t>35:00  is ke baad se dekhein, koi aisa azab nahi aaya jis se tamam log destroy ho jayein, poori civilization destroy ho jaye, jaise hazrat nooh ke zamane mein hua.</w:t>
      </w:r>
      <w:r>
        <w:br/>
      </w:r>
      <w:r>
        <w:rPr>
          <w:sz w:val="20"/>
        </w:rPr>
        <w:t>35:11  flood se poori dunya jo abad dunya thi, woh destroy ho gayi. to yeh Allah taala ki rehmat thi. Allah ne dekha ke jab insaan yeh kaam nahi kar sake ga to Allah taala ne hifazat apne zimme le li aur is ke baad insaan ko mauqa mil gaya.</w:t>
      </w:r>
      <w:r>
        <w:br/>
      </w:r>
      <w:r>
        <w:rPr>
          <w:sz w:val="20"/>
        </w:rPr>
        <w:t>35:27  bohat bar insaan aur is par khuda ke rastay par nahi chalta hai, ab woh matan mein kuch nahi kar saka to tafsir mein karne laga, lekin phir bhi Allah taala ne mehlat di hui hai.</w:t>
      </w:r>
      <w:r>
        <w:br/>
      </w:r>
      <w:r>
        <w:rPr>
          <w:sz w:val="20"/>
        </w:rPr>
        <w:t>35:39  ab aakhri bar Allah taala qayamat hi mein pakrein ge insaan ko. dunya mein us ko mehlat mili hui hai ke woh khuda ki kitab par chalta hai ya nahi chalta hai.</w:t>
      </w:r>
      <w:r>
        <w:br/>
      </w:r>
      <w:r>
        <w:rPr>
          <w:sz w:val="20"/>
        </w:rPr>
        <w:t>35:49  woh aik us ko ijazat mili hui hai. to isi liye Allah taala ne is ki hifazat apne zimme le li.</w:t>
      </w:r>
      <w:r>
        <w:br/>
      </w:r>
      <w:r>
        <w:rPr>
          <w:sz w:val="20"/>
        </w:rPr>
        <w:t>36:03  mis sufia akhtar ne comment bheja hai. unhon ne location hi likhi hai. un ka comment hai: "quran ki hifazat ka pura safar sunne ke baad allah ki azmat ka shadeed ehsas hua." jazak allah khair, apa</w:t>
      </w:r>
    </w:p>
    <w:p>
      <w:pPr>
        <w:pStyle w:val="Heading2"/>
      </w:pPr>
      <w:r>
        <w:t>Why God sends creation to hellfire</w:t>
      </w:r>
    </w:p>
    <w:p>
      <w:r>
        <w:rPr>
          <w:color w:val="666666"/>
          <w:sz w:val="18"/>
        </w:rPr>
        <w:t>Faith &amp; God · How God Manages Human History December 23, 2018 · 2m 24s · at 1:06:50 · https://youtu.be/j_yxigrCl5U?t=4010</w:t>
      </w:r>
    </w:p>
    <w:p>
      <w:r>
        <w:rPr>
          <w:i/>
        </w:rPr>
        <w:t>“If God loves us, why would He put His own creation to hellfire in the hereafter? Please tell us how to address such a question rationally.”</w:t>
      </w:r>
    </w:p>
    <w:p>
      <w:r>
        <w:rPr>
          <w:sz w:val="20"/>
        </w:rPr>
        <w:t>1:06:50  ji maulana, agla sawal Zubair Iqbal sahab ne likha hai Ahmedabad se. Unhone likha hai ke: "Maulana, lot of my atheist friends ask me that if God loves us, then why He would put His own creation to hellfire in the hereafter?</w:t>
      </w:r>
      <w:r>
        <w:br/>
      </w:r>
      <w:r>
        <w:rPr>
          <w:sz w:val="20"/>
        </w:rPr>
        <w:t>1:07:09  please tell us how to address such a question rationally."</w:t>
      </w:r>
      <w:r>
        <w:br/>
      </w:r>
      <w:r>
        <w:rPr>
          <w:sz w:val="20"/>
        </w:rPr>
        <w:t>1:07:16  dekhiye, jo akhirat ka jo anjam hai, chahe jannat ho ya dozakh ho, woh apne aamal hi ko bhukta hai ek aadmi.</w:t>
      </w:r>
      <w:r>
        <w:br/>
      </w:r>
      <w:r>
        <w:rPr>
          <w:sz w:val="20"/>
        </w:rPr>
        <w:t>1:07:28  ya aap samajh lijiye, is ki baat ko. jahannam bhi apne aamal ko bhugtana hai aur jannat bhi apne aamal ko pana hai.</w:t>
      </w:r>
      <w:r>
        <w:br/>
      </w:r>
      <w:r>
        <w:rPr>
          <w:sz w:val="20"/>
        </w:rPr>
        <w:t>1:07:40  donon apne aamal ka aamal hain, donon ke donon.</w:t>
      </w:r>
      <w:r>
        <w:br/>
      </w:r>
      <w:r>
        <w:rPr>
          <w:sz w:val="20"/>
        </w:rPr>
        <w:t>1:07:48  is par to hum ne likha hai, aap agar aap padh lein, hamari jo kitab hai, woh narah jahannam aur bagh jannat, do kitab choti choti hain, woh narah jahannam aur bagh jannat.</w:t>
      </w:r>
      <w:r>
        <w:br/>
      </w:r>
      <w:r>
        <w:rPr>
          <w:sz w:val="20"/>
        </w:rPr>
        <w:t>1:08:08  maulana, jo hadith mein hai, woh hadith bataiye un logon ko. inma aamalukum turdu ilaykum, is ka hawala bataiye.</w:t>
      </w:r>
      <w:r>
        <w:br/>
      </w:r>
      <w:r>
        <w:rPr>
          <w:sz w:val="20"/>
        </w:rPr>
        <w:t>1:08:19  inma aamalukum turdu ilaykum, ya ibadi, inma aamalukum turdu ilaykum.</w:t>
      </w:r>
      <w:r>
        <w:br/>
      </w:r>
      <w:r>
        <w:rPr>
          <w:sz w:val="20"/>
        </w:rPr>
        <w:t>1:08:34  hilyat ul awliya, safha number 144, jild number panch. aye bande, yeh tumhare aamal hain jo tumhari taraf lotaye jayenge.</w:t>
      </w:r>
      <w:r>
        <w:br/>
      </w:r>
      <w:r>
        <w:rPr>
          <w:sz w:val="20"/>
        </w:rPr>
        <w:t>1:08:45  to jo is mein khair ko paya hai, to is par woh meri hamd kare aur jo is ke ilawa paya hai, to woh apne aap ko malamat kare.</w:t>
      </w:r>
      <w:r>
        <w:br/>
      </w:r>
      <w:r>
        <w:rPr>
          <w:sz w:val="20"/>
        </w:rPr>
        <w:t>1:08:57  yani jannat bhi aap hi ka amal hoga aur jahannam bhi insan ka amal hoga. yeh hadith se sabit hota hai.</w:t>
      </w:r>
    </w:p>
    <w:p>
      <w:pPr>
        <w:pStyle w:val="Heading2"/>
      </w:pPr>
      <w:r>
        <w:t>Why Humans Sin Despite Knowing God</w:t>
      </w:r>
    </w:p>
    <w:p>
      <w:r>
        <w:rPr>
          <w:color w:val="666666"/>
          <w:sz w:val="18"/>
        </w:rPr>
        <w:t>Faith &amp; God · Nation Building On India's Republic Day Jan 26, 2020 Maulana Wahiduddin Khan · 2m 45s · at 35:03 · https://youtu.be/58CVocbLAb8?t=2103</w:t>
      </w:r>
    </w:p>
    <w:p>
      <w:r>
        <w:rPr>
          <w:i/>
        </w:rPr>
        <w:t>“Maulana, why does man commit sin? We know about the afterlife and God, but still we commit sin. Why does this happen?”</w:t>
      </w:r>
    </w:p>
    <w:p>
      <w:r>
        <w:rPr>
          <w:sz w:val="20"/>
        </w:rPr>
        <w:t>35:03  maulana agla sawal asad parvez sahab ne kiya hai san francisco se. unho ne aap se poocha hai ke maulana insan gunah kyun karta hai?</w:t>
      </w:r>
      <w:r>
        <w:br/>
      </w:r>
      <w:r>
        <w:rPr>
          <w:sz w:val="20"/>
        </w:rPr>
        <w:t>35:15  humain akhirat aur khuda ka pata hai lekin phir bhi hum gunah karte hain. aisa kyun hota hai? dekhen gunah ko aap na trump dijiye.</w:t>
      </w:r>
      <w:r>
        <w:br/>
      </w:r>
      <w:r>
        <w:rPr>
          <w:sz w:val="20"/>
        </w:rPr>
        <w:t>35:31  allah taala ne, dekhen main aap ko ek qissa batata hoon. ek martaba main gaya ek zoo mein, zoo mein.</w:t>
      </w:r>
      <w:r>
        <w:br/>
      </w:r>
      <w:r>
        <w:rPr>
          <w:sz w:val="20"/>
        </w:rPr>
        <w:t>35:46  to wahan ka jo director tha woh mujh ko janta tha. to main jab zoo mein dekhne ke liye nikla to mere sath ho gaya woh.</w:t>
      </w:r>
      <w:r>
        <w:br/>
      </w:r>
      <w:r>
        <w:rPr>
          <w:sz w:val="20"/>
        </w:rPr>
        <w:t>35:59  to hum log ek jagah pahunche jahan ek enclosure tha, enclosure, gehra, gehra. to us mein hiran thay, deer, d e e r,</w:t>
      </w:r>
      <w:r>
        <w:br/>
      </w:r>
      <w:r>
        <w:rPr>
          <w:sz w:val="20"/>
        </w:rPr>
        <w:t>36:14  hiran.</w:t>
      </w:r>
      <w:r>
        <w:br/>
      </w:r>
      <w:r>
        <w:rPr>
          <w:sz w:val="20"/>
        </w:rPr>
        <w:t>36:18  to us ne kaha ke dekhen yeh jo hiran hain,</w:t>
      </w:r>
      <w:r>
        <w:br/>
      </w:r>
      <w:r>
        <w:rPr>
          <w:sz w:val="20"/>
        </w:rPr>
        <w:t>36:23  in ka in ke liye ek enclosure banaya gaya hai in ke rehne ke liye. kyunke kabhi kabhi hum is mein bhediya dalte hain na, bhediya,</w:t>
      </w:r>
      <w:r>
        <w:br/>
      </w:r>
      <w:r>
        <w:rPr>
          <w:sz w:val="20"/>
        </w:rPr>
        <w:t>36:38  wolf. to us ne kaha is liye ke hiran jo hain, deer, agar aise rehte hain to apni fertility khatam ho jati hai in ki.</w:t>
      </w:r>
      <w:r>
        <w:br/>
      </w:r>
      <w:r>
        <w:rPr>
          <w:sz w:val="20"/>
        </w:rPr>
        <w:t>36:52  zar khezai khatam ho jati hai. woh fertile nahi rehte. to hum use dalte hain, bhediya, taake woh dauren, khauf mein aa jayen, dauren, dauren.</w:t>
      </w:r>
      <w:r>
        <w:br/>
      </w:r>
      <w:r>
        <w:rPr>
          <w:sz w:val="20"/>
        </w:rPr>
        <w:t>37:08  to yeh hai sab se bari taraqqi ka raaz jo hai activity hai.</w:t>
      </w:r>
      <w:r>
        <w:br/>
      </w:r>
      <w:r>
        <w:rPr>
          <w:sz w:val="20"/>
        </w:rPr>
        <w:t>37:17  to quran mein yeh mujhe mila ke peaceful struggle yeh mere nature, nature ne is ko pakra is baat ko.</w:t>
      </w:r>
      <w:r>
        <w:br/>
      </w:r>
      <w:r>
        <w:rPr>
          <w:sz w:val="20"/>
        </w:rPr>
        <w:t>37:32  to har cheez mein main positive aspect dhoondta hoon. har cheez mein main positive aspect, inshallah.</w:t>
      </w:r>
    </w:p>
    <w:p>
      <w:pPr>
        <w:pStyle w:val="Heading2"/>
      </w:pPr>
      <w:r>
        <w:t>Why Intelligent and Wealthy Avoid Islam</w:t>
      </w:r>
    </w:p>
    <w:p>
      <w:r>
        <w:rPr>
          <w:color w:val="666666"/>
          <w:sz w:val="18"/>
        </w:rPr>
        <w:t>Faith &amp; God · Q&amp;A 04 Mar 2012 Maulana Wahiduddin Khan · 3m 09s · at 24:37 · https://youtu.be/txRmutuvWQI?t=1477</w:t>
      </w:r>
    </w:p>
    <w:p>
      <w:r>
        <w:rPr>
          <w:i/>
        </w:rPr>
        <w:t>“Why do the intelligent class, the wealthy, and the famous not turn to Islam? Does Islam not appear to them at their intellectual level, or are they unaware of God's creation plan?”</w:t>
      </w:r>
    </w:p>
    <w:p>
      <w:r>
        <w:rPr>
          <w:sz w:val="20"/>
        </w:rPr>
        <w:t>24:37  maulana, agla sawal Karachi Pakistan se miss samia latif ka hai. unhon ne poocha hai: "aaj logon mein jo zeheen tabqa hai, ya woh log jin ke paas maal aur daulat hai,</w:t>
      </w:r>
      <w:r>
        <w:br/>
      </w:r>
      <w:r>
        <w:rPr>
          <w:sz w:val="20"/>
        </w:rPr>
        <w:t>24:53  ya woh log jo uhda ya shohrat paye hue hain, maulana sahib, is qism ke log deen Islam ki satah, deen Islam ki taraf rukh kyun nahi karte?</w:t>
      </w:r>
      <w:r>
        <w:br/>
      </w:r>
      <w:r>
        <w:rPr>
          <w:sz w:val="20"/>
        </w:rPr>
        <w:t>25:05  kya deen Islam in ko apne zehni satah ke mutabiq nazar nahi aata, ya woh khud, ya woh Khuda ke creation plan se nawaqif hain?</w:t>
      </w:r>
      <w:r>
        <w:br/>
      </w:r>
      <w:r>
        <w:rPr>
          <w:sz w:val="20"/>
        </w:rPr>
        <w:t>25:16  is ke baray mein batayen."</w:t>
      </w:r>
      <w:r>
        <w:br/>
      </w:r>
      <w:r>
        <w:rPr>
          <w:sz w:val="20"/>
        </w:rPr>
        <w:t>25:21  dekhiye, is ke do pehlu hain. aik yeh hai ke un ka mutawajjah na hona deen ki taraf, yeh un ki ghalati hai.</w:t>
      </w:r>
      <w:r>
        <w:br/>
      </w:r>
      <w:r>
        <w:rPr>
          <w:sz w:val="20"/>
        </w:rPr>
        <w:t>25:34  aur bilashuba har ghalati par insan pakra jayega,</w:t>
      </w:r>
      <w:r>
        <w:br/>
      </w:r>
      <w:r>
        <w:rPr>
          <w:sz w:val="20"/>
        </w:rPr>
        <w:t>25:39  illa yeh ke woh toba kare. lekin doosra pehlu yeh hai ke hamare jo ulama hain, woh mukammal taur par nakaam sabit hue hain is mamle mein ke jadeed tabqe ke liye Islam ko is ke understandable andaaz mein pesh karen, jo un ka mind address kare.</w:t>
      </w:r>
      <w:r>
        <w:br/>
      </w:r>
      <w:r>
        <w:rPr>
          <w:sz w:val="20"/>
        </w:rPr>
        <w:t>25:56  is mein koi shaq nahi hai. to 50 feesad zimmedari un logon par hai jo zeheen aur taleem yafta hon, jo hain hain aur Islam se door ho rahe hain.</w:t>
      </w:r>
      <w:r>
        <w:br/>
      </w:r>
      <w:r>
        <w:rPr>
          <w:sz w:val="20"/>
        </w:rPr>
        <w:t>26:07  50 feesad un logon pe zimmedari hai jin ko ke unhein batana tha ke Islam kya hai,</w:t>
      </w:r>
      <w:r>
        <w:br/>
      </w:r>
      <w:r>
        <w:rPr>
          <w:sz w:val="20"/>
        </w:rPr>
        <w:t>26:14  jo madarson mein parhai aai ho, parhai parhai jati hai, isi liye parhai jati hai. log batayen, parh parh ke logon ko. lekin un ke paas fatway ki zuban hai sirf.</w:t>
      </w:r>
      <w:r>
        <w:br/>
      </w:r>
      <w:r>
        <w:rPr>
          <w:sz w:val="20"/>
        </w:rPr>
        <w:t>26:23  aaj kal fatwa activism bohat chala hua hai. fatwa activism Islam mein nahi hai, bilkul nahi hai. Islam mein naseehat activism hai.</w:t>
      </w:r>
      <w:r>
        <w:br/>
      </w:r>
      <w:r>
        <w:rPr>
          <w:sz w:val="20"/>
        </w:rPr>
        <w:t>26:34  aur naseehat ka tareeqa yeh hai ke kal fi anfus qaul baligha kaho un se, dil kaho un se baat is tareeqay se jo un ke mind ko address karne wali ho.</w:t>
      </w:r>
      <w:r>
        <w:br/>
      </w:r>
      <w:r>
        <w:rPr>
          <w:sz w:val="20"/>
        </w:rPr>
        <w:t>26:46  to kuch kar hi nahi raha koi shakhs.</w:t>
      </w:r>
      <w:r>
        <w:br/>
      </w:r>
      <w:r>
        <w:rPr>
          <w:sz w:val="20"/>
        </w:rPr>
        <w:t>26:51  jitne ulama hain, sab fatwa bazi ki zuban bol rahe hain.</w:t>
      </w:r>
      <w:r>
        <w:br/>
      </w:r>
      <w:r>
        <w:rPr>
          <w:sz w:val="20"/>
        </w:rPr>
        <w:t>26:59  to yeh mein samajhta hoon ke bohat ziyada sochana chahiye dono tabqe ko. ek tabqa agar is baat ka, yaani zimmedaar hai ke woh deen se phira hua hai, doosra tabqa is ka zimmedaar hai ke woh in logon ko,</w:t>
      </w:r>
      <w:r>
        <w:br/>
      </w:r>
      <w:r>
        <w:rPr>
          <w:sz w:val="20"/>
        </w:rPr>
        <w:t>27:17  in ko is is andaaz mein islam nahi pesh kar kar raha hai jo un ke mind ko address karay. is ke liye ulma ko tayyari karni chahiye. madarison mein jo taleem hoti hai, woh hargiz kaafi nahi hai ke aap yeh kaam kar saken.</w:t>
      </w:r>
      <w:r>
        <w:br/>
      </w:r>
      <w:r>
        <w:rPr>
          <w:sz w:val="20"/>
        </w:rPr>
        <w:t>27:29  hargiz nahi. aur mazeed in ko parh tayyar karna hai apne aap ko.</w:t>
      </w:r>
      <w:r>
        <w:br/>
      </w:r>
      <w:r>
        <w:rPr>
          <w:sz w:val="20"/>
        </w:rPr>
        <w:t>27:34  to mazeed koi tayyari karta nahi.</w:t>
      </w:r>
      <w:r>
        <w:br/>
      </w:r>
      <w:r>
        <w:rPr>
          <w:sz w:val="20"/>
        </w:rPr>
        <w:t>27:40  to behal yeh do tarafah zimmedari mere nazdeek hai.</w:t>
      </w:r>
    </w:p>
    <w:p>
      <w:pPr>
        <w:pStyle w:val="Heading2"/>
      </w:pPr>
      <w:r>
        <w:t>Why Islam split into sects</w:t>
      </w:r>
    </w:p>
    <w:p>
      <w:r>
        <w:rPr>
          <w:color w:val="666666"/>
          <w:sz w:val="18"/>
        </w:rPr>
        <w:t>Faith &amp; God · Art of Crisis Management I 3 October, 2010 Maulana Wahiduddin Khan · 3m 42s · at 1:50:49 · https://youtu.be/mcJZ0YEOolk?t=6649</w:t>
      </w:r>
    </w:p>
    <w:p>
      <w:r>
        <w:rPr>
          <w:i/>
        </w:rPr>
        <w:t>“How did Islam split into four or five sects when, after the death of the Prophet of Islam, the Companions followed the path shown by the Prophet? In today's time, how can those Muslims who are远离 authentic hadith and practice innovation be stopped when they refuse to listen and say that nowadays many new hadiths are emerging that are false?”</w:t>
      </w:r>
    </w:p>
    <w:p>
      <w:r>
        <w:rPr>
          <w:sz w:val="20"/>
        </w:rPr>
        <w:t>1:50:49  maulana, yeh sawal miss mehrin ne kiya hai dilli se. unhone likha hai: "islam chaar paanch firqon mein kaise bat gaya jabke prophet of islam ki wafat ke baad sahaba prophet ke bataye hue raaste par chalte aaye?</w:t>
      </w:r>
      <w:r>
        <w:br/>
      </w:r>
      <w:r>
        <w:rPr>
          <w:sz w:val="20"/>
        </w:rPr>
        <w:t>1:51:07  aaj ke samay mein jo muslim sahih hadith se door hain aur bid'at karte hain, unhein kaise roka jaye jab woh hamare baat manne se inkar karein aur yeh jawab dein ki aaj ke time mein bahut se nayi nayi hadithien nikal rahi hain jo ki galat hain?" iske bare mein bataein.</w:t>
      </w:r>
      <w:r>
        <w:br/>
      </w:r>
      <w:r>
        <w:rPr>
          <w:sz w:val="20"/>
        </w:rPr>
        <w:t>1:51:29  dekhein, yeh aap yeh yahan mein detail nahi bata sakta. meri ek kitaab hai, uska naam hai "tajdeed-e-deen". ismein aap iski tafseel padh lijiye.</w:t>
      </w:r>
      <w:r>
        <w:br/>
      </w:r>
      <w:r>
        <w:rPr>
          <w:sz w:val="20"/>
        </w:rPr>
        <w:t>1:51:40  yeh chaaron jo woh bane hain, fiqhi school, iski haqeeqat kya hai? ismein aap isko pa sakte hain. iska naam hai kitaab ka "tajdeed-e-deen".</w:t>
      </w:r>
      <w:r>
        <w:br/>
      </w:r>
      <w:r>
        <w:rPr>
          <w:sz w:val="20"/>
        </w:rPr>
        <w:t>1:51:51  isko aap padhiye, ismein saari baat aapko mil jayegi.</w:t>
      </w:r>
      <w:r>
        <w:br/>
      </w:r>
      <w:r>
        <w:rPr>
          <w:sz w:val="20"/>
        </w:rPr>
        <w:t>1:51:56  maulana, unka ek aur sawal hai, woh pooch rahi hain ki "ghair muslim ko dawat dene ka sahi tareeqa kya hai?" sahi tareeqa hai unke khair khwah ban jaiye.</w:t>
      </w:r>
      <w:r>
        <w:br/>
      </w:r>
      <w:r>
        <w:rPr>
          <w:sz w:val="20"/>
        </w:rPr>
        <w:t>1:52:09  yeh jab maa khair khwah hoti hai apne bete ki toh kya beta</w:t>
      </w:r>
      <w:r>
        <w:br/>
      </w:r>
      <w:r>
        <w:rPr>
          <w:sz w:val="20"/>
        </w:rPr>
        <w:t>1:52:13  koi maa jaake poochti hai mohalle mein ki "bhai, main kya karoon bete ke liye?" kya koi maa aisi dekhi hai aapne ki beta paida ho toh mohalle mein ghoome?</w:t>
      </w:r>
      <w:r>
        <w:br/>
      </w:r>
      <w:r>
        <w:rPr>
          <w:sz w:val="20"/>
        </w:rPr>
        <w:t>1:52:23  arey bhai, mera beta paida hua hai, batao main mujhe kya karna hai? maa ki mohabbat, maa ki khair khwahi apne aap mein batati hai ki use kya karna hai.</w:t>
      </w:r>
      <w:r>
        <w:br/>
      </w:r>
      <w:r>
        <w:rPr>
          <w:sz w:val="20"/>
        </w:rPr>
        <w:t>1:52:34  toh dawat jo hai, kahan se shuru hoti hai? yaad rakhiye, khair khwahi se, mohabbat se shuru hoti hai. logon ko mohabbat hi nahi toh dawat kya denge?</w:t>
      </w:r>
      <w:r>
        <w:br/>
      </w:r>
      <w:r>
        <w:rPr>
          <w:sz w:val="20"/>
        </w:rPr>
        <w:t>1:52:43  woh</w:t>
      </w:r>
      <w:r>
        <w:br/>
      </w:r>
      <w:r>
        <w:rPr>
          <w:sz w:val="20"/>
        </w:rPr>
        <w:t>1:52:47  "inni lakum naasihun" quran mein aata hai ki "main tumhara khair khwah hoon". toh maa khair khwah hoti hai, isliye woh jaan leti hai ki mujhe kya karna hai apne bete ke bare mein.</w:t>
      </w:r>
      <w:r>
        <w:br/>
      </w:r>
      <w:r>
        <w:rPr>
          <w:sz w:val="20"/>
        </w:rPr>
        <w:t>1:52:57  musalman khair khwahi nahi hai doosron ke, toh kya jaane ki kya karna hai woh.</w:t>
      </w:r>
      <w:r>
        <w:br/>
      </w:r>
      <w:r>
        <w:rPr>
          <w:sz w:val="20"/>
        </w:rPr>
        <w:t>1:53:05  toh sabse pehli jo cheez darkaar hai, woh yeh hai ki aap...</w:t>
      </w:r>
      <w:r>
        <w:br/>
      </w:r>
      <w:r>
        <w:rPr>
          <w:sz w:val="20"/>
        </w:rPr>
        <w:t>1:53:13  main ek baar tha, wahan gaya tha bhopal toh ek naujawan ne kaha ki aap dawat ki baatein karte hain.</w:t>
      </w:r>
      <w:r>
        <w:br/>
      </w:r>
      <w:r>
        <w:rPr>
          <w:sz w:val="20"/>
        </w:rPr>
        <w:t>1:53:21  dawat toh sab hi baat karte hain, sabhi log dawat ka kaam karte hain. toh aap dawat dawat karte hain, taaza taaza. maine kaha aapne dawat ko samjha nahi.</w:t>
      </w:r>
      <w:r>
        <w:br/>
      </w:r>
      <w:r>
        <w:rPr>
          <w:sz w:val="20"/>
        </w:rPr>
        <w:t>1:53:32  dawat ko aap samajhte hain ki jaise saari taqreerein hoti hain, aise hi kuch aur taqreerein kar do toh dawat ho gayi. toh main us waqt mere dimaag se nikla tha ki</w:t>
      </w:r>
    </w:p>
    <w:p>
      <w:pPr>
        <w:pStyle w:val="Heading2"/>
      </w:pPr>
      <w:r>
        <w:t>Why Muslims blame God for their own mistakes</w:t>
      </w:r>
    </w:p>
    <w:p>
      <w:r>
        <w:rPr>
          <w:color w:val="666666"/>
          <w:sz w:val="18"/>
        </w:rPr>
        <w:t>Faith &amp; God · Importance of Patience October 26, 2014 · 2m 18s · at 55:15 · https://youtu.be/XdOlp9-fPG0?t=3315</w:t>
      </w:r>
    </w:p>
    <w:p>
      <w:r>
        <w:rPr>
          <w:i/>
        </w:rPr>
        <w:t>“Today I learned that oppression is not in God's dictionary. Why do Muslims attribute their own mistakes to God, and why do they think they are being oppressed simply because they are Muslims?”</w:t>
      </w:r>
    </w:p>
    <w:p>
      <w:r>
        <w:rPr>
          <w:sz w:val="20"/>
        </w:rPr>
        <w:t>55:15  maulana, agla sawal kya hai? chennai se maulana iqbal umri ne, aur unhon ne likha hai: "maulana, aaj hi maloom hua ke zulm khuda ki dictionary mein nahi hai.</w:t>
      </w:r>
      <w:r>
        <w:br/>
      </w:r>
      <w:r>
        <w:rPr>
          <w:sz w:val="20"/>
        </w:rPr>
        <w:t>55:29  musalman apni ghalati ko khuda par kyun dalte hain? aur yeh samajhte hain ke musalman hone ki wajah se hi zulm ho raha hai." is ke bare mein bataen.</w:t>
      </w:r>
      <w:r>
        <w:br/>
      </w:r>
      <w:r>
        <w:rPr>
          <w:sz w:val="20"/>
        </w:rPr>
        <w:t>55:43  musalman hote to zulm hi na hota.</w:t>
      </w:r>
      <w:r>
        <w:br/>
      </w:r>
      <w:r>
        <w:rPr>
          <w:sz w:val="20"/>
        </w:rPr>
        <w:t>55:47  yeh to khud sakhta logic hai. quran mein dekhen hai ke "lan yaj'al allahu lilkafirina sabila".</w:t>
      </w:r>
      <w:r>
        <w:br/>
      </w:r>
      <w:r>
        <w:rPr>
          <w:sz w:val="20"/>
        </w:rPr>
        <w:t>55:59  is ayat ke hote hue aap yeh nahi keh sakte ke musalman hone ke barabar zulm ho raha hai. aap ko to yeh ayat ka inkar karna padega. is ayat ka inkar karna padega.</w:t>
      </w:r>
      <w:r>
        <w:br/>
      </w:r>
      <w:r>
        <w:rPr>
          <w:sz w:val="20"/>
        </w:rPr>
        <w:t>56:11  yeh aayat batati hai ke agar tum islam par ho to kabhi kisi ko zulm karne ka Allah mauqa nahi de ga. yeh to jhooti baat hai.</w:t>
      </w:r>
      <w:r>
        <w:br/>
      </w:r>
      <w:r>
        <w:rPr>
          <w:sz w:val="20"/>
        </w:rPr>
        <w:t>56:21  hum musalmanon ne aise zulm baraye is se bara jhoot koi nahi. jhoot mein is liye keh raha hoon ke is se quran ke nafi hoti hai, khuda ke qanoon ki nafi hoti hai.</w:t>
      </w:r>
      <w:r>
        <w:br/>
      </w:r>
      <w:r>
        <w:rPr>
          <w:sz w:val="20"/>
        </w:rPr>
        <w:t>56:35  asal cheez hai ke musalman ki soch qoumi soch</w:t>
      </w:r>
      <w:r>
        <w:br/>
      </w:r>
      <w:r>
        <w:rPr>
          <w:sz w:val="20"/>
        </w:rPr>
        <w:t>56:38  ban gayi hai. qoumi soch jaise doosri qoumein sochti hain, waise musalman sochte hain. is qoumi soch ko unhon ne islamize kar rakha hai. yaani apni khud sakhta ladai ko jihad bana rakha hai.</w:t>
      </w:r>
      <w:r>
        <w:br/>
      </w:r>
      <w:r>
        <w:rPr>
          <w:sz w:val="20"/>
        </w:rPr>
        <w:t>56:54  khud sakhta siyasat ko islami hukoomat bana rakha hai. khud sakhta hangame karein ge aur kahein ge nizam e mustafa yeh hai.</w:t>
      </w:r>
      <w:r>
        <w:br/>
      </w:r>
      <w:r>
        <w:rPr>
          <w:sz w:val="20"/>
        </w:rPr>
        <w:t>57:05  to apni qoumi,</w:t>
      </w:r>
      <w:r>
        <w:br/>
      </w:r>
      <w:r>
        <w:rPr>
          <w:sz w:val="20"/>
        </w:rPr>
        <w:t>57:10  yaani apni qoumi sargarmiyon ko unhon ne islamize kar rakha hai. yeh mein kahoon ga ke is ko islam ka title de rakha hai.</w:t>
      </w:r>
      <w:r>
        <w:br/>
      </w:r>
      <w:r>
        <w:rPr>
          <w:sz w:val="20"/>
        </w:rPr>
        <w:t>57:21  koi bhi shakhs jo sacha ho, mein samajhta hoon ke ek baar sirf quran parhe, ek baar to apni ghalti ki ki daryaft kar le ga.</w:t>
      </w:r>
      <w:r>
        <w:br/>
      </w:r>
      <w:r>
        <w:rPr>
          <w:sz w:val="20"/>
        </w:rPr>
        <w:t>57:29  woh</w:t>
      </w:r>
    </w:p>
    <w:p>
      <w:pPr>
        <w:pStyle w:val="Heading2"/>
      </w:pPr>
      <w:r>
        <w:t>Why Muslims lack fear of God and hell?</w:t>
      </w:r>
    </w:p>
    <w:p>
      <w:r>
        <w:rPr>
          <w:color w:val="666666"/>
          <w:sz w:val="18"/>
        </w:rPr>
        <w:t>Faith &amp; God · Islam and Violence October 12, 2014 · 4m 08s · at 1:02:44 · https://youtu.be/KmpXYZjPlj8?t=3764</w:t>
      </w:r>
    </w:p>
    <w:p>
      <w:r>
        <w:rPr>
          <w:i/>
        </w:rPr>
        <w:t>“Why is it that Muslims don't fear God? Is it because they believe that paradise has already been reserved for them? Hell is mentioned in the Quran in many chapters, still they are not afraid of hell. What is the psychology behind this fearlessness in the part of Muslims?”</w:t>
      </w:r>
    </w:p>
    <w:p>
      <w:r>
        <w:rPr>
          <w:sz w:val="20"/>
        </w:rPr>
        <w:t>1:02:44  maulana, agla sawal hai dilli se doctor farida khanoom ka, aur unhon ne likha hai ke: "why is it that muslims dont fear god?</w:t>
      </w:r>
      <w:r>
        <w:br/>
      </w:r>
      <w:r>
        <w:rPr>
          <w:sz w:val="20"/>
        </w:rPr>
        <w:t>1:02:55  is it because they believe that paradise has already been reserved for them?</w:t>
      </w:r>
      <w:r>
        <w:br/>
      </w:r>
      <w:r>
        <w:rPr>
          <w:sz w:val="20"/>
        </w:rPr>
        <w:t>1:03:01  hell is mentioned in the quran in many chapters, still they are not afraid of hell. what is the psychology behind this fearlessness in on the part of muslims?" dekhiye, daur-e-zawal ke bare mein bohat hadisen hain.</w:t>
      </w:r>
      <w:r>
        <w:br/>
      </w:r>
      <w:r>
        <w:rPr>
          <w:sz w:val="20"/>
        </w:rPr>
        <w:t>1:03:22  to yeh bataya gaya hai ke ek waqt, ek zamana aayega ke musalmanon mein ek bhi nahi rahega allah se darne wala. allah hatta la tra khash, ek bhi tum nahi paoge allah se darne wala.</w:t>
      </w:r>
      <w:r>
        <w:br/>
      </w:r>
      <w:r>
        <w:rPr>
          <w:sz w:val="20"/>
        </w:rPr>
        <w:t>1:03:34  to kabhi to waqt aayega,</w:t>
      </w:r>
      <w:r>
        <w:br/>
      </w:r>
      <w:r>
        <w:rPr>
          <w:sz w:val="20"/>
        </w:rPr>
        <w:t>1:03:37  hatta la tra khash, ke musalmanon mein ek bhi allah se darne wala baqi nahi rahega. bheed hogi, wa antum qusah, bheed ka daur hoga, masjidain bhi bhari hongi,</w:t>
      </w:r>
      <w:r>
        <w:br/>
      </w:r>
      <w:r>
        <w:rPr>
          <w:sz w:val="20"/>
        </w:rPr>
        <w:t>1:03:52  lekin khauf-e-khuda nahi hoga. yeh daur-e-zawal ka phailao hai, jo jis ki paishangoi rasool allah ne kardi thi.</w:t>
      </w:r>
      <w:r>
        <w:br/>
      </w:r>
      <w:r>
        <w:rPr>
          <w:sz w:val="20"/>
        </w:rPr>
        <w:t>1:04:00  main samajhta hoon ke yahi woh daur hai. itne log bekhauf ho gaye hain, kuch bhi karte hain, itne bekhauf ho gaye hain.</w:t>
      </w:r>
      <w:r>
        <w:br/>
      </w:r>
      <w:r>
        <w:rPr>
          <w:sz w:val="20"/>
        </w:rPr>
        <w:t>1:04:07  jis ne malala ko goli mari, zahir hai ke bekhaufi ka kaam tha. aap ko kya aa gaya ke goli marne ke liye? koi ek insan ko qatl karna, woh goli mari thi qatl karne ke liye.</w:t>
      </w:r>
      <w:r>
        <w:br/>
      </w:r>
      <w:r>
        <w:rPr>
          <w:sz w:val="20"/>
        </w:rPr>
        <w:t>1:04:18  woh to maghrib ja ke ilaaj hua, bach gayi. woh, woh to mari to, woh to qatl karne ke liye.</w:t>
      </w:r>
      <w:r>
        <w:br/>
      </w:r>
      <w:r>
        <w:rPr>
          <w:sz w:val="20"/>
        </w:rPr>
        <w:t>1:04:26  aur kahin kisi ko qatl karne ka haq hi nahi hai. quran mein aaya hai ke ek insan ko qatl karna, sare insanon ko qatl karna hai. ek ayat hai ke: "man qatala muhammad fajadannar".</w:t>
      </w:r>
      <w:r>
        <w:br/>
      </w:r>
      <w:r>
        <w:rPr>
          <w:sz w:val="20"/>
        </w:rPr>
        <w:t>1:04:39  aaj kal dharre se musalman musalman ko qatl kar raha hai. har muslim mulk mein daraz daraz goli marte hain musalman musalman ko. har muslim mulk mein.</w:t>
      </w:r>
      <w:r>
        <w:br/>
      </w:r>
      <w:r>
        <w:rPr>
          <w:sz w:val="20"/>
        </w:rPr>
        <w:t>1:04:49  aur quran mein hai ke jis ne jaan boojh kar kisi musalman ko mara, to woh jahannum mein jayega. "man qatala muhammad fajadannar".</w:t>
      </w:r>
      <w:r>
        <w:br/>
      </w:r>
      <w:r>
        <w:rPr>
          <w:sz w:val="20"/>
        </w:rPr>
        <w:t>1:05:01  main to hairaan hoon ke musalman jo hain, kya yeh? yani main aksar yeh kaha karta hoon ke musalman choti kaatne se darta hoga.</w:t>
      </w:r>
      <w:r>
        <w:br/>
      </w:r>
      <w:r>
        <w:rPr>
          <w:sz w:val="20"/>
        </w:rPr>
        <w:t>1:05:10  musalman allah se darta hoga. jitna darta hai musalman choti kaatne se, utna bhi woh allah se nahi darta.</w:t>
      </w:r>
      <w:r>
        <w:br/>
      </w:r>
      <w:r>
        <w:rPr>
          <w:sz w:val="20"/>
        </w:rPr>
        <w:t>1:05:19  main to apni tanhaiyon mein rota hoon, aur yeh yeh lafz nikalta hai meri zuban se ke musalman choti kaatne se shayad darte hon, allah se nahi darte.</w:t>
      </w:r>
      <w:r>
        <w:br/>
      </w:r>
      <w:r>
        <w:rPr>
          <w:sz w:val="20"/>
        </w:rPr>
        <w:t>1:05:29  woh</w:t>
      </w:r>
      <w:r>
        <w:br/>
      </w:r>
      <w:r>
        <w:rPr>
          <w:sz w:val="20"/>
        </w:rPr>
        <w:t>1:05:30  kuch bhi karte hain, kuch bhi ilzam laga dein, kuch bhi kisi par aib laga dein, kuch bhi kisi ko keh dein ke yeh yahudi agent hai, yeh aur yeh dushmanon ka agent hai.</w:t>
      </w:r>
      <w:r>
        <w:br/>
      </w:r>
      <w:r>
        <w:rPr>
          <w:sz w:val="20"/>
        </w:rPr>
        <w:t>1:05:42  kisi ko kaha kaha yeh kehne ka, yeh kehne ka aap ko haq nahi hai. lekin chuki dil mein khauf nahi hai, allah ki pakad ka woh nahi hai, is liye khoob kehte hain.</w:t>
      </w:r>
      <w:r>
        <w:br/>
      </w:r>
      <w:r>
        <w:rPr>
          <w:sz w:val="20"/>
        </w:rPr>
        <w:t>1:05:58  ek saal ka mere paas telephone aaya to maine un se yahi baat kahi. maine kaha ke musalman is ayat ko bhool gaye hain: "yauma yaqoomu alnnasu birabbi alaalameena".</w:t>
      </w:r>
      <w:r>
        <w:br/>
      </w:r>
      <w:r>
        <w:rPr>
          <w:sz w:val="20"/>
        </w:rPr>
        <w:t>1:06:10  jis din khade honge log allah rabb-ul-alameen ke samne, yeh tasawwur bhi kapkapa deta hai ke ek din woh waqt aayega ke jab main allah ke samne khada hounga.</w:t>
      </w:r>
      <w:r>
        <w:br/>
      </w:r>
      <w:r>
        <w:rPr>
          <w:sz w:val="20"/>
        </w:rPr>
        <w:t>1:06:21  bilkul yeh kapkapi taari ho jati hai, lekin musalmanon ko kuch bhi nahi.</w:t>
      </w:r>
      <w:r>
        <w:br/>
      </w:r>
      <w:r>
        <w:rPr>
          <w:sz w:val="20"/>
        </w:rPr>
        <w:t>1:06:26  jin ko maine telephone pe baat ki, unhein kuch bhi, kuch bhi nahi. bas bas sun liya, khali unhon ne: "yauma yaqoomu alnnasu birabbi alaalameena".</w:t>
      </w:r>
      <w:r>
        <w:br/>
      </w:r>
      <w:r>
        <w:rPr>
          <w:sz w:val="20"/>
        </w:rPr>
        <w:t>1:06:35  to jirah ki baat yeh hai, mere apne mutale ke mutabiq musalman allah ki pakad se bekhauf ho gaye hain.</w:t>
      </w:r>
      <w:r>
        <w:br/>
      </w:r>
      <w:r>
        <w:rPr>
          <w:sz w:val="20"/>
        </w:rPr>
        <w:t>1:06:45  bazahir namaz ko parhta hai, dor dorai rakhta hai, lambe lambe karte logon ke hain, lekin Allah ka khof dilon mein nahi hai.</w:t>
      </w:r>
    </w:p>
    <w:p>
      <w:pPr>
        <w:pStyle w:val="Heading2"/>
      </w:pPr>
      <w:r>
        <w:t>Why Westerners do not acknowledge God's role</w:t>
      </w:r>
    </w:p>
    <w:p>
      <w:r>
        <w:rPr>
          <w:color w:val="666666"/>
          <w:sz w:val="18"/>
        </w:rPr>
        <w:t>Faith &amp; God · Three levels of Realization 4 July 2010 - Maulana Wahiduddin Khan · 2m 02s · at 1:24:24 · https://youtu.be/H-kx5TldzfQ?t=5064</w:t>
      </w:r>
    </w:p>
    <w:p>
      <w:r>
        <w:rPr>
          <w:i/>
        </w:rPr>
        <w:t>“Generally people in Western countries acknowledge God's existence, but never give Him due recognition. For example, a person in power, like an executive or president, never says that he would accomplish anything with the help of God, and he would not say that this was God's will. It is considered to be a weakness of a person if anyone says so. Why is this so? Maulana, kindly comment on this.”</w:t>
      </w:r>
    </w:p>
    <w:p>
      <w:r>
        <w:rPr>
          <w:sz w:val="20"/>
        </w:rPr>
        <w:t>1:24:24  maulana agla sawal kya hai mister khwaja kaleemuddin ne from pennsylvania, usa? he is written: "maulana sahib, generally people in western countries acknowledge god's existence, but never they give him a due recognition.</w:t>
      </w:r>
      <w:r>
        <w:br/>
      </w:r>
      <w:r>
        <w:rPr>
          <w:sz w:val="20"/>
        </w:rPr>
        <w:t>1:24:44  for example, a person in power, like an executive or president, never says that he would accomplish anything with the help of god, or he would not say that this was god's will.</w:t>
      </w:r>
      <w:r>
        <w:br/>
      </w:r>
      <w:r>
        <w:rPr>
          <w:sz w:val="20"/>
        </w:rPr>
        <w:t>1:24:58  it is considered to be the weakness of a person, if anyone says so. why is this so? maulana, kindly comment on this."</w:t>
      </w:r>
      <w:r>
        <w:br/>
      </w:r>
      <w:r>
        <w:rPr>
          <w:sz w:val="20"/>
        </w:rPr>
        <w:t>1:25:08  ab main to yeh kahunga ke yeh western world ki baat hai, yeh sari duniya ki baat hai ke log khuda ka naam lete hain lekin consciousness ke level par unhe khuda ka pata nahi.</w:t>
      </w:r>
      <w:r>
        <w:br/>
      </w:r>
      <w:r>
        <w:rPr>
          <w:sz w:val="20"/>
        </w:rPr>
        <w:t>1:25:23  yeh to baap baap sun rahe hain, society mein bola jata hai, bol rahe hain, bol rahe hain, bol rahe hain. to ek hai woh khuda jo aap ne society se paya ho, aap kisi ghar mein paida hue, kisi society mein paida hue, wahan log khuda ki boli bol rahe the to aap bhi lage bolne.</w:t>
      </w:r>
      <w:r>
        <w:br/>
      </w:r>
      <w:r>
        <w:rPr>
          <w:sz w:val="20"/>
        </w:rPr>
        <w:t>1:25:41  yeh hai, yeh ek ek koi yeh yeh jo yeh jo bolna hai, is ki koi value nahi hai. khuda ko paana woh paana hai jo aap ke liye ek self self discovery ke taur par mila ho, yani khud aap ne study ki, khud aap ne socha,</w:t>
      </w:r>
      <w:r>
        <w:br/>
      </w:r>
      <w:r>
        <w:rPr>
          <w:sz w:val="20"/>
        </w:rPr>
        <w:t>1:25:59  khud aap ko realize hua ke khuda hai. tab jo khuda aaye ga aap ke mind mein to woh ek living god hoga. living god</w:t>
      </w:r>
      <w:r>
        <w:br/>
      </w:r>
      <w:r>
        <w:rPr>
          <w:sz w:val="20"/>
        </w:rPr>
        <w:t>1:26:08  yeh to bas ek maa baap se chala raha hai, society mein chala raha hai, kuch tradition mein chala raha hai. tradition yeh traditional belief hai, yeh yeh yeh khuda ka sahi maloom hai,</w:t>
      </w:r>
      <w:r>
        <w:br/>
      </w:r>
      <w:r>
        <w:rPr>
          <w:sz w:val="20"/>
        </w:rPr>
        <w:t>1:26:21  realization nahi hai.</w:t>
      </w:r>
    </w:p>
    <w:p>
      <w:pPr>
        <w:pStyle w:val="Heading2"/>
      </w:pPr>
      <w:r>
        <w:t>Why are Muslims so sure Islam is true?</w:t>
      </w:r>
    </w:p>
    <w:p>
      <w:r>
        <w:rPr>
          <w:color w:val="666666"/>
          <w:sz w:val="18"/>
        </w:rPr>
        <w:t>Faith &amp; God · Revival of Muslims March 08, 2015 · 2m 43s · at 1:10:11 · https://youtu.be/8ShFcr8YozI?t=4211</w:t>
      </w:r>
    </w:p>
    <w:p>
      <w:r>
        <w:rPr>
          <w:i/>
        </w:rPr>
        <w:t>“Some interfaith members say that Muslims are obsessed with Islam. How and why are Muslims so sure that Islam is a true religion?”</w:t>
      </w:r>
    </w:p>
    <w:p>
      <w:r>
        <w:rPr>
          <w:sz w:val="20"/>
        </w:rPr>
        <w:t>1:10:11  Maulana, agla sawal UK se kiya hai doctor Hina ne aur unhon ne likha hai ke Some interfaith members say that Muslims are obsessed with Islam.</w:t>
      </w:r>
      <w:r>
        <w:br/>
      </w:r>
      <w:r>
        <w:rPr>
          <w:sz w:val="20"/>
        </w:rPr>
        <w:t>1:10:25  How and why are Muslims so sure that Islam is a true religion?</w:t>
      </w:r>
      <w:r>
        <w:br/>
      </w:r>
      <w:r>
        <w:rPr>
          <w:sz w:val="20"/>
        </w:rPr>
        <w:t>1:10:33  Dekhen, hum jo baat kehte hain, woh yeh nahi ke Islam true religion hai, Islam superior religion hai, yeh sab baat nahi karte.</w:t>
      </w:r>
      <w:r>
        <w:br/>
      </w:r>
      <w:r>
        <w:rPr>
          <w:sz w:val="20"/>
        </w:rPr>
        <w:t>1:10:43  Hum sirf yeh kehte hain ke Islam ka jo text hai, woh poori tarah preserved hai.</w:t>
      </w:r>
      <w:r>
        <w:br/>
      </w:r>
      <w:r>
        <w:rPr>
          <w:sz w:val="20"/>
        </w:rPr>
        <w:t>1:10:52  Isay aap jab is doosre text ko padhenge to us mein yeh doubtful hai ke prophet ne kya kaha tha aur ab jo hamare paas jo is ka record hai, us se kya maloom ho raha hai.</w:t>
      </w:r>
      <w:r>
        <w:br/>
      </w:r>
      <w:r>
        <w:rPr>
          <w:sz w:val="20"/>
        </w:rPr>
        <w:t>1:11:09  Lekin jab aap Islam ko padhenge to us mein aisa yeh doubt nahi hota. Wohi baat jo kahi hai Rasool Allah ne, wohi baat aaj bhi preserved hai.</w:t>
      </w:r>
      <w:r>
        <w:br/>
      </w:r>
      <w:r>
        <w:rPr>
          <w:sz w:val="20"/>
        </w:rPr>
        <w:t>1:11:23  To hum yeh kehte hain ke yahan par aap study kar sakte hain is yaqeen ke sath ke prophetry ki baat hai jo mujhe padhne ko mil rahi hai.</w:t>
      </w:r>
      <w:r>
        <w:br/>
      </w:r>
      <w:r>
        <w:rPr>
          <w:sz w:val="20"/>
        </w:rPr>
        <w:t>1:11:32  Bas hum yeh kehte hain. Baqi jahan tak mazhab ka mamla hai, main is ko personal choice manta hoon. Personal choice.</w:t>
      </w:r>
      <w:r>
        <w:br/>
      </w:r>
      <w:r>
        <w:rPr>
          <w:sz w:val="20"/>
        </w:rPr>
        <w:t>1:11:40  mein conversion ke khilaaf hoon. mein conversion hamara nahi hota hai.</w:t>
      </w:r>
      <w:r>
        <w:br/>
      </w:r>
      <w:r>
        <w:rPr>
          <w:sz w:val="20"/>
        </w:rPr>
        <w:t>1:11:46  mein kehta hoon ke personal choice ki baat hai. aap study kijiye, aap ghore o fikr kijiye, aap contemplation kijiye aur jo cheez aap ko sachai nazar aaye, us ko ikhtiyar kijiye.</w:t>
      </w:r>
      <w:r>
        <w:br/>
      </w:r>
      <w:r>
        <w:rPr>
          <w:sz w:val="20"/>
        </w:rPr>
        <w:t>1:11:58  to mein do baatein mein ne kahein. ek yeh hai ke islam ke bare mein hamara jo manna hai, woh yeh nahi ke woh koi superior religion hai.</w:t>
      </w:r>
      <w:r>
        <w:br/>
      </w:r>
      <w:r>
        <w:rPr>
          <w:sz w:val="20"/>
        </w:rPr>
        <w:t>1:12:08  nahi, hum yeh kehte hain ke is ka jo text hai, is ka jo matan hai, woh preserved hai.</w:t>
      </w:r>
      <w:r>
        <w:br/>
      </w:r>
      <w:r>
        <w:rPr>
          <w:sz w:val="20"/>
        </w:rPr>
        <w:t>1:12:15  yeh ek khaas baat hai. doosri baat yeh hai ke mazhab koi yeh nahi ke aap ja ke kisi ka kalma parhwaein to woh musalman ho gaya.</w:t>
      </w:r>
      <w:r>
        <w:br/>
      </w:r>
      <w:r>
        <w:rPr>
          <w:sz w:val="20"/>
        </w:rPr>
        <w:t>1:12:24  is se kuch nahi hota. there is nothing. aadmi ke dil ko gawahi dena chahiye ke sachai kya hai.</w:t>
      </w:r>
      <w:r>
        <w:br/>
      </w:r>
      <w:r>
        <w:rPr>
          <w:sz w:val="20"/>
        </w:rPr>
        <w:t>1:12:33  yeh kalma parhwata jaana idhar udhar, woh woh koi tareeqa nahi hai.</w:t>
      </w:r>
      <w:r>
        <w:br/>
      </w:r>
      <w:r>
        <w:rPr>
          <w:sz w:val="20"/>
        </w:rPr>
        <w:t>1:12:39  aap logon ko kahiye ke aap study karo, ghore o fikr karo aur tumhara dil jis cheez ki sachai pe gawahi de, us ko ikhtiyar karo. isi liye mein kehta hoon ke mazhab jo insaan ka personal choice hai.</w:t>
      </w:r>
    </w:p>
    <w:p>
      <w:pPr>
        <w:pStyle w:val="Heading2"/>
      </w:pPr>
      <w:r>
        <w:t>Why attribute love to humans instead of God?</w:t>
      </w:r>
    </w:p>
    <w:p>
      <w:r>
        <w:rPr>
          <w:color w:val="666666"/>
          <w:sz w:val="18"/>
        </w:rPr>
        <w:t>Faith &amp; God · Concept of Death in Islam 26th Aug 12 SLOW · 3m 41s · at 33:37 · https://youtu.be/8dsos0OBM6M?t=2017</w:t>
      </w:r>
    </w:p>
    <w:p>
      <w:r>
        <w:rPr>
          <w:i/>
        </w:rPr>
        <w:t>“Moulana, the news item with respect to Neil Armstrong's death said in one of the papers that he lived in the Cincinnati area with his wife Carol. We are heartbroken to share the news that Neil Armstrong has passed away. The family said in their statement, 'Neil was our loving husband, father, grandfather, brother, and friend.' In place of saying that God is our loving, it has been mentioned Neil was our loving. Why is this the case for every person? What does it mean?”</w:t>
      </w:r>
    </w:p>
    <w:p>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r>
        <w:br/>
      </w:r>
      <w:r>
        <w:rPr>
          <w:sz w:val="20"/>
        </w:rPr>
        <w:t>34:03  The family said in their statement, 'Neil was our loving husband, father, grandfather, brother, and friend.'" Maulana sahib, in place of saying that God is our loving, it has been mentioned Neil was our loving. yahi har aadmi ka case kyun hai? kya matlab hua?</w:t>
      </w:r>
      <w:r>
        <w:br/>
      </w:r>
      <w:r>
        <w:rPr>
          <w:sz w:val="20"/>
        </w:rPr>
        <w:t>34:25  Maulana, woh yeh poochna chah rahe hain ke jo news item mein likha tha ke Neil jo hamara ek loving husband, loving father, loving grandfather tha, he has passed away. to instead of saying ke Khuda hamara matlab mehboob hai, loving hai, us ki jagah mein likha hai ke Neil hamara loving hai. to yeh har ek insaan ka case hai, aisa aisa kyun hai?</w:t>
      </w:r>
      <w:r>
        <w:br/>
      </w:r>
      <w:r>
        <w:rPr>
          <w:sz w:val="20"/>
        </w:rPr>
        <w:t>34:49  ab is ki wajah hai ke jo cheez Allah se mili hui hai, us ko woh Allah se</w:t>
      </w:r>
      <w:r>
        <w:br/>
      </w:r>
      <w:r>
        <w:rPr>
          <w:sz w:val="20"/>
        </w:rPr>
        <w:t>34:55  attribute nahi kar pata.</w:t>
      </w:r>
      <w:r>
        <w:br/>
      </w:r>
      <w:r>
        <w:rPr>
          <w:sz w:val="20"/>
        </w:rPr>
        <w:t>35:01  ab dekhen, aik aadmi ka bachcha paida ho to maa aur baap isi mein gum ho jate hain.</w:t>
      </w:r>
      <w:r>
        <w:br/>
      </w:r>
      <w:r>
        <w:rPr>
          <w:sz w:val="20"/>
        </w:rPr>
        <w:t>35:07  kaun sochta hai ke Khuda ne paida kiya hai? main radio pe sunta hoon to aksar logon ke</w:t>
      </w:r>
      <w:r>
        <w:br/>
      </w:r>
      <w:r>
        <w:rPr>
          <w:sz w:val="20"/>
        </w:rPr>
        <w:t>35:13  is par aate rehte hain interview, to sab credit dete hain apne maa baap ko, apni family ko.</w:t>
      </w:r>
      <w:r>
        <w:br/>
      </w:r>
      <w:r>
        <w:rPr>
          <w:sz w:val="20"/>
        </w:rPr>
        <w:t>35:20  abhi jo player jo jeet kar aaye hain, maine unko suna, unka sab ne kaha</w:t>
      </w:r>
      <w:r>
        <w:br/>
      </w:r>
      <w:r>
        <w:rPr>
          <w:sz w:val="20"/>
        </w:rPr>
        <w:t>35:26  ke hamare parents, hamare parents, hamari family to family ko dete hain.</w:t>
      </w:r>
      <w:r>
        <w:br/>
      </w:r>
      <w:r>
        <w:rPr>
          <w:sz w:val="20"/>
        </w:rPr>
        <w:t>35:32  yeh yeh nahi sochta ke yeh yeh yeh haath aur yeh paon kis ne paida kiya, yeh aankh</w:t>
      </w:r>
      <w:r>
        <w:br/>
      </w:r>
      <w:r>
        <w:rPr>
          <w:sz w:val="20"/>
        </w:rPr>
        <w:t>35:38  kis ne paida ki, yeh dimagh kis ne paida kiya, yeh koi sochta hi nahin.</w:t>
      </w:r>
      <w:r>
        <w:br/>
      </w:r>
      <w:r>
        <w:rPr>
          <w:sz w:val="20"/>
        </w:rPr>
        <w:t>35:44  to yeh ek soch chali hui hai, ise sab log soch rahe hain.</w:t>
      </w:r>
      <w:r>
        <w:br/>
      </w:r>
      <w:r>
        <w:rPr>
          <w:sz w:val="20"/>
        </w:rPr>
        <w:t>35:51  alag se sochna yeh chali hui soch hai hazaron saal se ke log credit dete hain apne maa</w:t>
      </w:r>
      <w:r>
        <w:br/>
      </w:r>
      <w:r>
        <w:rPr>
          <w:sz w:val="20"/>
        </w:rPr>
        <w:t>35:57  baap ko, apni family ko.</w:t>
      </w:r>
      <w:r>
        <w:br/>
      </w:r>
      <w:r>
        <w:rPr>
          <w:sz w:val="20"/>
        </w:rPr>
        <w:t>36:03  to woh chala aa raha hai ek soch, to is se apne ko alag kar ke sochna hai.</w:t>
      </w:r>
      <w:r>
        <w:br/>
      </w:r>
      <w:r>
        <w:rPr>
          <w:sz w:val="20"/>
        </w:rPr>
        <w:t>36:09  جو کہا میں کہا کرتا ہوں، اس کو detracted thinking، اپنے کو detracted، detracted کر کے سوچنا، یہ</w:t>
      </w:r>
      <w:r>
        <w:br/>
      </w:r>
      <w:r>
        <w:rPr>
          <w:sz w:val="20"/>
        </w:rPr>
        <w:t>36:15  logon mein hota nahin hai ke is ke liye bohat zyada yaani bedar zehan darkar hai.</w:t>
      </w:r>
      <w:r>
        <w:br/>
      </w:r>
      <w:r>
        <w:rPr>
          <w:sz w:val="20"/>
        </w:rPr>
        <w:t>36:22  to yeh is yeh rawaji soch hai jo woh reporting jo hui hai, woh rawaji soch hai, woh</w:t>
      </w:r>
      <w:r>
        <w:br/>
      </w:r>
      <w:r>
        <w:rPr>
          <w:sz w:val="20"/>
        </w:rPr>
        <w:t>36:28  creative soch nahin hai.</w:t>
      </w:r>
      <w:r>
        <w:br/>
      </w:r>
      <w:r>
        <w:rPr>
          <w:sz w:val="20"/>
        </w:rPr>
        <w:t>36:34  yaad rakhiye, mazhab jo hai, woh creatives ke liye hai, woh rawaji soch walon ke liye nahin hai.</w:t>
      </w:r>
      <w:r>
        <w:br/>
      </w:r>
      <w:r>
        <w:rPr>
          <w:sz w:val="20"/>
        </w:rPr>
        <w:t>36:40  beshtar insaan jo hai, woh chalte hain riwaj par.</w:t>
      </w:r>
      <w:r>
        <w:br/>
      </w:r>
      <w:r>
        <w:rPr>
          <w:sz w:val="20"/>
        </w:rPr>
        <w:t>36:46  ba alfana alaih o awana jo chala aa raha hai, bas wahi pakad liya.</w:t>
      </w:r>
      <w:r>
        <w:br/>
      </w:r>
      <w:r>
        <w:rPr>
          <w:sz w:val="20"/>
        </w:rPr>
        <w:t>36:53  to creative thinking jis ke andar hoti hai na, woh sochta hai alag ho kar ke, apni aqal</w:t>
      </w:r>
      <w:r>
        <w:br/>
      </w:r>
      <w:r>
        <w:rPr>
          <w:sz w:val="20"/>
        </w:rPr>
        <w:t>36:59  se judge karta hai, aur phir jo sahi hai, us ko leta hai.</w:t>
      </w:r>
      <w:r>
        <w:br/>
      </w:r>
      <w:r>
        <w:rPr>
          <w:sz w:val="20"/>
        </w:rPr>
        <w:t>37:05  to hum ko yeh bhi yaani jaanna chahiye ke logon ko to creative paida kiya, creative thinking paida kijiye.</w:t>
      </w:r>
      <w:r>
        <w:br/>
      </w:r>
      <w:r>
        <w:rPr>
          <w:sz w:val="20"/>
        </w:rPr>
        <w:t>37:11  jab tak creative thinking nahin aayegi, log deen ki aur mazhab ki value ko nahin samjhenge.</w:t>
      </w:r>
      <w:r>
        <w:br/>
      </w:r>
      <w:r>
        <w:rPr>
          <w:sz w:val="20"/>
        </w:rPr>
        <w:t>37:18  maulana, agla sawal raipur se hai.</w:t>
      </w:r>
    </w:p>
    <w:p>
      <w:pPr>
        <w:pStyle w:val="Heading2"/>
      </w:pPr>
      <w:r>
        <w:t>Why do false gods seem to respond?</w:t>
      </w:r>
    </w:p>
    <w:p>
      <w:r>
        <w:rPr>
          <w:color w:val="666666"/>
          <w:sz w:val="18"/>
        </w:rPr>
        <w:t>Faith &amp; God · Concept of God December 7, 2014 · 3m 08s · at 1:07:23 · https://youtu.be/dCgL9lp8EAo?t=4043</w:t>
      </w:r>
    </w:p>
    <w:p>
      <w:r>
        <w:rPr>
          <w:i/>
        </w:rPr>
        <w:t>“You said that one can establish a bilateral relationship with God because He responds, but with false gods it is unilateral. However, people who believe in false gods also experience their problems getting resolved. Why is that?”</w:t>
      </w:r>
    </w:p>
    <w:p>
      <w:r>
        <w:rPr>
          <w:sz w:val="20"/>
        </w:rPr>
        <w:t>1:07:23  Maulana, agla sawal Ludhiana se kya hai Shoaib sahib ne, aur unhon ne likha hai: "Moulana, in today's talk you mentioned that one is able to establish bilateral relation if he or she develops relation with God Almighty as he would keep getting response from God.</w:t>
      </w:r>
      <w:r>
        <w:br/>
      </w:r>
      <w:r>
        <w:rPr>
          <w:sz w:val="20"/>
        </w:rPr>
        <w:t>1:07:46  This would not be the case if someone takes God as Guru, Prophet, Sun, Moon, or an idol as it would be more like a unilateral relation since there would be no response from these so-called false gods."</w:t>
      </w:r>
      <w:r>
        <w:br/>
      </w:r>
      <w:r>
        <w:rPr>
          <w:sz w:val="20"/>
        </w:rPr>
        <w:t>1:08:02  Maulana, here the problem is that people who believe in these false gods also experience their problem getting resolved due to some reason or the other, and this gives them more conviction that the Guru or Prophet are real God.</w:t>
      </w:r>
      <w:r>
        <w:br/>
      </w:r>
      <w:r>
        <w:rPr>
          <w:sz w:val="20"/>
        </w:rPr>
        <w:t>1:08:22  How can we rationally address such people so that they don't believe in other than God?" Dekhen, aap ki report sahi nahi hai.</w:t>
      </w:r>
      <w:r>
        <w:br/>
      </w:r>
      <w:r>
        <w:rPr>
          <w:sz w:val="20"/>
        </w:rPr>
        <w:t>1:08:32  Jo log samajhte hain ke un ko mil raha hai, wo kya mila un ko? Business se faida hoga, bachcha paida hoga, muqadma jeet gaye. Ye koi mamla nahi hai.</w:t>
      </w:r>
      <w:r>
        <w:br/>
      </w:r>
      <w:r>
        <w:rPr>
          <w:sz w:val="20"/>
        </w:rPr>
        <w:t>1:08:42  Ye to ye to hota hi rehta hai.</w:t>
      </w:r>
      <w:r>
        <w:br/>
      </w:r>
      <w:r>
        <w:rPr>
          <w:sz w:val="20"/>
        </w:rPr>
        <w:t>1:08:44  Is ko wo kisi guru se attribute kar dete hain aur samajhte hain guru se mil gaya. Guru se kuch bhi nahi milta. Guru se kuch bhi nahi milta.</w:t>
      </w:r>
      <w:r>
        <w:br/>
      </w:r>
      <w:r>
        <w:rPr>
          <w:sz w:val="20"/>
        </w:rPr>
        <w:t>1:08:54  Ye sirf that is sheer attribution ke aap koshish kar rahe hain, koshish kar rahe hain. Beech mein guru se bhi ja kar ke aap kaha ke mujhe aashirwad dijiye, aap ka kaam ban gaya.</w:t>
      </w:r>
      <w:r>
        <w:br/>
      </w:r>
      <w:r>
        <w:rPr>
          <w:sz w:val="20"/>
        </w:rPr>
        <w:t>1:09:06  Ab aap ne is ko attribute kar diya guru ko, dargah ko. Log samajhte hain ke dargah se mil gaya, guru se mil gaya. Ye sab yaani false attribution hai.</w:t>
      </w:r>
      <w:r>
        <w:br/>
      </w:r>
      <w:r>
        <w:rPr>
          <w:sz w:val="20"/>
        </w:rPr>
        <w:t>1:09:20  Aur jahan tak Allah se milne wali baat hai, wo is se alag ek cheez hai. Wo marifat hai.</w:t>
      </w:r>
      <w:r>
        <w:br/>
      </w:r>
      <w:r>
        <w:rPr>
          <w:sz w:val="20"/>
        </w:rPr>
        <w:t>1:09:26  Material cheezein nahi hain. Har giz har giz material cheezon ko aap ko criteria nahi banana chahiye. Marifat ko criteria nahi banana chahiye.</w:t>
      </w:r>
      <w:r>
        <w:br/>
      </w:r>
      <w:r>
        <w:rPr>
          <w:sz w:val="20"/>
        </w:rPr>
        <w:t>1:09:37  Aur wo do cheezein hain. Quran mein do cheezein batai gayi hain. Ek hai, jaisa ke main ne arz kiya alladhi na'budu a'shadd huban lillah.</w:t>
      </w:r>
      <w:r>
        <w:br/>
      </w:r>
      <w:r>
        <w:rPr>
          <w:sz w:val="20"/>
        </w:rPr>
        <w:t>1:09:50  Yaani Allah se istighasa, affection. Ye is ke andar hai ke nahi hai.</w:t>
      </w:r>
      <w:r>
        <w:br/>
      </w:r>
      <w:r>
        <w:rPr>
          <w:sz w:val="20"/>
        </w:rPr>
        <w:t>1:09:56  dusri cheez hai walim yakhsha illa Allah. yani fear jo hai, fear Allah ke sath kisi aur se nahin. fear ka matlab kya hai?</w:t>
      </w:r>
      <w:r>
        <w:br/>
      </w:r>
      <w:r>
        <w:rPr>
          <w:sz w:val="20"/>
        </w:rPr>
        <w:t>1:10:07  Allah ke sath apne aap ko accountable samajhna. apni baton ko samajhna ke hum Allah ke samne jawab deh is ke liye hain.</w:t>
      </w:r>
      <w:r>
        <w:br/>
      </w:r>
      <w:r>
        <w:rPr>
          <w:sz w:val="20"/>
        </w:rPr>
        <w:t>1:10:16  yeh ehsas, yeh living ehsas aap ke andar se paida ho jaye. yeh hai criterion.</w:t>
      </w:r>
      <w:r>
        <w:br/>
      </w:r>
      <w:r>
        <w:rPr>
          <w:sz w:val="20"/>
        </w:rPr>
        <w:t>1:10:22  baqi cheezon ka taluq dunya ki zindagi se hai, woh is ko aap har giz criterion na banaein.</w:t>
      </w:r>
    </w:p>
    <w:p>
      <w:pPr>
        <w:pStyle w:val="Heading2"/>
      </w:pPr>
      <w:r>
        <w:t>Why does God not answer prayers</w:t>
      </w:r>
    </w:p>
    <w:p>
      <w:r>
        <w:rPr>
          <w:color w:val="666666"/>
          <w:sz w:val="18"/>
        </w:rPr>
        <w:t>Faith &amp; God · Concept of God December 7, 2014 · 2m 35s · at 1:01:47 · https://youtu.be/dCgL9lp8EAo?t=3707</w:t>
      </w:r>
    </w:p>
    <w:p>
      <w:r>
        <w:rPr>
          <w:i/>
        </w:rPr>
        <w:t>“A person calls out to God his whole life, but God never answers him even once. Is this God's proper way?”</w:t>
      </w:r>
    </w:p>
    <w:p>
      <w:r>
        <w:rPr>
          <w:sz w:val="20"/>
        </w:rPr>
        <w:t>1:01:47  maulana, agla sawal Dilli se kya hai Raj Malik sahib ne, aur unhon ne likha hai: "maulana, banda poori zindagi Khuda ko pukarta rehta hai, magar ek martaba bhi Khuda is ka jawab nahi deta.</w:t>
      </w:r>
      <w:r>
        <w:br/>
      </w:r>
      <w:r>
        <w:rPr>
          <w:sz w:val="20"/>
        </w:rPr>
        <w:t>1:02:03  kya yeh Khuda ka sahi tareeqa hai?"</w:t>
      </w:r>
      <w:r>
        <w:br/>
      </w:r>
      <w:r>
        <w:rPr>
          <w:sz w:val="20"/>
        </w:rPr>
        <w:t>1:02:08  nahi, to yeh to baat galat hai. yeh aap ke kehne hi galat hain. yeh possible hi nahi hai. woh sahi baat hai, use pukara hi nahi. woh yeh is ki, yaani is ki, yeh is woh samajhta hai, woh banda samajhta hai ke maine pukara, haalanke us ne pukara hi nahi.</w:t>
      </w:r>
      <w:r>
        <w:br/>
      </w:r>
      <w:r>
        <w:rPr>
          <w:sz w:val="20"/>
        </w:rPr>
        <w:t>1:02:32  yeh to bilkul aisi baat hai jo is ka koi base nahi hai. mein to Allah ko pukarta hoon aur har taraf mujhe jawab milta hai Allah ki taraf se.</w:t>
      </w:r>
      <w:r>
        <w:br/>
      </w:r>
      <w:r>
        <w:rPr>
          <w:sz w:val="20"/>
        </w:rPr>
        <w:t>1:02:44  lekin dekhein, agar mein pukaru ke Khuda mujhe duniya ka emperor bana de to yeh ek aamana dua hai, woh kabhi poori nahi hogi.</w:t>
      </w:r>
      <w:r>
        <w:br/>
      </w:r>
      <w:r>
        <w:rPr>
          <w:sz w:val="20"/>
        </w:rPr>
        <w:t>1:02:56  yeh aamana dua hai. aamana dua sunne ke liye Khuda baitha hua nahi hai. agar</w:t>
      </w:r>
      <w:r>
        <w:br/>
      </w:r>
      <w:r>
        <w:rPr>
          <w:sz w:val="20"/>
        </w:rPr>
        <w:t>1:03:03  mein kahun ke Khuda duniya se jo mere dushman hain, woh neest o naabood ho jayein to yeh aamana dua hai, woh kabhi nahi poori hogi. agar mein yeh dua karun ke Khudaaya, mein sari duniya ki daulat mere paas aa jaye to yeh stupid dua hai, woh kabhi poori nahi hogi.</w:t>
      </w:r>
      <w:r>
        <w:br/>
      </w:r>
      <w:r>
        <w:rPr>
          <w:sz w:val="20"/>
        </w:rPr>
        <w:t>1:03:22  to dua ke liye karne se pehle aap ko jaanna chahiye ke "What is the Christian plan of God?" . Khuda ki apni is ki wahan things kya hain?</w:t>
      </w:r>
      <w:r>
        <w:br/>
      </w:r>
      <w:r>
        <w:rPr>
          <w:sz w:val="20"/>
        </w:rPr>
        <w:t>1:03:32  is ke framework mein dua karein karein aap to zaroor poori hogi. log yunhi kisi baat ke liye dua karte hain, unhein poori hoti hai, kehte hain Khuda ne suni hi meri nahi.</w:t>
      </w:r>
      <w:r>
        <w:br/>
      </w:r>
      <w:r>
        <w:rPr>
          <w:sz w:val="20"/>
        </w:rPr>
        <w:t>1:03:46  aap jaaniye ke Khuda ke is ke options kya hain? Khuda, Khuda ke plan kya hai? Law of nature kya hai?</w:t>
      </w:r>
      <w:r>
        <w:br/>
      </w:r>
      <w:r>
        <w:rPr>
          <w:sz w:val="20"/>
        </w:rPr>
        <w:t>1:03:55  aur phir aap dua karein. lekin yaad rakhiye ke aap kitne hi sachche insaan hon, agar aap wahi dua karenge jo Khuda ki is ke options mein nahi hai to woh nahi poori, poori nahi hogi.</w:t>
      </w:r>
      <w:r>
        <w:br/>
      </w:r>
      <w:r>
        <w:rPr>
          <w:sz w:val="20"/>
        </w:rPr>
        <w:t>1:04:08  kabhi nahi poori hogi.</w:t>
      </w:r>
      <w:r>
        <w:br/>
      </w:r>
      <w:r>
        <w:rPr>
          <w:sz w:val="20"/>
        </w:rPr>
        <w:t>1:04:13  yeh to hypothesis hi galat hai.</w:t>
      </w:r>
    </w:p>
    <w:p>
      <w:pPr>
        <w:pStyle w:val="Heading2"/>
      </w:pPr>
      <w:r>
        <w:t>Why does God prevent right acts from happening</w:t>
      </w:r>
    </w:p>
    <w:p>
      <w:r>
        <w:rPr>
          <w:color w:val="666666"/>
          <w:sz w:val="18"/>
        </w:rPr>
        <w:t>Faith &amp; God · Politics and Nation Building May 19, 2013 · 4m 47s · at 59:01 · https://youtu.be/kmiMGq0Ki2Q?t=3541</w:t>
      </w:r>
    </w:p>
    <w:p>
      <w:r>
        <w:rPr>
          <w:i/>
        </w:rPr>
        <w:t>“Last Sunday that is on 12 May, while we were coming to attend the Sunday class, a serious accident happened on the way. As a result we missed to attend the lecture as we had to return from midway. Why it is so that God sometimes prevents even a right act from taking place? What lessons should be learned from such incident? Please guide us.”</w:t>
      </w:r>
    </w:p>
    <w:p>
      <w:r>
        <w:rPr>
          <w:sz w:val="20"/>
        </w:rPr>
        <w:t>59:01  maulana agla sawal roorkee se hai sajid anwar sahab ka unho ne likha hai maulana last sunday that is on 12 may while we were coming to attend the sunday class a serious accident happened on the way as a result we missed to attend the lecture as we had to return from mid way</w:t>
      </w:r>
      <w:r>
        <w:br/>
      </w:r>
      <w:r>
        <w:rPr>
          <w:sz w:val="20"/>
        </w:rPr>
        <w:t>59:25  maulana why it is so that god sometimes prevents even an obvious right act from taking place what lessons should be learned from such incident please guide us nahi dekhiye yeh duniya jo hai is mein allah ne insan ko azadi di hai insan allah ki azadi ko apwais nahi kar sakta</w:t>
      </w:r>
      <w:r>
        <w:br/>
      </w:r>
      <w:r>
        <w:rPr>
          <w:sz w:val="20"/>
        </w:rPr>
        <w:t>59:52  to aaj kal traffic kya hota hai ke traffic rule ka log pabandi nahi karte andha dhund dorate</w:t>
      </w:r>
      <w:r>
        <w:br/>
      </w:r>
      <w:r>
        <w:rPr>
          <w:sz w:val="20"/>
        </w:rPr>
        <w:t>59:58  hain busain hain truck hain to woh apni azadi ka misuse karte hain</w:t>
      </w:r>
      <w:r>
        <w:br/>
      </w:r>
      <w:r>
        <w:rPr>
          <w:sz w:val="20"/>
        </w:rPr>
        <w:t>1:00:06  apni azadi ka misuse karte hain woh karte rahengay woh band nahi honge kabhi</w:t>
      </w:r>
      <w:r>
        <w:br/>
      </w:r>
      <w:r>
        <w:rPr>
          <w:sz w:val="20"/>
        </w:rPr>
        <w:t>1:00:12  to ap ko is se sirf yeh sabak lena hai ke ap ko extra precaution lena chahiye</w:t>
      </w:r>
      <w:r>
        <w:br/>
      </w:r>
      <w:r>
        <w:rPr>
          <w:sz w:val="20"/>
        </w:rPr>
        <w:t>1:00:19  extra precaution</w:t>
      </w:r>
      <w:r>
        <w:br/>
      </w:r>
      <w:r>
        <w:rPr>
          <w:sz w:val="20"/>
        </w:rPr>
        <w:t>1:00:22  ap ko khud sochna chahiye ke meri is mein kaun si kami thi jis ki wajah se yeh waqia pesh aaya</w:t>
      </w:r>
      <w:r>
        <w:br/>
      </w:r>
      <w:r>
        <w:rPr>
          <w:sz w:val="20"/>
        </w:rPr>
        <w:t>1:00:32  jaise main apna qissa bataoon ke main ek baar to gaya dilli mein ek jagah bus bus se jab bus se utra main to mujhe road cross karna tha</w:t>
      </w:r>
      <w:r>
        <w:br/>
      </w:r>
      <w:r>
        <w:rPr>
          <w:sz w:val="20"/>
        </w:rPr>
        <w:t>1:00:47  road cross kar raha tha to achaanak ek bicycle aa gayi aur bicycle mujh se takra gayi to meri ankle toot gayi chot bhi aayi to is ke baad main ne kaha ke ab main ja ke road ke kinare baith gaya aur sochne laga ke aisa kyun hua sochne laga ke aisa kyun hua</w:t>
      </w:r>
      <w:r>
        <w:br/>
      </w:r>
      <w:r>
        <w:rPr>
          <w:sz w:val="20"/>
        </w:rPr>
        <w:t>1:01:13  sochne ke baad main ne samjha ke is mein meri hi ek ghalti thi road jo cross main kar raha tha to main ne ghalat tareeqe se cross karne ki koshish ki to dekhiye doosre ko blame dene se koi faida nahi ap sirf yeh sochiye ke meri kya kotahi thi</w:t>
      </w:r>
      <w:r>
        <w:br/>
      </w:r>
      <w:r>
        <w:rPr>
          <w:sz w:val="20"/>
        </w:rPr>
        <w:t>1:01:39  isko daryaft kijiye</w:t>
      </w:r>
      <w:r>
        <w:br/>
      </w:r>
      <w:r>
        <w:rPr>
          <w:sz w:val="20"/>
        </w:rPr>
        <w:t>1:01:42  kahin aadmi ko chahiye ke woh ruk jaye woh doosray ko aagay barhnay ka moqa de kahin chahiye</w:t>
      </w:r>
      <w:r>
        <w:br/>
      </w:r>
      <w:r>
        <w:rPr>
          <w:sz w:val="20"/>
        </w:rPr>
        <w:t>1:01:48  ke woh car ko chhod kar train se safar kare yeh mukhtalif shakaloon mein woh apni kotahi ko</w:t>
      </w:r>
      <w:r>
        <w:br/>
      </w:r>
      <w:r>
        <w:rPr>
          <w:sz w:val="20"/>
        </w:rPr>
        <w:t>1:01:54  daryaft kar sakta hai to har aisay moqay par ap ko janna chahiye ke insaan apni azadi ko</w:t>
      </w:r>
      <w:r>
        <w:br/>
      </w:r>
      <w:r>
        <w:rPr>
          <w:sz w:val="20"/>
        </w:rPr>
        <w:t>1:02:00  misuse karega hum yeh rok nahi sakte logon ko ke woh apni azadi ko misuse</w:t>
      </w:r>
      <w:r>
        <w:br/>
      </w:r>
      <w:r>
        <w:rPr>
          <w:sz w:val="20"/>
        </w:rPr>
        <w:t>1:02:06  na karein woh karengay woh to humein apne aap ko bachanay ki koshish karna hai</w:t>
      </w:r>
      <w:r>
        <w:br/>
      </w:r>
      <w:r>
        <w:rPr>
          <w:sz w:val="20"/>
        </w:rPr>
        <w:t>1:02:13  to is mein lesson yahi hai ke ap yeh sochiye ke aap ke apne hisse mein kaun si kotahi thi apni taraf apni taraf kaun si kotahi thi bas is ko daryaft kijiye is ko yeh mat samjhiye ke aap achhe maqsad ke liye aaye the to to duniya mein allah taala logon ke haath baandh nahi sakta tha logon ki freedom ka abalish nahi kar sakta tha aisa nahi ho sakta tha</w:t>
      </w:r>
      <w:r>
        <w:br/>
      </w:r>
      <w:r>
        <w:rPr>
          <w:sz w:val="20"/>
        </w:rPr>
        <w:t>1:02:39  to chahe yeh waqia ho ya koi aur waqia ho hamesha aadmi ko chahiye ke blame daai self pe amal kare woh dhoondh kar kahin na kahin mera maslak yeh hai ke agar 99 percent doosri ghalti hai aur meri ghalti 1 percent hai to main 99 percent ko bhula deta hoon sirf 1 percent ko yaad rakhta hoon bas</w:t>
      </w:r>
      <w:r>
        <w:br/>
      </w:r>
      <w:r>
        <w:rPr>
          <w:sz w:val="20"/>
        </w:rPr>
        <w:t>1:03:06  bahut se qisse bata sakta hoon main ap ko ke 99 percent ghalti doosre ki thi aur meri ghalti 1 percent thi to ab main apni 1 percent hi ko main ne bahut zyada socha isi ko le kar aur doosre ki jo 99 percent ghalti thi us ko main ek dam socha hi nahi us ko bhula diya to ek aisi duniya jahan allah ne sab ko azadi di hai aisi duniya mein rehne ka tareeqa yahi hai</w:t>
      </w:r>
      <w:r>
        <w:br/>
      </w:r>
      <w:r>
        <w:rPr>
          <w:sz w:val="20"/>
        </w:rPr>
        <w:t>1:03:35  chunki hum insan ki azadi ko abwais kar nahi sakte is liye yahi hai ke hum blame daai self par amal karein</w:t>
      </w:r>
    </w:p>
    <w:p>
      <w:pPr>
        <w:pStyle w:val="Heading2"/>
      </w:pPr>
      <w:r>
        <w:t>Why does God put me in difficult situations?</w:t>
      </w:r>
    </w:p>
    <w:p>
      <w:r>
        <w:rPr>
          <w:color w:val="666666"/>
          <w:sz w:val="18"/>
        </w:rPr>
        <w:t>Faith &amp; God · 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Why does God test humanity and how to prepare?</w:t>
      </w:r>
    </w:p>
    <w:p>
      <w:r>
        <w:rPr>
          <w:color w:val="666666"/>
          <w:sz w:val="18"/>
        </w:rPr>
        <w:t>Faith &amp; God · Islam &amp; Prophet of Islam 21 Oct, 2012 - Maulana Wahiduddin Khan · 2m 49s · at 1:04:36 · https://youtu.be/2hwtfOyNeS0?t=3876</w:t>
      </w:r>
    </w:p>
    <w:p>
      <w:r>
        <w:rPr>
          <w:i/>
        </w:rPr>
        <w:t>“What is the need for God to put us to test? Can this be avoided? If it is not avoidable, then what is the best way to prepare for the test? Please comment.”</w:t>
      </w:r>
    </w:p>
    <w:p>
      <w:r>
        <w:rPr>
          <w:sz w:val="20"/>
        </w:rPr>
        <w:t>1:04:36  maulana, agla sawal aya hai dilli se mister mationjay panday sahib ka. unhon ne likha hai: "What is the need for God to put us to test?</w:t>
      </w:r>
      <w:r>
        <w:br/>
      </w:r>
      <w:r>
        <w:rPr>
          <w:sz w:val="20"/>
        </w:rPr>
        <w:t>1:04:49  Can this be avoided? If it is not avoidable, then what is the best way to prepare for the test? Please comment." dekhiye, test ka jo muamla hai woh jura hua hai Allah taala ki poori jo scheme of things hai us se.</w:t>
      </w:r>
      <w:r>
        <w:br/>
      </w:r>
      <w:r>
        <w:rPr>
          <w:sz w:val="20"/>
        </w:rPr>
        <w:t>1:05:06  scheme of things kya hai? woh yeh hai ke Allah taala ne ek dunya banai jis ko hum kehte hain paradise.</w:t>
      </w:r>
      <w:r>
        <w:br/>
      </w:r>
      <w:r>
        <w:rPr>
          <w:sz w:val="20"/>
        </w:rPr>
        <w:t>1:05:15  ek ideal world, ek perfect world. wahan har har woh cheez hai jo insan chahta hai. quran mein hai ke: "وَلَكُمْ فِيهَا مَا تَشْتَئُونَ أَنْفُسَكُمْ" wahan sab kuch hai jo tum chaho.</w:t>
      </w:r>
      <w:r>
        <w:br/>
      </w:r>
      <w:r>
        <w:rPr>
          <w:sz w:val="20"/>
        </w:rPr>
        <w:t>1:05:31  to ek bohat hi beautiful world, perfect world, ideal world banai. ab Allah taala ko yeh matloob hai ke wahan par settle karne ke liye insan.</w:t>
      </w:r>
      <w:r>
        <w:br/>
      </w:r>
      <w:r>
        <w:rPr>
          <w:sz w:val="20"/>
        </w:rPr>
        <w:t>1:05:42  to kis ko settle kiya jaye wahan? kis ko wahan rehne ka mauqa diya jaye? is ke liye yeh dunya banai. yahan par logon ko test ke liye rakha. to azadi ke baghair test ho nahi sakta.</w:t>
      </w:r>
      <w:r>
        <w:br/>
      </w:r>
      <w:r>
        <w:rPr>
          <w:sz w:val="20"/>
        </w:rPr>
        <w:t>1:05:56  jahan test hai, wahan jahan azadi hai, wahan test hai. to Allah taala ne asal jo hai, jo jo Allah taala ki jo scheme of things hai, us ke mutabiq asal jo cheez hai woh yeh hai ke paradise mein settle karne ke liye, paradise ka inaam dene ke liye, paradise ka reward dene ke liye Allah taala ko insanon ka intikhab karna hai.</w:t>
      </w:r>
      <w:r>
        <w:br/>
      </w:r>
      <w:r>
        <w:rPr>
          <w:sz w:val="20"/>
        </w:rPr>
        <w:t>1:06:21  is dunya ko Allah taala ne rakha hai isi liye. yeh testing ground yeh hai. to yahan jo log is par pooray utrain ge, un ko select kar liya jaye ga.</w:t>
      </w:r>
      <w:r>
        <w:br/>
      </w:r>
      <w:r>
        <w:rPr>
          <w:sz w:val="20"/>
        </w:rPr>
        <w:t>1:06:32  is poori history se selected log jo hon ge, woh jannat ke liye muntakhib kiye jayen ge. poori history se. yani jannat ka faisla group wise nahi hoga.</w:t>
      </w:r>
      <w:r>
        <w:br/>
      </w:r>
      <w:r>
        <w:rPr>
          <w:sz w:val="20"/>
        </w:rPr>
        <w:t>1:06:43  individual wise hoga. koi bhi group, koi bhi group, group wahan dakhil nahi kiya jaye ga. balkay poori history se individual chune jayen ge.</w:t>
      </w:r>
      <w:r>
        <w:br/>
      </w:r>
      <w:r>
        <w:rPr>
          <w:sz w:val="20"/>
        </w:rPr>
        <w:t>1:06:55  individual. un ko wahan par mauqa diya jaye ga rehne ka. to baqi logon ko, mein samajhta hoon ke doosre logon ko ek universal determine hoga, us mein dakhil hon ge.</w:t>
      </w:r>
      <w:r>
        <w:br/>
      </w:r>
      <w:r>
        <w:rPr>
          <w:sz w:val="20"/>
        </w:rPr>
        <w:t>1:07:06  ek kainaati kooda khana. yeh hai scheme. to aap aap sochne ka muamla test se shuru kijiye. paradise se shuru kijiye.</w:t>
      </w:r>
      <w:r>
        <w:br/>
      </w:r>
      <w:r>
        <w:rPr>
          <w:sz w:val="20"/>
        </w:rPr>
        <w:t>1:07:17  jab aap paradise ko sochen ge to is baat ka, is sawal ka jawab aap ko mil jaye ga.</w:t>
      </w:r>
    </w:p>
    <w:p>
      <w:pPr>
        <w:pStyle w:val="Heading2"/>
      </w:pPr>
      <w:r>
        <w:t>Why does God test us?</w:t>
      </w:r>
    </w:p>
    <w:p>
      <w:r>
        <w:rPr>
          <w:color w:val="666666"/>
          <w:sz w:val="18"/>
        </w:rPr>
        <w:t>Faith &amp; God · Islam and Prophet of Islam 21st October 2012 · 2m 57s · at 1:07:11 · https://youtu.be/pg1Malshh6Y?t=4031</w:t>
      </w:r>
    </w:p>
    <w:p>
      <w:r>
        <w:rPr>
          <w:i/>
        </w:rPr>
        <w:t>“What is the need for God to put us to test? Can this be avoided? If it is not avoidable, then what is the best way to prepare for the test?”</w:t>
      </w:r>
    </w:p>
    <w:p>
      <w:r>
        <w:rPr>
          <w:sz w:val="20"/>
        </w:rPr>
        <w:t>1:07:11  maulana, agla sawal aaya hai dilli se mister mityunje pandey sahib ka.</w:t>
      </w:r>
      <w:r>
        <w:br/>
      </w:r>
      <w:r>
        <w:rPr>
          <w:sz w:val="20"/>
        </w:rPr>
        <w:t>1:07:16  انہوں نے لکھا ہے: "What is the need for God to put us to test? Can this be</w:t>
      </w:r>
      <w:r>
        <w:br/>
      </w:r>
      <w:r>
        <w:rPr>
          <w:sz w:val="20"/>
        </w:rPr>
        <w:t>1:07:24  avoided? If it is not avoidable, then what is the best way to prepare for the test?"</w:t>
      </w:r>
      <w:r>
        <w:br/>
      </w:r>
      <w:r>
        <w:rPr>
          <w:sz w:val="20"/>
        </w:rPr>
        <w:t>1:07:32  please comment.</w:t>
      </w:r>
      <w:r>
        <w:br/>
      </w:r>
      <w:r>
        <w:rPr>
          <w:sz w:val="20"/>
        </w:rPr>
        <w:t>1:07:33  dekhein, test ka jo muamla hai woh juda hua hai Allah taala ki poori jo scheme of things</w:t>
      </w:r>
      <w:r>
        <w:br/>
      </w:r>
      <w:r>
        <w:rPr>
          <w:sz w:val="20"/>
        </w:rPr>
        <w:t>1:07:41  hai, is se.</w:t>
      </w:r>
      <w:r>
        <w:br/>
      </w:r>
      <w:r>
        <w:rPr>
          <w:sz w:val="20"/>
        </w:rPr>
        <w:t>1:07:42  askim of things kya hai? woh yeh hai ke Allah taala ne ek duniya banai jis ko hum</w:t>
      </w:r>
      <w:r>
        <w:br/>
      </w:r>
      <w:r>
        <w:rPr>
          <w:sz w:val="20"/>
        </w:rPr>
        <w:t>1:07:50  kehte hain paradise, ek ideal world, ek perfect world.</w:t>
      </w:r>
      <w:r>
        <w:br/>
      </w:r>
      <w:r>
        <w:rPr>
          <w:sz w:val="20"/>
        </w:rPr>
        <w:t>1:07:54  wahan har har woh cheez hai jo insan chahta hai.</w:t>
      </w:r>
      <w:r>
        <w:br/>
      </w:r>
      <w:r>
        <w:rPr>
          <w:sz w:val="20"/>
        </w:rPr>
        <w:t>1:07:58  quran mein hai ke: "walakum fiha ma tashtahi anfusukum".</w:t>
      </w:r>
      <w:r>
        <w:br/>
      </w:r>
      <w:r>
        <w:rPr>
          <w:sz w:val="20"/>
        </w:rPr>
        <w:t>1:08:02  wohan sab kuch hai jo tum chaho.</w:t>
      </w:r>
      <w:r>
        <w:br/>
      </w:r>
      <w:r>
        <w:rPr>
          <w:sz w:val="20"/>
        </w:rPr>
        <w:t>1:08:05  to ek bohat hi beautiful world, perfect world, ideal world banai.</w:t>
      </w:r>
      <w:r>
        <w:br/>
      </w:r>
      <w:r>
        <w:rPr>
          <w:sz w:val="20"/>
        </w:rPr>
        <w:t>1:08:10  ab Allah taala ko yeh matloob hai ke wahan par settle karne ke liye insan to kis ko</w:t>
      </w:r>
      <w:r>
        <w:br/>
      </w:r>
      <w:r>
        <w:rPr>
          <w:sz w:val="20"/>
        </w:rPr>
        <w:t>1:08:18  settle kiya jaye? wahan kis ko wahan rehne ka mauqa diya jaye? is ke liye yeh duniya banai,</w:t>
      </w:r>
      <w:r>
        <w:br/>
      </w:r>
      <w:r>
        <w:rPr>
          <w:sz w:val="20"/>
        </w:rPr>
        <w:t>1:08:26  yahan pe logon ko test ke liye rakha.</w:t>
      </w:r>
      <w:r>
        <w:br/>
      </w:r>
      <w:r>
        <w:rPr>
          <w:sz w:val="20"/>
        </w:rPr>
        <w:t>1:08:29  to azadi ke baghair test ho nahi sakta.</w:t>
      </w:r>
      <w:r>
        <w:br/>
      </w:r>
      <w:r>
        <w:rPr>
          <w:sz w:val="20"/>
        </w:rPr>
        <w:t>1:08:33  jahan test hai, wahan jahan azadi hai, wahan test hai.</w:t>
      </w:r>
      <w:r>
        <w:br/>
      </w:r>
      <w:r>
        <w:rPr>
          <w:sz w:val="20"/>
        </w:rPr>
        <w:t>1:08:37  to Allah taala ne asal jo hai, jo jo Allah taala ki jo askim of things hai, is</w:t>
      </w:r>
      <w:r>
        <w:br/>
      </w:r>
      <w:r>
        <w:rPr>
          <w:sz w:val="20"/>
        </w:rPr>
        <w:t>1:08:45  ke mutabiq asal jo cheez hai woh yeh hai ke paradise mein settle karne ke liye, paradise ka</w:t>
      </w:r>
      <w:r>
        <w:br/>
      </w:r>
      <w:r>
        <w:rPr>
          <w:sz w:val="20"/>
        </w:rPr>
        <w:t>1:08:52  inaam dene ke liye, paradise ke reward dene ke liye Allah taala ko insanon ka intikhab karna hai.</w:t>
      </w:r>
      <w:r>
        <w:br/>
      </w:r>
      <w:r>
        <w:rPr>
          <w:sz w:val="20"/>
        </w:rPr>
        <w:t>1:09:00  is duniya ko Allah taala ne rakha isi liye ke testing ground yeh hai.</w:t>
      </w:r>
      <w:r>
        <w:br/>
      </w:r>
      <w:r>
        <w:rPr>
          <w:sz w:val="20"/>
        </w:rPr>
        <w:t>1:09:06  to yahan jo log is par poore utren ge, un ko select kar liya jaye ga.</w:t>
      </w:r>
      <w:r>
        <w:br/>
      </w:r>
      <w:r>
        <w:rPr>
          <w:sz w:val="20"/>
        </w:rPr>
        <w:t>1:09:13  poori history se selectd log jo hon ge, woh jannat ke liye muntakhib kiye jayen ge.</w:t>
      </w:r>
      <w:r>
        <w:br/>
      </w:r>
      <w:r>
        <w:rPr>
          <w:sz w:val="20"/>
        </w:rPr>
        <w:t>1:09:20  poori history se, yani jannat ka faisla group wise nahi hoga, individual wise hoga.</w:t>
      </w:r>
      <w:r>
        <w:br/>
      </w:r>
      <w:r>
        <w:rPr>
          <w:sz w:val="20"/>
        </w:rPr>
        <w:t>1:09:26  koi bhi group, koi bhi group as a group wahan dakhil nahi kiya jaye ga, balkeh poori history</w:t>
      </w:r>
      <w:r>
        <w:br/>
      </w:r>
      <w:r>
        <w:rPr>
          <w:sz w:val="20"/>
        </w:rPr>
        <w:t>1:09:33  se individual chune jayen ge.</w:t>
      </w:r>
      <w:r>
        <w:br/>
      </w:r>
      <w:r>
        <w:rPr>
          <w:sz w:val="20"/>
        </w:rPr>
        <w:t>1:09:36  individual un ko wahan par mauqa diya jaye ga rehne ka.</w:t>
      </w:r>
      <w:r>
        <w:br/>
      </w:r>
      <w:r>
        <w:rPr>
          <w:sz w:val="20"/>
        </w:rPr>
        <w:t>1:09:40  to baqi logon ko main samajhta hoon ke doosre logon ko ek universal letter bhi nahi hoga, is</w:t>
      </w:r>
      <w:r>
        <w:br/>
      </w:r>
      <w:r>
        <w:rPr>
          <w:sz w:val="20"/>
        </w:rPr>
        <w:t>1:09:48  mein dakhil nahi hon ge.</w:t>
      </w:r>
      <w:r>
        <w:br/>
      </w:r>
      <w:r>
        <w:rPr>
          <w:sz w:val="20"/>
        </w:rPr>
        <w:t>1:09:50  ek kainaati kooda kooda khana yeh hai askim.</w:t>
      </w:r>
      <w:r>
        <w:br/>
      </w:r>
      <w:r>
        <w:rPr>
          <w:sz w:val="20"/>
        </w:rPr>
        <w:t>1:09:54  to aap aap sochne ka mamla test se shuru kijiye, paradise se shuru kijiye.</w:t>
      </w:r>
      <w:r>
        <w:br/>
      </w:r>
      <w:r>
        <w:rPr>
          <w:sz w:val="20"/>
        </w:rPr>
        <w:t>1:10:00  jab aap paradise ko, paradise ko jab sochen ge to is baat ka, is sawal ka jawab aap</w:t>
      </w:r>
      <w:r>
        <w:br/>
      </w:r>
      <w:r>
        <w:rPr>
          <w:sz w:val="20"/>
        </w:rPr>
        <w:t>1:10:07  ko mil jaye ga.</w:t>
      </w:r>
    </w:p>
    <w:p>
      <w:pPr>
        <w:pStyle w:val="Heading2"/>
      </w:pPr>
      <w:r>
        <w:t>Why does God want humans?</w:t>
      </w:r>
    </w:p>
    <w:p>
      <w:r>
        <w:rPr>
          <w:color w:val="666666"/>
          <w:sz w:val="18"/>
        </w:rPr>
        <w:t>Faith &amp; God · On Atheism | May 22, 2016 · 2m 00s · at 50:28 · https://youtu.be/tzJmfYnSleo?t=3028</w:t>
      </w:r>
    </w:p>
    <w:p>
      <w:r>
        <w:rPr>
          <w:i/>
        </w:rPr>
        <w:t>“God is all-knowing. An atheist friend tells us when we talk about faith: why does God want humans?”</w:t>
      </w:r>
    </w:p>
    <w:p>
      <w:r>
        <w:rPr>
          <w:sz w:val="20"/>
        </w:rPr>
        <w:t>50:28  maulana agla sawal ahmedabad se kya hai zubair sahib ne aur unhon ne likha hai ke maulana</w:t>
      </w:r>
      <w:r>
        <w:br/>
      </w:r>
      <w:r>
        <w:rPr>
          <w:sz w:val="20"/>
        </w:rPr>
        <w:t>50:33  god is all knowing</w:t>
      </w:r>
      <w:r>
        <w:br/>
      </w:r>
      <w:r>
        <w:rPr>
          <w:sz w:val="20"/>
        </w:rPr>
        <w:t>50:39  So an atheist friend tells us when we talk to them about faith that why God wants human</w:t>
      </w:r>
      <w:r>
        <w:br/>
      </w:r>
      <w:r>
        <w:rPr>
          <w:sz w:val="20"/>
        </w:rPr>
        <w:t>50:44  belongs to demonstrate faith by worshipping as He is already all-knowing.</w:t>
      </w:r>
      <w:r>
        <w:br/>
      </w:r>
      <w:r>
        <w:rPr>
          <w:sz w:val="20"/>
        </w:rPr>
        <w:t>50:49  this is a contradiction.</w:t>
      </w:r>
      <w:r>
        <w:br/>
      </w:r>
      <w:r>
        <w:rPr>
          <w:sz w:val="20"/>
        </w:rPr>
        <w:t>50:54  how should we respond to such people? nahi aap aap ne galat angle se dekha.</w:t>
      </w:r>
      <w:r>
        <w:br/>
      </w:r>
      <w:r>
        <w:rPr>
          <w:sz w:val="20"/>
        </w:rPr>
        <w:t>50:59  woh hamare hamare training ke liye hai.</w:t>
      </w:r>
      <w:r>
        <w:br/>
      </w:r>
      <w:r>
        <w:rPr>
          <w:sz w:val="20"/>
        </w:rPr>
        <w:t>51:04  yani Allah taala hum ko</w:t>
      </w:r>
      <w:r>
        <w:br/>
      </w:r>
      <w:r>
        <w:rPr>
          <w:sz w:val="20"/>
        </w:rPr>
        <w:t>51:09  paida karne ke baad Allah taala ka jo plan hai hamein attender paidaish mein pohnchana. to is ke liye hamari training ho rahi hai yahan par. woh jo cheezein hain woh sab hamari apni apni personality development ke liye hamari apni training ke liye ke hum kisi situation mein hum positive response dete hain ke negative response dete hain. kisi such</w:t>
      </w:r>
      <w:r>
        <w:br/>
      </w:r>
      <w:r>
        <w:rPr>
          <w:sz w:val="20"/>
        </w:rPr>
        <w:t>51:39  uation mein hum peaceful rehte hain ya ya violent ho jate hain. kisi mauqe par aap hum acknowledge karte hain ya hum acknowledge nahi karte. yeh sab hamara test ho raha hai. agar yeh sab halaat na hon to test kaise ho? isi test ki buniyad par yeh yeh sabit ho jayega ke kaun aadmi jannat ke liye deserving candidate hai. to aap ne galat an</w:t>
      </w:r>
      <w:r>
        <w:br/>
      </w:r>
      <w:r>
        <w:rPr>
          <w:sz w:val="20"/>
        </w:rPr>
        <w:t>52:09  galat se dekha hai.</w:t>
      </w:r>
      <w:r>
        <w:br/>
      </w:r>
      <w:r>
        <w:rPr>
          <w:sz w:val="20"/>
        </w:rPr>
        <w:t>52:14  is ko right angle dekhiye toh aap ko yeh bohat hi durust planning Allah taala ki nazar ayegi.</w:t>
      </w:r>
      <w:r>
        <w:br/>
      </w:r>
      <w:r>
        <w:rPr>
          <w:sz w:val="20"/>
        </w:rPr>
        <w:t>52:19  molana sahib aise hi smilar question poocha hai.</w:t>
      </w:r>
      <w:r>
        <w:br/>
      </w:r>
      <w:r>
        <w:rPr>
          <w:sz w:val="20"/>
        </w:rPr>
        <w:t>52:24  unhon ne location nahi likhi hai apni.</w:t>
      </w:r>
    </w:p>
    <w:p>
      <w:pPr>
        <w:pStyle w:val="Heading2"/>
      </w:pPr>
      <w:r>
        <w:t>Why does God's kingdom have suffering?</w:t>
      </w:r>
    </w:p>
    <w:p>
      <w:r>
        <w:rPr>
          <w:color w:val="666666"/>
          <w:sz w:val="18"/>
        </w:rPr>
        <w:t>Faith &amp; God · Kingdom of God August 25, 2018 · 2m 04s · at 25:09 · https://youtu.be/SrnWPkMbEQw?t=1509</w:t>
      </w:r>
    </w:p>
    <w:p>
      <w:r>
        <w:rPr>
          <w:i/>
        </w:rPr>
        <w:t>“Why is the Kingdom of God having so much suffering?”</w:t>
      </w:r>
    </w:p>
    <w:p>
      <w:r>
        <w:rPr>
          <w:sz w:val="20"/>
        </w:rPr>
        <w:t>25:09  Maulana Zuber Ahmed Sahib ne Bhopal se ek sawal bheja hai aap ke liye. Unhone likha hai ke why kingdom of God is having so much suffering.</w:t>
      </w:r>
      <w:r>
        <w:br/>
      </w:r>
      <w:r>
        <w:rPr>
          <w:sz w:val="20"/>
        </w:rPr>
        <w:t>25:23  is ke bare mein bataein. hmm, kya matlab? maulana ki matlab itni zyada jo suffering hum dekh rahe hain apne aas paas, to woh yeh keh rahe hain ke isi se related unhone peeche poocha hai ke why kingdom of god is having so much suffering.</w:t>
      </w:r>
      <w:r>
        <w:br/>
      </w:r>
      <w:r>
        <w:rPr>
          <w:sz w:val="20"/>
        </w:rPr>
        <w:t>25:41  suffering yeh sirf shaitan ka phaila hua hai. aap khud jo sawal kiya hai unhone, woh sochein ke 1947 mein un ki standard kya tha, aaj ka kya hai?</w:t>
      </w:r>
      <w:r>
        <w:br/>
      </w:r>
      <w:r>
        <w:rPr>
          <w:sz w:val="20"/>
        </w:rPr>
        <w:t>25:57  aibbat aur yaani har aadmi khoob achhe ghar mein rehta hai, achha khana khata hai, apne bachhon ko school mein padhata hai, achhe school mein.</w:t>
      </w:r>
      <w:r>
        <w:br/>
      </w:r>
      <w:r>
        <w:rPr>
          <w:sz w:val="20"/>
        </w:rPr>
        <w:t>26:06  to suffering kya? yeh to normal waqiyat hain. jab dunya mein challenge rahega, dunya mein aap jante hain ke challenge hai, challenge hai is liye ke challenge ki ke woh taraqqi nahi hoti.</w:t>
      </w:r>
      <w:r>
        <w:br/>
      </w:r>
      <w:r>
        <w:rPr>
          <w:sz w:val="20"/>
        </w:rPr>
        <w:t>26:22  challenge aur competition se taraqqi hoti hai. to woh to rahega kuch jo badha chada kar ke us ko pesh karte hain. suffering koi suffering nahi hai.</w:t>
      </w:r>
      <w:r>
        <w:br/>
      </w:r>
      <w:r>
        <w:rPr>
          <w:sz w:val="20"/>
        </w:rPr>
        <w:t>26:32  woh jo cheez hai, woh challenge hai, challenge hai. aur</w:t>
      </w:r>
      <w:r>
        <w:br/>
      </w:r>
      <w:r>
        <w:rPr>
          <w:sz w:val="20"/>
        </w:rPr>
        <w:t>26:43  jab competition hoga to challenge hoga. challenge hoga to kuch na kuch yeh sab bhi hoga. mein is ko nahi manta ke yeh fitra hai shaitan ka ke shaitan ne logon ko maan mein daal rakha hai ke safar,</w:t>
      </w:r>
      <w:r>
        <w:br/>
      </w:r>
      <w:r>
        <w:rPr>
          <w:sz w:val="20"/>
        </w:rPr>
        <w:t>27:01  safar, suffering jo hai, woh sab hai retaliation. aap pathar marte hain Israel ko to woh aap ko bomb marta hai.</w:t>
      </w:r>
    </w:p>
    <w:p>
      <w:pPr>
        <w:pStyle w:val="Heading2"/>
      </w:pPr>
      <w:r>
        <w:t>Why don't you accept the theory of evolution</w:t>
      </w:r>
    </w:p>
    <w:p>
      <w:r>
        <w:rPr>
          <w:color w:val="666666"/>
          <w:sz w:val="18"/>
        </w:rPr>
        <w:t>Faith &amp; God · Opportunities of the Modern Age | March 05, 2017 · 3m 38s · at 1:10:23 · https://youtu.be/Cv8QEwvQ_fY?t=4223</w:t>
      </w:r>
    </w:p>
    <w:p>
      <w:r>
        <w:rPr>
          <w:i/>
        </w:rPr>
        <w:t>“The theory of evolution has strong evidences. My question is: Maulana, why don't you accept it?”</w:t>
      </w:r>
    </w:p>
    <w:p>
      <w:r>
        <w:rPr>
          <w:sz w:val="20"/>
        </w:rPr>
        <w:t>1:10:23  modesty" maulana agla sawal shahzad sahib ne bheja hai unhone apni location nahi likhi hai</w:t>
      </w:r>
      <w:r>
        <w:br/>
      </w:r>
      <w:r>
        <w:rPr>
          <w:sz w:val="20"/>
        </w:rPr>
        <w:t>1:10:30  unka sawal yeh hai ke: "theory of evolution has strong evidences my question is maulana that why</w:t>
      </w:r>
      <w:r>
        <w:br/>
      </w:r>
      <w:r>
        <w:rPr>
          <w:sz w:val="20"/>
        </w:rPr>
        <w:t>1:10:38  don't you accept it" bilkul galat daawa hai aap ka hai koi evidence nahi sab poori poori theory</w:t>
      </w:r>
      <w:r>
        <w:br/>
      </w:r>
      <w:r>
        <w:rPr>
          <w:sz w:val="20"/>
        </w:rPr>
        <w:t>1:10:45  supposition pe qaim hai yeh woh mein likh chuka hoon likh chuka hoon sab maslan yani ajeeb ghareeb</w:t>
      </w:r>
      <w:r>
        <w:br/>
      </w:r>
      <w:r>
        <w:rPr>
          <w:sz w:val="20"/>
        </w:rPr>
        <w:t>1:10:53  qism ki baatein hain mein yahan</w:t>
      </w:r>
      <w:r>
        <w:br/>
      </w:r>
      <w:r>
        <w:rPr>
          <w:sz w:val="20"/>
        </w:rPr>
        <w:t>1:11:00  par is pe detail mein nahi jaunga mein ne likha hai is ke bare mein lekin poori poori theory of yani biological evolution ki theory jo hai biological biological evolution ki theory poori ki poori supposition khadi hui hai is mein koi bhi scientific evidence nahi aap koi misaal mujhe dein to woh bataunga aap misaal bhejein likh kar ke mujhe mein apne magazine ko jawab doon koi konsa evidence hai woh</w:t>
      </w:r>
      <w:r>
        <w:br/>
      </w:r>
      <w:r>
        <w:rPr>
          <w:sz w:val="20"/>
        </w:rPr>
        <w:t>1:11:30  bataiye mujhe yani scientific evidence konsa hai woh bataiye phir mein jawab doonga is ko apne</w:t>
      </w:r>
      <w:r>
        <w:br/>
      </w:r>
      <w:r>
        <w:rPr>
          <w:sz w:val="20"/>
        </w:rPr>
        <w:t>1:11:36  magazine mein kyunke mera mein ne bohat is ko study ki hai aur isi ke liye mein ne</w:t>
      </w:r>
      <w:r>
        <w:br/>
      </w:r>
      <w:r>
        <w:rPr>
          <w:sz w:val="20"/>
        </w:rPr>
        <w:t>1:11:43  safar kiya tha chandigarh mein gaya mein wahan ek museum hai baqayda isi ke upar is museum</w:t>
      </w:r>
      <w:r>
        <w:br/>
      </w:r>
      <w:r>
        <w:rPr>
          <w:sz w:val="20"/>
        </w:rPr>
        <w:t>1:11:49  ko dekha mein ne is ke director se mila mein kitabein likh padhein mein ne to mein bilkul</w:t>
      </w:r>
      <w:r>
        <w:br/>
      </w:r>
      <w:r>
        <w:rPr>
          <w:sz w:val="20"/>
        </w:rPr>
        <w:t>1:11:55  firm hoon is maamle mein ke evolution theory</w:t>
      </w:r>
      <w:r>
        <w:br/>
      </w:r>
      <w:r>
        <w:rPr>
          <w:sz w:val="20"/>
        </w:rPr>
        <w:t>1:12:01  ka koi scientific evidence nahi hai sab supposition hai agar koi meri baat na maane to mujhe misaal dein mein us ko inshallah mazeed clear karunga ji Maulana yeh aakhri comment hai is par hum program khatam karenge aur yeh comment bheja hai Maulana Abdul Basit Umri sahib ne Qatar se unhone likha hai: "Maulana aaj aap ne spirit of the age ke bare mein jo bataya ke aaj qab</w:t>
      </w:r>
      <w:r>
        <w:br/>
      </w:r>
      <w:r>
        <w:rPr>
          <w:sz w:val="20"/>
        </w:rPr>
        <w:t>1:12:31  liyat ki buniyad par sab kuch mil jata hai phir aap ne jo misalein di hain ke kaise log qabliyat ki buniyad par taraqqi kar rahe hain aap ki taqreer sun kar bohat hope mili Maulana jin logon ne aap ki rehnumai mein zindagi mein qadam rakha hai woh baghair kisi shikayat aur احتجاج ke taraqqi kar rahe hain aur inhi ko mayoosi nahi hoti khule zehan ke sath jee rahe hain</w:t>
      </w:r>
      <w:r>
        <w:br/>
      </w:r>
      <w:r>
        <w:rPr>
          <w:sz w:val="20"/>
        </w:rPr>
        <w:t>1:13:01  Allah hum sab ko aap ki gehri baaton ko samajhne ki tofeeq de taake hum kisi rukawat ke baghair taraqqi karte jayein mashallah jazak Allah so we will end the session today back next Sunday same time if you want to join CPS International or want to contribute to our Quran distribution please write to us on info at CPS global dot org thank you.</w:t>
      </w:r>
    </w:p>
    <w:p>
      <w:pPr>
        <w:pStyle w:val="Heading2"/>
      </w:pPr>
      <w:r>
        <w:t>Why evil dominates over good</w:t>
      </w:r>
    </w:p>
    <w:p>
      <w:r>
        <w:rPr>
          <w:color w:val="666666"/>
          <w:sz w:val="18"/>
        </w:rPr>
        <w:t>Faith &amp; God · Story of the Prophet Yusuf May 11, 2014 Maulana Wahiduddin Khan · 2m 33s · at 1:04:06 · https://youtu.be/2alsBthUWhw?t=3846</w:t>
      </w:r>
    </w:p>
    <w:p>
      <w:r>
        <w:rPr>
          <w:i/>
        </w:rPr>
        <w:t>“We see that the world is full of envious, jealous, and negative people. Patient and pious people are exceptional on this earth. When a human is born on his fitrah, why is there Satan's dominance over the environment? Why is evil always more than good? Please explain.”</w:t>
      </w:r>
    </w:p>
    <w:p>
      <w:r>
        <w:rPr>
          <w:sz w:val="20"/>
        </w:rPr>
        <w:t>1:04:06  aap tafsir mein parh lijiye is ko yeh koi sawal nahi hai yeh tafsir mein parh lijiye maulana agla sawal woh to woh is ka is is baat se koi ta'alluq nahi jo main ne kaha aap ji ya unhon ne kahiye ke tafsir mein parhen aap is ko maulana agla sawal shahnawaz zafar sahib ne kiya hai dilli se</w:t>
      </w:r>
      <w:r>
        <w:br/>
      </w:r>
      <w:r>
        <w:rPr>
          <w:sz w:val="20"/>
        </w:rPr>
        <w:t>1:04:28  unhon ne likha hai hum dekhte hain ke dunya hasad jalan karne walay aur negative logon se bhari hui hai sabir aur muttaqi log is zameen par exceptional hain jab insan apni fitrat par paida hota hai to mahol pe shaitan ka ghalba kyun hai kyun hamesha achhai ke muqablay mein burai zyada hoti hai is ke baray mein bataen</w:t>
      </w:r>
      <w:r>
        <w:br/>
      </w:r>
      <w:r>
        <w:rPr>
          <w:sz w:val="20"/>
        </w:rPr>
        <w:t>1:04:56  to seedhi yeh baat hai yeh to insan ko freedom hai freedom of choice yahi to masla hai insan ko suraj chand jis tareeqay se control mein hai is tarah se insan control mein nahi hai insan ko freedom of choice mila hua hai</w:t>
      </w:r>
      <w:r>
        <w:br/>
      </w:r>
      <w:r>
        <w:rPr>
          <w:sz w:val="20"/>
        </w:rPr>
        <w:t>1:05:18  to fiman shafa ilayawm fiman shafa ilaykafir</w:t>
      </w:r>
      <w:r>
        <w:br/>
      </w:r>
      <w:r>
        <w:rPr>
          <w:sz w:val="20"/>
        </w:rPr>
        <w:t>1:05:22  jo chahe apne choice ko sahi istemal kare jo chahe galat istemal kare yeh to hoga is mein</w:t>
      </w:r>
      <w:r>
        <w:br/>
      </w:r>
      <w:r>
        <w:rPr>
          <w:sz w:val="20"/>
        </w:rPr>
        <w:t>1:05:28  to koi kuch aur ho nahi sakta fiman shafa ilayawm fiman shafa ilaykafir</w:t>
      </w:r>
      <w:r>
        <w:br/>
      </w:r>
      <w:r>
        <w:rPr>
          <w:sz w:val="20"/>
        </w:rPr>
        <w:t>1:05:36  har aurat ko har mard ko freedom of choice mila hua hai</w:t>
      </w:r>
      <w:r>
        <w:br/>
      </w:r>
      <w:r>
        <w:rPr>
          <w:sz w:val="20"/>
        </w:rPr>
        <w:t>1:05:41  aur woh koi excuse nahi pesh hoga akhirat mein koi excuse nahi pesh kar sakega</w:t>
      </w:r>
      <w:r>
        <w:br/>
      </w:r>
      <w:r>
        <w:rPr>
          <w:sz w:val="20"/>
        </w:rPr>
        <w:t>1:05:48  is liye main kaha karta hoon ke if a good excuse don't use it</w:t>
      </w:r>
      <w:r>
        <w:br/>
      </w:r>
      <w:r>
        <w:rPr>
          <w:sz w:val="20"/>
        </w:rPr>
        <w:t>1:05:57  jaise ghalib ne kaha tha ke janta hoon sawab o ta'at o zahir par tabiyat idhar nahi aati to ab tabiyat ko aap control kijiye apni tabiyat ko moriye idhar se idhar nahi to phir is ka price den</w:t>
      </w:r>
      <w:r>
        <w:br/>
      </w:r>
      <w:r>
        <w:rPr>
          <w:sz w:val="20"/>
        </w:rPr>
        <w:t>1:06:17  is ko Khuda pakray ga aap ko is ki price deni paray gi freedom of choice jo insan ko mila hua hai woh kabhi bhi abolish nahi hoga insan ko khud hi faisla karna hai koi doosra aa kar ke aap ko zabardasti nahi kare ga</w:t>
      </w:r>
    </w:p>
    <w:p>
      <w:pPr>
        <w:pStyle w:val="Heading2"/>
      </w:pPr>
      <w:r>
        <w:t>Why follow Islam if all religions teach good deeds?</w:t>
      </w:r>
    </w:p>
    <w:p>
      <w:r>
        <w:rPr>
          <w:color w:val="666666"/>
          <w:sz w:val="18"/>
        </w:rPr>
        <w:t>Faith &amp; God · Islam in A New Age March 18, 2012 · 2m 34s · at 1:03:32 · https://youtu.be/P5hzq_NheY0?t=3812</w:t>
      </w:r>
    </w:p>
    <w:p>
      <w:r>
        <w:rPr>
          <w:i/>
        </w:rPr>
        <w:t>“All religions basically teach followers to do good deeds. Why should a person then only follow Islam?”</w:t>
      </w:r>
    </w:p>
    <w:p>
      <w:r>
        <w:rPr>
          <w:sz w:val="20"/>
        </w:rPr>
        <w:t>1:03:32  Maulana, agla sawal Delhi se aya hai Mr Parteek Sharma ne likha hai. unhon ne aap se poocha hai ke all religions basically teach followers to do good deeds.</w:t>
      </w:r>
      <w:r>
        <w:br/>
      </w:r>
      <w:r>
        <w:rPr>
          <w:sz w:val="20"/>
        </w:rPr>
        <w:t>1:03:44  Why should a person then only follow Islam?</w:t>
      </w:r>
      <w:r>
        <w:br/>
      </w:r>
      <w:r>
        <w:rPr>
          <w:sz w:val="20"/>
        </w:rPr>
        <w:t>1:03:50  dekhiye, agar aap sanjeeda hain, sanjeeda hain to main kahunga ke all religion ka mamla hi nahi hai.</w:t>
      </w:r>
      <w:r>
        <w:br/>
      </w:r>
      <w:r>
        <w:rPr>
          <w:sz w:val="20"/>
        </w:rPr>
        <w:t>1:04:00  yahan all religion ka mamla hi nahin hai. kyunke dosre mazahib jo hain, woh preserve mazahib nahin hain. islami ek mehfooz mazhab hai, preserve mazhab.</w:t>
      </w:r>
      <w:r>
        <w:br/>
      </w:r>
      <w:r>
        <w:rPr>
          <w:sz w:val="20"/>
        </w:rPr>
        <w:t>1:04:12  to yeh, yaani kai ke darmiyan, ek kai ke darmiyan ka mamla hai nahin, ek ke darmiyan ka mamla hai.</w:t>
      </w:r>
      <w:r>
        <w:br/>
      </w:r>
      <w:r>
        <w:rPr>
          <w:sz w:val="20"/>
        </w:rPr>
        <w:t>1:04:22  tamam scholars jo hain, is par mutafiq hain ke pichle jitne mazhab hain islam se pehle ke, woh koi bhi mehfooz nahin hai, preserve nahin hai.</w:t>
      </w:r>
      <w:r>
        <w:br/>
      </w:r>
      <w:r>
        <w:rPr>
          <w:sz w:val="20"/>
        </w:rPr>
        <w:t>1:04:30  un ka text, un ki history, koi cheez preserve nahin hai. sab mythology hai. pichle mazahib jo mythology par base karte hain, history par nahin base karte.</w:t>
      </w:r>
      <w:r>
        <w:br/>
      </w:r>
      <w:r>
        <w:rPr>
          <w:sz w:val="20"/>
        </w:rPr>
        <w:t>1:04:42  yeh tamam scholars ka yeh, yaani woh hai manna hai ke pichle dosre mazahib jo hain, woh mythology par base karte hain.</w:t>
      </w:r>
      <w:r>
        <w:br/>
      </w:r>
      <w:r>
        <w:rPr>
          <w:sz w:val="20"/>
        </w:rPr>
        <w:t>1:04:52  islam history par base karta hai. is liye aaj islam jo authentic</w:t>
      </w:r>
      <w:r>
        <w:br/>
      </w:r>
      <w:r>
        <w:rPr>
          <w:sz w:val="20"/>
        </w:rPr>
        <w:t>1:04:56  hai, to islam hi ek authentic version hai khuda ke, yaani religion of God ka. yaani religion of God jo hai, pehle bhi aya lekin woh woh mehfooz nahin rakh saka is zamane ke log.</w:t>
      </w:r>
      <w:r>
        <w:br/>
      </w:r>
      <w:r>
        <w:rPr>
          <w:sz w:val="20"/>
        </w:rPr>
        <w:t>1:05:12  lekin islam jo hai, mehfooz hai. to islam ki hesiyat yeh nahin ke woh superior hai ya afzal hai ya mukammal, yeh sab kuch nahin hai. yeh main nahin manta is ko.</w:t>
      </w:r>
      <w:r>
        <w:br/>
      </w:r>
      <w:r>
        <w:rPr>
          <w:sz w:val="20"/>
        </w:rPr>
        <w:t>1:05:21  islam na superior hai, na afzal hai, na mukammal hai, kuch nahin.</w:t>
      </w:r>
      <w:r>
        <w:br/>
      </w:r>
      <w:r>
        <w:rPr>
          <w:sz w:val="20"/>
        </w:rPr>
        <w:t>1:05:25  woh allah religion of God ka authentic version hai, bas.</w:t>
      </w:r>
      <w:r>
        <w:br/>
      </w:r>
      <w:r>
        <w:rPr>
          <w:sz w:val="20"/>
        </w:rPr>
        <w:t>1:05:34  aur is ke siwa kuch nahin hai. to jo aadmi waqai sincere hai religion of God ko janne ke liye, to main nahin samajhta ke woh is mein is ki do rai ho sakti hai ke jo authentic version hai, jo jis ki history poori tarah se maloom hai, us ko le na ke un ko le jo ke mythology par base karte hain.</w:t>
      </w:r>
      <w:r>
        <w:br/>
      </w:r>
      <w:r>
        <w:rPr>
          <w:sz w:val="20"/>
        </w:rPr>
        <w:t>1:06:00  yeh hai is mamle mein khalis scientific statement. scientific statement.</w:t>
      </w:r>
    </w:p>
    <w:p>
      <w:pPr>
        <w:pStyle w:val="Heading2"/>
      </w:pPr>
      <w:r>
        <w:t>Why is God hidden from our minds</w:t>
      </w:r>
    </w:p>
    <w:p>
      <w:r>
        <w:rPr>
          <w:color w:val="666666"/>
          <w:sz w:val="18"/>
        </w:rPr>
        <w:t>Faith &amp; God · Discovery of God (In Conversation with Maulana) December 25, 2011 · 3m 13s · at 0:11 · https://youtu.be/-1c1d7cFj0s?t=11</w:t>
      </w:r>
    </w:p>
    <w:p>
      <w:r>
        <w:rPr>
          <w:i/>
        </w:rPr>
        <w:t>“The greatest being in this universe is God, but strangely, that same being is most hidden from our minds and intellect. We know Him the least, only at the level of devotion, not at the level of discovery. What is the reason?”</w:t>
      </w:r>
    </w:p>
    <w:p>
      <w:r>
        <w:rPr>
          <w:sz w:val="20"/>
        </w:rPr>
        <w:t>0:11  maulana, yeh sawal aaya hai maulana abdul basit umri ka, doha, qatar se. unhone likha hai ke: "maulana, is kainat ki sab se bari hasti khuda ki hai,</w:t>
      </w:r>
      <w:r>
        <w:br/>
      </w:r>
      <w:r>
        <w:rPr>
          <w:sz w:val="20"/>
        </w:rPr>
        <w:t>0:24  lekin ajib baat hai ke wahi hasti sab se zyada hamare zehn aur dimagh se ojhal hai. isi hasti ko hum sab se kam jante hain, sirf aqeedat ki had tak hamara is se taluq hai,</w:t>
      </w:r>
      <w:r>
        <w:br/>
      </w:r>
      <w:r>
        <w:rPr>
          <w:sz w:val="20"/>
        </w:rPr>
        <w:t>0:38  daryaft ki satah par hum khuda ko nahi jante. is ki wajah kya hai?"</w:t>
      </w:r>
      <w:r>
        <w:br/>
      </w:r>
      <w:r>
        <w:rPr>
          <w:sz w:val="20"/>
        </w:rPr>
        <w:t>0:50  dekhein, quran mein hai ke: "ya'lamoona zahiran ma riyatud dunya" yani dikhai dene wali cheezon ko hi log dekh paate hain aur usi ko sab kuch samajh lete hain.</w:t>
      </w:r>
      <w:r>
        <w:br/>
      </w:r>
      <w:r>
        <w:rPr>
          <w:sz w:val="20"/>
        </w:rPr>
        <w:t>1:07  yeh insaan ki kamzori hai ke jo cheez dekhne mein aaye, usi ko woh bari cheez samjhe.</w:t>
      </w:r>
      <w:r>
        <w:br/>
      </w:r>
      <w:r>
        <w:rPr>
          <w:sz w:val="20"/>
        </w:rPr>
        <w:t>1:17  pehlay zamanay mein log suraj ko, chand ko, sitaron ko poojhte the isi liye ke woh dikhai de rahi thi. to allah taala ghayab mein hai,</w:t>
      </w:r>
      <w:r>
        <w:br/>
      </w:r>
      <w:r>
        <w:rPr>
          <w:sz w:val="20"/>
        </w:rPr>
        <w:t>1:30  is wajah se log us ko daryaft nahi kar paate. lekin yahi to imtehan hai, yahi jannat ki qeemat hai. jannat ki qeemat yeh hai ke aap na dikhai dene wale khuda ko daryaft kar sakein,</w:t>
      </w:r>
      <w:r>
        <w:br/>
      </w:r>
      <w:r>
        <w:rPr>
          <w:sz w:val="20"/>
        </w:rPr>
        <w:t>1:47  jo khuda ghayb mein hai, us ko aap daryaft kar sakain.</w:t>
      </w:r>
      <w:r>
        <w:br/>
      </w:r>
      <w:r>
        <w:rPr>
          <w:sz w:val="20"/>
        </w:rPr>
        <w:t>1:53  yahi jannat ki qeemat hai. to ab jin logon ko maut ke baad ki abadi zindagi mein jannat ka shauq hai, to un ko is ke liye koshish karni hi paray gi.</w:t>
      </w:r>
      <w:r>
        <w:br/>
      </w:r>
      <w:r>
        <w:rPr>
          <w:sz w:val="20"/>
        </w:rPr>
        <w:t>2:14  apni soch ko, apne ghawr o fikr ko, apne mutalay ko is tareeqay se karna hoga ke aap Allah ko daryaft kar sakain.</w:t>
      </w:r>
      <w:r>
        <w:br/>
      </w:r>
      <w:r>
        <w:rPr>
          <w:sz w:val="20"/>
        </w:rPr>
        <w:t>2:28  yani khud Allah ko hum nahi dekh paatay, lekin jo creation hai, creation mein to khuda bilkul har taraf numayan hai.</w:t>
      </w:r>
      <w:r>
        <w:br/>
      </w:r>
      <w:r>
        <w:rPr>
          <w:sz w:val="20"/>
        </w:rPr>
        <w:t>2:41  chounkay soch insan sochta nahi, is liye wo be khabar rehta hai. agar soche to har taraf us ko khuda ki daryaft honay lagay. to main sochta hoon ke ye isi cheez ko hamein apne andar develop karna hai ke khuda ki takhleeq mein ghawr karein, creation mein.</w:t>
      </w:r>
      <w:r>
        <w:br/>
      </w:r>
      <w:r>
        <w:rPr>
          <w:sz w:val="20"/>
        </w:rPr>
        <w:t>3:03  creation mein ghawr kar ke hum creator tak puhanch saktay hain. to ye aik process hai jo har aik ko apne andar jari karna hai, aur jo bhi sincerely is ko is process ko apne andar jari karega, zaroor inshallah wo manzil tak puhanchay ga.</w:t>
      </w:r>
    </w:p>
    <w:p>
      <w:pPr>
        <w:pStyle w:val="Heading2"/>
      </w:pPr>
      <w:r>
        <w:t>Why is fighting considered intrinsically good?</w:t>
      </w:r>
    </w:p>
    <w:p>
      <w:r>
        <w:rPr>
          <w:color w:val="666666"/>
          <w:sz w:val="18"/>
        </w:rPr>
        <w:t>Faith &amp; God · Mission of Tajdeed (Revival of Islam) September 15, 2019 Maulana Wahiduddin Khan · 3m 09s · at 52:48 · https://youtu.be/jGfoAffJ4-8?t=3168</w:t>
      </w:r>
    </w:p>
    <w:p>
      <w:r>
        <w:rPr>
          <w:i/>
        </w:rPr>
        <w:t>“What does Islam or religion demand from us, and why is fighting (qital) considered intrinsically good? Please explain briefly.”</w:t>
      </w:r>
    </w:p>
    <w:p>
      <w:r>
        <w:rPr>
          <w:sz w:val="20"/>
        </w:rPr>
        <w:t>52:48  maulana, agla sawal pakistan se miss shabana ansari ne kiya hai. unhon ne likha hai: "maulana, islam ya deen hum se kiya mangta hai aur is talluq se qital kyon husn lazati hai?</w:t>
      </w:r>
      <w:r>
        <w:br/>
      </w:r>
      <w:r>
        <w:rPr>
          <w:sz w:val="20"/>
        </w:rPr>
        <w:t>53:07  agar aap is ko briefly explain karen." husn lazati hai hi nahi. yeh to hum ne kaha hai ke husn ghairi hai. husn lazati hai hi nahi.</w:t>
      </w:r>
      <w:r>
        <w:br/>
      </w:r>
      <w:r>
        <w:rPr>
          <w:sz w:val="20"/>
        </w:rPr>
        <w:t>53:18  husn ghairi hai. yani kisi aur maqsad ke liye. yani mislan dekhiye, difa ke liye. islam ko phailane ke liye nahi hai.</w:t>
      </w:r>
      <w:r>
        <w:br/>
      </w:r>
      <w:r>
        <w:rPr>
          <w:sz w:val="20"/>
        </w:rPr>
        <w:t>53:29  hargiz hargiz islam ko phailane ke liye nahi hai. difa ke liye. yahi matlab husn lazati hai nahi, husn ghairi hai.</w:t>
      </w:r>
      <w:r>
        <w:br/>
      </w:r>
      <w:r>
        <w:rPr>
          <w:sz w:val="20"/>
        </w:rPr>
        <w:t>53:40  maulana jamshid pur se. jo log yeh samjhen ke islam ko phailane ke liye hai, to bilashuba woh islam ko bilkul nahi jante, kuch bhi nahi jante.</w:t>
      </w:r>
      <w:r>
        <w:br/>
      </w:r>
      <w:r>
        <w:rPr>
          <w:sz w:val="20"/>
        </w:rPr>
        <w:t>53:56  ah, dania, Miss Dania Mustafa ne Karachi se likha hai: "Maulana sahib, with your literature, we easily address the modern mind and people can relate very well</w:t>
      </w:r>
      <w:r>
        <w:br/>
      </w:r>
      <w:r>
        <w:rPr>
          <w:sz w:val="20"/>
        </w:rPr>
        <w:t>54:08  . thank you, maulana." mashallah. jamshid pur se ayaz ahmed sahib ne likha hai: "aksar log tajdeedi kaam ko kehte hain ke yeh deen ko tod marod kar pesh kiya ja raha hai.</w:t>
      </w:r>
      <w:r>
        <w:br/>
      </w:r>
      <w:r>
        <w:rPr>
          <w:sz w:val="20"/>
        </w:rPr>
        <w:t>54:24  kai baar log is ko gumrahi bhi kehte hain. logon ko is galat fehmi se kaise nikala jaye?" bohat saada hai.</w:t>
      </w:r>
      <w:r>
        <w:br/>
      </w:r>
      <w:r>
        <w:rPr>
          <w:sz w:val="20"/>
        </w:rPr>
        <w:t>54:32  mujhe misaal pejiye. misaal aik bhi nahi denge. woh khali aise kahenge: "mujhe misaal pejiye." aik bhi misaal nahi de sakte.</w:t>
      </w:r>
      <w:r>
        <w:br/>
      </w:r>
      <w:r>
        <w:rPr>
          <w:sz w:val="20"/>
        </w:rPr>
        <w:t>54:44  tod marod kiya? tod marod kiya? tod marod kiya? yeh to aik mere nazdeek gumrah karne ki baaten hain.</w:t>
      </w:r>
      <w:r>
        <w:br/>
      </w:r>
      <w:r>
        <w:rPr>
          <w:sz w:val="20"/>
        </w:rPr>
        <w:t>54:52  aap misaal dijiye, specific misaal. yahi woh kehte hain ke tod marod kar. yeh to gaali hai. tod marod kehna gaali hai.</w:t>
      </w:r>
      <w:r>
        <w:br/>
      </w:r>
      <w:r>
        <w:rPr>
          <w:sz w:val="20"/>
        </w:rPr>
        <w:t>55:03  yeh koi baat nahi hai. yeh aap specific misaal dijiye.</w:t>
      </w:r>
      <w:r>
        <w:br/>
      </w:r>
      <w:r>
        <w:rPr>
          <w:sz w:val="20"/>
        </w:rPr>
        <w:t>55:15  ab mein ne mislan ulama ki misaal di ke ulmania likha hai ke islam mein qital jo hai, husn ghairi hai, husn lazati nahi hai.</w:t>
      </w:r>
      <w:r>
        <w:br/>
      </w:r>
      <w:r>
        <w:rPr>
          <w:sz w:val="20"/>
        </w:rPr>
        <w:t>55:27  yeh tod marod kiya hai? aap misaal ka mutala kijiye ke misaal kaisi hai, us ko samjhiye. yeh sab gaali ke alfaaz hain.</w:t>
      </w:r>
      <w:r>
        <w:br/>
      </w:r>
      <w:r>
        <w:rPr>
          <w:sz w:val="20"/>
        </w:rPr>
        <w:t>55:40  tod marod, specific. jab aap is pe specific zaban mein aap baat na karen to gaali hoti hai. abvidment hota hai.</w:t>
      </w:r>
    </w:p>
    <w:p>
      <w:pPr>
        <w:pStyle w:val="Heading2"/>
      </w:pPr>
      <w:r>
        <w:t>Why many misconceptions in Islam</w:t>
      </w:r>
    </w:p>
    <w:p>
      <w:r>
        <w:rPr>
          <w:color w:val="666666"/>
          <w:sz w:val="18"/>
        </w:rPr>
        <w:t>Faith &amp; God · Jihad Fillah June 23, 2013 · 2m 03s · at 1:13:12 · https://youtu.be/NRTno1eQTos?t=4392</w:t>
      </w:r>
    </w:p>
    <w:p>
      <w:r>
        <w:rPr>
          <w:i/>
        </w:rPr>
        <w:t>“Why is it that in Islam alone there are so many misconceptions?”</w:t>
      </w:r>
    </w:p>
    <w:p>
      <w:r>
        <w:rPr>
          <w:sz w:val="20"/>
        </w:rPr>
        <w:t>1:13:12  Maulana, agla sawal Bangalore se hai Mr. Vineesh Sharma ka. Unhone aapse poocha hai: "That why is it that in Islam alone there are so many misconceptions?"</w:t>
      </w:r>
      <w:r>
        <w:br/>
      </w:r>
      <w:r>
        <w:rPr>
          <w:sz w:val="20"/>
        </w:rPr>
        <w:t>1:13:27  dekhen, islam alone ki baat nahi hai, sachai alone ki baat hai. sachai ka authentic version kahan hai?</w:t>
      </w:r>
      <w:r>
        <w:br/>
      </w:r>
      <w:r>
        <w:rPr>
          <w:sz w:val="20"/>
        </w:rPr>
        <w:t>1:13:36  is ki baat hai.</w:t>
      </w:r>
      <w:r>
        <w:br/>
      </w:r>
      <w:r>
        <w:rPr>
          <w:sz w:val="20"/>
        </w:rPr>
        <w:t>1:13:37  yeh nahi ke islam alone ya falan alone, sachai alone. asal cheez hai sachai. to is ka aap yeh aap aap aap study kar ke janiye ke sachai ka authentic version kahan hai.</w:t>
      </w:r>
      <w:r>
        <w:br/>
      </w:r>
      <w:r>
        <w:rPr>
          <w:sz w:val="20"/>
        </w:rPr>
        <w:t>1:13:54  jahan aap payen, us ko ikhtiyar kar lijie. hum ne jo study ki hai to hum ne yeh paya ke sachai ka authentic version jo hai, woh quran hai. to hum ne quran ko ikhtiyar kar liya.</w:t>
      </w:r>
      <w:r>
        <w:br/>
      </w:r>
      <w:r>
        <w:rPr>
          <w:sz w:val="20"/>
        </w:rPr>
        <w:t>1:14:05  to aap yahi kijie. masla aqdari darja ka nahi hai, masla truth with the capital T ka hai.</w:t>
      </w:r>
      <w:r>
        <w:br/>
      </w:r>
      <w:r>
        <w:rPr>
          <w:sz w:val="20"/>
        </w:rPr>
        <w:t>1:14:15  jahan aap ko the truth jo hai, us ka authentic version mil jaye, bas us ko ikhtiyar kar lijie aap.</w:t>
      </w:r>
    </w:p>
    <w:p>
      <w:pPr>
        <w:pStyle w:val="Heading2"/>
      </w:pPr>
      <w:r>
        <w:t>Why people think religion restricts freedom</w:t>
      </w:r>
    </w:p>
    <w:p>
      <w:r>
        <w:rPr>
          <w:color w:val="666666"/>
          <w:sz w:val="18"/>
        </w:rPr>
        <w:t>Faith &amp; God · Islam &amp; Prophet of Islam 21 Oct, 2012 - Maulana Wahiduddin Khan · 4m 26s · at 1:13:02 · https://youtu.be/2hwtfOyNeS0?t=4382</w:t>
      </w:r>
    </w:p>
    <w:p>
      <w:r>
        <w:rPr>
          <w:i/>
        </w:rPr>
        <w:t>“Why do people think that religion restricts freedom and therefore reject it?”</w:t>
      </w:r>
    </w:p>
    <w:p>
      <w:r>
        <w:rPr>
          <w:sz w:val="20"/>
        </w:rPr>
        <w:t>1:13:02  maulana, agla sawal aaya hai gulbarga se maulana yaqoob umri ka. unhon ne likha hai: "maulana ek sahab ne kaha ke mazhab insan ki azadi par roak lagata hai, is liye hum ko mazhab nahin chahiye.</w:t>
      </w:r>
      <w:r>
        <w:br/>
      </w:r>
      <w:r>
        <w:rPr>
          <w:sz w:val="20"/>
        </w:rPr>
        <w:t>1:13:18  maulana log kyun aisa samajhte hain?" aaj main ne jo kaha hai baatein is se aap andaza kar sakte hain ke ke islam to zabardast daai hai azadi ka.</w:t>
      </w:r>
      <w:r>
        <w:br/>
      </w:r>
      <w:r>
        <w:rPr>
          <w:sz w:val="20"/>
        </w:rPr>
        <w:t>1:13:36  yani yani allah taala ka ki jo scheme of things hai us ke mutabiq azadi shart hai, lazim hai. koi is ko misuse kare ya properly use kare, is se aap ke paas nahin.</w:t>
      </w:r>
      <w:r>
        <w:br/>
      </w:r>
      <w:r>
        <w:rPr>
          <w:sz w:val="20"/>
        </w:rPr>
        <w:t>1:13:50  is ko azadi baharhal rahe gi hasil. ek hi cheez par shart laga sakte hain aap, woh yeh ke woh aap ko physical harm na pahanchaye. dekhiye, aaj kal ke musalman jo protest kar rahe hain, is farq ko nahin samajhte ke insan par pabandi sirf yeh lag sakti hai ke tum doosre ko physical harm pahanchane ka haq nahin rakhte.</w:t>
      </w:r>
      <w:r>
        <w:br/>
      </w:r>
      <w:r>
        <w:rPr>
          <w:sz w:val="20"/>
        </w:rPr>
        <w:t>1:14:12  abhi main ne ek taqreer suni ek ek ek ek bade aalim ki to unhon ne is ke khilaf bol rahe the woh, yani yeh woh jo hai "innocence of muslim" wali film jo hai,</w:t>
      </w:r>
      <w:r>
        <w:br/>
      </w:r>
      <w:r>
        <w:rPr>
          <w:sz w:val="20"/>
        </w:rPr>
        <w:t>1:14:27  to woh is mein unhon ne yeh kaha ke yani west mein bhi yahi concept hai azadi ka ke tumhari azadi, unhon ne yeh kaha ke tumhari azadi wahan khatam ho jati hai jahan doosre ki khair khwahi majrooh hoti hai.</w:t>
      </w:r>
      <w:r>
        <w:br/>
      </w:r>
      <w:r>
        <w:rPr>
          <w:sz w:val="20"/>
        </w:rPr>
        <w:t>1:14:47  yeh bilkul galat baat hai. yeh west ka yeh concept nahin hai. unhon ne ghaliban angrezi ka lafz to nahin istemal kiya tha, ghaliban un ka matlab hua tha woh woh jo mashhoor hai america ke bare mein ke "your freedom ends where my nose begins".</w:t>
      </w:r>
      <w:r>
        <w:br/>
      </w:r>
      <w:r>
        <w:rPr>
          <w:sz w:val="20"/>
        </w:rPr>
        <w:t>1:15:06  to is ka matlab to yeh hai ke tum azaad ho is waqt tak jab tak ke tum kisi ko harm na pahanchao. jab tum meri naak ko maro ge to kaha tum ne mujh ko harm pahanchaya.</w:t>
      </w:r>
      <w:r>
        <w:br/>
      </w:r>
      <w:r>
        <w:rPr>
          <w:sz w:val="20"/>
        </w:rPr>
        <w:t>1:15:17  to aap ke jazbat majrooh hote hain, yeh kisi concern nahin hai. na west ka, na na khuda ka. na khuda ki bhi concern yeh nahin hai. aap janiye, aap ka kaam janiye.</w:t>
      </w:r>
      <w:r>
        <w:br/>
      </w:r>
      <w:r>
        <w:rPr>
          <w:sz w:val="20"/>
        </w:rPr>
        <w:t>1:15:28  aap ke jazbat majrooh hote hain to aap janiye. is ki bina par kisi ki azadi is oust nahin ki jae gi. achhe se samajh lijiye ke na yeh west ka concept hai, na yeh khuda ka concept hai.</w:t>
      </w:r>
      <w:r>
        <w:br/>
      </w:r>
      <w:r>
        <w:rPr>
          <w:sz w:val="20"/>
        </w:rPr>
        <w:t>1:15:42  khuda ka concept har giz yeh nahin hai ke kisi kisi ke jazbat majrooh ho rahe hon to us ki azadi jo hai khatam kar di jaye. aadmi is waqt tak azaad hai jab tak woh apni azadi ko peaceful daire mein istemal karta hai.</w:t>
      </w:r>
      <w:r>
        <w:br/>
      </w:r>
      <w:r>
        <w:rPr>
          <w:sz w:val="20"/>
        </w:rPr>
        <w:t>1:15:57  sirf is waqt pabandi lage gi is ke upar jab ke woh doosre ke liye harmful ban jaye. yeh islam ka concept hai, yeh west ka concept hai. yeh galat logon ne samajh rakha hai.</w:t>
      </w:r>
      <w:r>
        <w:br/>
      </w:r>
      <w:r>
        <w:rPr>
          <w:sz w:val="20"/>
        </w:rPr>
        <w:t>1:16:08  kisi ke jazbat majrooh hon to wahan pabandi lagai jae gi. har giz nahin. bilkul galat hai agar koi aisa karta hai. jazbat majrooh hote hain to aap ka personal masla hai, woh islam ka masla nahin hai.</w:t>
      </w:r>
      <w:r>
        <w:br/>
      </w:r>
      <w:r>
        <w:rPr>
          <w:sz w:val="20"/>
        </w:rPr>
        <w:t>1:16:20  aisa koi qanoon na ban sakta hai, na chal sakta hai, na is ki koi feasibility hai ke jazbat ke majrooh hone par qanoon banaya jaye. abhi main ne parha ke invitations ke jo general assembly mein musalmanon ki tadad 58 hai.</w:t>
      </w:r>
      <w:r>
        <w:br/>
      </w:r>
      <w:r>
        <w:rPr>
          <w:sz w:val="20"/>
        </w:rPr>
        <w:t>1:16:36  58 muslim members hain. unhon ne ittefaq rai ke sath yeh wahan par mutalba kiya ke ke invitation jo hai aisa qanoon banaye jis par pabandi lagai jaye freedom of expression par.</w:t>
      </w:r>
      <w:r>
        <w:br/>
      </w:r>
      <w:r>
        <w:rPr>
          <w:sz w:val="20"/>
        </w:rPr>
        <w:t>1:16:49  yeh bilkul ridiculous baat hai. aisa mutalba, aisi mang ridiculous hai. kyun ke aap kaise pabandi lagaen ge?</w:t>
      </w:r>
      <w:r>
        <w:br/>
      </w:r>
      <w:r>
        <w:rPr>
          <w:sz w:val="20"/>
        </w:rPr>
        <w:t>1:16:59  dekhiye, yahi islam ka stand hai, yahi west ka stand hai, aur yeh invitations ka stand hai ke har aadmi azaad hai ke apni, ke woh yani freedom of expression jo hai, woh is ka is ka absolute right hai insan ko.</w:t>
      </w:r>
      <w:r>
        <w:br/>
      </w:r>
      <w:r>
        <w:rPr>
          <w:sz w:val="20"/>
        </w:rPr>
        <w:t>1:17:14  absolute right hai. sirf is waqt is ka right khatam hota hai jab ke woh doosron ko physical harm pahanchane lage. jab tak peaceful hai, aap koi pabandi nahin laga sakte is ke upar.</w:t>
      </w:r>
    </w:p>
    <w:p>
      <w:pPr>
        <w:pStyle w:val="Heading2"/>
      </w:pPr>
      <w:r>
        <w:t>Why scientists are atheists despite science</w:t>
      </w:r>
    </w:p>
    <w:p>
      <w:r>
        <w:rPr>
          <w:color w:val="666666"/>
          <w:sz w:val="18"/>
        </w:rPr>
        <w:t>Faith &amp; God · Divine Guidance November 20, 2016 · 2m 31s · at 46:37 · https://youtu.be/tbcloc-fvSE?t=2797</w:t>
      </w:r>
    </w:p>
    <w:p>
      <w:r>
        <w:rPr>
          <w:i/>
        </w:rPr>
        <w:t>“Moulana sahib, in today's talk, you said that science has indirectly proved the existence of God. My question is, if science has helped mankind in understanding the concept of God, then why many scientists are atheists? Why can't they understand that the universe and this world has a creator behind it? What is the reason behind this?”</w:t>
      </w:r>
    </w:p>
    <w:p>
      <w:r>
        <w:rPr>
          <w:sz w:val="20"/>
        </w:rPr>
        <w:t>46:37  maulana sahib, agla sawal kya hai ghafoor khan sahib ne sikkam se.</w:t>
      </w:r>
      <w:r>
        <w:br/>
      </w:r>
      <w:r>
        <w:rPr>
          <w:sz w:val="20"/>
        </w:rPr>
        <w:t>46:42  "Moulana صاحb, in today's talk, you said that science has indirectly proved the existence of God.</w:t>
      </w:r>
      <w:r>
        <w:br/>
      </w:r>
      <w:r>
        <w:rPr>
          <w:sz w:val="20"/>
        </w:rPr>
        <w:t>46:48  My question is, if science has helped mankind in understanding the concept of God, then why many scientists are atheists? Why cant they understand that the universe and this world has a creator behind it? What is the reason behind this?</w:t>
      </w:r>
      <w:r>
        <w:br/>
      </w:r>
      <w:r>
        <w:rPr>
          <w:sz w:val="20"/>
        </w:rPr>
        <w:t>47:06  " nahi, dekhen, yeh baat aap ki jo hai sahi nahi hai.</w:t>
      </w:r>
      <w:r>
        <w:br/>
      </w:r>
      <w:r>
        <w:rPr>
          <w:sz w:val="20"/>
        </w:rPr>
        <w:t>47:10  koi aik bhi scientist atheist nahi hai.</w:t>
      </w:r>
      <w:r>
        <w:br/>
      </w:r>
      <w:r>
        <w:rPr>
          <w:sz w:val="20"/>
        </w:rPr>
        <w:t>47:15  koi bhi nahi.</w:t>
      </w:r>
      <w:r>
        <w:br/>
      </w:r>
      <w:r>
        <w:rPr>
          <w:sz w:val="20"/>
        </w:rPr>
        <w:t>47:20  yeh bilkul hi khilaf waqea baat hai.</w:t>
      </w:r>
      <w:r>
        <w:br/>
      </w:r>
      <w:r>
        <w:rPr>
          <w:sz w:val="20"/>
        </w:rPr>
        <w:t>47:24  Einstein ke baray mein aik shakhs ko shubah tha ke woh atheist ho gaya hai to us ne</w:t>
      </w:r>
      <w:r>
        <w:br/>
      </w:r>
      <w:r>
        <w:rPr>
          <w:sz w:val="20"/>
        </w:rPr>
        <w:t>47:29  letter likha tha us ke dost ne.</w:t>
      </w:r>
      <w:r>
        <w:br/>
      </w:r>
      <w:r>
        <w:rPr>
          <w:sz w:val="20"/>
        </w:rPr>
        <w:t>47:34  woh letter bhai chapta hai risalay ne.</w:t>
      </w:r>
      <w:r>
        <w:br/>
      </w:r>
      <w:r>
        <w:rPr>
          <w:sz w:val="20"/>
        </w:rPr>
        <w:t>47:39  us ne jawab diya ke mein atheist nahi hoon, mein agnostic hoon.</w:t>
      </w:r>
      <w:r>
        <w:br/>
      </w:r>
      <w:r>
        <w:rPr>
          <w:sz w:val="20"/>
        </w:rPr>
        <w:t>47:43  jo sab ka scientist banaya jata hai, us ne likha tha ke mein atheist nahi hoon, scientist agnostic hoon.</w:t>
      </w:r>
      <w:r>
        <w:br/>
      </w:r>
      <w:r>
        <w:rPr>
          <w:sz w:val="20"/>
        </w:rPr>
        <w:t>47:48  to sare hi sare hi scientist indirectly mante hain khuda ko.</w:t>
      </w:r>
      <w:r>
        <w:br/>
      </w:r>
      <w:r>
        <w:rPr>
          <w:sz w:val="20"/>
        </w:rPr>
        <w:t>47:53  yani Newton se le kar.</w:t>
      </w:r>
      <w:r>
        <w:br/>
      </w:r>
      <w:r>
        <w:rPr>
          <w:sz w:val="20"/>
        </w:rPr>
        <w:t>47:57  isi liye aik commentator ne likha hai ke yeh scientist jo west mein paida hue, yani Christian mahol</w:t>
      </w:r>
      <w:r>
        <w:br/>
      </w:r>
      <w:r>
        <w:rPr>
          <w:sz w:val="20"/>
        </w:rPr>
        <w:t>48:02  mein paida hue, to un ka Christian nature yahan par kaam kar raha hai.</w:t>
      </w:r>
      <w:r>
        <w:br/>
      </w:r>
      <w:r>
        <w:rPr>
          <w:sz w:val="20"/>
        </w:rPr>
        <w:t>48:07  yeh to aik haqeeqat hai ke kisi bhi scientist ko aap nahi keh sakte ke woh atheist tha.</w:t>
      </w:r>
      <w:r>
        <w:br/>
      </w:r>
      <w:r>
        <w:rPr>
          <w:sz w:val="20"/>
        </w:rPr>
        <w:t>48:12  wohi agnostic keh sakte hain aap.</w:t>
      </w:r>
      <w:r>
        <w:br/>
      </w:r>
      <w:r>
        <w:rPr>
          <w:sz w:val="20"/>
        </w:rPr>
        <w:t>48:16  to us ko commentator ne yeh likha hai ke yeh jo mizaj hai, yani ke un ka aik</w:t>
      </w:r>
      <w:r>
        <w:br/>
      </w:r>
      <w:r>
        <w:rPr>
          <w:sz w:val="20"/>
        </w:rPr>
        <w:t>48:21  khuda ka inkar nahi kar patay, woh us ki wajah us ka Christian nature bol raha hai.</w:t>
      </w:r>
      <w:r>
        <w:br/>
      </w:r>
      <w:r>
        <w:rPr>
          <w:sz w:val="20"/>
        </w:rPr>
        <w:t>48:26  lekin yeh to galat baat hai.</w:t>
      </w:r>
      <w:r>
        <w:br/>
      </w:r>
      <w:r>
        <w:rPr>
          <w:sz w:val="20"/>
        </w:rPr>
        <w:t>48:31  in ka Christian ka aik nature bol raha hai, haqaiq bol rahe hain.</w:t>
      </w:r>
      <w:r>
        <w:br/>
      </w:r>
      <w:r>
        <w:rPr>
          <w:sz w:val="20"/>
        </w:rPr>
        <w:t>48:35  mere ilm ke mutabiq koi bhi scientist aisa nahi hai jo atheist ho.</w:t>
      </w:r>
      <w:r>
        <w:br/>
      </w:r>
      <w:r>
        <w:rPr>
          <w:sz w:val="20"/>
        </w:rPr>
        <w:t>48:40  sab ka case wahi hai.</w:t>
      </w:r>
      <w:r>
        <w:br/>
      </w:r>
      <w:r>
        <w:rPr>
          <w:sz w:val="20"/>
        </w:rPr>
        <w:t>48:45  ya to chup rehte hain woh, ya to chup rehte hain.</w:t>
      </w:r>
      <w:r>
        <w:br/>
      </w:r>
      <w:r>
        <w:rPr>
          <w:sz w:val="20"/>
        </w:rPr>
        <w:t>48:49  jaise Newton chup raha.</w:t>
      </w:r>
      <w:r>
        <w:br/>
      </w:r>
      <w:r>
        <w:rPr>
          <w:sz w:val="20"/>
        </w:rPr>
        <w:t>48:54  Newton ne koi statement nahi diya.</w:t>
      </w:r>
      <w:r>
        <w:br/>
      </w:r>
      <w:r>
        <w:rPr>
          <w:sz w:val="20"/>
        </w:rPr>
        <w:t>48:59  aur Einstein ne yeh keh diya ke main agnostic hoon. bas.</w:t>
      </w:r>
      <w:r>
        <w:br/>
      </w:r>
      <w:r>
        <w:rPr>
          <w:sz w:val="20"/>
        </w:rPr>
        <w:t>49:04  saare scientists jo hain, un ka case yeh do category mein aata hai.</w:t>
      </w:r>
    </w:p>
    <w:p>
      <w:pPr>
        <w:pStyle w:val="Heading2"/>
      </w:pPr>
      <w:r>
        <w:t>Why so much suffering in the world?</w:t>
      </w:r>
    </w:p>
    <w:p>
      <w:r>
        <w:rPr>
          <w:color w:val="666666"/>
          <w:sz w:val="18"/>
        </w:rPr>
        <w:t>Faith &amp; God · Realization of God September 15, 2013 · 2m 30s · at 1:09:08 · https://youtu.be/CNEEeM5uyi8?t=4148</w:t>
      </w:r>
    </w:p>
    <w:p>
      <w:r>
        <w:rPr>
          <w:i/>
        </w:rPr>
        <w:t>“Wherever we see in the world, there is suffering: poverty, corruption, illness, etc. Why is there so much suffering in the world?”</w:t>
      </w:r>
    </w:p>
    <w:p>
      <w:r>
        <w:rPr>
          <w:sz w:val="20"/>
        </w:rPr>
        <w:t>1:09:08  maulana bhopal se agla sawal aaya hai, mr vinesh sharma ka. unhon ne likha hai: "maulana, wherever we see in the world, there is suffering, either poverty, corruption, illness and so on.</w:t>
      </w:r>
      <w:r>
        <w:br/>
      </w:r>
      <w:r>
        <w:rPr>
          <w:sz w:val="20"/>
        </w:rPr>
        <w:t>1:09:23  i want to know from you, why is there so much of suffering in the world?" kahan suffering hai? aap khud safar kar rahe hain? kya aap khud apne bare mein bataiye, apne bete ke bare mein bataiye?</w:t>
      </w:r>
      <w:r>
        <w:br/>
      </w:r>
      <w:r>
        <w:rPr>
          <w:sz w:val="20"/>
        </w:rPr>
        <w:t>1:09:34  yeh suffering toh media ka product hai, yeh sab media ka product hai. media ko dhoond dhoond kar lana aisi baat hai.</w:t>
      </w:r>
      <w:r>
        <w:br/>
      </w:r>
      <w:r>
        <w:rPr>
          <w:sz w:val="20"/>
        </w:rPr>
        <w:t>1:09:42  abhi suffering ko le kar protest ho raha tha wahan par misr mein. main tv pe dekhta tha, bohat khoob mote mote lagte ho aur chala rahe hain ke hum hum hum hum yeh hum ko yeh museebat hai, hum ko woh museebat hai.</w:t>
      </w:r>
      <w:r>
        <w:br/>
      </w:r>
      <w:r>
        <w:rPr>
          <w:sz w:val="20"/>
        </w:rPr>
        <w:t>1:09:56  museebat kuch bhi nahi. aaj ki duniya mein yeh bilkul hi yani main samajhta hoon ke bilkul hi yani us ke khilaf hai.</w:t>
      </w:r>
      <w:r>
        <w:br/>
      </w:r>
      <w:r>
        <w:rPr>
          <w:sz w:val="20"/>
        </w:rPr>
        <w:t>1:10:08  yani ana yani us ko main kahun anachronism hai. yeh</w:t>
      </w:r>
      <w:r>
        <w:br/>
      </w:r>
      <w:r>
        <w:rPr>
          <w:sz w:val="20"/>
        </w:rPr>
        <w:t>1:10:13  kahan hain woh log jo suffer kar rahe hain? media ke safhon mein hain. bas</w:t>
      </w:r>
      <w:r>
        <w:br/>
      </w:r>
      <w:r>
        <w:rPr>
          <w:sz w:val="20"/>
        </w:rPr>
        <w:t>1:10:20  apne aap ko dekhiye, aap khud aap ki family ko dekhiye, apne bete ko dekhiye, kahan woh suffer log suffer kar rahe hain? yeh sab shaitan ne bana rakha hai ke suffering, suffering, suffering.</w:t>
      </w:r>
      <w:r>
        <w:br/>
      </w:r>
      <w:r>
        <w:rPr>
          <w:sz w:val="20"/>
        </w:rPr>
        <w:t>1:10:29  aur allah taala ne sab ke darwaze khol diye hain, koi koi safar nahi kar raha hai. haan, apni hamakat se koi agar koi is ka khamiyada bhokta hai to woh alag baat hai.</w:t>
      </w:r>
      <w:r>
        <w:br/>
      </w:r>
      <w:r>
        <w:rPr>
          <w:sz w:val="20"/>
        </w:rPr>
        <w:t>1:10:40  apne hamakat mein apna hit kaat daloon to woh alag alag baat hai. baqi koi suffering nahi. main nahi manta ke suffering kahan hai. yeh jo hua, jaise abhi baith mein jo hua, woh apni hamakat se hua.</w:t>
      </w:r>
      <w:r>
        <w:br/>
      </w:r>
      <w:r>
        <w:rPr>
          <w:sz w:val="20"/>
        </w:rPr>
        <w:t>1:10:53  to ek hai hamakat se hona, to hamakat ka darwaza wahan bhi khula rahega. lekin agar aap hamakat na karein to koi suffering nahi hai.</w:t>
      </w:r>
      <w:r>
        <w:br/>
      </w:r>
      <w:r>
        <w:rPr>
          <w:sz w:val="20"/>
        </w:rPr>
        <w:t>1:11:03  suffering ke jahan jahan aap suffering dekh rahe hain, dekh rahe honge, woh suffering apni hamakat se hua hai.</w:t>
      </w:r>
      <w:r>
        <w:br/>
      </w:r>
      <w:r>
        <w:rPr>
          <w:sz w:val="20"/>
        </w:rPr>
        <w:t>1:11:11  main main kaha karta hoon ke they are paying the price of their own policies. these people are paying the price of their own policies.</w:t>
      </w:r>
      <w:r>
        <w:br/>
      </w:r>
      <w:r>
        <w:rPr>
          <w:sz w:val="20"/>
        </w:rPr>
        <w:t>1:11:22  yeh meri rai hai. okay, before we continue the question answer session, we would like to tell our viewers that if you want to join cps international mission, then write to us in info at cps global dot org</w:t>
      </w:r>
    </w:p>
    <w:p>
      <w:pPr>
        <w:pStyle w:val="Heading2"/>
      </w:pPr>
      <w:r>
        <w:t>Why suicide is haram in Islam</w:t>
      </w:r>
    </w:p>
    <w:p>
      <w:r>
        <w:rPr>
          <w:color w:val="666666"/>
          <w:sz w:val="18"/>
        </w:rPr>
        <w:t>Faith &amp; God · Universal outlook April 09, 2017 · 2m 56s · at 51:54 · https://youtu.be/n3HAPCpom5c?t=3114</w:t>
      </w:r>
    </w:p>
    <w:p>
      <w:r>
        <w:rPr>
          <w:i/>
        </w:rPr>
        <w:t>“Why is suicide haram in Islam? What does the Quran say about suicide?”</w:t>
      </w:r>
    </w:p>
    <w:p>
      <w:r>
        <w:rPr>
          <w:sz w:val="20"/>
        </w:rPr>
        <w:t>51:54  maulana agla sawal mumbai se bheja hai irfan jafri sahab ne unhone likha hai maulana sahab I want to ask that why khudkushi that is suicide haram in islam one of my friend has asked this question many times I have tried to convince him as per my knowledge about deen</w:t>
      </w:r>
      <w:r>
        <w:br/>
      </w:r>
      <w:r>
        <w:rPr>
          <w:sz w:val="20"/>
        </w:rPr>
        <w:t>52:17  I told him that humans cannot end their life because only allah can decide about birth and death he is not satisfied and he wants to know what quran says about suicide maulana sahab if you answer this question I am confident that I will be able to convince my friend</w:t>
      </w:r>
      <w:r>
        <w:br/>
      </w:r>
      <w:r>
        <w:rPr>
          <w:sz w:val="20"/>
        </w:rPr>
        <w:t>52:44  dekhiye</w:t>
      </w:r>
      <w:r>
        <w:br/>
      </w:r>
      <w:r>
        <w:rPr>
          <w:sz w:val="20"/>
        </w:rPr>
        <w:t>52:48  jahan tak Quran ka bayan hai ghaliban do ayaton mein iska zikr hai</w:t>
      </w:r>
      <w:r>
        <w:br/>
      </w:r>
      <w:r>
        <w:rPr>
          <w:sz w:val="20"/>
        </w:rPr>
        <w:t>52:54  ke iski wajah batai gayi hai ke</w:t>
      </w:r>
      <w:r>
        <w:br/>
      </w:r>
      <w:r>
        <w:rPr>
          <w:sz w:val="20"/>
        </w:rPr>
        <w:t>53:00  rehmat se baais na ho to suicide karta hai jab aadmi to samajhta hai ke mere liye kuch</w:t>
      </w:r>
      <w:r>
        <w:br/>
      </w:r>
      <w:r>
        <w:rPr>
          <w:sz w:val="20"/>
        </w:rPr>
        <w:t>53:06  nahi hai suicide</w:t>
      </w:r>
      <w:r>
        <w:br/>
      </w:r>
      <w:r>
        <w:rPr>
          <w:sz w:val="20"/>
        </w:rPr>
        <w:t>53:10  yani marne ke liye hoti hai suicide mayusi ka aakhri</w:t>
      </w:r>
      <w:r>
        <w:br/>
      </w:r>
      <w:r>
        <w:rPr>
          <w:sz w:val="20"/>
        </w:rPr>
        <w:t>53:17  yani aakhri phase hai aadmi jeeta hai mayusi mein ke mere liye kuch nahi hai mere liye kuch</w:t>
      </w:r>
      <w:r>
        <w:br/>
      </w:r>
      <w:r>
        <w:rPr>
          <w:sz w:val="20"/>
        </w:rPr>
        <w:t>53:22  nahi hai aur phir woh jam kar jata hai</w:t>
      </w:r>
      <w:r>
        <w:br/>
      </w:r>
      <w:r>
        <w:rPr>
          <w:sz w:val="20"/>
        </w:rPr>
        <w:t>53:27  to Quran kehta hai ke tumhare liye sab kuch hai</w:t>
      </w:r>
      <w:r>
        <w:br/>
      </w:r>
      <w:r>
        <w:rPr>
          <w:sz w:val="20"/>
        </w:rPr>
        <w:t>53:31  jab Quran kehta hai jab Quran ke mutabiq</w:t>
      </w:r>
      <w:r>
        <w:br/>
      </w:r>
      <w:r>
        <w:rPr>
          <w:sz w:val="20"/>
        </w:rPr>
        <w:t>53:33  yani Allah ke creation ke mutabiq yeh duniya mein har waqt insan ke liye sab cheez maujood hai</w:t>
      </w:r>
      <w:r>
        <w:br/>
      </w:r>
      <w:r>
        <w:rPr>
          <w:sz w:val="20"/>
        </w:rPr>
        <w:t>53:41  to kya justification hai apne aap ko marne ka</w:t>
      </w:r>
      <w:r>
        <w:br/>
      </w:r>
      <w:r>
        <w:rPr>
          <w:sz w:val="20"/>
        </w:rPr>
        <w:t>53:46  basic baat yeh hai ke jab kuch na ho aap ke liye tab koi keh sakta hai ke</w:t>
      </w:r>
      <w:r>
        <w:br/>
      </w:r>
      <w:r>
        <w:rPr>
          <w:sz w:val="20"/>
        </w:rPr>
        <w:t>53:52  hamare paas justification hai lekin sab kuch hai aap ke liye</w:t>
      </w:r>
      <w:r>
        <w:br/>
      </w:r>
      <w:r>
        <w:rPr>
          <w:sz w:val="20"/>
        </w:rPr>
        <w:t>53:57  aur dekhiye ek kitab chhapi hai is par</w:t>
      </w:r>
      <w:r>
        <w:br/>
      </w:r>
      <w:r>
        <w:rPr>
          <w:sz w:val="20"/>
        </w:rPr>
        <w:t>54:01  keh jo log suicide attempt kiya aur jee bach gaye baqayeda aik kitaab chhapi hai woh ghaliban internet</w:t>
      </w:r>
      <w:r>
        <w:br/>
      </w:r>
      <w:r>
        <w:rPr>
          <w:sz w:val="20"/>
        </w:rPr>
        <w:t>54:09  par hogi keh bohat se log aisay hain jinhon ne</w:t>
      </w:r>
      <w:r>
        <w:br/>
      </w:r>
      <w:r>
        <w:rPr>
          <w:sz w:val="20"/>
        </w:rPr>
        <w:t>54:14  suicide kiya lekin nahi pata attempt kiya lekin woh marne se bach</w:t>
      </w:r>
      <w:r>
        <w:br/>
      </w:r>
      <w:r>
        <w:rPr>
          <w:sz w:val="20"/>
        </w:rPr>
        <w:t>54:18  gaye is ke baad hero ban gaye woh</w:t>
      </w:r>
      <w:r>
        <w:br/>
      </w:r>
      <w:r>
        <w:rPr>
          <w:sz w:val="20"/>
        </w:rPr>
        <w:t>54:23  hero ban gaye bohat zabardast unhon ne success hasil ki yani keh un ke liye maujood thay mawaqe</w:t>
      </w:r>
      <w:r>
        <w:br/>
      </w:r>
      <w:r>
        <w:rPr>
          <w:sz w:val="20"/>
        </w:rPr>
        <w:t>54:30  opportunities maujood theen un ke liye</w:t>
      </w:r>
      <w:r>
        <w:br/>
      </w:r>
      <w:r>
        <w:rPr>
          <w:sz w:val="20"/>
        </w:rPr>
        <w:t>54:33  un is tarah ke jo cases hain woh sabit karte hain keh logon ke liye opportunities maujood theen</w:t>
      </w:r>
      <w:r>
        <w:br/>
      </w:r>
      <w:r>
        <w:rPr>
          <w:sz w:val="20"/>
        </w:rPr>
        <w:t>54:40  yani Khuda ki rehmat maujood thi to phir kya kiya justification hai apne aap ko marne ka</w:t>
      </w:r>
    </w:p>
    <w:p>
      <w:pPr>
        <w:pStyle w:val="Heading2"/>
      </w:pPr>
      <w:r>
        <w:t>Will Doubt Remain After Discovering God?</w:t>
      </w:r>
    </w:p>
    <w:p>
      <w:r>
        <w:rPr>
          <w:color w:val="666666"/>
          <w:sz w:val="18"/>
        </w:rPr>
        <w:t>Faith &amp; God · Three levels of Realization July 4, 2010 · 2m 08s · at 1:38:25 · https://youtu.be/NtCTVVov3Nw?t=5905</w:t>
      </w:r>
    </w:p>
    <w:p>
      <w:r>
        <w:rPr>
          <w:i/>
        </w:rPr>
        <w:t>“According to you, the element of doubt is a part of the very creation plan of God. So even if we discover God at the level of intuition, will not doubt still remain?”</w:t>
      </w:r>
    </w:p>
    <w:p>
      <w:r>
        <w:rPr>
          <w:sz w:val="20"/>
        </w:rPr>
        <w:t>1:38:25  maulana agla sawal kya hai miss sadia khan ne new delhi se she has written according to you the element of doubt is a part of the very creation plan of god so</w:t>
      </w:r>
      <w:r>
        <w:br/>
      </w:r>
      <w:r>
        <w:rPr>
          <w:sz w:val="20"/>
        </w:rPr>
        <w:t>1:38:38  even if we discover god at the level of her intuition would not doubt still remain mera khayal hai ke doubt phir bhi rehta hai yani element of doubt element of doubt khatam nahi hota bas us ko manage karne ka power barh jata hai jaise wo ladki ne bataya ke wo khuda ko kehti thi ke kaisa khuda hai mere baap ko chheen liya mujh se to uska manage karne ka power bohat kam tha</w:t>
      </w:r>
      <w:r>
        <w:br/>
      </w:r>
      <w:r>
        <w:rPr>
          <w:sz w:val="20"/>
        </w:rPr>
        <w:t>1:39:07  lekin jis aadmi ko jaise kisi ki maa hai kisi maa us ke bete ko marti hai to thori der ko bete ko takleef hoti hai lekin phir manage kar leta hai wo jaldi se halanke koi bahar ka koi aadmi us ko mar de to wo manage nahi kar paye ga wo lare ga wo kai din tak to mein manta hoon ke yani rational level pe jab aadmi paata hai to wo manage karne ki power bohat kam hoti</w:t>
      </w:r>
      <w:r>
        <w:br/>
      </w:r>
      <w:r>
        <w:rPr>
          <w:sz w:val="20"/>
        </w:rPr>
        <w:t>1:39:34  hai is ki bohat jaldi se wo bhag sakta hai lekin intention ke level pe pa jayega to manage karne ka power barh jata hai is ka kyunke ek hota hai rational level ek hota hai emotional attachment do do cheezein hoti hain</w:t>
      </w:r>
      <w:r>
        <w:br/>
      </w:r>
      <w:r>
        <w:rPr>
          <w:sz w:val="20"/>
        </w:rPr>
        <w:t>1:39:56  to mein yahi kahunga ke phir bhi yani element of doubt</w:t>
      </w:r>
      <w:r>
        <w:br/>
      </w:r>
      <w:r>
        <w:rPr>
          <w:sz w:val="20"/>
        </w:rPr>
        <w:t>1:40:06  khatam nahi hota kuch na kuch baqi rehta hai lekin jo aadmi is yani is tarah ke ka jo realization ho jaye us ko to us ko manage karne ka power barh jayega aur bohat jaldi wo manage kar le ga jaldi manage kar le ga</w:t>
      </w:r>
      <w:r>
        <w:br/>
      </w:r>
      <w:r>
        <w:rPr>
          <w:sz w:val="20"/>
        </w:rPr>
        <w:t>1:40:25  is ke yani permanently bhagne ke chance bohat kam ho jate hain</w:t>
      </w:r>
    </w:p>
    <w:p>
      <w:pPr>
        <w:pStyle w:val="Heading2"/>
      </w:pPr>
      <w:r>
        <w:t>Will all Muslims enter paradise regardless of deeds?</w:t>
      </w:r>
    </w:p>
    <w:p>
      <w:r>
        <w:rPr>
          <w:color w:val="666666"/>
          <w:sz w:val="18"/>
        </w:rPr>
        <w:t>Faith &amp; God · Living In Falsehood I December 15, 2013 · 4m 02s · at 42:36 · https://youtu.be/yD-ZtvlrFDw?t=2556</w:t>
      </w:r>
    </w:p>
    <w:p>
      <w:r>
        <w:rPr>
          <w:i/>
        </w:rPr>
        <w:t>“Maulana, I have heard from so many Muslims saying that all the Muslims will enter into paradise, irrespective of their deeds in this world.”</w:t>
      </w:r>
    </w:p>
    <w:p>
      <w:r>
        <w:rPr>
          <w:sz w:val="20"/>
        </w:rPr>
        <w:t>42:36  maulana, agla sawal calcutta se hai doctor roshan kumar jha ka.</w:t>
      </w:r>
      <w:r>
        <w:br/>
      </w:r>
      <w:r>
        <w:rPr>
          <w:sz w:val="20"/>
        </w:rPr>
        <w:t>42:41  انہوں نے لکھا ہے: "مولana sahib, I have heard from so many Muslims saying that all the Muslims</w:t>
      </w:r>
      <w:r>
        <w:br/>
      </w:r>
      <w:r>
        <w:rPr>
          <w:sz w:val="20"/>
        </w:rPr>
        <w:t>42:49  will enter into Paradise, irrespective of their deeds in this world.</w:t>
      </w:r>
      <w:r>
        <w:br/>
      </w:r>
      <w:r>
        <w:rPr>
          <w:sz w:val="20"/>
        </w:rPr>
        <w:t>42:54  If any Muslim is bad, he will first be put into hell, and after punishment in the end,</w:t>
      </w:r>
      <w:r>
        <w:br/>
      </w:r>
      <w:r>
        <w:rPr>
          <w:sz w:val="20"/>
        </w:rPr>
        <w:t>43:01  "All the Muslims will be given paradise." They say that at the time of death of Prophet Muhammad,</w:t>
      </w:r>
      <w:r>
        <w:br/>
      </w:r>
      <w:r>
        <w:rPr>
          <w:sz w:val="20"/>
        </w:rPr>
        <w:t>43:09  allah said ke aap ki ummat ke sath acha sulook karunga.</w:t>
      </w:r>
      <w:r>
        <w:br/>
      </w:r>
      <w:r>
        <w:rPr>
          <w:sz w:val="20"/>
        </w:rPr>
        <w:t>43:14  They also said that non-Muslims will never enter into Paradise.</w:t>
      </w:r>
      <w:r>
        <w:br/>
      </w:r>
      <w:r>
        <w:rPr>
          <w:sz w:val="20"/>
        </w:rPr>
        <w:t>43:19  مولانا صاحب، what is your comment on this? دیکھیں، اسی کو میں نے کہا ہے کہ living in</w:t>
      </w:r>
      <w:r>
        <w:br/>
      </w:r>
      <w:r>
        <w:rPr>
          <w:sz w:val="20"/>
        </w:rPr>
        <w:t>43:27  falsehood, yeh sab falsehood mein jeena hai.</w:t>
      </w:r>
      <w:r>
        <w:br/>
      </w:r>
      <w:r>
        <w:rPr>
          <w:sz w:val="20"/>
        </w:rPr>
        <w:t>43:31  bilkul hi is ki koi sarparasti nahi hai in baaton ka.</w:t>
      </w:r>
      <w:r>
        <w:br/>
      </w:r>
      <w:r>
        <w:rPr>
          <w:sz w:val="20"/>
        </w:rPr>
        <w:t>43:35  quran mein dekhen, yeh hai ke: "laisa lil insani illa ma sa'a".</w:t>
      </w:r>
      <w:r>
        <w:br/>
      </w:r>
      <w:r>
        <w:rPr>
          <w:sz w:val="20"/>
        </w:rPr>
        <w:t>43:43  yani wishful thinking ka matlab hota hai wishful thinking.</w:t>
      </w:r>
      <w:r>
        <w:br/>
      </w:r>
      <w:r>
        <w:rPr>
          <w:sz w:val="20"/>
        </w:rPr>
        <w:t>43:47  yani tumhari wishful thinking par kuch nahi hoga, na doosre jo ummaten hain, un ki wishful</w:t>
      </w:r>
      <w:r>
        <w:br/>
      </w:r>
      <w:r>
        <w:rPr>
          <w:sz w:val="20"/>
        </w:rPr>
        <w:t>43:55  thinking se kuch hoga.</w:t>
      </w:r>
      <w:r>
        <w:br/>
      </w:r>
      <w:r>
        <w:rPr>
          <w:sz w:val="20"/>
        </w:rPr>
        <w:t>43:56  jo jaisa karega, waisa payega.</w:t>
      </w:r>
      <w:r>
        <w:br/>
      </w:r>
      <w:r>
        <w:rPr>
          <w:sz w:val="20"/>
        </w:rPr>
        <w:t>43:59  "laisa lil insani illa ma sa'a".</w:t>
      </w:r>
      <w:r>
        <w:br/>
      </w:r>
      <w:r>
        <w:rPr>
          <w:sz w:val="20"/>
        </w:rPr>
        <w:t>44:01  to yeh musalmanon ka isi ko to mein kehta hoon ke musalman falsehood mein jeete hain.</w:t>
      </w:r>
      <w:r>
        <w:br/>
      </w:r>
      <w:r>
        <w:rPr>
          <w:sz w:val="20"/>
        </w:rPr>
        <w:t>44:08  khud hi bana rakha hai sab ek poora falsehood ka ek ek ek jhaad jhankad.</w:t>
      </w:r>
      <w:r>
        <w:br/>
      </w:r>
      <w:r>
        <w:rPr>
          <w:sz w:val="20"/>
        </w:rPr>
        <w:t>44:15  aur jab tak musalmanon ko is falsehood se bahar na laya jaye, tab tak un ka kuch</w:t>
      </w:r>
      <w:r>
        <w:br/>
      </w:r>
      <w:r>
        <w:rPr>
          <w:sz w:val="20"/>
        </w:rPr>
        <w:t>44:23  bhi, yani kuch bhi nahi hone wala hai, kuch bhi nahi hone wala.</w:t>
      </w:r>
      <w:r>
        <w:br/>
      </w:r>
      <w:r>
        <w:rPr>
          <w:sz w:val="20"/>
        </w:rPr>
        <w:t>44:28  aisi negativity mein jiyenge, negativity mein marenge.</w:t>
      </w:r>
      <w:r>
        <w:br/>
      </w:r>
      <w:r>
        <w:rPr>
          <w:sz w:val="20"/>
        </w:rPr>
        <w:t>44:32  مولانا، next question is from Sweden by Mr. Matthias.</w:t>
      </w:r>
      <w:r>
        <w:br/>
      </w:r>
      <w:r>
        <w:rPr>
          <w:sz w:val="20"/>
        </w:rPr>
        <w:t>44:36  He has written: "What role does rational thinking have for using methods of non-violence?" It's very important</w:t>
      </w:r>
      <w:r>
        <w:br/>
      </w:r>
      <w:r>
        <w:rPr>
          <w:sz w:val="20"/>
        </w:rPr>
        <w:t>44:44  question.</w:t>
      </w:r>
      <w:r>
        <w:br/>
      </w:r>
      <w:r>
        <w:rPr>
          <w:sz w:val="20"/>
        </w:rPr>
        <w:t>44:45  I think that non-violence or peace is basic to all kind of thinking.</w:t>
      </w:r>
      <w:r>
        <w:br/>
      </w:r>
      <w:r>
        <w:rPr>
          <w:sz w:val="20"/>
        </w:rPr>
        <w:t>44:51  Without peaceful mind, without, yani non-violent thinking, you cannot understand anything, because peace</w:t>
      </w:r>
      <w:r>
        <w:br/>
      </w:r>
      <w:r>
        <w:rPr>
          <w:sz w:val="20"/>
        </w:rPr>
        <w:t>44:59  wishful thinking makes you sincere.</w:t>
      </w:r>
      <w:r>
        <w:br/>
      </w:r>
      <w:r>
        <w:rPr>
          <w:sz w:val="20"/>
        </w:rPr>
        <w:t>45:02  peaceful thinking makes you sincere, well wisher to all, makes you objective.</w:t>
      </w:r>
      <w:r>
        <w:br/>
      </w:r>
      <w:r>
        <w:rPr>
          <w:sz w:val="20"/>
        </w:rPr>
        <w:t>45:08  and and when you are objective and scientific mind, then you can understand things in right way.</w:t>
      </w:r>
      <w:r>
        <w:br/>
      </w:r>
      <w:r>
        <w:rPr>
          <w:sz w:val="20"/>
        </w:rPr>
        <w:t>45:15  So I am a great advocate of peaceful thinking and non-violent thinking.</w:t>
      </w:r>
      <w:r>
        <w:br/>
      </w:r>
      <w:r>
        <w:rPr>
          <w:sz w:val="20"/>
        </w:rPr>
        <w:t>45:21  According to my analysis and according to my experience, peace is the summum bonum in Islam.</w:t>
      </w:r>
      <w:r>
        <w:br/>
      </w:r>
      <w:r>
        <w:rPr>
          <w:sz w:val="20"/>
        </w:rPr>
        <w:t>45:28  Without peace, there is no development at all.</w:t>
      </w:r>
      <w:r>
        <w:br/>
      </w:r>
      <w:r>
        <w:rPr>
          <w:sz w:val="20"/>
        </w:rPr>
        <w:t>45:32  all those things that Islam wants to promote, for example, dawah work, ibadah, constructive work, ilm, all those</w:t>
      </w:r>
      <w:r>
        <w:br/>
      </w:r>
      <w:r>
        <w:rPr>
          <w:sz w:val="20"/>
        </w:rPr>
        <w:t>45:39  things that are required in Islam cannot be carried out properly without peace.</w:t>
      </w:r>
      <w:r>
        <w:br/>
      </w:r>
      <w:r>
        <w:rPr>
          <w:sz w:val="20"/>
        </w:rPr>
        <w:t>45:46  so peace is very very important.</w:t>
      </w:r>
      <w:r>
        <w:br/>
      </w:r>
      <w:r>
        <w:rPr>
          <w:sz w:val="20"/>
        </w:rPr>
        <w:t>45:48  and you know, the the method of greeting in Islam is Assalamu Alaikum.</w:t>
      </w:r>
      <w:r>
        <w:br/>
      </w:r>
      <w:r>
        <w:rPr>
          <w:sz w:val="20"/>
        </w:rPr>
        <w:t>45:54  it means peace be upon you.</w:t>
      </w:r>
      <w:r>
        <w:br/>
      </w:r>
      <w:r>
        <w:rPr>
          <w:sz w:val="20"/>
        </w:rPr>
        <w:t>45:56  it means that Islam wants to promote peace culture.</w:t>
      </w:r>
      <w:r>
        <w:br/>
      </w:r>
      <w:r>
        <w:rPr>
          <w:sz w:val="20"/>
        </w:rPr>
        <w:t>46:00  our greeting is Assalamu Alaikum.</w:t>
      </w:r>
      <w:r>
        <w:br/>
      </w:r>
      <w:r>
        <w:rPr>
          <w:sz w:val="20"/>
        </w:rPr>
        <w:t>46:03  is not only for muslim, for every human being.</w:t>
      </w:r>
      <w:r>
        <w:br/>
      </w:r>
      <w:r>
        <w:rPr>
          <w:sz w:val="20"/>
        </w:rPr>
        <w:t>46:07  we have to say assalamu alaikum for every human being, irrespective as muslim or non muslim.</w:t>
      </w:r>
      <w:r>
        <w:br/>
      </w:r>
      <w:r>
        <w:rPr>
          <w:sz w:val="20"/>
        </w:rPr>
        <w:t>46:14  so it means that islam tries to promote peace culture, because peace is the sum bonum in islam.</w:t>
      </w:r>
      <w:r>
        <w:br/>
      </w:r>
      <w:r>
        <w:rPr>
          <w:sz w:val="20"/>
        </w:rPr>
        <w:t>46:22  Without peace, there is no development, no progress.</w:t>
      </w:r>
      <w:r>
        <w:br/>
      </w:r>
      <w:r>
        <w:rPr>
          <w:sz w:val="20"/>
        </w:rPr>
        <w:t>46:26  da'wah work, it is necessary part for da'wah work.</w:t>
      </w:r>
      <w:r>
        <w:br/>
      </w:r>
      <w:r>
        <w:rPr>
          <w:sz w:val="20"/>
        </w:rPr>
        <w:t>46:29  peace normalizes the situation.</w:t>
      </w:r>
      <w:r>
        <w:br/>
      </w:r>
      <w:r>
        <w:rPr>
          <w:sz w:val="20"/>
        </w:rPr>
        <w:t>46:31  without, yani without normalcy, we cannot do anything.</w:t>
      </w:r>
      <w:r>
        <w:br/>
      </w:r>
      <w:r>
        <w:rPr>
          <w:sz w:val="20"/>
        </w:rPr>
        <w:t>46:36  so i am great advocate of peace.</w:t>
      </w:r>
    </w:p>
    <w:p>
      <w:pPr>
        <w:pStyle w:val="Heading2"/>
      </w:pPr>
      <w:r>
        <w:t>Will my son be with me on Judgment Day?</w:t>
      </w:r>
    </w:p>
    <w:p>
      <w:r>
        <w:rPr>
          <w:color w:val="666666"/>
          <w:sz w:val="18"/>
        </w:rPr>
        <w:t>Faith &amp; God · Discovery of God November 3, 2019 Maulana Wahiduddin Khan · 3m 16s · at 42:08 · https://youtu.be/WUaOl0Kwwng?t=2528</w:t>
      </w:r>
    </w:p>
    <w:p>
      <w:r>
        <w:rPr>
          <w:i/>
        </w:rPr>
        <w:t>“Last week I lost my three-year-old son named Arham while driving to the hospital. We as parents are facing a very tough time. Satan tells me it is my fault that we did not reach the hospital in time. Will my son be with me on Judgment Day? Please pray for patience for me and my wife. This incident has given us a new direction towards the afterlife.”</w:t>
      </w:r>
    </w:p>
    <w:p>
      <w:r>
        <w:rPr>
          <w:sz w:val="20"/>
        </w:rPr>
        <w:t>42:08  Maulana, agla sawal Islamabad, Pakistan se Muhammad Tufail sahib ne bheja hai. unhone likha hai: "Maulana sahib, last week I lost my three year old son named Arham while driving to hospital.</w:t>
      </w:r>
      <w:r>
        <w:br/>
      </w:r>
      <w:r>
        <w:rPr>
          <w:sz w:val="20"/>
        </w:rPr>
        <w:t>42:25  We as parents are facing very tough time. Shaitan is telling me that it is my fault that we didn't reach the hospital in time.</w:t>
      </w:r>
      <w:r>
        <w:br/>
      </w:r>
      <w:r>
        <w:rPr>
          <w:sz w:val="20"/>
        </w:rPr>
        <w:t>42:36  Will my son be with me in judgment day? Please pray for sabr for me and my wife. This incident has given us a new direction towards after life.</w:t>
      </w:r>
      <w:r>
        <w:br/>
      </w:r>
      <w:r>
        <w:rPr>
          <w:sz w:val="20"/>
        </w:rPr>
        <w:t>42:49  World seems so insignificant to us right now. We need your guidance."</w:t>
      </w:r>
      <w:r>
        <w:br/>
      </w:r>
      <w:r>
        <w:rPr>
          <w:sz w:val="20"/>
        </w:rPr>
        <w:t>42:58  dekhiye, mein apna experience batata hoon aap ko.</w:t>
      </w:r>
      <w:r>
        <w:br/>
      </w:r>
      <w:r>
        <w:rPr>
          <w:sz w:val="20"/>
        </w:rPr>
        <w:t>43:06  mera bhi jo ek bachcha tha, pehla bachcha, woh chote par us ka inteqal ho gaya.</w:t>
      </w:r>
      <w:r>
        <w:br/>
      </w:r>
      <w:r>
        <w:rPr>
          <w:sz w:val="20"/>
        </w:rPr>
        <w:t>43:17  us waqt mein Lucknow mein tha, us zamane mein telephone nahi hua karta tha, telegram hua karta tha. to Lucknow mein Six Dropping Road par hamare relative rehte the, mein wahan tha un ke sath.</w:t>
      </w:r>
      <w:r>
        <w:br/>
      </w:r>
      <w:r>
        <w:rPr>
          <w:sz w:val="20"/>
        </w:rPr>
        <w:t>43:36  to achaanak telegram aaya, telegram aaya, us mein likha tha ke "tumhara beta Shams ul Islam inteqal kar gaya." us waqt to chota bachcha tha,</w:t>
      </w:r>
      <w:r>
        <w:br/>
      </w:r>
      <w:r>
        <w:rPr>
          <w:sz w:val="20"/>
        </w:rPr>
        <w:t>43:53  to mein kuch bhi bola nahi, na shikayat ki baat, na rone ki baat, na kuch.</w:t>
      </w:r>
      <w:r>
        <w:br/>
      </w:r>
      <w:r>
        <w:rPr>
          <w:sz w:val="20"/>
        </w:rPr>
        <w:t>44:03  chup chap utha mein aur wahan par ek kamra to hota tha Six Dropping Road par, us mein ek takht bichha hua tha aur pani ka intezaam tha.</w:t>
      </w:r>
      <w:r>
        <w:br/>
      </w:r>
      <w:r>
        <w:rPr>
          <w:sz w:val="20"/>
        </w:rPr>
        <w:t>44:19  wahan mein gaya, wuzu kiya, woh wuzu kar ke do rak'at namaz parhi, bas us ke baad khatam.</w:t>
      </w:r>
      <w:r>
        <w:br/>
      </w:r>
      <w:r>
        <w:rPr>
          <w:sz w:val="20"/>
        </w:rPr>
        <w:t>44:30  yaani goya chand minute mere liye Allah ki yaad mein gap pada tha, gap. woh dobara apni jagah retain ho gaya.</w:t>
      </w:r>
      <w:r>
        <w:br/>
      </w:r>
      <w:r>
        <w:rPr>
          <w:sz w:val="20"/>
        </w:rPr>
        <w:t>44:43  us ke pehle bhi Khuda tha mere liye, us ke baad bhi Khuda tha mere liye. yaani bachche ki khabar se pehle bhi mere liye Khuda tha, sab kuch tha.</w:t>
      </w:r>
      <w:r>
        <w:br/>
      </w:r>
      <w:r>
        <w:rPr>
          <w:sz w:val="20"/>
        </w:rPr>
        <w:t>44:53  bachche ke baad, maut ke baad bhi Khuda mere liye sab kuch ban gaya. to is tarah itna strong apni yaad banaiye Allah ki, Allah ke wajood ki,</w:t>
      </w:r>
      <w:r>
        <w:br/>
      </w:r>
      <w:r>
        <w:rPr>
          <w:sz w:val="20"/>
        </w:rPr>
        <w:t>45:07  Allah ki</w:t>
      </w:r>
      <w:r>
        <w:br/>
      </w:r>
      <w:r>
        <w:rPr>
          <w:sz w:val="20"/>
        </w:rPr>
        <w:t>45:11  itna strong banaiye, itna strong banaiye ke chand lamhe ke siwa koi doosra aap ki zindagi mein shamil na ho.</w:t>
      </w:r>
    </w:p>
    <w:p>
      <w:pPr>
        <w:pStyle w:val="Heading2"/>
      </w:pPr>
      <w:r>
        <w:t>Will righteous non-Muslims enter Paradise?</w:t>
      </w:r>
    </w:p>
    <w:p>
      <w:r>
        <w:rPr>
          <w:color w:val="666666"/>
          <w:sz w:val="18"/>
        </w:rPr>
        <w:t>Faith &amp; God · Q&amp;A 20 Nov 2011 Maulana Wahiduddin Khan · 4m 06s · at 3:55 · https://youtu.be/7sNDn8Y6jUc?t=235</w:t>
      </w:r>
    </w:p>
    <w:p>
      <w:r>
        <w:rPr>
          <w:i/>
        </w:rPr>
        <w:t>“Will righteous people among Jews, Muslims, Christians, Hindus etc. go to Paradise, or only those who have knowledge of God?”</w:t>
      </w:r>
    </w:p>
    <w:p>
      <w:r>
        <w:rPr>
          <w:sz w:val="20"/>
        </w:rPr>
        <w:t>3:55  maulana, yeh sawal mister abdul latif ka aya hai karachi pakistan se. unhon ne likha hai: "sawal pehle mein Allah taala ki bargah mein dua karta hoon ke Allah taala aap ko aur cps ke jumla arkan ko dawat o tabligh ke maidan mein sargaram amal hone ki wajah se akhirat ki kamyabi ata farmaye.</w:t>
      </w:r>
      <w:r>
        <w:br/>
      </w:r>
      <w:r>
        <w:rPr>
          <w:sz w:val="20"/>
        </w:rPr>
        <w:t>4:19  mera sawal yeh hai ke kya jannat mein yahoodi, muslimz, christians aur hindu waghera ke salih log jayenge ya sirf Allah ki marifat wale log?"</w:t>
      </w:r>
      <w:r>
        <w:br/>
      </w:r>
      <w:r>
        <w:rPr>
          <w:sz w:val="20"/>
        </w:rPr>
        <w:t>4:32  in saranon mein se kahiye aap, yeh nahi ke falan falan groh ka jo aap naam le rahe hain aap, to is se koi taaluq jannat ka nahi hai.</w:t>
      </w:r>
      <w:r>
        <w:br/>
      </w:r>
      <w:r>
        <w:rPr>
          <w:sz w:val="20"/>
        </w:rPr>
        <w:t>4:41  jannat ka taaluq hai woh insan jo iman aur amal salih par poora utre. jo quran mein jo alfaaz hain, woh hain iman</w:t>
      </w:r>
      <w:r>
        <w:br/>
      </w:r>
      <w:r>
        <w:rPr>
          <w:sz w:val="20"/>
        </w:rPr>
        <w:t>4:51  aur amal salih. zalik jaza muntazaka, jo apna tazkiya kare. to quran mein jo alfaaz hain, woh iman, amal salih, tazkiya, taqwa yeh alfaaz hain.</w:t>
      </w:r>
      <w:r>
        <w:br/>
      </w:r>
      <w:r>
        <w:rPr>
          <w:sz w:val="20"/>
        </w:rPr>
        <w:t>5:06  hum yeh kehte hain ke yeh sari</w:t>
      </w:r>
      <w:r>
        <w:br/>
      </w:r>
      <w:r>
        <w:rPr>
          <w:sz w:val="20"/>
        </w:rPr>
        <w:t>5:09  sifatain jo hain, is se bhi pehle aik cheez matloob hai, woh hai marifat. jab tak aap ko Allah ki marifat nahi hoti hai, Allah ki daryaft nahi hoti hai, tab tak yeh sifat abhrenge nahi aap ke andar.</w:t>
      </w:r>
      <w:r>
        <w:br/>
      </w:r>
      <w:r>
        <w:rPr>
          <w:sz w:val="20"/>
        </w:rPr>
        <w:t>5:25  to is mein koi shakk nahin ke jannat mein dakhle ki shartein wahi hain:</w:t>
      </w:r>
      <w:r>
        <w:br/>
      </w:r>
      <w:r>
        <w:rPr>
          <w:sz w:val="20"/>
        </w:rPr>
        <w:t>5:30  imaan, amal saleh, taqwa, tazkiya. lekin yeh sab kab hota hai? jab aap ke andar marifat aa gayi ho, Allah ki daryaft ki ho aap ne, Allah ki barhai ko aap ke zehen mein</w:t>
      </w:r>
      <w:r>
        <w:br/>
      </w:r>
      <w:r>
        <w:rPr>
          <w:sz w:val="20"/>
        </w:rPr>
        <w:t>5:47  nipha liya ho. jab tak aap Allah ki azmat ko, Allah ki barhai ko daryaft nahin karenge, yeh sifat ubhrenge nahin aap ke andar. isi wajah se marifat ka talluq is se ho jata hai.</w:t>
      </w:r>
      <w:r>
        <w:br/>
      </w:r>
      <w:r>
        <w:rPr>
          <w:sz w:val="20"/>
        </w:rPr>
        <w:t>6:04  Maulana Zikwan Nadvi ne Dilli se likha hai: "ek guftagu ke douran aap ne farmaya tha ke Quran mein Yahood o Nasara se talluq ko tark karne ka jo hukum diya gaya hai, woh koi aam hukum nahin.</w:t>
      </w:r>
      <w:r>
        <w:br/>
      </w:r>
      <w:r>
        <w:rPr>
          <w:sz w:val="20"/>
        </w:rPr>
        <w:t>6:21  iska talluq us halat se hai jab ke Musalman aur Yahood at war hon. Quran ki mazkoora ayat ka talluq jang ki soorat e haal se hai.</w:t>
      </w:r>
      <w:r>
        <w:br/>
      </w:r>
      <w:r>
        <w:rPr>
          <w:sz w:val="20"/>
        </w:rPr>
        <w:t>6:32  is ko janne ki ilmi buniyad kya hai?</w:t>
      </w:r>
      <w:r>
        <w:br/>
      </w:r>
      <w:r>
        <w:rPr>
          <w:sz w:val="20"/>
        </w:rPr>
        <w:t>6:36  yeh buniyad hai shan e nazool. saare ulma mante hain ke Quran ko samajhne ke liye shan e nazool ki riwayatein zaroori hain janna, asbab e nazool.</w:t>
      </w:r>
      <w:r>
        <w:br/>
      </w:r>
      <w:r>
        <w:rPr>
          <w:sz w:val="20"/>
        </w:rPr>
        <w:t>6:49  yani background jis ko hum kehte hain.</w:t>
      </w:r>
      <w:r>
        <w:br/>
      </w:r>
      <w:r>
        <w:rPr>
          <w:sz w:val="20"/>
        </w:rPr>
        <w:t>6:52  to baqi riwayatein hain aur kuch tafaseer likhi gayi hain inhi riwayaton par le kar, maslan Tafseer Ibn Kathir.</w:t>
      </w:r>
      <w:r>
        <w:br/>
      </w:r>
      <w:r>
        <w:rPr>
          <w:sz w:val="20"/>
        </w:rPr>
        <w:t>7:02  to aap yeh dekhiye in riwayaton ko le kar ke yeh ayatein kab utri theen.</w:t>
      </w:r>
      <w:r>
        <w:br/>
      </w:r>
      <w:r>
        <w:rPr>
          <w:sz w:val="20"/>
        </w:rPr>
        <w:t>7:10  to yeh riwayatein utri hain Makka mein nahin, aisi koi ayat Makka mein nahin utri hai. Madani mein utri hain jab ke halat e jang mein qaim ho chuki thi. yeh is tarah ki jadeed ayatein hain, Madani ayatein hain, Makki nahin hain.</w:t>
      </w:r>
      <w:r>
        <w:br/>
      </w:r>
      <w:r>
        <w:rPr>
          <w:sz w:val="20"/>
        </w:rPr>
        <w:t>7:24  to ilmi taur par is ko samajhne ka jo zariya hai, wahi hai jo ulma mante hain ke ayaton ko shan e nazool ke samjho,</w:t>
      </w:r>
      <w:r>
        <w:br/>
      </w:r>
      <w:r>
        <w:rPr>
          <w:sz w:val="20"/>
        </w:rPr>
        <w:t>7:32  asbab e nazool ke zariye samjho. yani woh ayat kab utri hai, kis mahol mein utri hai, kis masle mein utri hai, is ko jano. to main kahunga ke yeh ayatein Makka mein nahin utri, Madani mein utri hain aur us waqt utri hain jab ke jang chhad chuki thi aur Muslims aur doosre log at war ho chuke the.</w:t>
      </w:r>
      <w:r>
        <w:br/>
      </w:r>
      <w:r>
        <w:rPr>
          <w:sz w:val="20"/>
        </w:rPr>
        <w:t>7:52  is wajah se yeh</w:t>
      </w:r>
      <w:r>
        <w:br/>
      </w:r>
      <w:r>
        <w:rPr>
          <w:sz w:val="20"/>
        </w:rPr>
        <w:t>7:53  isi pas manzar mein is ko hum samajh sakte hain, is ko alag kar ke hum nahin samajh sakte.</w:t>
      </w:r>
    </w:p>
    <w:p>
      <w:pPr>
        <w:pStyle w:val="Heading2"/>
      </w:pPr>
      <w:r>
        <w:t>مرنے کے بعد اور قیامت کے دن جنت و جہنم کا مطلب</w:t>
      </w:r>
    </w:p>
    <w:p>
      <w:r>
        <w:rPr>
          <w:color w:val="666666"/>
          <w:sz w:val="18"/>
        </w:rPr>
        <w:t>Faith &amp; God · Islam and Science (In Conversation with Maulana) · 2m 04s · at 4:39 · https://youtu.be/pKS94tSXlT4?t=279</w:t>
      </w:r>
    </w:p>
    <w:p>
      <w:r>
        <w:rPr>
          <w:i/>
        </w:rPr>
        <w:t>“مرنے کے بعد جب ہر انسان اپنے آخری انجام جنت یا جہنم میں پہنچ جاتا ہے تو پھر قیامت کے دن حساب و کتاب کے بعد انسان کا جنت یا جہنم میں داخل کیے جانے کا کیا مطلب ہے؟”</w:t>
      </w:r>
    </w:p>
    <w:p>
      <w:r>
        <w:rPr>
          <w:sz w:val="20"/>
        </w:rPr>
        <w:t>4:39  maulana, agla sawal karachi pakistan se mister abdul latif ka aya hai. unhon ne likha hai: "marne ke baad jab har insan apne aakhri anjam jannat ya jahannum mein pahunch jata hai to phir qayamat ke din hisab o kitab ke baad insan ka jannat ya jahannum mein dakhil kiye jaane ka kya matlab hai؟"</w:t>
      </w:r>
      <w:r>
        <w:br/>
      </w:r>
      <w:r>
        <w:rPr>
          <w:sz w:val="20"/>
        </w:rPr>
        <w:t>5:02  dekhen, yeh baat aisi nahin hai ke hum—yeh asal yeh hai ke hum time space, time and space ke darmiyan jeete hain aur jo bayan time space hai, uska hum koi tasawwur kaam nahin kar sakte.</w:t>
      </w:r>
      <w:r>
        <w:br/>
      </w:r>
      <w:r>
        <w:rPr>
          <w:sz w:val="20"/>
        </w:rPr>
        <w:t>5:20  yeh sab yani relative baaten hain. to abhi hum is ko samajh nahin sakte ke kis tarike se wahan ka time aur wahan ka space ka kya nawiyat hogi.</w:t>
      </w:r>
      <w:r>
        <w:br/>
      </w:r>
      <w:r>
        <w:rPr>
          <w:sz w:val="20"/>
        </w:rPr>
        <w:t>5:36  abhi hum sirf ijbāl ke sath hi is waqt aqeeda rakh sakte hain. samajhta hoon ke einstein ki jo theory of relativity hai, woh is ko understandable banati hai ke zamana aur makan jo hai, woh izafi hain.</w:t>
      </w:r>
      <w:r>
        <w:br/>
      </w:r>
      <w:r>
        <w:rPr>
          <w:sz w:val="20"/>
        </w:rPr>
        <w:t>5:50  hum samajhte hain ke zamana aur makan jo hai, jo riwayati zehn ke mutabiq samajhte hain ke ke zamana aur makan zamana maan naam hai, yeh lambi muddat ka makan makan naam hai, lambi jagah ka.</w:t>
      </w:r>
      <w:r>
        <w:br/>
      </w:r>
      <w:r>
        <w:rPr>
          <w:sz w:val="20"/>
        </w:rPr>
        <w:t>6:09  to yeh tasawwur khatm kar diya hai is ne, is ki jo theory of relativity hai einstein ki. to is se mujmal taur par is baat ko hum mante hain ke ek aur duniya hai jahan zamana makan ka tasawwur jo ab hamare zehn mein hai, woh khatm ho jata hai.</w:t>
      </w:r>
      <w:r>
        <w:br/>
      </w:r>
      <w:r>
        <w:rPr>
          <w:sz w:val="20"/>
        </w:rPr>
        <w:t>6:29  to is ko hum aaj ke zehn ke sath samajh nahin sakte. is liye main yeh kahunga ke aap in cheezon mein zyada khoz mat kijiye aur mujmal taur par woh baat maan li jiye jo quran o hadith mein aayi hai.</w:t>
      </w:r>
    </w:p>
    <w:p>
      <w:pPr>
        <w:pStyle w:val="Heading2"/>
      </w:pPr>
      <w:r>
        <w:t>Acting on Quran without Hadith</w:t>
      </w:r>
    </w:p>
    <w:p>
      <w:r>
        <w:rPr>
          <w:color w:val="666666"/>
          <w:sz w:val="18"/>
        </w:rPr>
        <w:t>Hadith · Don't Be Angry Culture January 15, 2012 · 3m 30s · at 1:04:52 · https://youtu.be/NrA3X8y_FLY?t=3892</w:t>
      </w:r>
    </w:p>
    <w:p>
      <w:r>
        <w:rPr>
          <w:i/>
        </w:rPr>
        <w:t>“Can one act upon the Quran without accepting Hadith? Will such Muslims be considered as followers of the Quran?”</w:t>
      </w:r>
    </w:p>
    <w:p>
      <w:r>
        <w:rPr>
          <w:sz w:val="20"/>
        </w:rPr>
        <w:t>1:04:52  Maulana, agla sawal Karachi Pakistan se aaya hai Mr Abdul Lateef sahib ka.</w:t>
      </w:r>
      <w:r>
        <w:br/>
      </w:r>
      <w:r>
        <w:rPr>
          <w:sz w:val="20"/>
        </w:rPr>
        <w:t>1:04:57  unhon ne likha hai: baaz musalman kehte hain ke chunke hadees mein bohat gadbad hui hai, lehaza hum hadees ko nahi mante balkeh sirf Quran ko mante hain jo shakk aur shubah se pak hai.</w:t>
      </w:r>
      <w:r>
        <w:br/>
      </w:r>
      <w:r>
        <w:rPr>
          <w:sz w:val="20"/>
        </w:rPr>
        <w:t>1:05:13  Maulana sahib, mera sawal yeh hai ke kya hadees ko na mante hue Quran par amal kiya ja sakta hai? aur kya aise musalman Quran par amal karne wale qarar payenge?</w:t>
      </w:r>
      <w:r>
        <w:br/>
      </w:r>
      <w:r>
        <w:rPr>
          <w:sz w:val="20"/>
        </w:rPr>
        <w:t>1:05:26  wazahat farmayein. dekhein, yeh baat galat hai ke hadees mein gadbad hui hai. gadbad to har cheez mein hoti hai, lekin ulma is ko chhanṭte hain, galat ko galat karte hain, sahi baat ko galat karte hain.</w:t>
      </w:r>
      <w:r>
        <w:br/>
      </w:r>
      <w:r>
        <w:rPr>
          <w:sz w:val="20"/>
        </w:rPr>
        <w:t>1:05:39  gadbad kya hai? koi gadbad nahi hai.</w:t>
      </w:r>
      <w:r>
        <w:br/>
      </w:r>
      <w:r>
        <w:rPr>
          <w:sz w:val="20"/>
        </w:rPr>
        <w:t>1:05:45  hadees par ulma ne jo kaam kiya hai, woh bohat hi zyada aam hai. aur mozu, qisse, kahaniyan to har cheez mein shamil ho jati hain.</w:t>
      </w:r>
      <w:r>
        <w:br/>
      </w:r>
      <w:r>
        <w:rPr>
          <w:sz w:val="20"/>
        </w:rPr>
        <w:t>1:05:56  har cheez mein. dunya ka koi waqea aisa nahi jis mein banawati qisse kahaniyan shamil na ho jayein. to ulma is ko alag karte hain, Scholars jo hain is ko alag kar dete hain.</w:t>
      </w:r>
      <w:r>
        <w:br/>
      </w:r>
      <w:r>
        <w:rPr>
          <w:sz w:val="20"/>
        </w:rPr>
        <w:t>1:06:06  jo asal baat hai, us ko alag kar dete hain. to hadees par bohat kaam hua hai, bohat kaam hua hai, bohat kaam hua hai.</w:t>
      </w:r>
      <w:r>
        <w:br/>
      </w:r>
      <w:r>
        <w:rPr>
          <w:sz w:val="20"/>
        </w:rPr>
        <w:t>1:06:14  aur muhaddiseen ne aur ulma ne, aur aakhri zamaney mein Allama Nooruddin Albani ne is ko chhanṭ kar alag kar diya hai sab.</w:t>
      </w:r>
      <w:r>
        <w:br/>
      </w:r>
      <w:r>
        <w:rPr>
          <w:sz w:val="20"/>
        </w:rPr>
        <w:t>1:06:23  sahi ahadees ko aur aur aur ghair sahi ahadees ko. barah jildon mein kitabein hain, unhon ne Silsila al-Ahadees al-Saheehah Silsila al-Ahadees al-Da'eefah to woh to tees saal ki mehnat ke baad unhon ne sara kaam kar diya.</w:t>
      </w:r>
      <w:r>
        <w:br/>
      </w:r>
      <w:r>
        <w:rPr>
          <w:sz w:val="20"/>
        </w:rPr>
        <w:t>1:06:39  yeh baat galat hai ke hadees mein gadbad hui hai. kuch bhi gadbad nahi hui hai. ulma ne is ko chhanṭ kar alag kar diya, bohat cheezon ko. yeh sahi nahi hai.</w:t>
      </w:r>
      <w:r>
        <w:br/>
      </w:r>
      <w:r>
        <w:rPr>
          <w:sz w:val="20"/>
        </w:rPr>
        <w:t>1:06:49  aur jo aadmi yeh kahe ke mein hadees ko nahi manta, Quran ko manta hoon, woh Islam se is ka koi talluq nahi. is mein shakk nahi ke woh Islam se is ka koi talluq nahi.</w:t>
      </w:r>
      <w:r>
        <w:br/>
      </w:r>
      <w:r>
        <w:rPr>
          <w:sz w:val="20"/>
        </w:rPr>
        <w:t>1:07:01  Islam naam hai, Quran sunnat dono ka. aap ke do bete hon, aap kahein is bete ko manta hoon, is ko nahi manta to mera beta nahi, to aap ki family mein kya aap ka haal hoga?</w:t>
      </w:r>
      <w:r>
        <w:br/>
      </w:r>
      <w:r>
        <w:rPr>
          <w:sz w:val="20"/>
        </w:rPr>
        <w:t>1:07:15  to jab khud Quran se sabit hai ke momin ko Quran ki baat hi manna hai, Rasool Allah ki sunnat hi manna hai.</w:t>
      </w:r>
      <w:r>
        <w:br/>
      </w:r>
      <w:r>
        <w:rPr>
          <w:sz w:val="20"/>
        </w:rPr>
        <w:t>1:07:26  Aatu Allah wa Aatu al-Rasool yeh</w:t>
      </w:r>
      <w:r>
        <w:br/>
      </w:r>
      <w:r>
        <w:rPr>
          <w:sz w:val="20"/>
        </w:rPr>
        <w:t>1:07:29  saaf saaf hai. to kaise aap ek ko mante hue ek chhodenge? ek ko Quran mein yeh bhi hai ke 'Qul in kuntum tuhibbun Allah fa-ittabi'uni yuhbibkum Allah' yani hubb-e-ilahi ka meyar bataiye ke tum Rasool Allah ki it'aat karo.</w:t>
      </w:r>
      <w:r>
        <w:br/>
      </w:r>
      <w:r>
        <w:rPr>
          <w:sz w:val="20"/>
        </w:rPr>
        <w:t>1:07:47  to is mein koi shakk nahi ke hadees ko bhi manna hai, Quran ko bhi manna hai. aur gadbad ka jo nazariya hai, bilkul galat hai. yeh koi gadbad nahi hai.</w:t>
      </w:r>
      <w:r>
        <w:br/>
      </w:r>
      <w:r>
        <w:rPr>
          <w:sz w:val="20"/>
        </w:rPr>
        <w:t>1:07:56  mujhe to ahadees se itna imaan milta hai ke mein bayan nahi kar sakta. ahadees ko parhta hoon aur parh parh kar ke ajeeb ek ek inspiration milta hai aur sachai ki daryaft hoti hai.</w:t>
      </w:r>
      <w:r>
        <w:br/>
      </w:r>
      <w:r>
        <w:rPr>
          <w:sz w:val="20"/>
        </w:rPr>
        <w:t>1:08:11  pata nahi woh kaun log hain jo hadees mein gadbad dekhte hain. beharhal yeh nazariya bilkul batil nazariya hai, mein mein is ko nahi manta.</w:t>
      </w:r>
    </w:p>
    <w:p>
      <w:pPr>
        <w:pStyle w:val="Heading2"/>
      </w:pPr>
      <w:r>
        <w:t>Are all Hadith matters related to faith?</w:t>
      </w:r>
    </w:p>
    <w:p>
      <w:r>
        <w:rPr>
          <w:color w:val="666666"/>
          <w:sz w:val="18"/>
        </w:rPr>
        <w:t>Hadith · The Lesson of History September 21, 2014 · 4m 54s · at 1:17:36 · https://youtu.be/aMVHLKMkhcQ?t=4656</w:t>
      </w:r>
    </w:p>
    <w:p>
      <w:r>
        <w:rPr>
          <w:i/>
        </w:rPr>
        <w:t>“Maulana, are all matters mentioned in Hadith related to faith? Or only those that are common between Quran and Hadith? Please explain.”</w:t>
      </w:r>
    </w:p>
    <w:p>
      <w:r>
        <w:rPr>
          <w:sz w:val="20"/>
        </w:rPr>
        <w:t>1:17:36  maulana, agla sawal bangalore se maulana inayatullah umri sahib ne kiya hai. aur unhon ne likha hai ke maulana, kya sari baatein jo hadith mein aayi hain, un ka taluq aqeeday se hai?</w:t>
      </w:r>
      <w:r>
        <w:br/>
      </w:r>
      <w:r>
        <w:rPr>
          <w:sz w:val="20"/>
        </w:rPr>
        <w:t>1:17:50  ya sirf wohi baatein jo quran aur hadith mein mushtarik hain? is ke baray mein batayein.</w:t>
      </w:r>
      <w:r>
        <w:br/>
      </w:r>
      <w:r>
        <w:rPr>
          <w:sz w:val="20"/>
        </w:rPr>
        <w:t>1:17:58  dekhein, jo sarahatan jis ko quran o hadith mein, hadith mein bhi aisa mil sakta hai,</w:t>
      </w:r>
      <w:r>
        <w:br/>
      </w:r>
      <w:r>
        <w:rPr>
          <w:sz w:val="20"/>
        </w:rPr>
        <w:t>1:18:04  sarahatan sabit hota ho ke yeh aqeeday ka masla hai, wohi aqeeday ka masla rahega. hum agar apni taraf se banayein is ko aqeeday ka masla toh aqeeday ka masla nahi hoga.</w:t>
      </w:r>
      <w:r>
        <w:br/>
      </w:r>
      <w:r>
        <w:rPr>
          <w:sz w:val="20"/>
        </w:rPr>
        <w:t>1:18:16  aqeeday ka masla maani kya hai? yeh bhi mein arz kar doon. aqeeday ka masla woh hai jis ka jis par aap ki akhirat ki kamyabi ka inhisaar ho.</w:t>
      </w:r>
      <w:r>
        <w:br/>
      </w:r>
      <w:r>
        <w:rPr>
          <w:sz w:val="20"/>
        </w:rPr>
        <w:t>1:18:27  aqeeday ka masla woh hai.</w:t>
      </w:r>
      <w:r>
        <w:br/>
      </w:r>
      <w:r>
        <w:rPr>
          <w:sz w:val="20"/>
        </w:rPr>
        <w:t>1:18:30  mere nazdeek jo tareef hai aqeeday ke maslay ki, woh yeh hai ke har woh cheez aqeeday ka masla hai jis se aap ki jannat khatray mein padti ho.</w:t>
      </w:r>
      <w:r>
        <w:br/>
      </w:r>
      <w:r>
        <w:rPr>
          <w:sz w:val="20"/>
        </w:rPr>
        <w:t>1:18:41  woh woh aqeeday ka masla hai. baqi aqeeday ka masla nahi hai. misaal ke taur par agar hum Allah ko do maanein toh hamari jannat nahi milegi hum ko.</w:t>
      </w:r>
      <w:r>
        <w:br/>
      </w:r>
      <w:r>
        <w:rPr>
          <w:sz w:val="20"/>
        </w:rPr>
        <w:t>1:18:51  rasool Allah par maanein ke rasool Allah par nabuwat khatm nahi hui toh hum jannat nahi payenge.</w:t>
      </w:r>
      <w:r>
        <w:br/>
      </w:r>
      <w:r>
        <w:rPr>
          <w:sz w:val="20"/>
        </w:rPr>
        <w:t>1:18:56  agar hum maanein ke ke yani isi tarah ke jo jin baaton par quran o hadith se sabit ho ke is par hamein hamara yani jannat chhin jayegi hamari, woh aqeeday ka masla hai.</w:t>
      </w:r>
      <w:r>
        <w:br/>
      </w:r>
      <w:r>
        <w:rPr>
          <w:sz w:val="20"/>
        </w:rPr>
        <w:t>1:19:15  misal ke taur par dekhein, sari quran o hadith mein kahin yeh nahi likha hua hai ke tum log apne liye alag mulk banao.</w:t>
      </w:r>
      <w:r>
        <w:br/>
      </w:r>
      <w:r>
        <w:rPr>
          <w:sz w:val="20"/>
        </w:rPr>
        <w:t>1:19:26  toh taqseem ka jo nazariya hai, woh sari quran o hadith mein kahin nahi hai. is liye aqeeday ka masla nahi rahega woh. aise hi quran o hadith mein kahin nahi hai ke ke aye musalmano, tum nizam e mustafa qaim karo.</w:t>
      </w:r>
      <w:r>
        <w:br/>
      </w:r>
      <w:r>
        <w:rPr>
          <w:sz w:val="20"/>
        </w:rPr>
        <w:t>1:19:38  yeh aqeeday ka masla nahi rahega yeh. aise hi kahin bhi nahi hai ke aye musalmano, tum sari dunya mein islami hukumat qaim karo. yeh bhi nahi hai. toh bhi aqeeday ka masla nahi rahega.</w:t>
      </w:r>
      <w:r>
        <w:br/>
      </w:r>
      <w:r>
        <w:rPr>
          <w:sz w:val="20"/>
        </w:rPr>
        <w:t>1:19:49  toh koi bhi aisi cheez jis ka zikr quran o hadith mein is hesiyat se na ho ke woh kya toh jannat milegi, nahi kiya toh jannat chhin jayegi, woh aqeeday ka masla hai.</w:t>
      </w:r>
      <w:r>
        <w:br/>
      </w:r>
      <w:r>
        <w:rPr>
          <w:sz w:val="20"/>
        </w:rPr>
        <w:t>1:20:01  apni taraf se hum koi is list mein izafa nahi kar sakte. apni taraf se hum is list mein izafa nahi kar sakte. misaal ke taur par mein agar farz ke ek jhoota aqeedah banaoon ke ke jo log sunday class mein aayein, un ki jannat jannat pakki hai,</w:t>
      </w:r>
      <w:r>
        <w:br/>
      </w:r>
      <w:r>
        <w:rPr>
          <w:sz w:val="20"/>
        </w:rPr>
        <w:t>1:20:15  toh yeh batil qarar payega. kyun? quran o hadith mein kahin aisa likha hua nahi hai ke jo sunday class mein aayega, woh jannati hai. toh yeh yeh yeh yeh jhoota aqeedah hoga agar agar mein aisa banaoon toh.</w:t>
      </w:r>
      <w:r>
        <w:br/>
      </w:r>
      <w:r>
        <w:rPr>
          <w:sz w:val="20"/>
        </w:rPr>
        <w:t>1:20:28  toh achhi tarah samajh lijiye ke aqeeday ka masla sirf woh hai jis ke baray mein quran o hadith se sabit ho jaye ke woh kya toh jannat milegi, woh nahi kiya toh jannat nahi milegi.</w:t>
      </w:r>
      <w:r>
        <w:br/>
      </w:r>
      <w:r>
        <w:rPr>
          <w:sz w:val="20"/>
        </w:rPr>
        <w:t>1:20:41  baqi toh aap hamari bidatein hain. ab agar kisi ko kisi cheez ko add karna hai toh sabit karna padega us ko ke quran o hadith mein yeh likha hua hai.</w:t>
      </w:r>
      <w:r>
        <w:br/>
      </w:r>
      <w:r>
        <w:rPr>
          <w:sz w:val="20"/>
        </w:rPr>
        <w:t>1:20:51  misal ke taur par pakistanion ne chalaya tha nizam e mustafa, toh pehle yeh sabit karo ke nizam e mustafa ki tehreek chalayoge toh jannat mile</w:t>
      </w:r>
      <w:r>
        <w:br/>
      </w:r>
      <w:r>
        <w:rPr>
          <w:sz w:val="20"/>
        </w:rPr>
        <w:t>1:20:58  gi. sabat karo ke quran o hadith se. sare pakistan mein aur sare kashmir mein, dono mulkon mein, kashmir mein aur pakistan mein nizam e mustafa, nizam e mustafa hangama tha.</w:t>
      </w:r>
      <w:r>
        <w:br/>
      </w:r>
      <w:r>
        <w:rPr>
          <w:sz w:val="20"/>
        </w:rPr>
        <w:t>1:21:10  ek zamana tha ke nizam e mustafa ka hangama pakistan mein bhi tha, kashmir mein bhi tha. to mera dekhen, iska islam se koi talluq nahin. kyunke sare quran o hadith mein kahin likha hua nahin hai ke tum nizam e mustafa qaim karo.</w:t>
      </w:r>
      <w:r>
        <w:br/>
      </w:r>
      <w:r>
        <w:rPr>
          <w:sz w:val="20"/>
        </w:rPr>
        <w:t>1:21:23  to khulasa yeh hai ke aqide ka masla sirf woh hai jiske bare mein yani yeh sabat kar saken aap ke quran o hadith mein isko jannat se joda gaya hai.</w:t>
      </w:r>
      <w:r>
        <w:br/>
      </w:r>
      <w:r>
        <w:rPr>
          <w:sz w:val="20"/>
        </w:rPr>
        <w:t>1:21:39  yeh matlab nijat se, salvation se. yeh zyada sahi lafz hai, salvation. har woh cheez aqide ka hai, masla hai jiska talluq salvation se ho.</w:t>
      </w:r>
      <w:r>
        <w:br/>
      </w:r>
      <w:r>
        <w:rPr>
          <w:sz w:val="20"/>
        </w:rPr>
        <w:t>1:21:51  agar salvation se iska talluq nahin hai to aqide ka masla bhi nahin woh. to jin cheezon ka talluq salvation se na ho, nijat akhirat se na ho, woh aqide se bahar qarar paegi.</w:t>
      </w:r>
      <w:r>
        <w:br/>
      </w:r>
      <w:r>
        <w:rPr>
          <w:sz w:val="20"/>
        </w:rPr>
        <w:t>1:22:04  aur is mein hum halaat ke aitbar se ek ravaiyya qaim karenge. koi is mein ab koi is mein koi cheez absolute nahin hogi.</w:t>
      </w:r>
      <w:r>
        <w:br/>
      </w:r>
      <w:r>
        <w:rPr>
          <w:sz w:val="20"/>
        </w:rPr>
        <w:t>1:22:19  jo cheez ka talluq salvation se hoga, woh lazman absolute qarar paegi. jiska talluq salvation se na hoga, woh absolute nahin hogi.</w:t>
      </w:r>
    </w:p>
    <w:p>
      <w:pPr>
        <w:pStyle w:val="Heading2"/>
      </w:pPr>
      <w:r>
        <w:t>Authenticity of mosque permanence saying</w:t>
      </w:r>
    </w:p>
    <w:p>
      <w:r>
        <w:rPr>
          <w:color w:val="666666"/>
          <w:sz w:val="18"/>
        </w:rPr>
        <w:t>Hadith · The Lesson of History September 21, 2014 · 3m 08s · at 1:04:07 · https://youtu.be/aMVHLKMkhcQ?t=3847</w:t>
      </w:r>
    </w:p>
    <w:p>
      <w:r>
        <w:rPr>
          <w:i/>
        </w:rPr>
        <w:t>“Is the statement 'A mosque wherever built remains a mosque until the Day of Judgment' a hadith or someone's saying?”</w:t>
      </w:r>
    </w:p>
    <w:p>
      <w:r>
        <w:rPr>
          <w:sz w:val="20"/>
        </w:rPr>
        <w:t>1:04:07  maulana, agla sawal jameel akhtar sahib ne kiya hai dilli se. aur unhon ne likha hai ke masjid jahan ban gayi, wahan ban gayi. woh jagah qayamat ke liye masjid hi hai.</w:t>
      </w:r>
      <w:r>
        <w:br/>
      </w:r>
      <w:r>
        <w:rPr>
          <w:sz w:val="20"/>
        </w:rPr>
        <w:t>1:04:18  kya yeh hadith hai ya kisi ka qaul hai? wazahat karen</w:t>
      </w:r>
      <w:r>
        <w:br/>
      </w:r>
      <w:r>
        <w:rPr>
          <w:sz w:val="20"/>
        </w:rPr>
        <w:t>1:04:22  dekhen, yeh baat jo hai na to quran mein hai na hadith mein. baad ke zamane mein jo fiqh bani us mein yeh masla unhon ne banaya hai.</w:t>
      </w:r>
      <w:r>
        <w:br/>
      </w:r>
      <w:r>
        <w:rPr>
          <w:sz w:val="20"/>
        </w:rPr>
        <w:t>1:04:31  yeh masla banaya hai. lekin mein is ko, mein is ko islami nahi samajhta. aik baad ko banne wali fiqh ka juz samajhta hoon.</w:t>
      </w:r>
      <w:r>
        <w:br/>
      </w:r>
      <w:r>
        <w:rPr>
          <w:sz w:val="20"/>
        </w:rPr>
        <w:t>1:04:41  lekin aik aur baat mein kehta hoon. isi fiqh ka yeh masla hai, isi fiqh ka. ke الضرورات تبيع المحظورات</w:t>
      </w:r>
      <w:r>
        <w:br/>
      </w:r>
      <w:r>
        <w:rPr>
          <w:sz w:val="20"/>
        </w:rPr>
        <w:t>1:04:54  yani necessity jab paida ho jaye to haram halal ho jayega. to sawal yeh hai ke aik building ko bachane ke liye agar hazaron musalman mare ja rahe hain to woh necessity nahi hai.</w:t>
      </w:r>
      <w:r>
        <w:br/>
      </w:r>
      <w:r>
        <w:rPr>
          <w:sz w:val="20"/>
        </w:rPr>
        <w:t>1:05:07  woh, woh, woh nahi hai jis mein ke aap apne hukum ko badlen. yani necessity makes unlawful lawful is ko aap log apply kyun nahi karte?</w:t>
      </w:r>
      <w:r>
        <w:br/>
      </w:r>
      <w:r>
        <w:rPr>
          <w:sz w:val="20"/>
        </w:rPr>
        <w:t>1:05:21  mein, yani do baaten mein kahunga. ke mere nazdeek to masjid jahan ban gayi, wahin masjid hamesha rahegi. yeh quran ka masla nahi, hadith ka masla nahi.</w:t>
      </w:r>
      <w:r>
        <w:br/>
      </w:r>
      <w:r>
        <w:rPr>
          <w:sz w:val="20"/>
        </w:rPr>
        <w:t>1:05:32  fiqh mein bhi ikhtilafi masla hai. aap arab jaiye to misr mein, sham mein, saudi arab mein bohat si masjidon ko relocate kiya gaya hai.</w:t>
      </w:r>
      <w:r>
        <w:br/>
      </w:r>
      <w:r>
        <w:rPr>
          <w:sz w:val="20"/>
        </w:rPr>
        <w:t>1:05:43  bohat si masjidें, aik do masjid nahi hain.</w:t>
      </w:r>
      <w:r>
        <w:br/>
      </w:r>
      <w:r>
        <w:rPr>
          <w:sz w:val="20"/>
        </w:rPr>
        <w:t>1:05:46  dekhen, mein batata hoon aap ko. ke pehle zamane mein jab yeh haal tha ke chhote chhote ghar hote the, galiyan hoti theen, road nahi hoti theen.</w:t>
      </w:r>
      <w:r>
        <w:br/>
      </w:r>
      <w:r>
        <w:rPr>
          <w:sz w:val="20"/>
        </w:rPr>
        <w:t>1:05:58  to logon ne jagah jagah masjidें bana liya</w:t>
      </w:r>
      <w:r>
        <w:br/>
      </w:r>
      <w:r>
        <w:rPr>
          <w:sz w:val="20"/>
        </w:rPr>
        <w:t>1:06:01  pehle. ab jab petrol aaya arab mein aur unhon ne city planning ka naya concept apnana chaha.</w:t>
      </w:r>
      <w:r>
        <w:br/>
      </w:r>
      <w:r>
        <w:rPr>
          <w:sz w:val="20"/>
        </w:rPr>
        <w:t>1:06:10  to is mein unhon ne planning ki. to dekha ke jahan mein hostel banana hai, wahan aik masjid hai. jahan mein park banana hai, wahan aik masjid hai. to sainkaron sainkaron masjidें relocate ki gaeen.</w:t>
      </w:r>
      <w:r>
        <w:br/>
      </w:r>
      <w:r>
        <w:rPr>
          <w:sz w:val="20"/>
        </w:rPr>
        <w:t>1:06:24  arab mein, yani makkah madinah mein aur sham mein, misr mein, taqreeban har har arab country mein.</w:t>
      </w:r>
      <w:r>
        <w:br/>
      </w:r>
      <w:r>
        <w:rPr>
          <w:sz w:val="20"/>
        </w:rPr>
        <w:t>1:06:34  to kya yeh india ka islam alag hai? india ka islam alag hai? masjidon ko relocate karna already tamam arab countries mein is yeh is ko kehte hain mamool bihi.</w:t>
      </w:r>
      <w:r>
        <w:br/>
      </w:r>
      <w:r>
        <w:rPr>
          <w:sz w:val="20"/>
        </w:rPr>
        <w:t>1:06:48  is par amal ho raha hai baqayda. yeh mamool bihi hai yeh.</w:t>
      </w:r>
      <w:r>
        <w:br/>
      </w:r>
      <w:r>
        <w:rPr>
          <w:sz w:val="20"/>
        </w:rPr>
        <w:t>1:06:52  to india hi mein alag alag islam rahega ya marte raho, karte raho aur masjid relocate nahi ki jayegi? to aik to yeh masla hai.</w:t>
      </w:r>
      <w:r>
        <w:br/>
      </w:r>
      <w:r>
        <w:rPr>
          <w:sz w:val="20"/>
        </w:rPr>
        <w:t>1:07:01  dusra yeh ke agar hum koi fiqah ke masle ko manta ho tab bhi us ko us par follow karna chahiye ke al-zarurat tbi al-mahzurat</w:t>
      </w:r>
    </w:p>
    <w:p>
      <w:pPr>
        <w:pStyle w:val="Heading2"/>
      </w:pPr>
      <w:r>
        <w:t>Can Quran be followed without Hadith?</w:t>
      </w:r>
    </w:p>
    <w:p>
      <w:r>
        <w:rPr>
          <w:color w:val="666666"/>
          <w:sz w:val="18"/>
        </w:rPr>
        <w:t>Hadith · Don't Be Angry Culture January 15, 2012 Maulana Wahiduddin Khan · 3m 30s · at 1:06:30 · https://youtu.be/rY1Ikwmwwdk?t=3990</w:t>
      </w:r>
    </w:p>
    <w:p>
      <w:r>
        <w:rPr>
          <w:i/>
        </w:rPr>
        <w:t>“Some Muslims say that because the Hadith is very corrupted, therefore we do not accept Hadith, only the Quran which is free from doubt. My question is: Can the Quran be followed without accepting Hadith, and will such Muslims be considered followers of the Quran? Please clarify.”</w:t>
      </w:r>
    </w:p>
    <w:p>
      <w:r>
        <w:rPr>
          <w:sz w:val="20"/>
        </w:rPr>
        <w:t>1:06:30  maulana, agla sawal karachi pakistan se aya hai mister abdul latif sahib ka. unhon ne likha hai: "baaz musalman kehte hain ke chounke hadith mein bohat gadbad hui hai, lehaza hum hadith ko nahi mante balke sirf quran ko mante hain jo shakk aur shubah se pak hai." maulana sahib, mera sawal yeh hai ke kya hadith ko na mante hue quran par amal kiya ja sakta hai?</w:t>
      </w:r>
      <w:r>
        <w:br/>
      </w:r>
      <w:r>
        <w:rPr>
          <w:sz w:val="20"/>
        </w:rPr>
        <w:t>1:06:59  aur kya aise musalman quran par amal karne wale qarar payenge? wazahat farmayen.</w:t>
      </w:r>
      <w:r>
        <w:br/>
      </w:r>
      <w:r>
        <w:rPr>
          <w:sz w:val="20"/>
        </w:rPr>
        <w:t>1:07:07  dekhiye, yeh baat galat hai ke hadith mein gadbad hui hai. gadbad to har cheez mein hoti hai lekin ulma is ko chhaadte hain, gadbad ko alag karte hain, sahi baat ko alag karte hain.</w:t>
      </w:r>
      <w:r>
        <w:br/>
      </w:r>
      <w:r>
        <w:rPr>
          <w:sz w:val="20"/>
        </w:rPr>
        <w:t>1:07:18  gadbad kya hai? kuch gadbad nahi hai?</w:t>
      </w:r>
      <w:r>
        <w:br/>
      </w:r>
      <w:r>
        <w:rPr>
          <w:sz w:val="20"/>
        </w:rPr>
        <w:t>1:07:23  hadith par ulma ne jo kaam kiya hai woh bohat hi zyada aam hai. aur mozu, qisse, kahaniyan to har cheez mein shamil ho jati hain.</w:t>
      </w:r>
      <w:r>
        <w:br/>
      </w:r>
      <w:r>
        <w:rPr>
          <w:sz w:val="20"/>
        </w:rPr>
        <w:t>1:07:35  har cheez mein. dunya ka koi waqea aisa nahi jis mein banawati qisse kahaniyan shamil na ho jayen. to ulma is ko alag karte hain, scholars jo hain is ko alag kar dete hain.</w:t>
      </w:r>
      <w:r>
        <w:br/>
      </w:r>
      <w:r>
        <w:rPr>
          <w:sz w:val="20"/>
        </w:rPr>
        <w:t>1:07:45  jo asal baat hai us ko alag kar dete hain. to hadith par bohat kaam hua hai, bohat kaam hua hai, bohat kaam hua hai. aur muhaddiseen ne aur ulma ne aur aakhri zamane mein allama nasruddin albani ne is ko chhaant</w:t>
      </w:r>
      <w:r>
        <w:br/>
      </w:r>
      <w:r>
        <w:rPr>
          <w:sz w:val="20"/>
        </w:rPr>
        <w:t>1:08:00  kar alag kar diya hai sab. sahi ahadees ko aur aur aur ghair sahi ahadees ko. barah juldon mein kitaben hain unhon ne: silsila al-ahadees al-sahihah, silsila al-ahadees al-daeefah.</w:t>
      </w:r>
      <w:r>
        <w:br/>
      </w:r>
      <w:r>
        <w:rPr>
          <w:sz w:val="20"/>
        </w:rPr>
        <w:t>1:08:15  to woh to tees saal ki mehnat ke baad unhon ne sara kaam kar diya. yeh baat galat hai ke hadith mein gadbad hui hai. kuch bhi gadbad nahi hui hai. ulma ne is ko chhaant kar alag kar diya baat cheezon ko.</w:t>
      </w:r>
      <w:r>
        <w:br/>
      </w:r>
      <w:r>
        <w:rPr>
          <w:sz w:val="20"/>
        </w:rPr>
        <w:t>1:08:26  yeh sahi nahi hai.</w:t>
      </w:r>
      <w:r>
        <w:br/>
      </w:r>
      <w:r>
        <w:rPr>
          <w:sz w:val="20"/>
        </w:rPr>
        <w:t>1:08:28  aur jo aadmi yeh kahe ke main hadith ko nahi manta, quran ko manta hoon, woh islam se is ka koi talluq nahi. is mein shakk nahi ke woh islam se is ka koi talluq nahi.</w:t>
      </w:r>
      <w:r>
        <w:br/>
      </w:r>
      <w:r>
        <w:rPr>
          <w:sz w:val="20"/>
        </w:rPr>
        <w:t>1:08:40  islam naam hai, quran sunnat dono ka. aap ke do bete hon, aap kahein is bete ko manta hoon, is ko nahi manta. to mera bi</w:t>
      </w:r>
      <w:r>
        <w:br/>
      </w:r>
      <w:r>
        <w:rPr>
          <w:sz w:val="20"/>
        </w:rPr>
        <w:t>1:08:49  ta nahi to aap ki family mein aap ka hal hoga. to jab khud quran se sabit hai ke momin ko quran ki baat bhi manna hai, rasool Allah ki sunnat bhi manna hai.</w:t>
      </w:r>
      <w:r>
        <w:br/>
      </w:r>
      <w:r>
        <w:rPr>
          <w:sz w:val="20"/>
        </w:rPr>
        <w:t>1:09:05  ati Allah wa ati al-rasool, yeh saaf saaf hai.</w:t>
      </w:r>
      <w:r>
        <w:br/>
      </w:r>
      <w:r>
        <w:rPr>
          <w:sz w:val="20"/>
        </w:rPr>
        <w:t>1:09:09  to kaise aap ek ko man kar ek chhodenge? chhodenge ek ko? quran mein yeh bhi hai ke: "qul in kuntum tuhibbun Allah fa-tabi'uni Allah".</w:t>
      </w:r>
      <w:r>
        <w:br/>
      </w:r>
      <w:r>
        <w:rPr>
          <w:sz w:val="20"/>
        </w:rPr>
        <w:t>1:09:19  yani yani hub e ilahi ka meyar bataiye ke tum rasool Allah ki itaat karo. to is mein koi shakk nahi ke hadith ko bhi manna hai, quran ko bhi manna hai.</w:t>
      </w:r>
      <w:r>
        <w:br/>
      </w:r>
      <w:r>
        <w:rPr>
          <w:sz w:val="20"/>
        </w:rPr>
        <w:t>1:09:30  aur gadbad ka jo nazariya hai, bilkul galat hai. yeh koi gadbad nahi hai. mujh</w:t>
      </w:r>
      <w:r>
        <w:br/>
      </w:r>
      <w:r>
        <w:rPr>
          <w:sz w:val="20"/>
        </w:rPr>
        <w:t>1:09:36  e to ahadees se itna iman milta hai ke main bayan nahi kar sakta. ahadees ko padhta hoon aur padh padh kar ke ajeeb ek ek inspiration milta hai aur sachai ki daryaft hoti hai.</w:t>
      </w:r>
      <w:r>
        <w:br/>
      </w:r>
      <w:r>
        <w:rPr>
          <w:sz w:val="20"/>
        </w:rPr>
        <w:t>1:09:50  pata nahi woh kaun log hain jo hadith mein gadbad dekhte hain. behal yeh nazariya bilkul batil nazariya hai. main main is ko nahi manta.</w:t>
      </w:r>
    </w:p>
    <w:p>
      <w:pPr>
        <w:pStyle w:val="Heading2"/>
      </w:pPr>
      <w:r>
        <w:t>Categories of Hadith and interpretation approach</w:t>
      </w:r>
    </w:p>
    <w:p>
      <w:r>
        <w:rPr>
          <w:color w:val="666666"/>
          <w:sz w:val="18"/>
        </w:rPr>
        <w:t>Hadith · Islam Ideology, Team and Method October 09, 2011 · 2m 04s · at 1:07:21 · https://youtu.be/zRilc1fG6c0?t=4041</w:t>
      </w:r>
    </w:p>
    <w:p>
      <w:r>
        <w:rPr>
          <w:i/>
        </w:rPr>
        <w:t>“What are the different categories of Hadith and its sources? What should be the approach of interpreting Hadith based on the reliability for a common man like me?”</w:t>
      </w:r>
    </w:p>
    <w:p>
      <w:r>
        <w:rPr>
          <w:sz w:val="20"/>
        </w:rPr>
        <w:t>1:07:21  hai. Unhone likha hai: "What are the different categories of hadith and its sources? What should be the approach of interpreting hadith based on the reliability for common man like me?" Common man ko yeh sawal hi nahi karna chahiye.</w:t>
      </w:r>
      <w:r>
        <w:br/>
      </w:r>
      <w:r>
        <w:rPr>
          <w:sz w:val="20"/>
        </w:rPr>
        <w:t>1:07:42  dekhen, yeh ajeeb muamla hai ke log time to lagate nahi aur chahte hain ke wo is collar ki seat pe baith jayen.</w:t>
      </w:r>
      <w:r>
        <w:br/>
      </w:r>
      <w:r>
        <w:rPr>
          <w:sz w:val="20"/>
        </w:rPr>
        <w:t>1:07:54  bhai, agar aap chahte hain ke itna zyada yani gehri aap ko knowledge ho, itni gehrai ke sath aap faida kar saken, to aap 50 bar padhiye.</w:t>
      </w:r>
      <w:r>
        <w:br/>
      </w:r>
      <w:r>
        <w:rPr>
          <w:sz w:val="20"/>
        </w:rPr>
        <w:t>1:08:04  aur nahi padh sakte to phir aap ko kya zaroorat hai in muhasibon ko padhne ki?</w:t>
      </w:r>
      <w:r>
        <w:br/>
      </w:r>
      <w:r>
        <w:rPr>
          <w:sz w:val="20"/>
        </w:rPr>
        <w:t>1:08:10  mein kahunga ke dekhiye, bahut se ulma ne, yani jin ko hum muhaddiseen kehte hain, unhone kitaben likhi hain.</w:t>
      </w:r>
      <w:r>
        <w:br/>
      </w:r>
      <w:r>
        <w:rPr>
          <w:sz w:val="20"/>
        </w:rPr>
        <w:t>1:08:19  un ko khas taur par sasheda chhe kitabon ka hum mana jata hai. Wo is ko padhne ka mauqa ko nahi hai.</w:t>
      </w:r>
      <w:r>
        <w:br/>
      </w:r>
      <w:r>
        <w:rPr>
          <w:sz w:val="20"/>
        </w:rPr>
        <w:t>1:08:28  to ulma ne un se le kar ke ek kai kitaben banain, kai kitaben jaise Mishkat hai, Jabal al-Fawaid hai, aur kai kitaben is tarah</w:t>
      </w:r>
      <w:r>
        <w:br/>
      </w:r>
      <w:r>
        <w:rPr>
          <w:sz w:val="20"/>
        </w:rPr>
        <w:t>1:08:39  ki hain. To bas ek kitab le lijiye aap. Yani ulma ne hadithon ko chhan kar ke aur aam insan ke aam insan ke faide wali hadithien ekatha kar di hain.</w:t>
      </w:r>
      <w:r>
        <w:br/>
      </w:r>
      <w:r>
        <w:rPr>
          <w:sz w:val="20"/>
        </w:rPr>
        <w:t>1:08:54  to bas is ko is ko padhiye. Is ko ab kya zaroorat hai apna dawa is mein yani uljhane ki? Wo ulma ko chhod dijie. Time ho to 40 saal</w:t>
      </w:r>
      <w:r>
        <w:br/>
      </w:r>
      <w:r>
        <w:rPr>
          <w:sz w:val="20"/>
        </w:rPr>
        <w:t>1:09:04  mutala kijiye, nahi time ho to jo ulma ne kar diya kaam, us ko le kar ab is se ab guidance hasil kijiye. Bas third option mat dijiye.</w:t>
      </w:r>
      <w:r>
        <w:br/>
      </w:r>
      <w:r>
        <w:rPr>
          <w:sz w:val="20"/>
        </w:rPr>
        <w:t>1:09:15  aam taur par log third option lete hain aur third option jo hai, wo wo work nahi karta kisi muamle mein bhi.</w:t>
      </w:r>
    </w:p>
    <w:p>
      <w:pPr>
        <w:pStyle w:val="Heading2"/>
      </w:pPr>
      <w:r>
        <w:t>Clarification of the mirror hadith</w:t>
      </w:r>
    </w:p>
    <w:p>
      <w:r>
        <w:rPr>
          <w:color w:val="666666"/>
          <w:sz w:val="18"/>
        </w:rPr>
        <w:t>Hadith · Living in Falsehood December 15, 2013 · 2m 06s · at 56:33 · https://youtu.be/UvboK59uF6s?t=3393</w:t>
      </w:r>
    </w:p>
    <w:p>
      <w:r>
        <w:rPr>
          <w:i/>
        </w:rPr>
        <w:t>“A hadith says that a Muslim is a mirror of another Muslim. Please clarify this hadith. The words are: 'Mumin mir'atun mumin'. What does a mirror do?”</w:t>
      </w:r>
    </w:p>
    <w:p>
      <w:r>
        <w:rPr>
          <w:sz w:val="20"/>
        </w:rPr>
        <w:t>56:33  maulana, agla sawal dhampur se kiya hai mehtab ahmad sahab ne</w:t>
      </w:r>
      <w:r>
        <w:br/>
      </w:r>
      <w:r>
        <w:rPr>
          <w:sz w:val="20"/>
        </w:rPr>
        <w:t>56:38  unhone likha hai: "maulana, ek hadees mein bataya gaya hai ke musalman musalman ka aaina hai." woh chahte hain ke aap is hadees ko wazeh karein.</w:t>
      </w:r>
      <w:r>
        <w:br/>
      </w:r>
      <w:r>
        <w:rPr>
          <w:sz w:val="20"/>
        </w:rPr>
        <w:t>56:52  hadees ke alfaaz yeh hain: mu'minun mir'atun mu'min. aaina kya karta hai?</w:t>
      </w:r>
      <w:r>
        <w:br/>
      </w:r>
      <w:r>
        <w:rPr>
          <w:sz w:val="20"/>
        </w:rPr>
        <w:t>57:00  aaine mein aap dekhein apna chehra to agar kahin kuch mitti lag gayi hai, koi koi baat hai to woh aaina dikhata hai.</w:t>
      </w:r>
      <w:r>
        <w:br/>
      </w:r>
      <w:r>
        <w:rPr>
          <w:sz w:val="20"/>
        </w:rPr>
        <w:t>57:10  phir usko aap saaf karte hain. to aaina goya wahi karta hai jis ko hum kehte hain criticism. wahi to hai aaina.</w:t>
      </w:r>
      <w:r>
        <w:br/>
      </w:r>
      <w:r>
        <w:rPr>
          <w:sz w:val="20"/>
        </w:rPr>
        <w:t>57:19  yaani ghalati ki nishandahi. criticism ka matlab hota hai ghalati ki nishandahi.</w:t>
      </w:r>
      <w:r>
        <w:br/>
      </w:r>
      <w:r>
        <w:rPr>
          <w:sz w:val="20"/>
        </w:rPr>
        <w:t>57:26  to momin ka kaam kya hai? theek theek nishandahi kare aur jo suna hai woh theek theek usko sahi tareeqe se response de ke bhai tum ne acha kiya, mujhe ghalati bata di, main us ko ab islaah karta hoon.</w:t>
      </w:r>
      <w:r>
        <w:br/>
      </w:r>
      <w:r>
        <w:rPr>
          <w:sz w:val="20"/>
        </w:rPr>
        <w:t>57:46  to is mein dono ki baat batai gayi hai.</w:t>
      </w:r>
      <w:r>
        <w:br/>
      </w:r>
      <w:r>
        <w:rPr>
          <w:sz w:val="20"/>
        </w:rPr>
        <w:t>57:48  yaani jo bataye aur jo sune, dono ki baat hai ke aaina kabhi bhi koi ghalat nishandahi nahin karta.</w:t>
      </w:r>
      <w:r>
        <w:br/>
      </w:r>
      <w:r>
        <w:rPr>
          <w:sz w:val="20"/>
        </w:rPr>
        <w:t>57:57  matlab yeh ke agar yahan par daagh na ho tab bhi dikha de woh daagh aap ko. aisa koi aaina nahin karega. to true picture jo hai woh dikhata hai aaina.</w:t>
      </w:r>
      <w:r>
        <w:br/>
      </w:r>
      <w:r>
        <w:rPr>
          <w:sz w:val="20"/>
        </w:rPr>
        <w:t>58:08  to momin ko chahiye ke woh kisi nafsaniyat ke tehat, kisi zid ke tehat, kisi yaani negative thinking ke tehat kisi par kuch na kahe.</w:t>
      </w:r>
      <w:r>
        <w:br/>
      </w:r>
      <w:r>
        <w:rPr>
          <w:sz w:val="20"/>
        </w:rPr>
        <w:t>58:21  balkeh wahi kahe jo bilkul objectively woh correct ho. woh kahe bilkul sahi sahi. aur sunne wale ko chahiye ke jaldi se qabool kar le.</w:t>
      </w:r>
      <w:r>
        <w:br/>
      </w:r>
      <w:r>
        <w:rPr>
          <w:sz w:val="20"/>
        </w:rPr>
        <w:t>58:30  haan bhai tum ne meri ghalati bata di, ab main is ki islaah karunga. yeh matlab hai is hadees ka.</w:t>
      </w:r>
    </w:p>
    <w:p>
      <w:pPr>
        <w:pStyle w:val="Heading2"/>
      </w:pPr>
      <w:r>
        <w:t>Clarify hadith on Arabic in Paradise</w:t>
      </w:r>
    </w:p>
    <w:p>
      <w:r>
        <w:rPr>
          <w:color w:val="666666"/>
          <w:sz w:val="18"/>
        </w:rPr>
        <w:t>Hadith · The Deeper Meaning of The Quran 18 Aug 2019 - Maulana Wahiduddin Khan · 2m 07s · at 39:44 · https://youtu.be/EYyhbiR_ZIQ?t=2384</w:t>
      </w:r>
    </w:p>
    <w:p>
      <w:r>
        <w:rPr>
          <w:i/>
        </w:rPr>
        <w:t>“Our scholars narrate a hadith that the Messenger of Allah said that in Paradise, the language of the believers will be Arabic. Please clarify this.”</w:t>
      </w:r>
    </w:p>
    <w:p>
      <w:r>
        <w:rPr>
          <w:sz w:val="20"/>
        </w:rPr>
        <w:t>39:44  Maulana, agla comment aur sawal Rampur se aaya hai. Irshad Ali sahib ne bheja hai. Unhon ne likha hai: "Maulana, aaj bhi aap ke alawa hamare saare ulama ibaadat ke sirf form hi batate hain.</w:t>
      </w:r>
      <w:r>
        <w:br/>
      </w:r>
      <w:r>
        <w:rPr>
          <w:sz w:val="20"/>
        </w:rPr>
        <w:t>40:01  Spirit ki baat koi bhi nahi karta. Jazak Allah Maulana. Maulana, mera sawal yeh hai ke hamare ulama ek hadees bayan karte hain.</w:t>
      </w:r>
      <w:r>
        <w:br/>
      </w:r>
      <w:r>
        <w:rPr>
          <w:sz w:val="20"/>
        </w:rPr>
        <w:t>40:15  Rasool Allah ne farmaya ke jannat mein ahle momin ki zuban Arabic hogi. Maulana, is ko wazeh karein.</w:t>
      </w:r>
      <w:r>
        <w:br/>
      </w:r>
      <w:r>
        <w:rPr>
          <w:sz w:val="20"/>
        </w:rPr>
        <w:t>40:23  Yeh hadees hi nahi hai, yeh to fabricated kalam kisi ka hai. Yeh bilkul hi yani absurd baat hai."</w:t>
      </w:r>
      <w:r>
        <w:br/>
      </w:r>
      <w:r>
        <w:rPr>
          <w:sz w:val="20"/>
        </w:rPr>
        <w:t>40:38  aisa kuch bhi nahi hai. dekhiye, jannat jab akhirat mein woh uloom unfold honge, is ke bare mein kaha gaya hai quran mein do ayatein aayi hain.</w:t>
      </w:r>
      <w:r>
        <w:br/>
      </w:r>
      <w:r>
        <w:rPr>
          <w:sz w:val="20"/>
        </w:rPr>
        <w:t>40:56  yani agar sari dunya ek darakht qalb bana diya jaye aur tamam samandar roshnai ho jaye aur likha jaye allah ke kalam, kalam kalmat ko to khatam nahi hoga.</w:t>
      </w:r>
      <w:r>
        <w:br/>
      </w:r>
      <w:r>
        <w:rPr>
          <w:sz w:val="20"/>
        </w:rPr>
        <w:t>41:09  to itne zyada jo uloom hain, woh arabi zaban kaise aayenge? arabi zaban ki bigadi to bohat ma'dood hai.</w:t>
      </w:r>
      <w:r>
        <w:br/>
      </w:r>
      <w:r>
        <w:rPr>
          <w:sz w:val="20"/>
        </w:rPr>
        <w:t>41:20  to yeh bohat hi zyada ghalat aqeedah ban gaya hai ke ke jannat ki zaban ki zaban arabi hogi. jannat ki zaban afaqi zaban hogi, afaqi jis mein aap tamam kalmat allah ko samjhein.</w:t>
      </w:r>
      <w:r>
        <w:br/>
      </w:r>
      <w:r>
        <w:rPr>
          <w:sz w:val="20"/>
        </w:rPr>
        <w:t>41:36  afaqi zaban</w:t>
      </w:r>
      <w:r>
        <w:br/>
      </w:r>
      <w:r>
        <w:rPr>
          <w:sz w:val="20"/>
        </w:rPr>
        <w:t>41:40  kisi sahih hadith mein yeh baat nahi hai, yeh to ek myth hai.</w:t>
      </w:r>
    </w:p>
    <w:p>
      <w:pPr>
        <w:pStyle w:val="Heading2"/>
      </w:pPr>
      <w:r>
        <w:t>Clarify the hadith on sectarian divisions</w:t>
      </w:r>
    </w:p>
    <w:p>
      <w:r>
        <w:rPr>
          <w:color w:val="666666"/>
          <w:sz w:val="18"/>
        </w:rPr>
        <w:t>Hadith · Islam and Politics November 17, 2013 · 2m 23s · at 1:05:18 · https://youtu.be/LgKA8wg4NPc?t=3918</w:t>
      </w:r>
    </w:p>
    <w:p>
      <w:r>
        <w:rPr>
          <w:i/>
        </w:rPr>
        <w:t>“A narration says that in the latter times, many sects will appear among Muslims. At that time, you should stay away from all these sects. Please explain this hadith.”</w:t>
      </w:r>
    </w:p>
    <w:p>
      <w:r>
        <w:rPr>
          <w:sz w:val="20"/>
        </w:rPr>
        <w:t>1:05:18  maulana agla sawal delhi se kiya hai maulana zakwan nadvi ne unhon ne likha hai ek riwayat mein bataya gaya hai ke aakhri zamane mein musalmanon ke andar bohat se firqa firqe paida ho jayenge is waqt tum un tamam firqon se door raho maulana is hadith ko wazeh karein</w:t>
      </w:r>
      <w:r>
        <w:br/>
      </w:r>
      <w:r>
        <w:rPr>
          <w:sz w:val="20"/>
        </w:rPr>
        <w:t>1:05:43  dekhein firqa bandi hoti hai hamesha zahiri baat ko le kar spirit par firqa bandi nahi hoti hai yani taqwa Allah ki mohabbat Allah ka khauf jannat ka ishtiaq is par koi firqa bandi nahi hoti hai zahiri cheezon mein firqa bandi hoti hai to zahiri cheezon mein firqa bandi apne aap hi galat hai</w:t>
      </w:r>
      <w:r>
        <w:br/>
      </w:r>
      <w:r>
        <w:rPr>
          <w:sz w:val="20"/>
        </w:rPr>
        <w:t>1:06:05  dekhein zahiri cheezein jo hain woh hoti hain relative hoti hain azafi ke aap chahe sherwani pehnein coat pehnein topi pehnein ya pagri bandhein yeh sab relative cheezein hain yeh asal nahi hai islam ki to firqa bandiyan sab isi pe hoti hain</w:t>
      </w:r>
      <w:r>
        <w:br/>
      </w:r>
      <w:r>
        <w:rPr>
          <w:sz w:val="20"/>
        </w:rPr>
        <w:t>1:06:27  jitne bhi firqa musalman bane hain woh sab firqe kisi zahiri cheez ko le kar bane hain kisi spirit ko le kar nahi bane hain to is hadith ka matlab yeh hai ke jab duniya mein form wala islam chal pade to is se door raho tum is ko spirit wale islam se tum stick karo</w:t>
      </w:r>
      <w:r>
        <w:br/>
      </w:r>
      <w:r>
        <w:rPr>
          <w:sz w:val="20"/>
        </w:rPr>
        <w:t>1:06:50  in alfaaz ka jo matlab hai aslan is ko ghor kijiye aap ke form wale islam mein to aap log shareek karna mat karo balkeh dobara tum spirit wale islam ki taraf chale jao</w:t>
      </w:r>
      <w:r>
        <w:br/>
      </w:r>
      <w:r>
        <w:rPr>
          <w:sz w:val="20"/>
        </w:rPr>
        <w:t>1:07:07  to hadith ka matlab hai ke yeh ek deviation hoga baad ke zamane mein jab zawal ka zamana aaye</w:t>
      </w:r>
      <w:r>
        <w:br/>
      </w:r>
      <w:r>
        <w:rPr>
          <w:sz w:val="20"/>
        </w:rPr>
        <w:t>1:07:15  ga door zawal mein aisa hota hai to door zawal mein ek deviation hoga ke log form ko le le kar ke firqe banayenge kyunke form mein hamesha kuch na kuch farq hota hai hamesha jab farq hoga to ek mera farq sahi hai in ka mera farq hum sahi hai is mein firqe banenge to rasool Allah farma rahe hain ke yeh yeh bidat hogi jab bhi aisa hoga tum is se door raho</w:t>
      </w:r>
    </w:p>
    <w:p>
      <w:pPr>
        <w:pStyle w:val="Heading2"/>
      </w:pPr>
      <w:r>
        <w:t>Correct procedure for studying hadith</w:t>
      </w:r>
    </w:p>
    <w:p>
      <w:r>
        <w:rPr>
          <w:color w:val="666666"/>
          <w:sz w:val="18"/>
        </w:rPr>
        <w:t>Hadith · Living in Falsehood December 15, 2013 · 3m 49s · at 40:51 · https://youtu.be/UvboK59uF6s?t=2451</w:t>
      </w:r>
    </w:p>
    <w:p>
      <w:r>
        <w:rPr>
          <w:i/>
        </w:rPr>
        <w:t>“I was reading Kitab al-Jihad in Sahih Bukhari and felt that not all hadiths there fall under the title of Jihad. Also, reading hadiths without context might mislead. Please comment on my thoughts and give me the correct procedure of studying hadith.”</w:t>
      </w:r>
    </w:p>
    <w:p>
      <w:r>
        <w:rPr>
          <w:sz w:val="20"/>
        </w:rPr>
        <w:t>40:51  maulana, yeh sawal aaya hai ah khwaja kaleemuddin sahib ka from Pennsylvania, USA unhon ne likha hai: "maulana sahib, I was reading some parts today of kitab al-jihad of sahih al-bukhari.</w:t>
      </w:r>
      <w:r>
        <w:br/>
      </w:r>
      <w:r>
        <w:rPr>
          <w:sz w:val="20"/>
        </w:rPr>
        <w:t>41:09  after I read it for some time, I felt that all ahadees do not fall under the title of jihad.</w:t>
      </w:r>
      <w:r>
        <w:br/>
      </w:r>
      <w:r>
        <w:rPr>
          <w:sz w:val="20"/>
        </w:rPr>
        <w:t>41:18  secondly, reading ahadees without their context might mislead you. please comment on my thoughts and give me theright procedure of studying ahadees.</w:t>
      </w:r>
      <w:r>
        <w:br/>
      </w:r>
      <w:r>
        <w:rPr>
          <w:sz w:val="20"/>
        </w:rPr>
        <w:t>41:32  haan, dekhen yeh aap ka khayal sahi hai aur hadeeson mein ek cheez hai jis se mujhe zyada ittefaq nahi hai.</w:t>
      </w:r>
      <w:r>
        <w:br/>
      </w:r>
      <w:r>
        <w:rPr>
          <w:sz w:val="20"/>
        </w:rPr>
        <w:t>41:45  dekhen, hadeeson mein ek to hai collection ahadees ka, jo kitaben hain hadees ki, chahe siyasat hon ya doosri kitaben hon, us mein hadeeson ko compile kiya gaya hai.</w:t>
      </w:r>
      <w:r>
        <w:br/>
      </w:r>
      <w:r>
        <w:rPr>
          <w:sz w:val="20"/>
        </w:rPr>
        <w:t>42:00  lekin sirf musnad ahmad jo hai, uska tareeqa alag hai. wahi mein sahi samajhta hoon, musnad ahmad ke tareeqe ko mein sahi samajhta hoon.</w:t>
      </w:r>
      <w:r>
        <w:br/>
      </w:r>
      <w:r>
        <w:rPr>
          <w:sz w:val="20"/>
        </w:rPr>
        <w:t>42:11  aur doosri kitabon mein kehte hain is ko tarjuma bab, yani chapter banana, is par ek title qaim karna, yeh mujhe is se ittefaq nahi hai.</w:t>
      </w:r>
      <w:r>
        <w:br/>
      </w:r>
      <w:r>
        <w:rPr>
          <w:sz w:val="20"/>
        </w:rPr>
        <w:t>42:23  kyunki muhaddiseen ne aise unwanat qaim kiye hain jis ki wajah se hadeesen bohat mehdood ho jati hain, bohat hi mehdood.</w:t>
      </w:r>
      <w:r>
        <w:br/>
      </w:r>
      <w:r>
        <w:rPr>
          <w:sz w:val="20"/>
        </w:rPr>
        <w:t>42:37  to</w:t>
      </w:r>
      <w:r>
        <w:br/>
      </w:r>
      <w:r>
        <w:rPr>
          <w:sz w:val="20"/>
        </w:rPr>
        <w:t>42:38  mein musnad ahmad ka jo tareeqa hai, usi ko sahi samajhta hoon ke unhon ne rawiyon ke aitbar se chapter banaya hai. lekin doosri jo kitaben hain, us mein unhon ne tarjuma abwab qaim kiya aur aur bohat is ko ahmiyat deti hai, ahmiyat di jati hai.</w:t>
      </w:r>
      <w:r>
        <w:br/>
      </w:r>
      <w:r>
        <w:rPr>
          <w:sz w:val="20"/>
        </w:rPr>
        <w:t>42:55  lekin mein is ko ahmiyat nahi deta kyunki bohat zyada mis leading hain yeh, yeh tarajum abwab. to aap ka jo taassur bilkul durust hai, yahi mera ta</w:t>
      </w:r>
      <w:r>
        <w:br/>
      </w:r>
      <w:r>
        <w:rPr>
          <w:sz w:val="20"/>
        </w:rPr>
        <w:t>43:07  assur hai. mein ek misaal deta hoon ke hadees ki kitab mein aap padhenge jo ek ek jis ko kehte hain ke khawateen ko jo ek masla pesh aata hai, hauz al-nifas ka, us ke tehat bab qaim kiya hai.</w:t>
      </w:r>
      <w:r>
        <w:br/>
      </w:r>
      <w:r>
        <w:rPr>
          <w:sz w:val="20"/>
        </w:rPr>
        <w:t>43:26  yani hauz al-nifas ka bab. is mein ek hadees hai ke al-nisa'u shaqaiq al-rijal</w:t>
      </w:r>
      <w:r>
        <w:br/>
      </w:r>
      <w:r>
        <w:rPr>
          <w:sz w:val="20"/>
        </w:rPr>
        <w:t>43:37  iska matlab hai ke yani men and women are two equal halves of a single unit aurat aur mard ek unit ka nisf nisf hain, jaise ek saib hai, 20 se kaaten aap to do shaqeeqa hoga.</w:t>
      </w:r>
      <w:r>
        <w:br/>
      </w:r>
      <w:r>
        <w:rPr>
          <w:sz w:val="20"/>
        </w:rPr>
        <w:t>43:59  wo to do shaqeeqe hain.</w:t>
      </w:r>
      <w:r>
        <w:br/>
      </w:r>
      <w:r>
        <w:rPr>
          <w:sz w:val="20"/>
        </w:rPr>
        <w:t>44:02  bohat hi zabardast yeh yani ek tareeqa woh hai expression hai aurat aur mard ke equality ko batane ka.</w:t>
      </w:r>
      <w:r>
        <w:br/>
      </w:r>
      <w:r>
        <w:rPr>
          <w:sz w:val="20"/>
        </w:rPr>
        <w:t>44:14  yani both have equal status equal respect lekin is ko kahan unhon ne darj kar diya hai? hauz al-nifas ke bab mein aisi bohat sari misalen hain.</w:t>
      </w:r>
      <w:r>
        <w:br/>
      </w:r>
      <w:r>
        <w:rPr>
          <w:sz w:val="20"/>
        </w:rPr>
        <w:t>44:26  to</w:t>
      </w:r>
      <w:r>
        <w:br/>
      </w:r>
      <w:r>
        <w:rPr>
          <w:sz w:val="20"/>
        </w:rPr>
        <w:t>44:27  yeh jo tarjuma hai, tarajum abwab hain hadees ki kitabon ke, mujhe is se zyada ittefaq nahi hai. mein musnad ahmad ke tareeqe ko zyada acha samajhta hoon, zyada scientific samajhta hoon.</w:t>
      </w:r>
    </w:p>
    <w:p>
      <w:pPr>
        <w:pStyle w:val="Heading2"/>
      </w:pPr>
      <w:r>
        <w:t>Explain days of eating and drinking in hadith</w:t>
      </w:r>
    </w:p>
    <w:p>
      <w:r>
        <w:rPr>
          <w:color w:val="666666"/>
          <w:sz w:val="18"/>
        </w:rPr>
        <w:t>Hadith · The Message of Eid Al-Adha November 6, 2011 Maulana Wahiduddin Khan · 2m 51s · at 1:11:16 · https://youtu.be/y59PU_RD2cg?t=4276</w:t>
      </w:r>
    </w:p>
    <w:p>
      <w:r>
        <w:rPr>
          <w:i/>
        </w:rPr>
        <w:t>“The days of sacrifice (Eid al-Adha) are called days of eating and drinking in the hadith. Please explain this.”</w:t>
      </w:r>
    </w:p>
    <w:p>
      <w:r>
        <w:rPr>
          <w:sz w:val="20"/>
        </w:rPr>
        <w:t>1:11:16  agle sawal Maulana Chennai se aaya hai. Ibn Naeem ne likha hai.</w:t>
      </w:r>
      <w:r>
        <w:br/>
      </w:r>
      <w:r>
        <w:rPr>
          <w:sz w:val="20"/>
        </w:rPr>
        <w:t>1:11:20  unhone poocha hai ke qurbani ke dinon ko hadith mein khana aur peena ka din kaha gaya hai. ayyam-e-akl-o-shurb Maulana sahib, uski wazahat farmayein.</w:t>
      </w:r>
      <w:r>
        <w:br/>
      </w:r>
      <w:r>
        <w:rPr>
          <w:sz w:val="20"/>
        </w:rPr>
        <w:t>1:11:32  woh bhi ek pehlu uska hai.</w:t>
      </w:r>
      <w:r>
        <w:br/>
      </w:r>
      <w:r>
        <w:rPr>
          <w:sz w:val="20"/>
        </w:rPr>
        <w:t>1:11:36  zahiran, khana peena to hota hi hai. woh bhi ek pehlu hai, lekin sirf khane peene ke liye hai. aisa nahi hai.</w:t>
      </w:r>
      <w:r>
        <w:br/>
      </w:r>
      <w:r>
        <w:rPr>
          <w:sz w:val="20"/>
        </w:rPr>
        <w:t>1:11:47  Maulana, doosra sawal Tamil Nadu se aaya hai. Syed Iqbal Umri ka. unhone likha hai: "aaj dawat ke liye kis qism ki qurbani mutlab hai?</w:t>
      </w:r>
      <w:r>
        <w:br/>
      </w:r>
      <w:r>
        <w:rPr>
          <w:sz w:val="20"/>
        </w:rPr>
        <w:t>1:11:57  uske bare mein batayein."</w:t>
      </w:r>
      <w:r>
        <w:br/>
      </w:r>
      <w:r>
        <w:rPr>
          <w:sz w:val="20"/>
        </w:rPr>
        <w:t>1:12:04  bhai, mera to khayal hai ke sab se bari qurbani yeh hai ke log apna concern badlein.</w:t>
      </w:r>
      <w:r>
        <w:br/>
      </w:r>
      <w:r>
        <w:rPr>
          <w:sz w:val="20"/>
        </w:rPr>
        <w:t>1:12:12  har aadmi concern kuch aur bana hua hai. misalan, bachche hain, ghar hai, family hai, business hai, job hai, paisa kamana hai, zindagi ki achhi zindagi taabeer karna, yeh sab concern bana hua hai.</w:t>
      </w:r>
      <w:r>
        <w:br/>
      </w:r>
      <w:r>
        <w:rPr>
          <w:sz w:val="20"/>
        </w:rPr>
        <w:t>1:12:27  to sab se bari qurbani yeh hai ke in cheezon ko sirf need ke waqt lein, yani zaroorat ke khane mein dalein.</w:t>
      </w:r>
      <w:r>
        <w:br/>
      </w:r>
      <w:r>
        <w:rPr>
          <w:sz w:val="20"/>
        </w:rPr>
        <w:t>1:12:38  to ek hai mission, ek hai zaroorat.</w:t>
      </w:r>
      <w:r>
        <w:br/>
      </w:r>
      <w:r>
        <w:rPr>
          <w:sz w:val="20"/>
        </w:rPr>
        <w:t>1:12:41  to zaroorat ke waqt duniya aur aur baqi jo kuch hai, mission ke liye sab se bari qurbani hai.</w:t>
      </w:r>
      <w:r>
        <w:br/>
      </w:r>
      <w:r>
        <w:rPr>
          <w:sz w:val="20"/>
        </w:rPr>
        <w:t>1:12:49  yeh mission ke liye to kuch karta rahe aadmi, sirf siway kuch ritual ke. to jab tak yeh tabdeeli na aaye ke duniya ko lein waqt zaroorat,</w:t>
      </w:r>
      <w:r>
        <w:br/>
      </w:r>
      <w:r>
        <w:rPr>
          <w:sz w:val="20"/>
        </w:rPr>
        <w:t>1:13:03  aur sara jo waqt bachta hai, jo paisa bachta hai, jo aap ki tawajjuh bachti hai, woh sab laga dein mission mein. asal qurbani yahi hai.</w:t>
      </w:r>
      <w:r>
        <w:br/>
      </w:r>
      <w:r>
        <w:rPr>
          <w:sz w:val="20"/>
        </w:rPr>
        <w:t>1:13:11  aaj koi qurbani yahi hai. ab hum ko na sara jana hai, na na is tarah ke halaat mein apne ko talna hai.</w:t>
      </w:r>
      <w:r>
        <w:br/>
      </w:r>
      <w:r>
        <w:rPr>
          <w:sz w:val="20"/>
        </w:rPr>
        <w:t>1:13:21  woh daur khatam ho gaya. ab to yeh hai ke log jo hain,</w:t>
      </w:r>
      <w:r>
        <w:br/>
      </w:r>
      <w:r>
        <w:rPr>
          <w:sz w:val="20"/>
        </w:rPr>
        <w:t>1:13:27  yani unhone apna soul concern bana rakha hai ke paisa kamayein, family banayein, aur comfortable life ikhtiyar karein.</w:t>
      </w:r>
      <w:r>
        <w:br/>
      </w:r>
      <w:r>
        <w:rPr>
          <w:sz w:val="20"/>
        </w:rPr>
        <w:t>1:13:37  bas aur kuch un ka, kuch un ka, kuch wahi nahi hai. yani kuch un ka zindagi ka purpose yeh nahi hai. to yeh yeh khatam ho, aur dunya ko sirf is qadar hasil karein jitna un ki, yani jin ki zaroorat hai, yani waqt need,</w:t>
      </w:r>
      <w:r>
        <w:br/>
      </w:r>
      <w:r>
        <w:rPr>
          <w:sz w:val="20"/>
        </w:rPr>
        <w:t>1:13:58  aur baqi jo kuch bhi aap ka paisa hai, ya aap ka time hai, ya aap ka energy hai, woh sab lagayein da'wati mission mein. sab se bari qurbani yeh matloob hai.</w:t>
      </w:r>
    </w:p>
    <w:p>
      <w:pPr>
        <w:pStyle w:val="Heading2"/>
      </w:pPr>
      <w:r>
        <w:t>Explain hadith about best place mosque</w:t>
      </w:r>
    </w:p>
    <w:p>
      <w:r>
        <w:rPr>
          <w:color w:val="666666"/>
          <w:sz w:val="18"/>
        </w:rPr>
        <w:t>Hadith · Age of Consumerism January 6, 2013 · 2m 32s · at 1:29:36 · https://youtu.be/zJRZ1OKUhgA?t=5376</w:t>
      </w:r>
    </w:p>
    <w:p>
      <w:r>
        <w:rPr>
          <w:i/>
        </w:rPr>
        <w:t>“In today's talk, you narrated the hadith about the best and the worst place on earth. Please explain the second part of the hadith, that is the mosque being the best place on earth.”</w:t>
      </w:r>
    </w:p>
    <w:p>
      <w:r>
        <w:rPr>
          <w:sz w:val="20"/>
        </w:rPr>
        <w:t>1:29:36  maulana, agla sawal dilli se hai, maulana zikwan nadvi ka. unhon ne likha hai: "maulana sahib, in today talk, you narrated the hadith about the best and the worst place in earth.</w:t>
      </w:r>
      <w:r>
        <w:br/>
      </w:r>
      <w:r>
        <w:rPr>
          <w:sz w:val="20"/>
        </w:rPr>
        <w:t>1:29:50  please explain the second part of the hadith, that is the masjid being the best place in earth."</w:t>
      </w:r>
      <w:r>
        <w:br/>
      </w:r>
      <w:r>
        <w:rPr>
          <w:sz w:val="20"/>
        </w:rPr>
        <w:t>1:29:58  haan, dekhiye, masjid behtareen jagah ka matlab yeh nahi ke aaj kal jo masjidon ka haal hai,</w:t>
      </w:r>
      <w:r>
        <w:br/>
      </w:r>
      <w:r>
        <w:rPr>
          <w:sz w:val="20"/>
        </w:rPr>
        <w:t>1:30:06  woh woh matlab is hadith ka nahi hai.</w:t>
      </w:r>
      <w:r>
        <w:br/>
      </w:r>
      <w:r>
        <w:rPr>
          <w:sz w:val="20"/>
        </w:rPr>
        <w:t>1:30:10  masjid ka matlab yeh hai ke woh jagah jahan Allah ka zikr ho, Allah ki soch le kar baithe hain log, Allah ko acknowledge karne wale log wahan hon.</w:t>
      </w:r>
      <w:r>
        <w:br/>
      </w:r>
      <w:r>
        <w:rPr>
          <w:sz w:val="20"/>
        </w:rPr>
        <w:t>1:30:19  to wahan jahan taqwa ho. to ek hadith hai ke "al masajid buyoot al muttaqeen" masjidain al taqwa ka markaz hain.</w:t>
      </w:r>
      <w:r>
        <w:br/>
      </w:r>
      <w:r>
        <w:rPr>
          <w:sz w:val="20"/>
        </w:rPr>
        <w:t>1:30:33  jo jab taqwa wahan hoga to woh masjidain hongi. lekin aaj kal taqwa wali masjidain</w:t>
      </w:r>
      <w:r>
        <w:br/>
      </w:r>
      <w:r>
        <w:rPr>
          <w:sz w:val="20"/>
        </w:rPr>
        <w:t>1:30:39  nahi hain. woh to wohi hain jo woh hadith maine sunai aap ko ke "masajid muammarah" masjidon mein bheed khoob dikhai deti hai, lekin hidayat se khali hain woh masjidain.</w:t>
      </w:r>
      <w:r>
        <w:br/>
      </w:r>
      <w:r>
        <w:rPr>
          <w:sz w:val="20"/>
        </w:rPr>
        <w:t>1:30:50  to yahan jis jis cheez ka zikr hai, yani potential sense mein hai, actual sense mein hai,</w:t>
      </w:r>
      <w:r>
        <w:br/>
      </w:r>
      <w:r>
        <w:rPr>
          <w:sz w:val="20"/>
        </w:rPr>
        <w:t>1:30:58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1:31:16  to masjid hi ki baat nahi hai, aap kahin bhi ikattha hon, Allah ke haqeeqi matlab mein Allah ki yaad ke liye, to is ka darja wohi ho jayega.</w:t>
      </w:r>
      <w:r>
        <w:br/>
      </w:r>
      <w:r>
        <w:rPr>
          <w:sz w:val="20"/>
        </w:rPr>
        <w:t>1:31:25  kyun ke hadith mein aata hai ke "mere liye sari zameen masjid bana di gayi." Islam mein poori poori zameen hi masjid hai.</w:t>
      </w:r>
      <w:r>
        <w:br/>
      </w:r>
      <w:r>
        <w:rPr>
          <w:sz w:val="20"/>
        </w:rPr>
        <w:t>1:31:37  to asal cheez is mein hai ke woh is part jahan log jama hon, is liye ke woh Allah ka par tadabbur karein, tafakkur karein,</w:t>
      </w:r>
      <w:r>
        <w:br/>
      </w:r>
      <w:r>
        <w:rPr>
          <w:sz w:val="20"/>
        </w:rPr>
        <w:t>1:31:50  Allah ka charcha karein, aur haqeeqi maano mein zikr aur shukr karein. aur jahan taqwa ka mahol ho, woh jo maqam hai, woh bilashuba sab se acha maqam hai.</w:t>
      </w:r>
      <w:r>
        <w:br/>
      </w:r>
      <w:r>
        <w:rPr>
          <w:sz w:val="20"/>
        </w:rPr>
        <w:t>1:32:05  yeh matlab hai is ka.</w:t>
      </w:r>
    </w:p>
    <w:p>
      <w:pPr>
        <w:pStyle w:val="Heading2"/>
      </w:pPr>
      <w:r>
        <w:t>Explain hadith about funeral and people's testimony</w:t>
      </w:r>
    </w:p>
    <w:p>
      <w:r>
        <w:rPr>
          <w:color w:val="666666"/>
          <w:sz w:val="18"/>
        </w:rPr>
        <w:t>Hadith · Journey of History December 23, 2012 · 2m 06s · at 1:03:40 · https://youtu.be/bvjWl3U3Dmw?t=3820</w:t>
      </w:r>
    </w:p>
    <w:p>
      <w:r>
        <w:rPr>
          <w:i/>
        </w:rPr>
        <w:t>“Can you please explain this hadith which is narrated by Anas bin Malik? A funeral procession passed and the people praised the deceased. The Prophet said, 'It has been affirmed to him.' Then another funeral procession passed and the people spoke badly of the deceased. The Prophet said, 'It has been affirmed to him.'”</w:t>
      </w:r>
    </w:p>
    <w:p>
      <w:r>
        <w:rPr>
          <w:sz w:val="20"/>
        </w:rPr>
        <w:t>1:03:40  maulana, agla sawal maryland usa se aya hai miss gulzeeba ahmed ka. unhon ne likha hai: "maulana sahib, can you please explain this hadith which is narrated by anas bin malik?" aur maulana, woh hadith is tarah hai:</w:t>
      </w:r>
      <w:r>
        <w:br/>
      </w:r>
      <w:r>
        <w:rPr>
          <w:sz w:val="20"/>
        </w:rPr>
        <w:t>1:03:56  "a funeral procession passed and the people praised the deceased. the prophet said it has been affirmed to him.</w:t>
      </w:r>
      <w:r>
        <w:br/>
      </w:r>
      <w:r>
        <w:rPr>
          <w:sz w:val="20"/>
        </w:rPr>
        <w:t>1:04:07  then another funeral procession passed and the people spoke badly of the deceased. the prophet said it has been affirmed to him.</w:t>
      </w:r>
      <w:r>
        <w:br/>
      </w:r>
      <w:r>
        <w:rPr>
          <w:sz w:val="20"/>
        </w:rPr>
        <w:t>1:04:18  umar bin al-khattab asked prophet what has been affirmed?</w:t>
      </w:r>
      <w:r>
        <w:br/>
      </w:r>
      <w:r>
        <w:rPr>
          <w:sz w:val="20"/>
        </w:rPr>
        <w:t>1:04:24  prophet replied: "you praised this so paradise has been affirmed to him and you spoke badly of this so hell has been affirmed to him.</w:t>
      </w:r>
      <w:r>
        <w:br/>
      </w:r>
      <w:r>
        <w:rPr>
          <w:sz w:val="20"/>
        </w:rPr>
        <w:t>1:04:37  you people are allah witnesses on earth." dekhiye, is mein jo pehla hissa hai, woh is mein asal baat nahi hai.</w:t>
      </w:r>
      <w:r>
        <w:br/>
      </w:r>
      <w:r>
        <w:rPr>
          <w:sz w:val="20"/>
        </w:rPr>
        <w:t>1:04:47  asal baat to hai aakhri hisse mein: "antum shuhada allah fi al-ard.</w:t>
      </w:r>
      <w:r>
        <w:br/>
      </w:r>
      <w:r>
        <w:rPr>
          <w:sz w:val="20"/>
        </w:rPr>
        <w:t>1:04:52  " shuhada ka matlab hai dua daai. is par mein likh chuka hoon. is se pehle aap parhiye is is hadith ka asal juz yeh hai ke tum dunya mein allah ke gadai ho, gawah ho.</w:t>
      </w:r>
      <w:r>
        <w:br/>
      </w:r>
      <w:r>
        <w:rPr>
          <w:sz w:val="20"/>
        </w:rPr>
        <w:t>1:05:10  to matlab yeh ke jab jinke paas yeh quran ho, quran ki quran ki wirasat hai, wohi to dawat ka kaam karenge.</w:t>
      </w:r>
      <w:r>
        <w:br/>
      </w:r>
      <w:r>
        <w:rPr>
          <w:sz w:val="20"/>
        </w:rPr>
        <w:t>1:05:23  to yeh hadith dawat ki zimmedari ko batati hai. is se jo jis ne lena hai humein, woh sirf yeh lena hai ke humein dawat ka kaam karna hai.</w:t>
      </w:r>
      <w:r>
        <w:br/>
      </w:r>
      <w:r>
        <w:rPr>
          <w:sz w:val="20"/>
        </w:rPr>
        <w:t>1:05:33  agar hum dawat ka kaam na karein to pakde jayenge.</w:t>
      </w:r>
    </w:p>
    <w:p>
      <w:pPr>
        <w:pStyle w:val="Heading2"/>
      </w:pPr>
      <w:r>
        <w:t>Explain hadith on love and hate for Allah</w:t>
      </w:r>
    </w:p>
    <w:p>
      <w:r>
        <w:rPr>
          <w:color w:val="666666"/>
          <w:sz w:val="18"/>
        </w:rPr>
        <w:t>Hadith · Formula of Human Life | March 13, 2016 · 3m 25s · at 1:19:30 · https://youtu.be/Et_ZQTYZzjU?t=4770</w:t>
      </w:r>
    </w:p>
    <w:p>
      <w:r>
        <w:rPr>
          <w:i/>
        </w:rPr>
        <w:t>“Kindly explain the hadith which says: Al-hubbu fiLlahi wa al-bughdu fiLlahi (love for the sake of Allah and hate for the sake of Allah).”</w:t>
      </w:r>
    </w:p>
    <w:p>
      <w:r>
        <w:rPr>
          <w:sz w:val="20"/>
        </w:rPr>
        <w:t>1:19:30  Maulana, the next question has been asked by Rafi Chougley Sahib from Mumbai. He has written: "Maulana,</w:t>
      </w:r>
      <w:r>
        <w:br/>
      </w:r>
      <w:r>
        <w:rPr>
          <w:sz w:val="20"/>
        </w:rPr>
        <w:t>1:19:38  kindly explain this hadith wich sees: Al hubbu fillah wa al bughzu fillah. us ko wazeh karen.</w:t>
      </w:r>
      <w:r>
        <w:br/>
      </w:r>
      <w:r>
        <w:rPr>
          <w:sz w:val="20"/>
        </w:rPr>
        <w:t>1:19:46  bhai, yeh to bilkul clear hai. aap</w:t>
      </w:r>
      <w:r>
        <w:br/>
      </w:r>
      <w:r>
        <w:rPr>
          <w:sz w:val="20"/>
        </w:rPr>
        <w:t>1:19:53  kisi se, chahe family ka mamla ho ya family ke bahar ka mamla ho, kisi ke bare mein</w:t>
      </w:r>
      <w:r>
        <w:br/>
      </w:r>
      <w:r>
        <w:rPr>
          <w:sz w:val="20"/>
        </w:rPr>
        <w:t>1:19:59  aap positive hain to is ka bhi aap ko dekhna chahiye ke main positive jo hoon to kya</w:t>
      </w:r>
      <w:r>
        <w:br/>
      </w:r>
      <w:r>
        <w:rPr>
          <w:sz w:val="20"/>
        </w:rPr>
        <w:t>1:20:06  Quran o hadith ke mutabiq hai.</w:t>
      </w:r>
      <w:r>
        <w:br/>
      </w:r>
      <w:r>
        <w:rPr>
          <w:sz w:val="20"/>
        </w:rPr>
        <w:t>1:20:12  agar negative ho jayen tab bhi sochna chahiye ke kya main Quran o hadith ke mutabiq hoon.</w:t>
      </w:r>
      <w:r>
        <w:br/>
      </w:r>
      <w:r>
        <w:rPr>
          <w:sz w:val="20"/>
        </w:rPr>
        <w:t>1:20:18  yeh meri negative thinking bas itni si baat hai aur is mein koi mysterious meaning nahi hai.</w:t>
      </w:r>
      <w:r>
        <w:br/>
      </w:r>
      <w:r>
        <w:rPr>
          <w:sz w:val="20"/>
        </w:rPr>
        <w:t>1:20:25  Maulana, agla ek comment hai jo hum parhna chahenge jo doctor Safeena Tasneem ne bheja hai Ajmer se.</w:t>
      </w:r>
      <w:r>
        <w:br/>
      </w:r>
      <w:r>
        <w:rPr>
          <w:sz w:val="20"/>
        </w:rPr>
        <w:t>1:20:32  She has written: "Maulana, it is said that biggest sacrifice is sacrifice of opinion."</w:t>
      </w:r>
      <w:r>
        <w:br/>
      </w:r>
      <w:r>
        <w:rPr>
          <w:sz w:val="20"/>
        </w:rPr>
        <w:t>1:20:40  "What would you say in this?" ہاں، رائے کی قربانی سب سے بڑی قربانی ہے، یہ میں مانتا</w:t>
      </w:r>
      <w:r>
        <w:br/>
      </w:r>
      <w:r>
        <w:rPr>
          <w:sz w:val="20"/>
        </w:rPr>
        <w:t>1:20:47  hoon us ko kyunke wahan ego ego involve hota hai.</w:t>
      </w:r>
      <w:r>
        <w:br/>
      </w:r>
      <w:r>
        <w:rPr>
          <w:sz w:val="20"/>
        </w:rPr>
        <w:t>1:20:55  جب میں ایک رائے دے دوں اور دوسرا اس سے differ کر رہا ہے تو میری ego وہاں</w:t>
      </w:r>
      <w:r>
        <w:br/>
      </w:r>
      <w:r>
        <w:rPr>
          <w:sz w:val="20"/>
        </w:rPr>
        <w:t>1:21:01  par kehti hai ke nahi, meri rai to sab se achi hai, main kyun manun? to rai ki</w:t>
      </w:r>
      <w:r>
        <w:br/>
      </w:r>
      <w:r>
        <w:rPr>
          <w:sz w:val="20"/>
        </w:rPr>
        <w:t>1:21:07  qurbani ke mani hain ego ki qurbani.</w:t>
      </w:r>
      <w:r>
        <w:br/>
      </w:r>
      <w:r>
        <w:rPr>
          <w:sz w:val="20"/>
        </w:rPr>
        <w:t>1:21:13  rai ki qurbani ke mani hain ego ki qurbani, yani ego ko sacrifice karna.</w:t>
      </w:r>
      <w:r>
        <w:br/>
      </w:r>
      <w:r>
        <w:rPr>
          <w:sz w:val="20"/>
        </w:rPr>
        <w:t>1:21:19  to main manta hoon is baat ko</w:t>
      </w:r>
      <w:r>
        <w:br/>
      </w:r>
      <w:r>
        <w:rPr>
          <w:sz w:val="20"/>
        </w:rPr>
        <w:t>1:21:26  ke sab se bari jo value hai insan mein woh hai modesty. Modesty, arrogance nahi hai. Ego se arrogance aata hai jo yani source of all evil hai. Modest aadmi kabhi bhi apni ego ko le kar ke yani ukhdega nahi. To rai ki</w:t>
      </w:r>
      <w:r>
        <w:br/>
      </w:r>
      <w:r>
        <w:rPr>
          <w:sz w:val="20"/>
        </w:rPr>
        <w:t>1:21:56  qurbani bila shakk sab bari qurbani hai is sense mein ke rai qurbani ka matlab hai apne ego ko ego ko qurban kar dena.</w:t>
      </w:r>
    </w:p>
    <w:p>
      <w:pPr>
        <w:pStyle w:val="Heading2"/>
      </w:pPr>
      <w:r>
        <w:t>Explain the best place on earth hadith</w:t>
      </w:r>
    </w:p>
    <w:p>
      <w:r>
        <w:rPr>
          <w:color w:val="666666"/>
          <w:sz w:val="18"/>
        </w:rPr>
        <w:t>Hadith · Question &amp; Answer Jan 6th 2013 - Maulana Wahiduddin Kahn · 2m 32s · at 30:56 · https://youtu.be/1FAK1QuHEpw?t=1856</w:t>
      </w:r>
    </w:p>
    <w:p>
      <w:r>
        <w:rPr>
          <w:i/>
        </w:rPr>
        <w:t>“Molana sahib, in today's talk you narrated the hadith about the best and the worst place on earth. Please explain the second part of the hadith that is the mosque being the best place on earth. Yes, see, the meaning of mosque being the best place is not the condition of mosques today.”</w:t>
      </w:r>
    </w:p>
    <w:p>
      <w:r>
        <w:rPr>
          <w:sz w:val="20"/>
        </w:rPr>
        <w:t>30:56  molana, agla sawal dilli se hai, molana zakwan nadvi ka. unhon ne likha hai: "Molana sahib, in today's talk you narrated the hadith about the best and the worst place on earth.</w:t>
      </w:r>
      <w:r>
        <w:br/>
      </w:r>
      <w:r>
        <w:rPr>
          <w:sz w:val="20"/>
        </w:rPr>
        <w:t>31:10  Please explain the second part of the hadith that is the mosque being the best place on earth."</w:t>
      </w:r>
      <w:r>
        <w:br/>
      </w:r>
      <w:r>
        <w:rPr>
          <w:sz w:val="20"/>
        </w:rPr>
        <w:t>31:18  haan, dekhiye, masjid behtareen jagah ka matlab yeh nahi ke aaj kal jo masjidon ka haal hai</w:t>
      </w:r>
      <w:r>
        <w:br/>
      </w:r>
      <w:r>
        <w:rPr>
          <w:sz w:val="20"/>
        </w:rPr>
        <w:t>31:26  woh woh matlab is hadith ka nahi hai. masjid ka matlab yeh hai ke woh jagah jahan Allah ka zikr ho, Allah ki soch le kar baithe hain log, Allah ko acknowledge karne wale log wahan hon.</w:t>
      </w:r>
      <w:r>
        <w:br/>
      </w:r>
      <w:r>
        <w:rPr>
          <w:sz w:val="20"/>
        </w:rPr>
        <w:t>31:39  to wahan jahan taqwa ho. to ek hadith hai ke al masajid buyoot al muttaqeen. masjidain ahl e taqwa ka markaz hain.</w:t>
      </w:r>
      <w:r>
        <w:br/>
      </w:r>
      <w:r>
        <w:rPr>
          <w:sz w:val="20"/>
        </w:rPr>
        <w:t>31:53  jo jab taqwa wahan hoga to woh masjidain hongi. lekin aaj kal taqwa wali masjidain nahi hain. woh to wohi hain jo woh hadith maine sunai aap ko ke masajid mu'ammara masjidon mein bheed khoob dikhai deti hai lekin hidayat se khali hain woh masjidain.</w:t>
      </w:r>
      <w:r>
        <w:br/>
      </w:r>
      <w:r>
        <w:rPr>
          <w:sz w:val="20"/>
        </w:rPr>
        <w:t>32:10  to yahan jis jis cheez ka zikr hai yani potential sense mein hai, actual sense mein hai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32:36  to masjid hi ki baat nahi hai. aap kahin bhi ikattha hon Allah ke haqeeqi matlab mein Allah ki yaad ke liye to is ka darja wohi ho jayega.</w:t>
      </w:r>
      <w:r>
        <w:br/>
      </w:r>
      <w:r>
        <w:rPr>
          <w:sz w:val="20"/>
        </w:rPr>
        <w:t>32:46  kyun ke hadith mein aata hai ke mere liye sari zameen masjid bana di gayi. Islam mein poori poori zameen hi masjid hai.</w:t>
      </w:r>
      <w:r>
        <w:br/>
      </w:r>
      <w:r>
        <w:rPr>
          <w:sz w:val="20"/>
        </w:rPr>
        <w:t>32:57  to asal cheez is mein hai ke woh is part jahan log jama hon is liye ke woh Allah ka par tadabbur karein, tafakkur karein,</w:t>
      </w:r>
      <w:r>
        <w:br/>
      </w:r>
      <w:r>
        <w:rPr>
          <w:sz w:val="20"/>
        </w:rPr>
        <w:t>33:10  Allah ka charcha karein aur haqeeqi matlab mein zikr aur shukr karein aur jahan taqwa ka mahol ho woh jo maqam hai woh bilashuba sab se acha maqam hai.</w:t>
      </w:r>
      <w:r>
        <w:br/>
      </w:r>
      <w:r>
        <w:rPr>
          <w:sz w:val="20"/>
        </w:rPr>
        <w:t>33:25  yeh matlab hai is ka.</w:t>
      </w:r>
    </w:p>
    <w:p>
      <w:pPr>
        <w:pStyle w:val="Heading2"/>
      </w:pPr>
      <w:r>
        <w:t>Explain the hadith about mosque as best place</w:t>
      </w:r>
    </w:p>
    <w:p>
      <w:r>
        <w:rPr>
          <w:color w:val="666666"/>
          <w:sz w:val="18"/>
        </w:rPr>
        <w:t>Hadith · Age Of Consumerism I January 6, 2013 Maulana Wahiduddin Khan · 2m 32s · at 1:30:30 · https://youtu.be/CuRYFl7JuEM?t=5430</w:t>
      </w:r>
    </w:p>
    <w:p>
      <w:r>
        <w:rPr>
          <w:i/>
        </w:rPr>
        <w:t>“In today's talk, you narrated the hadith about the best and the worst place on earth. Please explain the second part of the hadith, that is the mosque being the best place on earth.”</w:t>
      </w:r>
    </w:p>
    <w:p>
      <w:r>
        <w:rPr>
          <w:sz w:val="20"/>
        </w:rPr>
        <w:t>1:30:30  maulana, agla sawal Dilli se hai, Maulana Zakwan Nadvi ka. unhon ne likha hai: "Maulana sahib, in today's talk, you narrated the hadith about the best and the worst place on earth.</w:t>
      </w:r>
      <w:r>
        <w:br/>
      </w:r>
      <w:r>
        <w:rPr>
          <w:sz w:val="20"/>
        </w:rPr>
        <w:t>1:30:44  please explain the second part of the hadith, that is the mosque being the best place on earth."</w:t>
      </w:r>
      <w:r>
        <w:br/>
      </w:r>
      <w:r>
        <w:rPr>
          <w:sz w:val="20"/>
        </w:rPr>
        <w:t>1:30:52  haan, dekhiye, masjid behtareen jagah ka matlab yeh nahin ke aaj kal jo masjidon ka haal hai,</w:t>
      </w:r>
      <w:r>
        <w:br/>
      </w:r>
      <w:r>
        <w:rPr>
          <w:sz w:val="20"/>
        </w:rPr>
        <w:t>1:31:00  woh woh matlab is hadith ka nahin hai. masjid ka matlab yeh hai ke woh jagah jahan Allah ka zikr ho, Allah ki soch le kar baithe hain log, Allah ko acknowledge karne wale log wahan hon.</w:t>
      </w:r>
      <w:r>
        <w:br/>
      </w:r>
      <w:r>
        <w:rPr>
          <w:sz w:val="20"/>
        </w:rPr>
        <w:t>1:31:13  to wahan jahan taqwa ho.</w:t>
      </w:r>
      <w:r>
        <w:br/>
      </w:r>
      <w:r>
        <w:rPr>
          <w:sz w:val="20"/>
        </w:rPr>
        <w:t>1:31:16  to ek hadith hai ke "Al Masajid Buyoot Ul Muttaqin" masjidain al taqwa ka markaz hain.</w:t>
      </w:r>
      <w:r>
        <w:br/>
      </w:r>
      <w:r>
        <w:rPr>
          <w:sz w:val="20"/>
        </w:rPr>
        <w:t>1:31:27  jo jab taqwa wahan hoga, tab woh masjidain hongi. lekin aaj kal taqwa wali masjidain nahin hain. woh to wahi hain jo woh hadith maine sunai aap ko ke "Masajid M'amara"</w:t>
      </w:r>
      <w:r>
        <w:br/>
      </w:r>
      <w:r>
        <w:rPr>
          <w:sz w:val="20"/>
        </w:rPr>
        <w:t>1:31:39  masjidon mein bheed khoob dikhai deti hai, lekin hidayat se khali hain woh masjidain. to yahan jis jis cheez ka zikr hai, yani potential sense mein hai, actual sense mein hai, yani haqeeqi masjid agar hai,</w:t>
      </w:r>
      <w:r>
        <w:br/>
      </w:r>
      <w:r>
        <w:rPr>
          <w:sz w:val="20"/>
        </w:rPr>
        <w:t>1:31:54  jo beut al-muttaqin ke mani mein jahan hai, jahan</w:t>
      </w:r>
      <w:r>
        <w:br/>
      </w:r>
      <w:r>
        <w:rPr>
          <w:sz w:val="20"/>
        </w:rPr>
        <w:t>1:31:59  Allah se darne wale, Allah se mohabbat karne wale, Allah ko acknowledge karne wale log ekatha hote hain, to waqai behtareen jagah is se behtar to koi jagah nahi hai.</w:t>
      </w:r>
      <w:r>
        <w:br/>
      </w:r>
      <w:r>
        <w:rPr>
          <w:sz w:val="20"/>
        </w:rPr>
        <w:t>1:32:10  to masjid hi ki baat nahi hai, aap kahin bhi ekatha hon Allah ke</w:t>
      </w:r>
      <w:r>
        <w:br/>
      </w:r>
      <w:r>
        <w:rPr>
          <w:sz w:val="20"/>
        </w:rPr>
        <w:t>1:32:16  haqeeqi mani mein, Allah ki yaad ke liye, to is ka darja wahi ho jayega. Kyunke hadith mein aata hai ke "mere liye sari zameen masjid bana di gayi." Islam mein poori poori zameen hi masjid hai.</w:t>
      </w:r>
      <w:r>
        <w:br/>
      </w:r>
      <w:r>
        <w:rPr>
          <w:sz w:val="20"/>
        </w:rPr>
        <w:t>1:32:31  to asal cheez is mein hai ke woh is part jahan log jama hon, is liye ke woh Allah ka par tadabbur karen, tafakkur karen,</w:t>
      </w:r>
      <w:r>
        <w:br/>
      </w:r>
      <w:r>
        <w:rPr>
          <w:sz w:val="20"/>
        </w:rPr>
        <w:t>1:32:44  Allah ko ka charcha karen,</w:t>
      </w:r>
      <w:r>
        <w:br/>
      </w:r>
      <w:r>
        <w:rPr>
          <w:sz w:val="20"/>
        </w:rPr>
        <w:t>1:32:49  aur haqeeqi mani mein zikr aur shukr karen. Aur jahan taqwa ka mahaul ho, woh jo maqam hai, woh bilashuba sab se acha maqam hai.</w:t>
      </w:r>
      <w:r>
        <w:br/>
      </w:r>
      <w:r>
        <w:rPr>
          <w:sz w:val="20"/>
        </w:rPr>
        <w:t>1:32:58  yeh matlab hai is ka.</w:t>
      </w:r>
    </w:p>
    <w:p>
      <w:pPr>
        <w:pStyle w:val="Heading2"/>
      </w:pPr>
      <w:r>
        <w:t>Explanation of 'Muslim is Mirror of Muslim'</w:t>
      </w:r>
    </w:p>
    <w:p>
      <w:r>
        <w:rPr>
          <w:color w:val="666666"/>
          <w:sz w:val="18"/>
        </w:rPr>
        <w:t>Hadith · Living In Falsehood I December 15, 2013 · 2m 01s · at 53:04 · https://youtu.be/yD-ZtvlrFDw?t=3184</w:t>
      </w:r>
    </w:p>
    <w:p>
      <w:r>
        <w:rPr>
          <w:i/>
        </w:rPr>
        <w:t>“A hadith says that a Muslim is a mirror of a Muslim. Please explain this hadith.”</w:t>
      </w:r>
    </w:p>
    <w:p>
      <w:r>
        <w:rPr>
          <w:sz w:val="20"/>
        </w:rPr>
        <w:t>53:04  maulana, agla sawal dhampur se kya hai mehtab ahmad sahib ne.</w:t>
      </w:r>
      <w:r>
        <w:br/>
      </w:r>
      <w:r>
        <w:rPr>
          <w:sz w:val="20"/>
        </w:rPr>
        <w:t>53:08  unhon ne likha hai: "maulana, ek hadith mein bataya gaya hai ke musalman musalman ka aaina hai." woh</w:t>
      </w:r>
      <w:r>
        <w:br/>
      </w:r>
      <w:r>
        <w:rPr>
          <w:sz w:val="20"/>
        </w:rPr>
        <w:t>53:16  chahte hain ke aap is hadith ke ko wazeh karen.</w:t>
      </w:r>
      <w:r>
        <w:br/>
      </w:r>
      <w:r>
        <w:rPr>
          <w:sz w:val="20"/>
        </w:rPr>
        <w:t>53:20  hadith ke alfaaz yeh hain: "momin marat ul momin".</w:t>
      </w:r>
      <w:r>
        <w:br/>
      </w:r>
      <w:r>
        <w:rPr>
          <w:sz w:val="20"/>
        </w:rPr>
        <w:t>53:24  aaina kya karta hai? aaina mein aap dekhen apna chehra to agar kahin kuch mitti lag lag gayi</w:t>
      </w:r>
      <w:r>
        <w:br/>
      </w:r>
      <w:r>
        <w:rPr>
          <w:sz w:val="20"/>
        </w:rPr>
        <w:t>53:32  hai, koi koi baat hai to woh aaina dikhata hai.</w:t>
      </w:r>
      <w:r>
        <w:br/>
      </w:r>
      <w:r>
        <w:rPr>
          <w:sz w:val="20"/>
        </w:rPr>
        <w:t>53:36  phir is ko aap saaf karte hain.</w:t>
      </w:r>
      <w:r>
        <w:br/>
      </w:r>
      <w:r>
        <w:rPr>
          <w:sz w:val="20"/>
        </w:rPr>
        <w:t>53:39  to aaina goya wahi karta hai jis ko hum kehte hain criticism.</w:t>
      </w:r>
      <w:r>
        <w:br/>
      </w:r>
      <w:r>
        <w:rPr>
          <w:sz w:val="20"/>
        </w:rPr>
        <w:t>53:44  wahi to hai aaina, yani ghalati ki nishandahi.</w:t>
      </w:r>
      <w:r>
        <w:br/>
      </w:r>
      <w:r>
        <w:rPr>
          <w:sz w:val="20"/>
        </w:rPr>
        <w:t>53:47  criticism ka matlab hota hai ghalati ki nishandahi.</w:t>
      </w:r>
      <w:r>
        <w:br/>
      </w:r>
      <w:r>
        <w:rPr>
          <w:sz w:val="20"/>
        </w:rPr>
        <w:t>53:51  to momin ka kaam kya hai? theek theek nishandahi kare aur jo suna hai woh theek theek is</w:t>
      </w:r>
      <w:r>
        <w:br/>
      </w:r>
      <w:r>
        <w:rPr>
          <w:sz w:val="20"/>
        </w:rPr>
        <w:t>53:59  ko sahi tareeqe se response de ke bhai tum ne bohat acha kiya, mujhe ghalati bata di, mein</w:t>
      </w:r>
      <w:r>
        <w:br/>
      </w:r>
      <w:r>
        <w:rPr>
          <w:sz w:val="20"/>
        </w:rPr>
        <w:t>54:06  is ko ab islaah karta hoon.</w:t>
      </w:r>
      <w:r>
        <w:br/>
      </w:r>
      <w:r>
        <w:rPr>
          <w:sz w:val="20"/>
        </w:rPr>
        <w:t>54:09  to is mein dono ki baat batayi gayi hai, yani jo bataye aur jo sune, dono ki baat</w:t>
      </w:r>
      <w:r>
        <w:br/>
      </w:r>
      <w:r>
        <w:rPr>
          <w:sz w:val="20"/>
        </w:rPr>
        <w:t>54:17  hai ke ke aaina kabhi bhi koi ghalat nishandahi nahi karta.</w:t>
      </w:r>
      <w:r>
        <w:br/>
      </w:r>
      <w:r>
        <w:rPr>
          <w:sz w:val="20"/>
        </w:rPr>
        <w:t>54:21  matlab yeh ke agar yahan par daagh na ho, tab bhi dikha de woh daagh aap ko.</w:t>
      </w:r>
      <w:r>
        <w:br/>
      </w:r>
      <w:r>
        <w:rPr>
          <w:sz w:val="20"/>
        </w:rPr>
        <w:t>54:29  aisa koi aaina nahi karega.</w:t>
      </w:r>
      <w:r>
        <w:br/>
      </w:r>
      <w:r>
        <w:rPr>
          <w:sz w:val="20"/>
        </w:rPr>
        <w:t>54:31  to true picture jo hai woh dikhata hai aaina.</w:t>
      </w:r>
      <w:r>
        <w:br/>
      </w:r>
      <w:r>
        <w:rPr>
          <w:sz w:val="20"/>
        </w:rPr>
        <w:t>54:35  to momin ko chahiye ke woh kisi nafsaniyat ke tehat, kisi zid ke tehat, kisi yani negative thinking</w:t>
      </w:r>
      <w:r>
        <w:br/>
      </w:r>
      <w:r>
        <w:rPr>
          <w:sz w:val="20"/>
        </w:rPr>
        <w:t>54:43  ke tehat kisi par kuch na kahe, balkeh wahi kahe jo bilkul objectively woh correct ho, woh kahe</w:t>
      </w:r>
      <w:r>
        <w:br/>
      </w:r>
      <w:r>
        <w:rPr>
          <w:sz w:val="20"/>
        </w:rPr>
        <w:t>54:50  bilkul sahi sahi.</w:t>
      </w:r>
      <w:r>
        <w:br/>
      </w:r>
      <w:r>
        <w:rPr>
          <w:sz w:val="20"/>
        </w:rPr>
        <w:t>54:52  aur sunne wale ko chahiye ke jaldi se qabool kar le, haan bhai tum ne meri ghalati bata</w:t>
      </w:r>
      <w:r>
        <w:br/>
      </w:r>
      <w:r>
        <w:rPr>
          <w:sz w:val="20"/>
        </w:rPr>
        <w:t>55:00  di, ab mein is ki islaah karunga.</w:t>
      </w:r>
      <w:r>
        <w:br/>
      </w:r>
      <w:r>
        <w:rPr>
          <w:sz w:val="20"/>
        </w:rPr>
        <w:t>55:03  yeh matlab hai is hadith ka.</w:t>
      </w:r>
    </w:p>
    <w:p>
      <w:pPr>
        <w:pStyle w:val="Heading2"/>
      </w:pPr>
      <w:r>
        <w:t>Explanation of apostasy hadiths in Bukhari</w:t>
      </w:r>
    </w:p>
    <w:p>
      <w:r>
        <w:rPr>
          <w:color w:val="666666"/>
          <w:sz w:val="18"/>
        </w:rPr>
        <w:t>Hadith · God Oriented Life (In Conversation with Maulana) 23 10 11 · 3m 52s · at 15:40 · https://youtu.be/E_LWwsWww2U?t=940</w:t>
      </w:r>
    </w:p>
    <w:p>
      <w:r>
        <w:rPr>
          <w:i/>
        </w:rPr>
        <w:t>“In Sahih Bukhari, chapter 9, hadith numbers 84 and 57, it is mentioned that whoever changes his religion, kill him, and there is another hadith number 83 where it is mentioned the blood of a Muslim. Please explain the meaning.”</w:t>
      </w:r>
    </w:p>
    <w:p>
      <w:r>
        <w:rPr>
          <w:sz w:val="20"/>
        </w:rPr>
        <w:t>15:40  molana agla sawal kya hai miss sadia ne dilli se unhon ne likha hai ke in sahih al bukhari</w:t>
      </w:r>
      <w:r>
        <w:br/>
      </w:r>
      <w:r>
        <w:rPr>
          <w:sz w:val="20"/>
        </w:rPr>
        <w:t>15:48  chapter number nine hadith number 84 and 57 it is mentioned whoever changes his religion</w:t>
      </w:r>
      <w:r>
        <w:br/>
      </w:r>
      <w:r>
        <w:rPr>
          <w:sz w:val="20"/>
        </w:rPr>
        <w:t>15:57  kill him and there is an other hadith number 83 where it is mentioned the blood of a</w:t>
      </w:r>
      <w:r>
        <w:br/>
      </w:r>
      <w:r>
        <w:rPr>
          <w:sz w:val="20"/>
        </w:rPr>
        <w:t>16:04  muslim who confesses that none has the right to be worshipped but god and that i am his</w:t>
      </w:r>
      <w:r>
        <w:br/>
      </w:r>
      <w:r>
        <w:rPr>
          <w:sz w:val="20"/>
        </w:rPr>
        <w:t>16:11  messenger cannot be shed except in three cases one of which is when he leaves the Muslims</w:t>
      </w:r>
      <w:r>
        <w:br/>
      </w:r>
      <w:r>
        <w:rPr>
          <w:sz w:val="20"/>
        </w:rPr>
        <w:t>16:20  kindly throw light on this following two often quoted hadith regarding apostasy</w:t>
      </w:r>
      <w:r>
        <w:br/>
      </w:r>
      <w:r>
        <w:rPr>
          <w:sz w:val="20"/>
        </w:rPr>
        <w:t>16:27  dekhiye yeh hadith hai khabar wahid ke taur par hai woh mun badla deen faqtaloo mein ne is</w:t>
      </w:r>
      <w:r>
        <w:br/>
      </w:r>
      <w:r>
        <w:rPr>
          <w:sz w:val="20"/>
        </w:rPr>
        <w:t>16:34  peh kitaab likhi hai woh maqala likha hai thirty pages ka meri kitaab hikmat-e-islam mein ne is</w:t>
      </w:r>
      <w:r>
        <w:br/>
      </w:r>
      <w:r>
        <w:rPr>
          <w:sz w:val="20"/>
        </w:rPr>
        <w:t>16:42  mein likha hai ke haan lafz deen jo hai mazhab maani mein nahi hai dekhiye is zamane mein</w:t>
      </w:r>
      <w:r>
        <w:br/>
      </w:r>
      <w:r>
        <w:rPr>
          <w:sz w:val="20"/>
        </w:rPr>
        <w:t>16:50  jo aaj kal jo term bolte hain hum is tarah se is tarah terminology nahi bani thi is</w:t>
      </w:r>
      <w:r>
        <w:br/>
      </w:r>
      <w:r>
        <w:rPr>
          <w:sz w:val="20"/>
        </w:rPr>
        <w:t>16:56  tarah se nahi bani thi misaal ke taur par dekhiye aaj hum bolte hain woh</w:t>
      </w:r>
      <w:r>
        <w:br/>
      </w:r>
      <w:r>
        <w:rPr>
          <w:sz w:val="20"/>
        </w:rPr>
        <w:t>17:01  yaani baghavat ka lafz bolte hain state se baghavat</w:t>
      </w:r>
      <w:r>
        <w:br/>
      </w:r>
      <w:r>
        <w:rPr>
          <w:sz w:val="20"/>
        </w:rPr>
        <w:t>17:06  is zamane mein state se baghavat ka lafz nahi hua karta tha toh yahi deen hi ka lafz</w:t>
      </w:r>
      <w:r>
        <w:br/>
      </w:r>
      <w:r>
        <w:rPr>
          <w:sz w:val="20"/>
        </w:rPr>
        <w:t>17:10  bola jata tha toh yahan</w:t>
      </w:r>
      <w:r>
        <w:br/>
      </w:r>
      <w:r>
        <w:rPr>
          <w:sz w:val="20"/>
        </w:rPr>
        <w:t>17:12  jo lafz deen hai woh state se baghavat ke maani mein hai woh mazhab badalne ke maani mein</w:t>
      </w:r>
      <w:r>
        <w:br/>
      </w:r>
      <w:r>
        <w:rPr>
          <w:sz w:val="20"/>
        </w:rPr>
        <w:t>17:17  nahi hai woh ek poori kahani hai is ke woh aisa nahi hai ke sirf ek hadith ho</w:t>
      </w:r>
      <w:r>
        <w:br/>
      </w:r>
      <w:r>
        <w:rPr>
          <w:sz w:val="20"/>
        </w:rPr>
        <w:t>17:22  ek poora waqia hai is ka is poore waqie ki taraf bhi dekhiye aap</w:t>
      </w:r>
      <w:r>
        <w:br/>
      </w:r>
      <w:r>
        <w:rPr>
          <w:sz w:val="20"/>
        </w:rPr>
        <w:t>17:27  toh jo yeh jo log is ko lete hain woh yeh samajhte nahi is cheez ko ke woh</w:t>
      </w:r>
      <w:r>
        <w:br/>
      </w:r>
      <w:r>
        <w:rPr>
          <w:sz w:val="20"/>
        </w:rPr>
        <w:t>17:33  mazhab maani mein nahi hai woh state se wafadari badalne ke maani mein hai yaani dushman woh woh</w:t>
      </w:r>
      <w:r>
        <w:br/>
      </w:r>
      <w:r>
        <w:rPr>
          <w:sz w:val="20"/>
        </w:rPr>
        <w:t>17:40  jang ke waqt ka maamla hai dekhiye jang ke waqt agar koi shakhs wafadari ko badle aur dushman</w:t>
      </w:r>
      <w:r>
        <w:br/>
      </w:r>
      <w:r>
        <w:rPr>
          <w:sz w:val="20"/>
        </w:rPr>
        <w:t>17:46  se mil jaye toh aaj bhi yeh maana jata hai ke woh qabil-e-gurd badal nahi hai</w:t>
      </w:r>
      <w:r>
        <w:br/>
      </w:r>
      <w:r>
        <w:rPr>
          <w:sz w:val="20"/>
        </w:rPr>
        <w:t>17:52  mazhab badalne par agar maarne ko ho toh Quran mein saaf saaf kyun nahi hukum aaya</w:t>
      </w:r>
      <w:r>
        <w:br/>
      </w:r>
      <w:r>
        <w:rPr>
          <w:sz w:val="20"/>
        </w:rPr>
        <w:t>17:58  yeh bhi yaad rakhiye ke Quran jo hai capital punishment ke maani mein sirf Quran se sabit hona</w:t>
      </w:r>
      <w:r>
        <w:br/>
      </w:r>
      <w:r>
        <w:rPr>
          <w:sz w:val="20"/>
        </w:rPr>
        <w:t>18:06  chahiye ab capital punishment ka usool jo hai hadith se nahi nikaal sakte aap</w:t>
      </w:r>
      <w:r>
        <w:br/>
      </w:r>
      <w:r>
        <w:rPr>
          <w:sz w:val="20"/>
        </w:rPr>
        <w:t>18:12  yaani itni badi baat jo hai yaani saare jo Quran majeed mein jitne basic teachings hain woh sab</w:t>
      </w:r>
      <w:r>
        <w:br/>
      </w:r>
      <w:r>
        <w:rPr>
          <w:sz w:val="20"/>
        </w:rPr>
        <w:t>18:18  Quran mein hai koi basic teaching aisi nahi jo Quran mein na ho hadith mein detail hai basic</w:t>
      </w:r>
      <w:r>
        <w:br/>
      </w:r>
      <w:r>
        <w:rPr>
          <w:sz w:val="20"/>
        </w:rPr>
        <w:t>18:24  teaching hai sab hadith Quran mein sab maujood hai toh yeh capital punishment ki cheez ka taalluq basic</w:t>
      </w:r>
      <w:r>
        <w:br/>
      </w:r>
      <w:r>
        <w:rPr>
          <w:sz w:val="20"/>
        </w:rPr>
        <w:t>18:30  teaching se hai woh Quran mein milna chahiye toh usool yeh hai dekhiye ke agar Quran aur hadith</w:t>
      </w:r>
      <w:r>
        <w:br/>
      </w:r>
      <w:r>
        <w:rPr>
          <w:sz w:val="20"/>
        </w:rPr>
        <w:t>18:37  ke darmiyan bazahir koi takrao dikhai de jaye toh hadith ki taweel ki jayegi Quran ki</w:t>
      </w:r>
      <w:r>
        <w:br/>
      </w:r>
      <w:r>
        <w:rPr>
          <w:sz w:val="20"/>
        </w:rPr>
        <w:t>18:43  taweel</w:t>
      </w:r>
      <w:r>
        <w:br/>
      </w:r>
      <w:r>
        <w:rPr>
          <w:sz w:val="20"/>
        </w:rPr>
        <w:t>18:43  nahi ki jayegi yani hadith ko quran ke tabe kiya jayega na ke na ke hadith</w:t>
      </w:r>
      <w:r>
        <w:br/>
      </w:r>
      <w:r>
        <w:rPr>
          <w:sz w:val="20"/>
        </w:rPr>
        <w:t>18:48  ko quran ke tabe kiya jayega yani ulta nahi kiya jayega hadith ko quran ke tabe</w:t>
      </w:r>
      <w:r>
        <w:br/>
      </w:r>
      <w:r>
        <w:rPr>
          <w:sz w:val="20"/>
        </w:rPr>
        <w:t>18:54  kiya jayega quran ko hadith ke tabe nahi kiya jayega isi liye main yeh kehta hoon</w:t>
      </w:r>
      <w:r>
        <w:br/>
      </w:r>
      <w:r>
        <w:rPr>
          <w:sz w:val="20"/>
        </w:rPr>
        <w:t>18:58  ke yahan par jo lafz deen hai</w:t>
      </w:r>
      <w:r>
        <w:br/>
      </w:r>
      <w:r>
        <w:rPr>
          <w:sz w:val="20"/>
        </w:rPr>
        <w:t>19:02  wo mazhab ke mani mein nahi is mein maine bahut se logon ke naqal kiya hai apne</w:t>
      </w:r>
      <w:r>
        <w:br/>
      </w:r>
      <w:r>
        <w:rPr>
          <w:sz w:val="20"/>
        </w:rPr>
        <w:t>19:06  maqale mein doosre logon ki</w:t>
      </w:r>
      <w:r>
        <w:br/>
      </w:r>
      <w:r>
        <w:rPr>
          <w:sz w:val="20"/>
        </w:rPr>
        <w:t>19:10  ara yani aasani se main akela keh raha hoon wahan bahut se maine naqal kiya is ko</w:t>
      </w:r>
      <w:r>
        <w:br/>
      </w:r>
      <w:r>
        <w:rPr>
          <w:sz w:val="20"/>
        </w:rPr>
        <w:t>19:15  aap padh lijiye mera maqala jo hai thirty pages ka bahut zyada is mein hawale diye hain main</w:t>
      </w:r>
      <w:r>
        <w:br/>
      </w:r>
      <w:r>
        <w:rPr>
          <w:sz w:val="20"/>
        </w:rPr>
        <w:t>19:21  ne to is hadith se mera hadith sabit nahi hota ke koi aadmi agar murtad ho jaye to</w:t>
      </w:r>
      <w:r>
        <w:br/>
      </w:r>
      <w:r>
        <w:rPr>
          <w:sz w:val="20"/>
        </w:rPr>
        <w:t>19:26  wahan dalo is ko yeh sabit nahi hota is se</w:t>
      </w:r>
    </w:p>
    <w:p>
      <w:pPr>
        <w:pStyle w:val="Heading2"/>
      </w:pPr>
      <w:r>
        <w:t>Explanation of hadith about rectangle</w:t>
      </w:r>
    </w:p>
    <w:p>
      <w:r>
        <w:rPr>
          <w:color w:val="666666"/>
          <w:sz w:val="18"/>
        </w:rPr>
        <w:t>Hadith · Three levels of Realization July 4, 2010 · 3m 02s · at 1:35:22 · https://youtu.be/NtCTVVov3Nw?t=5722</w:t>
      </w:r>
    </w:p>
    <w:p>
      <w:r>
        <w:rPr>
          <w:i/>
        </w:rPr>
        <w:t>“There is a hadith in Bukhari which mentions that the Prophet drew a rectangle in the earth and a line in the middle reaching outside, and small lines inside. He said the middle line is man, the rectangle is his death, the line outside is his wishes, and the small lines are problems. Please explain this hadith.”</w:t>
      </w:r>
    </w:p>
    <w:p>
      <w:r>
        <w:rPr>
          <w:sz w:val="20"/>
        </w:rPr>
        <w:t>1:35:22  mein samajhta hoon ke islami qanoon mein hindu qanoon mein koi zyada farq nahi hai maulana agla sawal kya hai miss ayesha ne new delhi se</w:t>
      </w:r>
      <w:r>
        <w:br/>
      </w:r>
      <w:r>
        <w:rPr>
          <w:sz w:val="20"/>
        </w:rPr>
        <w:t>1:35:33  unhone likha hai ke there is a hadith in bukhari which has mentioned that prophet drew a rectangle on earth and a line in the middle of the rectangle which was reaching out side the rectangle and then he drew some lines small lines inside the rectangle the</w:t>
      </w:r>
      <w:r>
        <w:br/>
      </w:r>
      <w:r>
        <w:rPr>
          <w:sz w:val="20"/>
        </w:rPr>
        <w:t>1:35:55  then the prophet said the middle big line is man and the rectangle is his death which has encircled him and the line reaching out side is his wishes reaching out of his life and the small lines are the problems if he escapes from one another reaches to him</w:t>
      </w:r>
      <w:r>
        <w:br/>
      </w:r>
      <w:r>
        <w:rPr>
          <w:sz w:val="20"/>
        </w:rPr>
        <w:t>1:36:19  maulana my question is can we use presentations documentaries and motion pictures to do the dawah work</w:t>
      </w:r>
      <w:r>
        <w:br/>
      </w:r>
      <w:r>
        <w:rPr>
          <w:sz w:val="20"/>
        </w:rPr>
        <w:t>1:36:29  haan kar sakte hain islam mein sirf duty haram hai duty baqi sab theek hai</w:t>
      </w:r>
      <w:r>
        <w:br/>
      </w:r>
      <w:r>
        <w:rPr>
          <w:sz w:val="20"/>
        </w:rPr>
        <w:t>1:36:42  baqi sab theek hai</w:t>
      </w:r>
      <w:r>
        <w:br/>
      </w:r>
      <w:r>
        <w:rPr>
          <w:sz w:val="20"/>
        </w:rPr>
        <w:t>1:36:44  include picture jo hoti hai aaj kal bohat chala hua hai wo islam mein jaiz nahi hai</w:t>
      </w:r>
      <w:r>
        <w:br/>
      </w:r>
      <w:r>
        <w:rPr>
          <w:sz w:val="20"/>
        </w:rPr>
        <w:t>1:36:53  baqi theek hai maulana this question is from mr john mohammad butt from afghanistan could you possibly also explain the three levels of spiritual knowledge in tradition</w:t>
      </w:r>
      <w:r>
        <w:br/>
      </w:r>
      <w:r>
        <w:rPr>
          <w:sz w:val="20"/>
        </w:rPr>
        <w:t>1:37:09  for example yaqeen and ilm al-yaqeen and the quranic term which says worship allah until you reach the stage of yaqeen bhai dekhiye jahan tak mein janta hoon ye sufism ki term hai tasawwuf ki term hai mein is ko bohat zyada nahi manta</w:t>
      </w:r>
      <w:r>
        <w:br/>
      </w:r>
      <w:r>
        <w:rPr>
          <w:sz w:val="20"/>
        </w:rPr>
        <w:t>1:37:32  is ke darje jo hain in ke haan wo yani quantitative practices ke base pe kiye gaye hain itna karo to ye hoga itna karo to ye itna karo to ye hoga to mein is ko mera mind is ko nahi manta hai</w:t>
      </w:r>
      <w:r>
        <w:br/>
      </w:r>
      <w:r>
        <w:rPr>
          <w:sz w:val="20"/>
        </w:rPr>
        <w:t>1:37:48  mein samajhta hoon ke ek process zaroor hai ek process lekin aisa is ko darja nahi bana sakte aap ke itna ho gaya to phir itna ho gaya phir yani matlab ye nahi ke agar first step bana liya to second step ban jayegi bana third ban jayegi aisa kuch mere khayal se hai nahi ye to intellectual process hai</w:t>
      </w:r>
      <w:r>
        <w:br/>
      </w:r>
      <w:r>
        <w:rPr>
          <w:sz w:val="20"/>
        </w:rPr>
        <w:t>1:38:10  is qism ka jo darja banate hain ye log to wo tasawwuf mein aisa hota hai lekin mere tajrube mein mere experience mein to aisa kuch hai nahi</w:t>
      </w:r>
    </w:p>
    <w:p>
      <w:pPr>
        <w:pStyle w:val="Heading2"/>
      </w:pPr>
      <w:r>
        <w:t>Explanation of wisdom hadith</w:t>
      </w:r>
    </w:p>
    <w:p>
      <w:r>
        <w:rPr>
          <w:color w:val="666666"/>
          <w:sz w:val="18"/>
        </w:rPr>
        <w:t>Hadith · Realisation of God January 19, 2014 · 2m 10s · at 1:00:11 · https://youtu.be/uIn3AfDkk6Y?t=3611</w:t>
      </w:r>
    </w:p>
    <w:p>
      <w:r>
        <w:rPr>
          <w:i/>
        </w:rPr>
        <w:t>“Maulana, I have read a hadith which is: 'Hikmah (wisdom) is the lost property of the believer. Wherever he finds it, he takes it.' Please explain this hadith.”</w:t>
      </w:r>
    </w:p>
    <w:p>
      <w:r>
        <w:rPr>
          <w:sz w:val="20"/>
        </w:rPr>
        <w:t>1:00:11  molana, agla sawal dilli se hai muhammad ans sahib ka. unhon ne likha hai: "molana sahib, mein ne aik hadith parhi hai jo is tarah hai: hikmat momin ka khoya hua سرمایہ hai.</w:t>
      </w:r>
      <w:r>
        <w:br/>
      </w:r>
      <w:r>
        <w:rPr>
          <w:sz w:val="20"/>
        </w:rPr>
        <w:t>1:00:25  woh is ko jahan paye, use le lein." molana, is ki wazahat karein.</w:t>
      </w:r>
      <w:r>
        <w:br/>
      </w:r>
      <w:r>
        <w:rPr>
          <w:sz w:val="20"/>
        </w:rPr>
        <w:t>1:00:33  is ke alfaaz hain: "al hikmat al momin</w:t>
      </w:r>
      <w:r>
        <w:br/>
      </w:r>
      <w:r>
        <w:rPr>
          <w:sz w:val="20"/>
        </w:rPr>
        <w:t>1:00:40  muhaddiseen is ki sanad par woh sawal karte hain kyunke mein is ko sahi samajhta hoon." yani muhaddiseen ke haan yeh hadith jo hai, is pe bohat se sawalat kiye gaye hain.</w:t>
      </w:r>
      <w:r>
        <w:br/>
      </w:r>
      <w:r>
        <w:rPr>
          <w:sz w:val="20"/>
        </w:rPr>
        <w:t>1:00:52  mein is ko sahi samajhta hoon aur is par bhi mein likh chuka hoon.</w:t>
      </w:r>
      <w:r>
        <w:br/>
      </w:r>
      <w:r>
        <w:rPr>
          <w:sz w:val="20"/>
        </w:rPr>
        <w:t>1:00:57  aap parhiye, aap hamare yani al risala jo hamara nikalta hai, maani yeh sab baatein bar bar is mein aati rehti hain.</w:t>
      </w:r>
      <w:r>
        <w:br/>
      </w:r>
      <w:r>
        <w:rPr>
          <w:sz w:val="20"/>
        </w:rPr>
        <w:t>1:01:08  to behtar hai ke in mazameen ko parh kar sawal kiya jaye. phir zyada acha sawal hoga, zyada acha jawab hoga.</w:t>
      </w:r>
      <w:r>
        <w:br/>
      </w:r>
      <w:r>
        <w:rPr>
          <w:sz w:val="20"/>
        </w:rPr>
        <w:t>1:01:21  molana, yeh sawal zuhaib sahib ne kiya hai mumbai se.</w:t>
      </w:r>
      <w:r>
        <w:br/>
      </w:r>
      <w:r>
        <w:rPr>
          <w:sz w:val="20"/>
        </w:rPr>
        <w:t>1:01:25  unhon ne likha hai: "molana, how can we find marifat in this negative world? please tell us what is the practical formula for it?" bhai, yahi to yahi to hum lecture mein kehte hain har har hafte aur kitabon mein risala mein yeh baatein kehte hain.</w:t>
      </w:r>
      <w:r>
        <w:br/>
      </w:r>
      <w:r>
        <w:rPr>
          <w:sz w:val="20"/>
        </w:rPr>
        <w:t>1:01:41  mein phir kahoon ga ke aap log kya parh kar hi sawal nahin karte? yeh to hamara mustaqil mozu hai. tazkir-ul-quran mein hai, hamari kitabon mein hai, al risala mein hai, is lecture mein hota hai.</w:t>
      </w:r>
      <w:r>
        <w:br/>
      </w:r>
      <w:r>
        <w:rPr>
          <w:sz w:val="20"/>
        </w:rPr>
        <w:t>1:01:55  to abstract sawal mat kijiye, balkay yeh sawal yeh sawal kar sakte hain aap kay falan falan baat jo aap nay kahi, us mein yeh kami hai, yeh khala hai, is ki nishandahi kijiye.</w:t>
      </w:r>
      <w:r>
        <w:br/>
      </w:r>
      <w:r>
        <w:rPr>
          <w:sz w:val="20"/>
        </w:rPr>
        <w:t>1:02:07  phir mein us ko mazeed wazahat karunga. yeh to mera bohat hi mehboob yani top topic hai, is pe bolta bhi hoon, likhta bhi hoon. is par hamari kitabon mein se bhara hua hai, is yahi sab baatein bhari hui hain.</w:t>
      </w:r>
    </w:p>
    <w:p>
      <w:pPr>
        <w:pStyle w:val="Heading2"/>
      </w:pPr>
      <w:r>
        <w:t>Hadith about fly in drink</w:t>
      </w:r>
    </w:p>
    <w:p>
      <w:r>
        <w:rPr>
          <w:color w:val="666666"/>
          <w:sz w:val="18"/>
        </w:rPr>
        <w:t>Hadith · Prophetic Wisdom | May 01, 2016 · 2m 22s · at 51:13 · https://youtu.be/KrjwjAw03zw?t=3073</w:t>
      </w:r>
    </w:p>
    <w:p>
      <w:r>
        <w:rPr>
          <w:i/>
        </w:rPr>
        <w:t>“There is a hadith in Sahih Bukhari that if a fly falls in your cup of tea or milk, then we must dip it properly and then the tea or milk can be taken. Please explain.”</w:t>
      </w:r>
    </w:p>
    <w:p>
      <w:r>
        <w:rPr>
          <w:sz w:val="20"/>
        </w:rPr>
        <w:t>51:13  phir aam aadmi Maulana agla sawal kya hai Saharanpur se Fazal Karim Sahab ne aur unhone likha hai</w:t>
      </w:r>
      <w:r>
        <w:br/>
      </w:r>
      <w:r>
        <w:rPr>
          <w:sz w:val="20"/>
        </w:rPr>
        <w:t>51:21  molana sahib there is one hadith in bukhari shareef that if a fly falls in your cup of</w:t>
      </w:r>
      <w:r>
        <w:br/>
      </w:r>
      <w:r>
        <w:rPr>
          <w:sz w:val="20"/>
        </w:rPr>
        <w:t>51:29  tea or milk then we must dip it properly and then tea or milk can be taken as</w:t>
      </w:r>
      <w:r>
        <w:br/>
      </w:r>
      <w:r>
        <w:rPr>
          <w:sz w:val="20"/>
        </w:rPr>
        <w:t>51:37  per this hadith there are benefits in one feather of the fly molana sahib this is not digestible</w:t>
      </w:r>
      <w:r>
        <w:br/>
      </w:r>
      <w:r>
        <w:rPr>
          <w:sz w:val="20"/>
        </w:rPr>
        <w:t>51:44  to me kindly guide me on the message of this hadith dekhiye yeh hadith literal sense mein nahi hai</w:t>
      </w:r>
      <w:r>
        <w:br/>
      </w:r>
      <w:r>
        <w:rPr>
          <w:sz w:val="20"/>
        </w:rPr>
        <w:t>51:52  literal sense mein nahi hai yeh aik to aik bashar convey karne ke liye aik usloob hai aik</w:t>
      </w:r>
      <w:r>
        <w:br/>
      </w:r>
      <w:r>
        <w:rPr>
          <w:sz w:val="20"/>
        </w:rPr>
        <w:t>52:00  bashar convey karne ke liye apne halaat ke lehaz se aap is ko aap samjhiye is ki makhi</w:t>
      </w:r>
      <w:r>
        <w:br/>
      </w:r>
      <w:r>
        <w:rPr>
          <w:sz w:val="20"/>
        </w:rPr>
        <w:t>52:07  ke makhi ki tarah maine socha hai is ko apne halaat ke lehaz se yani aap ki</w:t>
      </w:r>
      <w:r>
        <w:br/>
      </w:r>
      <w:r>
        <w:rPr>
          <w:sz w:val="20"/>
        </w:rPr>
        <w:t>52:15  makhi kya hai jaise aaj hi</w:t>
      </w:r>
      <w:r>
        <w:br/>
      </w:r>
      <w:r>
        <w:rPr>
          <w:sz w:val="20"/>
        </w:rPr>
        <w:t>52:22  aik sahib se mulaqat hui woh saudi arab mein bees saal rahe hain to unhon ne kaha ke</w:t>
      </w:r>
      <w:r>
        <w:br/>
      </w:r>
      <w:r>
        <w:rPr>
          <w:sz w:val="20"/>
        </w:rPr>
        <w:t>52:30  wahan yeh haal hai ke agar doodh aaya aur is mein zara sa aik koi zara gir gaya</w:t>
      </w:r>
      <w:r>
        <w:br/>
      </w:r>
      <w:r>
        <w:rPr>
          <w:sz w:val="20"/>
        </w:rPr>
        <w:t>52:38  hawa hawa se chal kar ke ya roti ka tukra gir gaya to foran is ko hata dete</w:t>
      </w:r>
      <w:r>
        <w:br/>
      </w:r>
      <w:r>
        <w:rPr>
          <w:sz w:val="20"/>
        </w:rPr>
        <w:t>52:46  hain to is is mentality ko main samajhta hoon ke</w:t>
      </w:r>
      <w:r>
        <w:br/>
      </w:r>
      <w:r>
        <w:rPr>
          <w:sz w:val="20"/>
        </w:rPr>
        <w:t>52:54  check karne ke liye hadith hai un se maine poocha to unhon ne bataya ke main bees</w:t>
      </w:r>
      <w:r>
        <w:br/>
      </w:r>
      <w:r>
        <w:rPr>
          <w:sz w:val="20"/>
        </w:rPr>
        <w:t>53:00  saal raha hoon aur wahan par khana itna waste kiya jata hai itna waste kiya jata hai jis</w:t>
      </w:r>
      <w:r>
        <w:br/>
      </w:r>
      <w:r>
        <w:rPr>
          <w:sz w:val="20"/>
        </w:rPr>
        <w:t>53:06  ka koi hisab nahi to main samajhta hoon ke zyada zor is par yeh hai ke khane ko</w:t>
      </w:r>
      <w:r>
        <w:br/>
      </w:r>
      <w:r>
        <w:rPr>
          <w:sz w:val="20"/>
        </w:rPr>
        <w:t>53:12  waste na karo zahir si baat hai to is ko is ko literal mani mein mat lije ke</w:t>
      </w:r>
      <w:r>
        <w:br/>
      </w:r>
      <w:r>
        <w:rPr>
          <w:sz w:val="20"/>
        </w:rPr>
        <w:t>53:18  makhi ke par bhi yeh hai makhi ke par bhi woh hai nahi woh aap ke mind mein hai</w:t>
      </w:r>
      <w:r>
        <w:br/>
      </w:r>
      <w:r>
        <w:rPr>
          <w:sz w:val="20"/>
        </w:rPr>
        <w:t>53:24  aap khane ko waste kar rahe hain is ki is ko rizq ke khuda nahi samajhte yeh nahi</w:t>
      </w:r>
      <w:r>
        <w:br/>
      </w:r>
      <w:r>
        <w:rPr>
          <w:sz w:val="20"/>
        </w:rPr>
        <w:t>53:30  sochte ke is ke baghair hum zinda nahi reh sakte rizq ki ahmiyat batayi gayi hai na ke</w:t>
      </w:r>
    </w:p>
    <w:p>
      <w:pPr>
        <w:pStyle w:val="Heading2"/>
      </w:pPr>
      <w:r>
        <w:t>Hadith about saving from evil times</w:t>
      </w:r>
    </w:p>
    <w:p>
      <w:r>
        <w:rPr>
          <w:color w:val="666666"/>
          <w:sz w:val="18"/>
        </w:rPr>
        <w:t>Hadith · Principle of Loss | May 31, 2015 · 3m 37s · at 53:29 · https://youtu.be/IEf7QfU3BmY?t=3209</w:t>
      </w:r>
    </w:p>
    <w:p>
      <w:r>
        <w:rPr>
          <w:i/>
        </w:rPr>
        <w:t>“Maulana, there is a hadith that says a time will come when no one will be able to save oneself from the evil of that time.”</w:t>
      </w:r>
    </w:p>
    <w:p>
      <w:r>
        <w:rPr>
          <w:sz w:val="20"/>
        </w:rPr>
        <w:t>53:29  molana agla sawal merit se farooqi sahib ne kiya hai, aur unhone likha hai ke molana der</w:t>
      </w:r>
      <w:r>
        <w:br/>
      </w:r>
      <w:r>
        <w:rPr>
          <w:sz w:val="20"/>
        </w:rPr>
        <w:t>53:35  Is it a hadith that a time will come when no one would be able to</w:t>
      </w:r>
      <w:r>
        <w:br/>
      </w:r>
      <w:r>
        <w:rPr>
          <w:sz w:val="20"/>
        </w:rPr>
        <w:t>53:41  save one self from the evil of time.</w:t>
      </w:r>
      <w:r>
        <w:br/>
      </w:r>
      <w:r>
        <w:rPr>
          <w:sz w:val="20"/>
        </w:rPr>
        <w:t>53:48  Maulana, in such a case, how can a person save oneself from the evil of the times?</w:t>
      </w:r>
      <w:r>
        <w:br/>
      </w:r>
      <w:r>
        <w:rPr>
          <w:sz w:val="20"/>
        </w:rPr>
        <w:t>53:56  dekhen, is ka jawab quran mein maujood hai, wo ayat ayat hai: in alhasanat yuzhibn al sayyiat.</w:t>
      </w:r>
      <w:r>
        <w:br/>
      </w:r>
      <w:r>
        <w:rPr>
          <w:sz w:val="20"/>
        </w:rPr>
        <w:t>54:03  yani yeh bataya gaya hai ek tareeqa ke ke jab aap ko ehsas ho</w:t>
      </w:r>
      <w:r>
        <w:br/>
      </w:r>
      <w:r>
        <w:rPr>
          <w:sz w:val="20"/>
        </w:rPr>
        <w:t>54:11  ke aap ek aise evil mein hain ke is se aap, yani is se apne ko bacha nahi</w:t>
      </w:r>
      <w:r>
        <w:br/>
      </w:r>
      <w:r>
        <w:rPr>
          <w:sz w:val="20"/>
        </w:rPr>
        <w:t>54:18  pate, to koi achhai kijiye.</w:t>
      </w:r>
      <w:r>
        <w:br/>
      </w:r>
      <w:r>
        <w:rPr>
          <w:sz w:val="20"/>
        </w:rPr>
        <w:t>54:26  jaise mujhe ek waqia yaad aata hai, rampur mein ek sahib the, abdul hayi sahib, bahut mukhlis aadmi the</w:t>
      </w:r>
      <w:r>
        <w:br/>
      </w:r>
      <w:r>
        <w:rPr>
          <w:sz w:val="20"/>
        </w:rPr>
        <w:t>54:34  wo, to wo jo government ka department hota hai, uska excise department</w:t>
      </w:r>
      <w:r>
        <w:br/>
      </w:r>
      <w:r>
        <w:rPr>
          <w:sz w:val="20"/>
        </w:rPr>
        <w:t>54:41  , to excise department mein woh service karte thay, to un ko ehsas hua ke excise department jo</w:t>
      </w:r>
      <w:r>
        <w:br/>
      </w:r>
      <w:r>
        <w:rPr>
          <w:sz w:val="20"/>
        </w:rPr>
        <w:t>54:47  hai woh sahi nahi hai, aur mein is mein mulawwis hoon, to is ko unhon ne chhor diya.</w:t>
      </w:r>
      <w:r>
        <w:br/>
      </w:r>
      <w:r>
        <w:rPr>
          <w:sz w:val="20"/>
        </w:rPr>
        <w:t>54:53  Is ke baad un ko aik khayal hua ke mein ab kya karoon, to unhon ne aik percha</w:t>
      </w:r>
      <w:r>
        <w:br/>
      </w:r>
      <w:r>
        <w:rPr>
          <w:sz w:val="20"/>
        </w:rPr>
        <w:t>54:59  nikala, is ka naam tha Alhasnat, Alhasnat isi se liya tha unhon ne, in Alhasnat yudhbun Alsujjad ke</w:t>
      </w:r>
      <w:r>
        <w:br/>
      </w:r>
      <w:r>
        <w:rPr>
          <w:sz w:val="20"/>
        </w:rPr>
        <w:t>55:05  ab tak mein ne siyah kiya hai,</w:t>
      </w:r>
      <w:r>
        <w:br/>
      </w:r>
      <w:r>
        <w:rPr>
          <w:sz w:val="20"/>
        </w:rPr>
        <w:t>55:11  mein ne to ab percha nikal kar ke mein is ko, yani hasna karoon ga, logon ko sachai</w:t>
      </w:r>
      <w:r>
        <w:br/>
      </w:r>
      <w:r>
        <w:rPr>
          <w:sz w:val="20"/>
        </w:rPr>
        <w:t>55:17  pohanchaoon ga, is se mein door ho jaye gi meri.</w:t>
      </w:r>
      <w:r>
        <w:br/>
      </w:r>
      <w:r>
        <w:rPr>
          <w:sz w:val="20"/>
        </w:rPr>
        <w:t>55:23  تو میں سمجھتا ہوں کہ اکثر لوگ مجھ سے پوچھتے ہیں کہ ہم بینک کی ملازمت جائز</w:t>
      </w:r>
      <w:r>
        <w:br/>
      </w:r>
      <w:r>
        <w:rPr>
          <w:sz w:val="20"/>
        </w:rPr>
        <w:t>55:29  hai, hum bank mein kaam karte hain, main logon se kehta hoon ke yeh soch, yeh poochhna ghalat</w:t>
      </w:r>
      <w:r>
        <w:br/>
      </w:r>
      <w:r>
        <w:rPr>
          <w:sz w:val="20"/>
        </w:rPr>
        <w:t>55:35  hai, bank ke bahir bhi bank hai, koi jagah bain</w:t>
      </w:r>
      <w:r>
        <w:br/>
      </w:r>
      <w:r>
        <w:rPr>
          <w:sz w:val="20"/>
        </w:rPr>
        <w:t>55:41  k se khali nahi hai, jo masjid hai, masjidain hain, madaris hain, jamaatein hain, har jagah woh chhaya</w:t>
      </w:r>
      <w:r>
        <w:br/>
      </w:r>
      <w:r>
        <w:rPr>
          <w:sz w:val="20"/>
        </w:rPr>
        <w:t>55:48  ہوا ہے، اور حدیث میں تو یہاں تک اتا ہے کہ ایک زمانہ ائے گا کہ interest جو</w:t>
      </w:r>
      <w:r>
        <w:br/>
      </w:r>
      <w:r>
        <w:rPr>
          <w:sz w:val="20"/>
        </w:rPr>
        <w:t>55:54  hai hawa aur pani mein shamil ho jaye ga, tum pani piyo ge, tab bhi is ka aik</w:t>
      </w:r>
      <w:r>
        <w:br/>
      </w:r>
      <w:r>
        <w:rPr>
          <w:sz w:val="20"/>
        </w:rPr>
        <w:t>56:00  hissa tumhare andar jaye ga, sans lo ge to is ka aik hissa jaye ga, to aap kaise</w:t>
      </w:r>
      <w:r>
        <w:br/>
      </w:r>
      <w:r>
        <w:rPr>
          <w:sz w:val="20"/>
        </w:rPr>
        <w:t>56:06  bach jayen ge? To is se yeh</w:t>
      </w:r>
      <w:r>
        <w:br/>
      </w:r>
      <w:r>
        <w:rPr>
          <w:sz w:val="20"/>
        </w:rPr>
        <w:t>56:12  mat sochiye ke aap is se bachen, bachna possible nahi hai, yeh sochiye ke aap kuch acha kaam</w:t>
      </w:r>
      <w:r>
        <w:br/>
      </w:r>
      <w:r>
        <w:rPr>
          <w:sz w:val="20"/>
        </w:rPr>
        <w:t>56:18  karen, aur woh sab se acha kaam hai dawat, yani bank ka, mein logon se kaha karta hoon</w:t>
      </w:r>
      <w:r>
        <w:br/>
      </w:r>
      <w:r>
        <w:rPr>
          <w:sz w:val="20"/>
        </w:rPr>
        <w:t>56:24  ke bank se aap raza mat kijiye, dawat ka kaam kijiye, mislan yeh ke aap apni mez par</w:t>
      </w:r>
      <w:r>
        <w:br/>
      </w:r>
      <w:r>
        <w:rPr>
          <w:sz w:val="20"/>
        </w:rPr>
        <w:t>56:31  ya apni bag mein literature rakhiye, Islami literature un ko dete rahey.</w:t>
      </w:r>
      <w:r>
        <w:br/>
      </w:r>
      <w:r>
        <w:rPr>
          <w:sz w:val="20"/>
        </w:rPr>
        <w:t>56:37  To is zamane mein khas tor par</w:t>
      </w:r>
      <w:r>
        <w:br/>
      </w:r>
      <w:r>
        <w:rPr>
          <w:sz w:val="20"/>
        </w:rPr>
        <w:t>56:43  yahi karna hai ke bajaye is ke ke aap resign karen, is se chhor ke bhagen, use chhor</w:t>
      </w:r>
      <w:r>
        <w:br/>
      </w:r>
      <w:r>
        <w:rPr>
          <w:sz w:val="20"/>
        </w:rPr>
        <w:t>56:51  ke bhagen, yeh mat kijiye, jahan bhi aap hain wahin kaam kijiye, lekin sath sath dawat ka kaam</w:t>
      </w:r>
      <w:r>
        <w:br/>
      </w:r>
      <w:r>
        <w:rPr>
          <w:sz w:val="20"/>
        </w:rPr>
        <w:t>56:59  kijiye, dawat ko apni zindagi mein shamil kar lijiye, wahi hai in Alhasnat yudhbun Alsujjad.</w:t>
      </w:r>
    </w:p>
    <w:p>
      <w:pPr>
        <w:pStyle w:val="Heading2"/>
      </w:pPr>
      <w:r>
        <w:t>Hadith about saying Salah upon Prophet's name</w:t>
      </w:r>
    </w:p>
    <w:p>
      <w:r>
        <w:rPr>
          <w:color w:val="666666"/>
          <w:sz w:val="18"/>
        </w:rPr>
        <w:t>Hadith · Hadith Prediction November 3, 2013 · 2m 21s · at 53:26 · https://youtu.be/cb5Lzw9c8aE?t=3206</w:t>
      </w:r>
    </w:p>
    <w:p>
      <w:r>
        <w:rPr>
          <w:i/>
        </w:rPr>
        <w:t>“I used to watch your live lectures every Sunday, and I am very much interested in reading your literature. My question is, in one of the hadiths that I had read, it was mentioned that whenever we hear the Prophet Muhammad's name, we should say 'صلی اللہ علیہ وسلم', and any person who does not do that invites Allah's curse. By taking the above hadith, if an author does not mention 'صلی اللہ علیہ وسلم' after the Prophet Muhammad's name in his book, will he be considered one of the wrongdoers?”</w:t>
      </w:r>
    </w:p>
    <w:p>
      <w:r>
        <w:rPr>
          <w:sz w:val="20"/>
        </w:rPr>
        <w:t>53:26  maulana, agla sawal hyderabad se aaya hai, mr. jeent ka. unhon ne likha hai: "maulana, I used to watch your live lectures every sunday, and I am very much interested in reading your literature.</w:t>
      </w:r>
      <w:r>
        <w:br/>
      </w:r>
      <w:r>
        <w:rPr>
          <w:sz w:val="20"/>
        </w:rPr>
        <w:t>53:41  My question is, in one of the hadiths that I had read, it was mentioned that whenever we hear the Prophet Muhammad's name, we should say 'salallaho alaihi wasallam', and any person who does not do that invites Allah's curse.</w:t>
      </w:r>
      <w:r>
        <w:br/>
      </w:r>
      <w:r>
        <w:rPr>
          <w:sz w:val="20"/>
        </w:rPr>
        <w:t>53:59  By taking the above hadith, if an author does not mention 'salallaho alaihi wasallam' after the Prophet Muhammad's name in his book, will he be considered one of the wrongdoers?</w:t>
      </w:r>
      <w:r>
        <w:br/>
      </w:r>
      <w:r>
        <w:rPr>
          <w:sz w:val="20"/>
        </w:rPr>
        <w:t>54:11  What is the real and correct interpretation of the above hadith? Please clarify this to me." dekhen, is par maine likha hai, meri kitab hai, is ka naam hai "zuhur-e-islam".</w:t>
      </w:r>
      <w:r>
        <w:br/>
      </w:r>
      <w:r>
        <w:rPr>
          <w:sz w:val="20"/>
        </w:rPr>
        <w:t>54:23  isko aap padh lijiye. khulasa yeh hai ke salallaho alaihi wasallam dil se matloob hai. yeh ulama ka mauqaf hai, yeh jo main keh raha hoon aap ko.</w:t>
      </w:r>
      <w:r>
        <w:br/>
      </w:r>
      <w:r>
        <w:rPr>
          <w:sz w:val="20"/>
        </w:rPr>
        <w:t>54:32  bade bade ulama ne is sarahat kiye ke asal cheez mauqaf dil, yani innamal a'malu binniyat aur salallaho alaihi wasallam ke ma'ni kya hain?</w:t>
      </w:r>
      <w:r>
        <w:br/>
      </w:r>
      <w:r>
        <w:rPr>
          <w:sz w:val="20"/>
        </w:rPr>
        <w:t>54:41  acknowledge karna. yeh koi prasarar kalma nahi hai, koi mysterious mantra nahi hai. yeh</w:t>
      </w:r>
      <w:r>
        <w:br/>
      </w:r>
      <w:r>
        <w:rPr>
          <w:sz w:val="20"/>
        </w:rPr>
        <w:t>54:48  acknowledge karna, yani</w:t>
      </w:r>
      <w:r>
        <w:br/>
      </w:r>
      <w:r>
        <w:rPr>
          <w:sz w:val="20"/>
        </w:rPr>
        <w:t>54:52  muhammad salallaho alaihi wasallam ke zariye hamein quran mila, hamein allah ki hidayat mili, hamein sirat-e-mustaqeem mila.</w:t>
      </w:r>
      <w:r>
        <w:br/>
      </w:r>
      <w:r>
        <w:rPr>
          <w:sz w:val="20"/>
        </w:rPr>
        <w:t>55:02  to hamein shor karna hai, hamein acknowledge karna hai. isi acknowledgement ka tareeqa hai ke sallallahu alaihi wasallam ek dua ka kalma hai,</w:t>
      </w:r>
      <w:r>
        <w:br/>
      </w:r>
      <w:r>
        <w:rPr>
          <w:sz w:val="20"/>
        </w:rPr>
        <w:t>55:11  yani aye paighambar, aap par Allah ki rehmaten hon. aap ke zariye se hamein quran pahuncha, hidayat pahunchi. to sallallahu alaihi wasallam koi mysterious mantra nahi hai, yeh acknowledgement hai.</w:t>
      </w:r>
      <w:r>
        <w:br/>
      </w:r>
      <w:r>
        <w:rPr>
          <w:sz w:val="20"/>
        </w:rPr>
        <w:t>55:23  acknowledgement dil se hota hai, lafz service ke taur par nahi. acknowledgement lafz service ke taur par nahi hota hai, dil se hota hai. dil mein agar hai to wohi asal hai.</w:t>
      </w:r>
      <w:r>
        <w:br/>
      </w:r>
      <w:r>
        <w:rPr>
          <w:sz w:val="20"/>
        </w:rPr>
        <w:t>55:35  is ke bare mein maine likha hai, meri ek ek chapter is mein "zuhur-e-islam" hai, us ko aap padh lijiyye.</w:t>
      </w:r>
      <w:r>
        <w:br/>
      </w:r>
      <w:r>
        <w:rPr>
          <w:sz w:val="20"/>
        </w:rPr>
        <w:t>55:41  baqi khulasa is ka yahi hai.</w:t>
      </w:r>
    </w:p>
    <w:p>
      <w:pPr>
        <w:pStyle w:val="Heading2"/>
      </w:pPr>
      <w:r>
        <w:t>Hadith on Surah Baqarah and Satan</w:t>
      </w:r>
    </w:p>
    <w:p>
      <w:r>
        <w:rPr>
          <w:color w:val="666666"/>
          <w:sz w:val="18"/>
        </w:rPr>
        <w:t>Hadith · Three levels of Realization 4 July 2010 - Maulana Wahiduddin Khan · 3m 15s · at 1:03:39 · https://youtu.be/H-kx5TldzfQ?t=3819</w:t>
      </w:r>
    </w:p>
    <w:p>
      <w:r>
        <w:rPr>
          <w:i/>
        </w:rPr>
        <w:t>“In Sahih Muslim and other books it is recorded that the Prophet said: 'Do not turn your houses into graves. Verily Satan does not enter the house where Surah Al-Baqarah is recited.' Also Abdullah ibn Mas'ud said: 'Satan flees from the house where Surah Al-Baqarah is heard.' Kindly explain this.”</w:t>
      </w:r>
    </w:p>
    <w:p>
      <w:r>
        <w:rPr>
          <w:sz w:val="20"/>
        </w:rPr>
        <w:t>1:03:39  maulana un ka aik aur sawal hai unhon ne likha hai ke "do not there is in sahih muslim and in other books it is recorded that the prophet of islam had said: 'do not turn your houses into graves.</w:t>
      </w:r>
      <w:r>
        <w:br/>
      </w:r>
      <w:r>
        <w:rPr>
          <w:sz w:val="20"/>
        </w:rPr>
        <w:t>1:03:56  very shaitan does not enter the house where surah al-baqarah is recited.' also abdullah bin masood said: 'shaitan flees from the house where surah al-baqarah is heard.' kindly explain this.</w:t>
      </w:r>
      <w:r>
        <w:br/>
      </w:r>
      <w:r>
        <w:rPr>
          <w:sz w:val="20"/>
        </w:rPr>
        <w:t>1:04:13  dekh</w:t>
      </w:r>
      <w:r>
        <w:br/>
      </w:r>
      <w:r>
        <w:rPr>
          <w:sz w:val="20"/>
        </w:rPr>
        <w:t>1:04:14  hee ye is ka matlab yeh nahi ke bas surah baqarah parhi jaye ya ghar mein namaz parhi jaye aik musalla ho aik musalla ho aik aik janamaz ho nahi is mein charche ho charche tab aisa hoga log samajhte hain ke quran lo tilawat kar do zor zor se to shaitan bhag jayega ya aik kone mein kahin musalla rakha hua ho wahan namaz parho ja kar ke to shaitan bhag jayega</w:t>
      </w:r>
      <w:r>
        <w:br/>
      </w:r>
      <w:r>
        <w:rPr>
          <w:sz w:val="20"/>
        </w:rPr>
        <w:t>1:04:42  nahi is ghar mein khuda ka charche ho is khutba khuda ki soch pai jati hai is ghar mein logon ka haal mein ne dekha hai ke charche to hota hai doosri doosri cheezon ka kone mein aik aik musalla bhi rakha rehta hai aur aik quran bhi rakha rehta hai</w:t>
      </w:r>
      <w:r>
        <w:br/>
      </w:r>
      <w:r>
        <w:rPr>
          <w:sz w:val="20"/>
        </w:rPr>
        <w:t>1:05:05  gharon mein charche hona chahiye deen ka khuda ka sachai ka rohaniyat ka tab aisa hoga ke shaitan bhag jayega to charche kisi aur cheez ka ho aur ritual tor par aap kuch parh lein ya to is se shaitan nahi bhagta.</w:t>
      </w:r>
      <w:r>
        <w:br/>
      </w:r>
      <w:r>
        <w:rPr>
          <w:sz w:val="20"/>
        </w:rPr>
        <w:t>1:05:28  maulana yeh sawal kiya hai stuti malhotra ne new delhi se. she is written: "today you explained three levels the third level being the intuition level</w:t>
      </w:r>
      <w:r>
        <w:br/>
      </w:r>
      <w:r>
        <w:rPr>
          <w:sz w:val="20"/>
        </w:rPr>
        <w:t>1:05:39  . my question is that are there different intuition levels also among people and if yes how do we come to know which one is correct?" ji is mein correct ki baat nahi hai is mein.</w:t>
      </w:r>
      <w:r>
        <w:br/>
      </w:r>
      <w:r>
        <w:rPr>
          <w:sz w:val="20"/>
        </w:rPr>
        <w:t>1:05:55  yani degree ki baat hai degree degree mein farq rahega</w:t>
      </w:r>
      <w:r>
        <w:br/>
      </w:r>
      <w:r>
        <w:rPr>
          <w:sz w:val="20"/>
        </w:rPr>
        <w:t>1:06:04  mein manta hoon</w:t>
      </w:r>
      <w:r>
        <w:br/>
      </w:r>
      <w:r>
        <w:rPr>
          <w:sz w:val="20"/>
        </w:rPr>
        <w:t>1:06:08  yani institutional level jo hai is mein degree ke aitbar se bohat se farq ho sakte hain aik aadmi bohat devote kare kam devote kare aik aadmi aik aadmi bohat parha likha ho aik aadmi kam parha likha ho aik aadmi zyada sochta ho aik aadmi kam sochta ho to degree mein to farq ho jayega</w:t>
      </w:r>
      <w:r>
        <w:br/>
      </w:r>
      <w:r>
        <w:rPr>
          <w:sz w:val="20"/>
        </w:rPr>
        <w:t>1:06:28  lekin behrahal is ko apne intuition se layer ko hatana parega warna khuda ki marifat nahi milegi ab jo bohat zyada bohat zyada hatayega to oonchi degree ka is ko mil jayega realization nahi to kam degree ka milega to jo difference hai wo in terms of degree hai jahan tak mein samajhta hoon.</w:t>
      </w:r>
    </w:p>
    <w:p>
      <w:pPr>
        <w:pStyle w:val="Heading2"/>
      </w:pPr>
      <w:r>
        <w:t>Hadith on reciting Surah Baqarah</w:t>
      </w:r>
    </w:p>
    <w:p>
      <w:r>
        <w:rPr>
          <w:color w:val="666666"/>
          <w:sz w:val="18"/>
        </w:rPr>
        <w:t>Hadith · Three levels of Realization July 4, 2010 · 2m 47s · at 1:04:11 · https://youtu.be/NtCTVVov3Nw?t=3851</w:t>
      </w:r>
    </w:p>
    <w:p>
      <w:r>
        <w:rPr>
          <w:i/>
        </w:rPr>
        <w:t>“Do not turn your houses into graves, for Satan does not enter a house where Surah Al-Baqarah is recited.”</w:t>
      </w:r>
    </w:p>
    <w:p>
      <w:r>
        <w:rPr>
          <w:sz w:val="20"/>
        </w:rPr>
        <w:t>1:04:11  سوال ہے انہوں نے لکھا ہے کہ do not there is in Sahih Muslim and in other books</w:t>
      </w:r>
      <w:r>
        <w:br/>
      </w:r>
      <w:r>
        <w:rPr>
          <w:sz w:val="20"/>
        </w:rPr>
        <w:t>1:04:18  It is recorded that the prophet of Islam had said, "Do not turn your houses into graves." Very</w:t>
      </w:r>
      <w:r>
        <w:br/>
      </w:r>
      <w:r>
        <w:rPr>
          <w:sz w:val="20"/>
        </w:rPr>
        <w:t>1:04:26  Satan does not enter the house where Surah Al-Baqarah is recited.</w:t>
      </w:r>
      <w:r>
        <w:br/>
      </w:r>
      <w:r>
        <w:rPr>
          <w:sz w:val="20"/>
        </w:rPr>
        <w:t>1:04:32  Also Abdullah ibn Masud said, "Satan flees from the house where Surah Al-Baqarah is heard." Kindly explain this.</w:t>
      </w:r>
      <w:r>
        <w:br/>
      </w:r>
      <w:r>
        <w:rPr>
          <w:sz w:val="20"/>
        </w:rPr>
        <w:t>1:04:43  dekhen iska matlab yeh nahi ke bas surah baqarah parh di jaye ya ghar mein namaz parhi jaye ek musalla ho ek musalla ho ek ek jaan namaz ho nahi ismein chircha ho chircha tab aisa hoga log samajhte hain ke quran lo tilawat kar do zor zor se toh shaitan bhag jayega ya ek kone mein kahin musalla rakha hua ho wahan namaz parho ja kar ke toh shaitan bhag jayega</w:t>
      </w:r>
      <w:r>
        <w:br/>
      </w:r>
      <w:r>
        <w:rPr>
          <w:sz w:val="20"/>
        </w:rPr>
        <w:t>1:05:10  nahi is ghar mein khuda ka chircha ho is ghar mein khuda ki soch pai jati hai is ghar mein logon ka haal maine dekha hai ke chircha toh hota hai doosri doosri cheezon ka kone mein ek ek musalla bhi rakha rehta hai aur ek quran bhi rakha rehta hai</w:t>
      </w:r>
      <w:r>
        <w:br/>
      </w:r>
      <w:r>
        <w:rPr>
          <w:sz w:val="20"/>
        </w:rPr>
        <w:t>1:05:33  gharoon mein chircha hona chahiye deen ka khuda ka sachai ka roohaniyat ka tab aisa hoga ke shaitan bhag jayega toh chircha kisi aur cheez ka ho aur ritual tor par aap kuch parh len ya toh is se shaitan nahi bhagta</w:t>
      </w:r>
      <w:r>
        <w:br/>
      </w:r>
      <w:r>
        <w:rPr>
          <w:sz w:val="20"/>
        </w:rPr>
        <w:t>1:05:54  molana yeh sawal kiya hai stuti malhotra ne new delhi se</w:t>
      </w:r>
      <w:r>
        <w:br/>
      </w:r>
      <w:r>
        <w:rPr>
          <w:sz w:val="20"/>
        </w:rPr>
        <w:t>1:05:58  she is written today you explained three levels the third level being the intuition level my question is that are there different intuition levels also among people and if yes how do we come to know which one is correct yeh ismein correct ki baat nahi hai ismein yani degree ki baat hai degree degree mein farq rahega</w:t>
      </w:r>
      <w:r>
        <w:br/>
      </w:r>
      <w:r>
        <w:rPr>
          <w:sz w:val="20"/>
        </w:rPr>
        <w:t>1:06:28  main manta hoon</w:t>
      </w:r>
      <w:r>
        <w:br/>
      </w:r>
      <w:r>
        <w:rPr>
          <w:sz w:val="20"/>
        </w:rPr>
        <w:t>1:06:32  yani institutional level jo hai usmein degree ke aitbar se bohat se farq ho sakte hain ek aadmi bohat devote kare kam devote kare ek aadmi ek aadmi bohat parha likha ho ek aadmi kam parha likha ho ek aadmi zyada sochta ho ek aadmi kam sochta ho toh degree pe toh farq ho jayega lekin behal isko apne intuition se layer ko hatwana parega</w:t>
      </w:r>
    </w:p>
    <w:p>
      <w:pPr>
        <w:pStyle w:val="Heading2"/>
      </w:pPr>
      <w:r>
        <w:t>Hadith rejection using Quran verse</w:t>
      </w:r>
    </w:p>
    <w:p>
      <w:r>
        <w:rPr>
          <w:color w:val="666666"/>
          <w:sz w:val="18"/>
        </w:rPr>
        <w:t>Hadith · Eid-al-Azha I October 13, 2013 · 3m 42s · at 1:17:42 · https://youtu.be/oy7zn-uODcU?t=4662</w:t>
      </w:r>
    </w:p>
    <w:p>
      <w:r>
        <w:rPr>
          <w:i/>
        </w:rPr>
        <w:t>“Those who do not believe in Hadith give evidence from the Quran, like in chapter 6 verse 38 it is said: 'We have not left anything in this book that we have not explained.' What do you say about this?”</w:t>
      </w:r>
    </w:p>
    <w:p>
      <w:r>
        <w:rPr>
          <w:sz w:val="20"/>
        </w:rPr>
        <w:t>1:17:42  sawal hai unhon ne likha hai jo log hadith ko nahi mante woh Quran se daleel dete hain</w:t>
      </w:r>
      <w:r>
        <w:br/>
      </w:r>
      <w:r>
        <w:rPr>
          <w:sz w:val="20"/>
        </w:rPr>
        <w:t>1:17:50  jaise chapter number six verse number 38 mein kaha gaya hai ke hum ne is kitab mein koi</w:t>
      </w:r>
      <w:r>
        <w:br/>
      </w:r>
      <w:r>
        <w:rPr>
          <w:sz w:val="20"/>
        </w:rPr>
        <w:t>1:17:58  baat aisi nahi chhori hai jo bayan kar di ho is ke bare mein ap kuch kahein kiya</w:t>
      </w:r>
      <w:r>
        <w:br/>
      </w:r>
      <w:r>
        <w:rPr>
          <w:sz w:val="20"/>
        </w:rPr>
        <w:t>1:18:06  alfaaz hain sir ma faratna fil kitab min shai hain ma faratna fil kitab min shai dekhiye is</w:t>
      </w:r>
      <w:r>
        <w:br/>
      </w:r>
      <w:r>
        <w:rPr>
          <w:sz w:val="20"/>
        </w:rPr>
        <w:t>1:18:13  is hadith is ayat ka woh matlab nahi hai jo hazrat lete hain is ka matlab hai sirf</w:t>
      </w:r>
      <w:r>
        <w:br/>
      </w:r>
      <w:r>
        <w:rPr>
          <w:sz w:val="20"/>
        </w:rPr>
        <w:t>1:18:21  basics jo basics hain jo buniyadi cheezein hain woh hain warna ap mujhe bataiye yeh to Islam ka</w:t>
      </w:r>
      <w:r>
        <w:br/>
      </w:r>
      <w:r>
        <w:rPr>
          <w:sz w:val="20"/>
        </w:rPr>
        <w:t>1:18:29  yani Quran ka manna hai ke dawat do dawat do acha Quran mein kahan par bataya gaya hai</w:t>
      </w:r>
      <w:r>
        <w:br/>
      </w:r>
      <w:r>
        <w:rPr>
          <w:sz w:val="20"/>
        </w:rPr>
        <w:t>1:18:36  ke jab koi dawat ke baad Islam qabool karna chahe to kiya tareeqa hai is ka kiya tareeqa</w:t>
      </w:r>
      <w:r>
        <w:br/>
      </w:r>
      <w:r>
        <w:rPr>
          <w:sz w:val="20"/>
        </w:rPr>
        <w:t>1:18:44  hai kaise ap is ko Islam mein dakhil karein kahin likha hua hai kahin hajj karo likha hua</w:t>
      </w:r>
      <w:r>
        <w:br/>
      </w:r>
      <w:r>
        <w:rPr>
          <w:sz w:val="20"/>
        </w:rPr>
        <w:t>1:18:52  hai kiya tareeqa bataya kaise hajj karein hum yani Quran mein hajj ka hukm hai magar hajj ka</w:t>
      </w:r>
      <w:r>
        <w:br/>
      </w:r>
      <w:r>
        <w:rPr>
          <w:sz w:val="20"/>
        </w:rPr>
        <w:t>1:19:00  tareeqa nahi Quran mein roze ka hukm hai roze ka tareeqa nahi Quran mein dawat ka hukm hai</w:t>
      </w:r>
      <w:r>
        <w:br/>
      </w:r>
      <w:r>
        <w:rPr>
          <w:sz w:val="20"/>
        </w:rPr>
        <w:t>1:19:07  lekin aadmi jab Islam qabool karna chahe to is ka kaise kiya jaye is ka tareeqa nahi to</w:t>
      </w:r>
      <w:r>
        <w:br/>
      </w:r>
      <w:r>
        <w:rPr>
          <w:sz w:val="20"/>
        </w:rPr>
        <w:t>1:19:15  Quran buniyadi cheezon asasiyat ki kitab hai basics ki kitab hai tafseelat nahi hain Quran majeed mein woh</w:t>
      </w:r>
      <w:r>
        <w:br/>
      </w:r>
      <w:r>
        <w:rPr>
          <w:sz w:val="20"/>
        </w:rPr>
        <w:t>1:19:23  hum ko hadith mein milti hain yeh to ab ghair sanjeeda zehan yeh sab baatein bolte hain dekhiye</w:t>
      </w:r>
      <w:r>
        <w:br/>
      </w:r>
      <w:r>
        <w:rPr>
          <w:sz w:val="20"/>
        </w:rPr>
        <w:t>1:19:30  bohat se sawalat jo hain woh sawalat nahi hote woh ghair sanjeeda zehan ka phenomena hote hain farq</w:t>
      </w:r>
      <w:r>
        <w:br/>
      </w:r>
      <w:r>
        <w:rPr>
          <w:sz w:val="20"/>
        </w:rPr>
        <w:t>1:19:38  samjhiye ek hota hai sawal ek hota hai ghair sanjeeda zehan ki yani khayal arai to is ko</w:t>
      </w:r>
      <w:r>
        <w:br/>
      </w:r>
      <w:r>
        <w:rPr>
          <w:sz w:val="20"/>
        </w:rPr>
        <w:t>1:19:46  ap sawal na samjhiye is ko ghair sanjedgi ka zahira samjhiye aur jab tak is ko woh sanjeeda</w:t>
      </w:r>
      <w:r>
        <w:br/>
      </w:r>
      <w:r>
        <w:rPr>
          <w:sz w:val="20"/>
        </w:rPr>
        <w:t>1:19:54  na ho is ko koi ap mutmaeen nahi kar sakte aur is ko aise aise logon ke bare</w:t>
      </w:r>
      <w:r>
        <w:br/>
      </w:r>
      <w:r>
        <w:rPr>
          <w:sz w:val="20"/>
        </w:rPr>
        <w:t>1:20:01  میں صرف دعا کرنا چاہیے بس اور کچھ نہیں Okay, we would like to tell our viewers that</w:t>
      </w:r>
      <w:r>
        <w:br/>
      </w:r>
      <w:r>
        <w:rPr>
          <w:sz w:val="20"/>
        </w:rPr>
        <w:t>1:20:09  If they want to join the CPS mission, then they can write to us with their</w:t>
      </w:r>
      <w:r>
        <w:br/>
      </w:r>
      <w:r>
        <w:rPr>
          <w:sz w:val="20"/>
        </w:rPr>
        <w:t>1:20:17  complete details and info at CPS global dot org we end the session now</w:t>
      </w:r>
      <w:r>
        <w:br/>
      </w:r>
      <w:r>
        <w:rPr>
          <w:sz w:val="20"/>
        </w:rPr>
        <w:t>1:20:24  thank you.</w:t>
      </w:r>
    </w:p>
    <w:p>
      <w:pPr>
        <w:pStyle w:val="Heading2"/>
      </w:pPr>
      <w:r>
        <w:t>How to save from evil of times</w:t>
      </w:r>
    </w:p>
    <w:p>
      <w:r>
        <w:rPr>
          <w:color w:val="666666"/>
          <w:sz w:val="18"/>
        </w:rPr>
        <w:t>Hadith · Principle of Loss May 31, 2015 · 3m 27s · at 54:44 · https://youtu.be/vM-CUyBiDkc?t=3284</w:t>
      </w:r>
    </w:p>
    <w:p>
      <w:r>
        <w:rPr>
          <w:i/>
        </w:rPr>
        <w:t>“There is a hadith that a time will come when no one will be able to save oneself from the evil of the times. In such a case, how can a person save oneself from the evil of the times?”</w:t>
      </w:r>
    </w:p>
    <w:p>
      <w:r>
        <w:rPr>
          <w:sz w:val="20"/>
        </w:rPr>
        <w:t>54:44  maulana, agla sawal merit se farooqi sahib ne kiya hai, aur unhone likha hai ke maulana, there is a hadith that a time will come when no one would be able to save oneself from the evil of time.</w:t>
      </w:r>
      <w:r>
        <w:br/>
      </w:r>
      <w:r>
        <w:rPr>
          <w:sz w:val="20"/>
        </w:rPr>
        <w:t>55:00  maulana, in such a case, how can a person save one self from the evil of the times? dekhiye, is ka jawab Quran mein maujood hai.</w:t>
      </w:r>
      <w:r>
        <w:br/>
      </w:r>
      <w:r>
        <w:rPr>
          <w:sz w:val="20"/>
        </w:rPr>
        <w:t>55:13  woh aayat aayat hai: "إن الحسنات ابن الصياد" . yaani yeh bataya gaya hai ek tareeqa ke ke jab aap ko ehsas ho ke aap ek aisi evil mein mein hain ke is se aap yaani is se apne ko bacha nahi paate, to koi achhai kijiye.</w:t>
      </w:r>
      <w:r>
        <w:br/>
      </w:r>
      <w:r>
        <w:rPr>
          <w:sz w:val="20"/>
        </w:rPr>
        <w:t>55:38  jaise mujhe ek waqia yaad aata hai, rampur mein ek sahib thay, abdul hayi sahib, bohat mukhlis aadmi thay. woh to woh jo government ka department hota hai,</w:t>
      </w:r>
      <w:r>
        <w:br/>
      </w:r>
      <w:r>
        <w:rPr>
          <w:sz w:val="20"/>
        </w:rPr>
        <w:t>55:54  us ka excise department, to excise department mein woh service karte thay.</w:t>
      </w:r>
      <w:r>
        <w:br/>
      </w:r>
      <w:r>
        <w:rPr>
          <w:sz w:val="20"/>
        </w:rPr>
        <w:t>56:01  to un ko ehsas hua ke excise department jo hai, woh sahi nahi hai, aur main is mein mulawwis hoon. to is ko unhone chhod diya.</w:t>
      </w:r>
      <w:r>
        <w:br/>
      </w:r>
      <w:r>
        <w:rPr>
          <w:sz w:val="20"/>
        </w:rPr>
        <w:t>56:11  is ke baad in ko aik khayal hua ke main ab kya karoon. to unhon ne aik parcha nikala, is ka naam tha "al-hasanat".</w:t>
      </w:r>
      <w:r>
        <w:br/>
      </w:r>
      <w:r>
        <w:rPr>
          <w:sz w:val="20"/>
        </w:rPr>
        <w:t>56:20  al-hasanat isi se liya tha unhon ne: "in al-hasanat ibn al-sayyad" ke ab tak main ne siyah kiya hai main ne. to ab parcha nikaal kar ke main is ko yaani hasna karoon ga, logon ko sachai pohnchaoon ga, is se bay door ho jaye gi meri.</w:t>
      </w:r>
      <w:r>
        <w:br/>
      </w:r>
      <w:r>
        <w:rPr>
          <w:sz w:val="20"/>
        </w:rPr>
        <w:t>56:40  to main samajhta hoon ke aksar log mujh se poochte hain ke hum bank pe ke matlab jaiz hai ke najaaiz, hum bank mein kaam</w:t>
      </w:r>
      <w:r>
        <w:br/>
      </w:r>
      <w:r>
        <w:rPr>
          <w:sz w:val="20"/>
        </w:rPr>
        <w:t>56:48  karte hain. main logon se kehta hoon ke yeh soch, yeh pooch poochhna galat hai. bank ke bahir bhi bank hai, koi jagah bank se khaali nahi hai.</w:t>
      </w:r>
      <w:r>
        <w:br/>
      </w:r>
      <w:r>
        <w:rPr>
          <w:sz w:val="20"/>
        </w:rPr>
        <w:t>57:00  jo masjid hai, masjidain hain, madaris hain, jamaatein hain, har jagah woh woh chhaya hua hai. aur hadith mein to yahan tak aata hai ke aik zamana aaye ga ke interest jo hai,</w:t>
      </w:r>
      <w:r>
        <w:br/>
      </w:r>
      <w:r>
        <w:rPr>
          <w:sz w:val="20"/>
        </w:rPr>
        <w:t>57:14  hawa aur pani mein shamil ho jaye ga.</w:t>
      </w:r>
      <w:r>
        <w:br/>
      </w:r>
      <w:r>
        <w:rPr>
          <w:sz w:val="20"/>
        </w:rPr>
        <w:t>57:17  to pani piyo ge, tab bhi is ka aik aik hissa tumhare andar jaye ga. saans loge to is ka aik hissa jaye ga. to aap kaise bacho ge? to is se yeh mat sochiye ke aap is se bachen.</w:t>
      </w:r>
      <w:r>
        <w:br/>
      </w:r>
      <w:r>
        <w:rPr>
          <w:sz w:val="20"/>
        </w:rPr>
        <w:t>57:30  bachna pasibal nahi hai. yeh sochiye ke aap kuch acha kaam karen. aur woh sab se acha kaam hai dawat. yaani bank ka main logon se kaha karta hoon ke bank se aap raza nahi mat kijiye, dawat ka kaam kijiye.</w:t>
      </w:r>
      <w:r>
        <w:br/>
      </w:r>
      <w:r>
        <w:rPr>
          <w:sz w:val="20"/>
        </w:rPr>
        <w:t>57:45  misalan yeh ke aap apni mez par ya apni bag mein literature likhiye, islami literature ko dete rahiye. to is zamane mein khaas taur par yahi karna hai ke bajaye is ke ke aap resign karen, is se chhod ke bhagen, idhar chhod ke bhagen, yeh mat kijiye.</w:t>
      </w:r>
      <w:r>
        <w:br/>
      </w:r>
      <w:r>
        <w:rPr>
          <w:sz w:val="20"/>
        </w:rPr>
        <w:t>58:07  jahan bhi aap hain, wahin kaam kijiye. lekin sath sath dawat ka kaam kiji</w:t>
      </w:r>
      <w:r>
        <w:br/>
      </w:r>
      <w:r>
        <w:rPr>
          <w:sz w:val="20"/>
        </w:rPr>
        <w:t>58:12  ye. dawat ko apni zindagi mein shamil kar lijiye. wohi hai "in al-hasanat ibn al-sayyad". maulana, agla sawal doctor aslam khan ne kiya hai saharanpur se, aur unhon ne likha hai:</w:t>
      </w:r>
    </w:p>
    <w:p>
      <w:pPr>
        <w:pStyle w:val="Heading2"/>
      </w:pPr>
      <w:r>
        <w:t>Interpretation of hadith on being killed repeatedly</w:t>
      </w:r>
    </w:p>
    <w:p>
      <w:r>
        <w:rPr>
          <w:color w:val="666666"/>
          <w:sz w:val="18"/>
        </w:rPr>
        <w:t>Hadith · Spirit of Ramadan June 14, 2015 · 2m 49s · at 1:06:46 · https://youtu.be/mKQdhE2rhdQ?t=4006</w:t>
      </w:r>
    </w:p>
    <w:p>
      <w:r>
        <w:rPr>
          <w:i/>
        </w:rPr>
        <w:t>“Muslims, to prove their concept of war correct, narrate this hadith: "I love that I be killed in the way of Allah, then brought to life, then killed, then given life, then killed." Mawlana, what is the correct interpretation of this hadith?”</w:t>
      </w:r>
    </w:p>
    <w:p>
      <w:r>
        <w:rPr>
          <w:sz w:val="20"/>
        </w:rPr>
        <w:t>1:06:46  Maulana, yeh agla sawal aaya hai Maulana Farhad Umri sahib ka Delhi se.</w:t>
      </w:r>
      <w:r>
        <w:br/>
      </w:r>
      <w:r>
        <w:rPr>
          <w:sz w:val="20"/>
        </w:rPr>
        <w:t>1:06:51  musalman apne waar concept ko sahi sabit karne ke liye yeh hadith bayan karte hain: "mein yeh pasand karta hoon ke mein Allah ke raste mein qatl kiya jaon,</w:t>
      </w:r>
      <w:r>
        <w:br/>
      </w:r>
      <w:r>
        <w:rPr>
          <w:sz w:val="20"/>
        </w:rPr>
        <w:t>1:07:04  phir zinda kiya jaon, phir qatl kiya jaon, phir mujhe zindagi mile, phir qatl kiya jaon." Maulana, is hadith ka sahi interpretation kya hai?</w:t>
      </w:r>
      <w:r>
        <w:br/>
      </w:r>
      <w:r>
        <w:rPr>
          <w:sz w:val="20"/>
        </w:rPr>
        <w:t>1:07:17  dekhiye, yeh sochiye ke kya Rasool Allah salallaho alaihi wasallam nauzubillah nauzubillah munafiq the? Aap aap yeh keh sakte hain ke jab aap ko pasand tha to aisa kiya kyun nahi?</w:t>
      </w:r>
      <w:r>
        <w:br/>
      </w:r>
      <w:r>
        <w:rPr>
          <w:sz w:val="20"/>
        </w:rPr>
        <w:t>1:07:29  kitabon se padhiye, aap Rasool Allah salallaho alaihi wasallam kabhi bhi jang mein shareek nahi hote the. Bahar un ka ek areesh lafz aata hai, areesh kehte hain jhopra.</w:t>
      </w:r>
      <w:r>
        <w:br/>
      </w:r>
      <w:r>
        <w:rPr>
          <w:sz w:val="20"/>
        </w:rPr>
        <w:t>1:07:39  battlefield se bahar ek areesh banta tha, jhopra. Is mein rehte the. Aap kabhi talwar le kar Uhud mein ya Badr mein kabhi khud se nahi lade?</w:t>
      </w:r>
      <w:r>
        <w:br/>
      </w:r>
      <w:r>
        <w:rPr>
          <w:sz w:val="20"/>
        </w:rPr>
        <w:t>1:07:50  to nauzubillah ke aap kahein ke nauzubillah nauzubillah Rasool Allah munafiq the</w:t>
      </w:r>
      <w:r>
        <w:br/>
      </w:r>
      <w:r>
        <w:rPr>
          <w:sz w:val="20"/>
        </w:rPr>
        <w:t>1:07:55  ? Kaha to yeh aur kiya? Un ka ulta kabhi lade nahi? Aap kitabon mein padh lijiye, aap battlefield mein nahi hote the, areesh mein hote the jo bahar banta tha, wahan se dekh dekhte the bas aur dua karte the, sajde mein dua karte the.</w:t>
      </w:r>
      <w:r>
        <w:br/>
      </w:r>
      <w:r>
        <w:rPr>
          <w:sz w:val="20"/>
        </w:rPr>
        <w:t>1:08:13  jo log is hadith ko le kar kehte hain, unhein sab se pehle sochna chahiye ke kya nauzubillah nauzubillah Rasool Allah munafiq the? Kaha kuch kiya kuch.</w:t>
      </w:r>
      <w:r>
        <w:br/>
      </w:r>
      <w:r>
        <w:rPr>
          <w:sz w:val="20"/>
        </w:rPr>
        <w:t>1:08:23  is liye aap ko is hadith ki aisi tafsir karni padegi jis mein Rasool Allah yeh yeh sabit na hota ke nauzubillah Rasool Allah munafiq the.</w:t>
      </w:r>
      <w:r>
        <w:br/>
      </w:r>
      <w:r>
        <w:rPr>
          <w:sz w:val="20"/>
        </w:rPr>
        <w:t>1:08:35  yeh sab mein likh chuka hoon is hadith ke bare mein, mein likh chuka hoon, aap padh sakte hain.</w:t>
      </w:r>
    </w:p>
    <w:p>
      <w:pPr>
        <w:pStyle w:val="Heading2"/>
      </w:pPr>
      <w:r>
        <w:t>Islam becoming stranger explanation</w:t>
      </w:r>
    </w:p>
    <w:p>
      <w:r>
        <w:rPr>
          <w:color w:val="666666"/>
          <w:sz w:val="18"/>
        </w:rPr>
        <w:t>Hadith · Discovery of God (In Conversation with Maulana) December 25, 2011 · 4m 59s · at 21:34 · https://youtu.be/-1c1d7cFj0s?t=1294</w:t>
      </w:r>
    </w:p>
    <w:p>
      <w:r>
        <w:rPr>
          <w:i/>
        </w:rPr>
        <w:t>“In hadith it is said that Islam will become a stranger, as it was a stranger at the beginning. Please explain this.”</w:t>
      </w:r>
    </w:p>
    <w:p>
      <w:r>
        <w:rPr>
          <w:sz w:val="20"/>
        </w:rPr>
        <w:t>21:34  maulana, agla sawal bhi tamil nadu se hai. maulana iqbal umri ka. unhon ne poocha hai: "hadith mein aya hai ke islam ajnabi ho jayega, jaisa ke woh pehle ajnabi tha.</w:t>
      </w:r>
      <w:r>
        <w:br/>
      </w:r>
      <w:r>
        <w:rPr>
          <w:sz w:val="20"/>
        </w:rPr>
        <w:t>21:46  is ki wazahat farmayein."</w:t>
      </w:r>
      <w:r>
        <w:br/>
      </w:r>
      <w:r>
        <w:rPr>
          <w:sz w:val="20"/>
        </w:rPr>
        <w:t>21:55  main samajhta hoon ke yeh ek ek allah rasool allah ne ek warning di thi, warning ek intibah tha ke jo</w:t>
      </w:r>
      <w:r>
        <w:br/>
      </w:r>
      <w:r>
        <w:rPr>
          <w:sz w:val="20"/>
        </w:rPr>
        <w:t>22:11  aam taur par insan jin cheezon ka shikar hota hai, us se musalman shikar na hon. lekin wahi ho gaya amalan, kyunke dekhiye, islam shuru hua to woh dawat tha, dawat, dawat, dawat.</w:t>
      </w:r>
      <w:r>
        <w:br/>
      </w:r>
      <w:r>
        <w:rPr>
          <w:sz w:val="20"/>
        </w:rPr>
        <w:t>22:26  us ke baad kya hua ke islam ki hukumatain hukumatain ban gayeen. to ab political activism shuru ho gaya. islam shuru hua to daawa activism se shuru hua, daawa activism.</w:t>
      </w:r>
      <w:r>
        <w:br/>
      </w:r>
      <w:r>
        <w:rPr>
          <w:sz w:val="20"/>
        </w:rPr>
        <w:t>22:38  phir aage political activism, yani political expansion, hukm, yani hukm mulkon ko qabza karo aur futuhat ko badhao.</w:t>
      </w:r>
      <w:r>
        <w:br/>
      </w:r>
      <w:r>
        <w:rPr>
          <w:sz w:val="20"/>
        </w:rPr>
        <w:t>22:47  yeh agaya to islam abdan tha, daawa activism. us ke baad banda kaha political activism. jab political activism hua to daawa khatam ho gayi.</w:t>
      </w:r>
      <w:r>
        <w:br/>
      </w:r>
      <w:r>
        <w:rPr>
          <w:sz w:val="20"/>
        </w:rPr>
        <w:t>22:57  ab sara nishana badal gaya, nishana ek hukumat ka kaam karna aur mulkon ko fateh karna, yeh nishana ho gaya. yahi ajnabi hone ka matlab yeh hai ke dawat chali, khatam ho gayi.</w:t>
      </w:r>
      <w:r>
        <w:br/>
      </w:r>
      <w:r>
        <w:rPr>
          <w:sz w:val="20"/>
        </w:rPr>
        <w:t>23:10  islam kabhi ajnabi is silsile mein nahi hua ke quran na rahe, islam ka charcha na rahe, log apne ko musalman na kahein. is sense mein kabhi khatam nahi hua.</w:t>
      </w:r>
      <w:r>
        <w:br/>
      </w:r>
      <w:r>
        <w:rPr>
          <w:sz w:val="20"/>
        </w:rPr>
        <w:t>23:19  jo cheez khatm hui, woh dawat. to mein samajhta hoon ke jo ajnabi jo cheez hui thi, woh dawat ajnabi hui thi. kabhi bhi aisa nahi hua ke musalman namaz ajnabi ho jaye, hajj ajnabi ho jaye, roza ajnabi ho jaye,</w:t>
      </w:r>
      <w:r>
        <w:br/>
      </w:r>
      <w:r>
        <w:rPr>
          <w:sz w:val="20"/>
        </w:rPr>
        <w:t>23:34  quran ajnabi ho jaye. aisa to kabhi hua nahi. jo ajnabi hui, woh dawat. kyun? dawat ke liye ek doosre ki khair khwahi karna chahiye.</w:t>
      </w:r>
      <w:r>
        <w:br/>
      </w:r>
      <w:r>
        <w:rPr>
          <w:sz w:val="20"/>
        </w:rPr>
        <w:t>23:43  aur political activism, sargharmiyan jab aati hain to khair khwahi khatm ho jati hai. kis ke liye hum dawat dein?</w:t>
      </w:r>
      <w:r>
        <w:br/>
      </w:r>
      <w:r>
        <w:rPr>
          <w:sz w:val="20"/>
        </w:rPr>
        <w:t>23:52  is ko to hum maar kar ke is ka is ko qabza karna hai, is ke upar. to dawat ki jo nafsiyat hoti hain, woh sab hoti hain mabni par khair khwahi.</w:t>
      </w:r>
      <w:r>
        <w:br/>
      </w:r>
      <w:r>
        <w:rPr>
          <w:sz w:val="20"/>
        </w:rPr>
        <w:t>24:02  aur jab politics aa jati hai to khair khwahi khatm ho jati hai. to khair khwahi jab khatm ho gayi to dawat ajnabi ban jayegi.</w:t>
      </w:r>
      <w:r>
        <w:br/>
      </w:r>
      <w:r>
        <w:rPr>
          <w:sz w:val="20"/>
        </w:rPr>
        <w:t>24:11  to mein samajhta hoon ke is mein rasool ALLAH sallallahu alaihi wasallam ne warning di thi, peshangoi ke andaaz mein ke baad ko islam musalmanon ko hukumatain mil jayengi to dawat ka zehan un ka khatm ho jayega.</w:t>
      </w:r>
      <w:r>
        <w:br/>
      </w:r>
      <w:r>
        <w:rPr>
          <w:sz w:val="20"/>
        </w:rPr>
        <w:t>24:25  dawti islam un ke liye ajnabi ban jayega. ab musalmanon mein kya hua ke pehle to yaani political activism, political sargharmiyan aayin, is se dawat ajnabi ho gayi.</w:t>
      </w:r>
      <w:r>
        <w:br/>
      </w:r>
      <w:r>
        <w:rPr>
          <w:sz w:val="20"/>
        </w:rPr>
        <w:t>24:38  ab jab in ka empire toota, yaani western nations ke urooj ke baad, to ab kya hua ke negative activism aa gayi, yaani ladna in se apni hukumaton ko chheen ne ke liye.</w:t>
      </w:r>
      <w:r>
        <w:br/>
      </w:r>
      <w:r>
        <w:rPr>
          <w:sz w:val="20"/>
        </w:rPr>
        <w:t>24:54  ladai, ladai, ladai chal rahi hai. to islam pehla tha daawa activism, phir hua political activism. ab aa gaya negative activism, negative activism.</w:t>
      </w:r>
      <w:r>
        <w:br/>
      </w:r>
      <w:r>
        <w:rPr>
          <w:sz w:val="20"/>
        </w:rPr>
        <w:t>25:08  to ab ab jo revolve karna hai, revolve yeh karein ke daawa activism phir se laya jaye, phir se is daawa activism ka daur laya jaye.</w:t>
      </w:r>
      <w:r>
        <w:br/>
      </w:r>
      <w:r>
        <w:rPr>
          <w:sz w:val="20"/>
        </w:rPr>
        <w:t>25:18  to mein samajhta hoon ke muslim tareekh inhi chaar dauron mein bati hui hai: daawa activism, political activism, negative activism. ab jo ek hisse mein hum hain, ab hamein lotna hai is ki taraf, dawat ki taraf.</w:t>
      </w:r>
      <w:r>
        <w:br/>
      </w:r>
      <w:r>
        <w:rPr>
          <w:sz w:val="20"/>
        </w:rPr>
        <w:t>25:33  dobara hum ko daawa activism par lagana hai. yahi hai fateh al gharaab, jahan tak mein samajhta hoon. kyunke aap ghor kijiye ke musalmanon mein ajnabi hui kya cheez?</w:t>
      </w:r>
      <w:r>
        <w:br/>
      </w:r>
      <w:r>
        <w:rPr>
          <w:sz w:val="20"/>
        </w:rPr>
        <w:t>25:44  ek hi cheez ajnabi hui, is se dawat. aur to kuch bhi ajnabi nahi hua, sab bilkul well known hai. to baad ko jo halaat paida hue, un halaat mein musalmanon ne woh nafsiyat kho di, jis nafsiyat ke tehat dawti kaam hua karta hai.</w:t>
      </w:r>
      <w:r>
        <w:br/>
      </w:r>
      <w:r>
        <w:rPr>
          <w:sz w:val="20"/>
        </w:rPr>
        <w:t>26:03  to is nafsiyat ko phir zinda karna aur phir se ummat ko dawat par khada karna, jo log karenge, unhi ke liye hai fateh al gharaab.</w:t>
      </w:r>
      <w:r>
        <w:br/>
      </w:r>
      <w:r>
        <w:rPr>
          <w:sz w:val="20"/>
        </w:rPr>
        <w:t>26:15  to islam shuru hua to dawat par tha, woh baad ko woh politics par aa gaya, phir negative activities par aa gaya. ab hamein karna hai ke phir do bar hum ko, yaani is dawat wale islam ko zinda karna hai.</w:t>
      </w:r>
      <w:r>
        <w:br/>
      </w:r>
      <w:r>
        <w:rPr>
          <w:sz w:val="20"/>
        </w:rPr>
        <w:t>26:30  yeh mein samjhao.</w:t>
      </w:r>
    </w:p>
    <w:p>
      <w:pPr>
        <w:pStyle w:val="Heading2"/>
      </w:pPr>
      <w:r>
        <w:t>Knowing increase or decrease of faith</w:t>
      </w:r>
    </w:p>
    <w:p>
      <w:r>
        <w:rPr>
          <w:color w:val="666666"/>
          <w:sz w:val="18"/>
        </w:rPr>
        <w:t>Hadith · Principle of Loss | May 31, 2015 · 2m 19s · at 51:09 · https://youtu.be/IEf7QfU3BmY?t=3069</w:t>
      </w:r>
    </w:p>
    <w:p>
      <w:r>
        <w:rPr>
          <w:i/>
        </w:rPr>
        <w:t>“There is a hadith that the faith of a person increases and decreases. How can I know that my faith is decreasing or increasing? Is there a way to find that?”</w:t>
      </w:r>
    </w:p>
    <w:p>
      <w:r>
        <w:rPr>
          <w:sz w:val="20"/>
        </w:rPr>
        <w:t>51:09  molana agla sawal kya hai abdul ghani sahib ne mysore se, aur unhone likha hai ke molana der</w:t>
      </w:r>
      <w:r>
        <w:br/>
      </w:r>
      <w:r>
        <w:rPr>
          <w:sz w:val="20"/>
        </w:rPr>
        <w:t>51:15  as a hadith that iman of a person increases and decreases.</w:t>
      </w:r>
      <w:r>
        <w:br/>
      </w:r>
      <w:r>
        <w:rPr>
          <w:sz w:val="20"/>
        </w:rPr>
        <w:t>51:21  How can I know that my iman is decreasing or increasing? Is there a way to find that</w:t>
      </w:r>
      <w:r>
        <w:br/>
      </w:r>
      <w:r>
        <w:rPr>
          <w:sz w:val="20"/>
        </w:rPr>
        <w:t>51:28  out? please advice.</w:t>
      </w:r>
      <w:r>
        <w:br/>
      </w:r>
      <w:r>
        <w:rPr>
          <w:sz w:val="20"/>
        </w:rPr>
        <w:t>51:34  dekhen, is ko aap lafz badlie, samajh mein aa jayega,</w:t>
      </w:r>
      <w:r>
        <w:br/>
      </w:r>
      <w:r>
        <w:rPr>
          <w:sz w:val="20"/>
        </w:rPr>
        <w:t>51:40  یعنی increase اور decrease کی جگہ ایک لفظ دوسرا استعمال کیجئے، explanatory لفظ وہ ہے spirit، یعنی spirit</w:t>
      </w:r>
      <w:r>
        <w:br/>
      </w:r>
      <w:r>
        <w:rPr>
          <w:sz w:val="20"/>
        </w:rPr>
        <w:t>51:45  ghatti hai aur badhti hai.</w:t>
      </w:r>
      <w:r>
        <w:br/>
      </w:r>
      <w:r>
        <w:rPr>
          <w:sz w:val="20"/>
        </w:rPr>
        <w:t>51:50  iman form ka naam nahi hai ke ek kuch alfaaz hum munh se bol diya to iman hasil</w:t>
      </w:r>
      <w:r>
        <w:br/>
      </w:r>
      <w:r>
        <w:rPr>
          <w:sz w:val="20"/>
        </w:rPr>
        <w:t>51:55  ho gaya, iman haqeeqat mein spirit ka naam hai.</w:t>
      </w:r>
      <w:r>
        <w:br/>
      </w:r>
      <w:r>
        <w:rPr>
          <w:sz w:val="20"/>
        </w:rPr>
        <w:t>52:00  to spirit jo hai ghatti badhti hai, ghatti badhti hai ka matlab kya hai ke jaise aaj mein</w:t>
      </w:r>
      <w:r>
        <w:br/>
      </w:r>
      <w:r>
        <w:rPr>
          <w:sz w:val="20"/>
        </w:rPr>
        <w:t>52:05  ne ek cheez d</w:t>
      </w:r>
      <w:r>
        <w:br/>
      </w:r>
      <w:r>
        <w:rPr>
          <w:sz w:val="20"/>
        </w:rPr>
        <w:t>52:10  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r>
        <w:br/>
      </w:r>
      <w:r>
        <w:rPr>
          <w:sz w:val="20"/>
        </w:rPr>
        <w:t>52:40  کو نئے نئے ائٹم ملتے ہیں جو آپ کی اسپیڈ کو بڑھاتے ہیں، اور جب آپ نہ سوچیں</w:t>
      </w:r>
      <w:r>
        <w:br/>
      </w:r>
      <w:r>
        <w:rPr>
          <w:sz w:val="20"/>
        </w:rPr>
        <w:t>52:46  to speed ghatti rahegi, to us waqt kami ke level par rahega aap ka iman.</w:t>
      </w:r>
      <w:r>
        <w:br/>
      </w:r>
      <w:r>
        <w:rPr>
          <w:sz w:val="20"/>
        </w:rPr>
        <w:t>52:52  to wo hadith mein jo lafz aayi hai, jo lafz aaya hai, us lafz ko aap badlie ke</w:t>
      </w:r>
      <w:r>
        <w:br/>
      </w:r>
      <w:r>
        <w:rPr>
          <w:sz w:val="20"/>
        </w:rPr>
        <w:t>52:58  speed mein kami beshi hoti rehti hai, aur is ke sabab yeh hota hai ke aap hamesha is</w:t>
      </w:r>
      <w:r>
        <w:br/>
      </w:r>
      <w:r>
        <w:rPr>
          <w:sz w:val="20"/>
        </w:rPr>
        <w:t>53:04  tarah se nahi kar pate, g</w:t>
      </w:r>
      <w:r>
        <w:br/>
      </w:r>
      <w:r>
        <w:rPr>
          <w:sz w:val="20"/>
        </w:rPr>
        <w:t>53:10  or o fikr aur zyada cheezon mein zyada dhyan dena, distract ho jate hain.</w:t>
      </w:r>
      <w:r>
        <w:br/>
      </w:r>
      <w:r>
        <w:rPr>
          <w:sz w:val="20"/>
        </w:rPr>
        <w:t>53:16  to jab aap distract ho jayenge to kami ho jayegi, jab ghor o fikr karenge</w:t>
      </w:r>
      <w:r>
        <w:br/>
      </w:r>
      <w:r>
        <w:rPr>
          <w:sz w:val="20"/>
        </w:rPr>
        <w:t>53:23  to speed pe izafa ho jayega, yeh matlab hai is ka.</w:t>
      </w:r>
    </w:p>
    <w:p>
      <w:pPr>
        <w:pStyle w:val="Heading2"/>
      </w:pPr>
      <w:r>
        <w:t>Meaning and Identification of Sunnah</w:t>
      </w:r>
    </w:p>
    <w:p>
      <w:r>
        <w:rPr>
          <w:color w:val="666666"/>
          <w:sz w:val="18"/>
        </w:rPr>
        <w:t>Hadith · The Importance of the Quran May 15, 2016 Maulana Wahiduddin Khan · 2m 31s · at 51:58 · https://youtu.be/9a-OOUR_bLg?t=3118</w:t>
      </w:r>
    </w:p>
    <w:p>
      <w:r>
        <w:rPr>
          <w:i/>
        </w:rPr>
        <w:t>“You mentioned about one Hadith of Prophet Muhammad saying that I am leaving two things for you: Quran and Sunnah. In that hadith, what is meant by Sunnah? How can one identify the Sunnah of the Prophet? Some say using miswak is Sunnah, applying perfume and kohl in the eyes are also Sunnah. Please elaborate what is Sunnah.”</w:t>
      </w:r>
    </w:p>
    <w:p>
      <w:r>
        <w:rPr>
          <w:sz w:val="20"/>
        </w:rPr>
        <w:t>51:58  maulana, agla sawal bheja hai danish fazal sahib ne lucknow se aur unhon ne likha hai: "you mentioned about one hadith of prophet muhammad saying that i am leaving two things for you: quran and sunnah." maulana, in this hadith what is meant by sunnah</w:t>
      </w:r>
      <w:r>
        <w:br/>
      </w:r>
      <w:r>
        <w:rPr>
          <w:sz w:val="20"/>
        </w:rPr>
        <w:t>52:21  ? how can one identify sunnah of the prophet? some says using miswak is sunnah, putting perfume or surma in eyes etc is also sunnah.</w:t>
      </w:r>
      <w:r>
        <w:br/>
      </w:r>
      <w:r>
        <w:rPr>
          <w:sz w:val="20"/>
        </w:rPr>
        <w:t>52:34  please elaborate what is sunnah? dekhein, sunnah ka lafzi matlab hai tareeqa, yani rasool Allah ka tareeqa.</w:t>
      </w:r>
      <w:r>
        <w:br/>
      </w:r>
      <w:r>
        <w:rPr>
          <w:sz w:val="20"/>
        </w:rPr>
        <w:t>52:44  to koi bhi cheez jo rasool Allah sabit ho jaye, woh sunnah kahi jayegi. lekin lekin shah Allah sahib ne likha hai ke sunnah ke do qismein hain:</w:t>
      </w:r>
      <w:r>
        <w:br/>
      </w:r>
      <w:r>
        <w:rPr>
          <w:sz w:val="20"/>
        </w:rPr>
        <w:t>52:59  sunnat aadiyah, sunnat saabitah. to surmah lagana ya miswak karna, yeh sunnat arab hai.</w:t>
      </w:r>
      <w:r>
        <w:br/>
      </w:r>
      <w:r>
        <w:rPr>
          <w:sz w:val="20"/>
        </w:rPr>
        <w:t>53:10  yeh yeh isi liye rasool Allah bhi bhejey gaye thay ke surmah log lagayein, khizab lagayein log. to agar aap ne khizab lagaya ho ya aap ne</w:t>
      </w:r>
      <w:r>
        <w:br/>
      </w:r>
      <w:r>
        <w:rPr>
          <w:sz w:val="20"/>
        </w:rPr>
        <w:t>53:28  itar lagaya ho waghera jo cheezein hain, to woh sunnat hongi lekin sunnat aadiyah hongi.</w:t>
      </w:r>
      <w:r>
        <w:br/>
      </w:r>
      <w:r>
        <w:rPr>
          <w:sz w:val="20"/>
        </w:rPr>
        <w:t>53:37  yani aadatan arab ke mein chounke aap jab paida hue to arab ke aadat ke mutabiq aap yeh aisa karne lage. lekin sunnat saabitah jo hai, woh hai jo jis ke liye rasool Allah bhejey gaye aur woh is quran se maloom hogi.</w:t>
      </w:r>
      <w:r>
        <w:br/>
      </w:r>
      <w:r>
        <w:rPr>
          <w:sz w:val="20"/>
        </w:rPr>
        <w:t>53:56  to sunnat rasool Allah ki kya thi? usooli tor par is ka maqsad quran hai. misaal tor par rasool Allah Allah ta'ala ne farmaya ke: "ya ayyuhal rasool, balagh ilaik rabbuk." yeh sunnat hai, sunnat dawat.</w:t>
      </w:r>
      <w:r>
        <w:br/>
      </w:r>
      <w:r>
        <w:rPr>
          <w:sz w:val="20"/>
        </w:rPr>
        <w:t>54:13  sunnat dawat jin logon ko jin cheezon ko log sunnat kehte hain, woh aam tor par is ke liye kitaabein likhi gayi hain. shama'il, shama'il is mein bhi baatein hoti hain.</w:t>
      </w:r>
      <w:r>
        <w:br/>
      </w:r>
      <w:r>
        <w:rPr>
          <w:sz w:val="20"/>
        </w:rPr>
        <w:t>54:23  to shama'il alag cheez hai, sunnat alag cheez hai.</w:t>
      </w:r>
    </w:p>
    <w:p>
      <w:pPr>
        <w:pStyle w:val="Heading2"/>
      </w:pPr>
      <w:r>
        <w:t>Meaning of 'Do Not Curse Time'</w:t>
      </w:r>
    </w:p>
    <w:p>
      <w:r>
        <w:rPr>
          <w:color w:val="666666"/>
          <w:sz w:val="18"/>
        </w:rPr>
        <w:t>Hadith · Paradise Culture January 12, 2014 · 2m 52s · at 57:00 · https://youtu.be/Z3A6r7XjE00?t=3420</w:t>
      </w:r>
    </w:p>
    <w:p>
      <w:r>
        <w:rPr>
          <w:i/>
        </w:rPr>
        <w:t>“In a hadith it is said: 'Do not curse time.' Does this mean that we should turn negatives into positives, rather than making negative remarks?”</w:t>
      </w:r>
    </w:p>
    <w:p>
      <w:r>
        <w:rPr>
          <w:sz w:val="20"/>
        </w:rPr>
        <w:t>57:00  Maulana, agla sawal Chennai se hai, Maulana Iqbal Umri ka. unhon ne likha hai: "Maulana, hadith mein aaya hai ke zamanay ko gaali mat do.</w:t>
      </w:r>
      <w:r>
        <w:br/>
      </w:r>
      <w:r>
        <w:rPr>
          <w:sz w:val="20"/>
        </w:rPr>
        <w:t>57:14  mera sawal yeh hai ke kya is ka matlab hai ke negative ko positive mein badlo, na ke negative remark do?" is ke baray mein kuch batayein.</w:t>
      </w:r>
      <w:r>
        <w:br/>
      </w:r>
      <w:r>
        <w:rPr>
          <w:sz w:val="20"/>
        </w:rPr>
        <w:t>57:25  woh hadith hai ke "la tasubbu al-dahr</w:t>
      </w:r>
      <w:r>
        <w:br/>
      </w:r>
      <w:r>
        <w:rPr>
          <w:sz w:val="20"/>
        </w:rPr>
        <w:t>57:28  " to yeh is se kuch logon ne is mein yeh bhi hai ke "anta al-dahr". to is se kuch logon ne wahy wajood ka maslak nikal liya, woh bilkul galat hai.</w:t>
      </w:r>
      <w:r>
        <w:br/>
      </w:r>
      <w:r>
        <w:rPr>
          <w:sz w:val="20"/>
        </w:rPr>
        <w:t>57:40  sach poochhen to is zamane mein jo musalman jo chala rahe hain, politics, woh woh woh hai bura hadith se ke doosron ke khilaaf shikayaten karna, doosron ke khilaaf protest karna, logon ko zalim bata kar hangama karna, un ke khilaaf</w:t>
      </w:r>
      <w:r>
        <w:br/>
      </w:r>
      <w:r>
        <w:rPr>
          <w:sz w:val="20"/>
        </w:rPr>
        <w:t>57:59  is ki is ki is ko mana kiya gaya hai. Yani politics of opposition, sari duniya mein musalman politics of opposition chala rahe hain.</w:t>
      </w:r>
      <w:r>
        <w:br/>
      </w:r>
      <w:r>
        <w:rPr>
          <w:sz w:val="20"/>
        </w:rPr>
        <w:t>58:14  negative hangame opposition ki politics jahan bhi dekhen, chahe muslim mulk ho ya ghair muslim mulk ho, har jagah hangame hain.</w:t>
      </w:r>
      <w:r>
        <w:br/>
      </w:r>
      <w:r>
        <w:rPr>
          <w:sz w:val="20"/>
        </w:rPr>
        <w:t>58:23  to main samajhta hoon ke is se mana kiya gaya hai aur wahi is ka matlab hai ke tareekh mein positive item talash karo, waqeyat ke darmiyan positive ai</w:t>
      </w:r>
      <w:r>
        <w:br/>
      </w:r>
      <w:r>
        <w:rPr>
          <w:sz w:val="20"/>
        </w:rPr>
        <w:t>58:37  tem talash karo. Kyun ke agar negativity mein phanse rahoge to to negativity khatam hone wali nahin hai. Kyun ke aap achhi tarah samajh lena chahiye logon ko ke jo yani nakhushgawar waqeyat ho rahe hain, jis ko aap zulm kehte hain, woh insan woh kisi zalim ke navy se nahin hai.</w:t>
      </w:r>
      <w:r>
        <w:br/>
      </w:r>
      <w:r>
        <w:rPr>
          <w:sz w:val="20"/>
        </w:rPr>
        <w:t>58:58  is liye hai ke Allah ke kesh plan ke mutabiq insan ko azadi azadi di gayi. Azadi ko misuse karta hai, woh misuse kar ke woh paighambar ko qatl karta hai, woh khalifa ko qatl karta hai,</w:t>
      </w:r>
      <w:r>
        <w:br/>
      </w:r>
      <w:r>
        <w:rPr>
          <w:sz w:val="20"/>
        </w:rPr>
        <w:t>59:13  woh jangain chhedta hai. To jab tak insan ki azadi na chheen li jaye, tab tak yeh sab baqi rahega.</w:t>
      </w:r>
      <w:r>
        <w:br/>
      </w:r>
      <w:r>
        <w:rPr>
          <w:sz w:val="20"/>
        </w:rPr>
        <w:t>59:20  to chheen ki azadi chheegi sirf qayamat mein. To yeh waqt yeh west of time hai. Mere khayal se aisi aisi sahafat, aisi leadership, aisi tehrikein, yeh sab time ka west karna hai.</w:t>
      </w:r>
      <w:r>
        <w:br/>
      </w:r>
      <w:r>
        <w:rPr>
          <w:sz w:val="20"/>
        </w:rPr>
        <w:t>59:36  logon ko yahi karna chahiye ke woh jin yani is duniya mein jo jannat ka item hai, us ko talash karen, us ko talash kar ke us se positive food len apne liye.</w:t>
      </w:r>
      <w:r>
        <w:br/>
      </w:r>
      <w:r>
        <w:rPr>
          <w:sz w:val="20"/>
        </w:rPr>
        <w:t>59:48  yeh yahi karna hai har ek ko.</w:t>
      </w:r>
    </w:p>
    <w:p>
      <w:pPr>
        <w:pStyle w:val="Heading2"/>
      </w:pPr>
      <w:r>
        <w:t>Meaning of 'fajr' in hypocrisy hadith</w:t>
      </w:r>
    </w:p>
    <w:p>
      <w:r>
        <w:rPr>
          <w:color w:val="666666"/>
          <w:sz w:val="18"/>
        </w:rPr>
        <w:t>Hadith · Lessons and Experiences May 22, 2011 Maulana Wahiduddin Khan · 3m 41s · at 1:44:09 · https://youtu.be/j4Qx-MsDQWc?t=6249</w:t>
      </w:r>
    </w:p>
    <w:p>
      <w:r>
        <w:rPr>
          <w:i/>
        </w:rPr>
        <w:t>“In a hadith, four signs of hypocrisy are mentioned. One of them is 'when he disputes, he becomes abusive' (إذا خاصم فجر). What does 'fajr' mean?”</w:t>
      </w:r>
    </w:p>
    <w:p>
      <w:r>
        <w:rPr>
          <w:sz w:val="20"/>
        </w:rPr>
        <w:t>1:44:09  maulana un ka ek aur sawal hai unhon ne likha hai nifaq ki char alamat batayi gayi hain is mein se ek cheez hai khusumat ke waqt fazoor idha khasma fazra is ka matlab kya hai fajr ka mani ladna jhagadna dekhen ladna jhagadne ka mani yeh nahi ke aap hath hath paon chalane lagen yeh matlab nahi hai</w:t>
      </w:r>
      <w:r>
        <w:br/>
      </w:r>
      <w:r>
        <w:rPr>
          <w:sz w:val="20"/>
        </w:rPr>
        <w:t>1:44:38  matlab hai ke aap ek reason pesh karein woh aadmi aap par woh allegation ki zuban bolay</w:t>
      </w:r>
      <w:r>
        <w:br/>
      </w:r>
      <w:r>
        <w:rPr>
          <w:sz w:val="20"/>
        </w:rPr>
        <w:t>1:44:46  yeh hai fajar</w:t>
      </w:r>
      <w:r>
        <w:br/>
      </w:r>
      <w:r>
        <w:rPr>
          <w:sz w:val="20"/>
        </w:rPr>
        <w:t>1:44:49  yani aap logic pesh karein reason pesh karein daleel pesh karein woh aadmi kya kare koi shair parhay</w:t>
      </w:r>
      <w:r>
        <w:br/>
      </w:r>
      <w:r>
        <w:rPr>
          <w:sz w:val="20"/>
        </w:rPr>
        <w:t>1:44:57  koi joke chhoday</w:t>
      </w:r>
      <w:r>
        <w:br/>
      </w:r>
      <w:r>
        <w:rPr>
          <w:sz w:val="20"/>
        </w:rPr>
        <w:t>1:44:59  koi aap par ilzaam lagaye kahe ke aap to yahudiyon ke agent hain aap to America ke agent</w:t>
      </w:r>
      <w:r>
        <w:br/>
      </w:r>
      <w:r>
        <w:rPr>
          <w:sz w:val="20"/>
        </w:rPr>
        <w:t>1:45:04  hain is tarah ki wali bolay wahi fajar hai</w:t>
      </w:r>
      <w:r>
        <w:br/>
      </w:r>
      <w:r>
        <w:rPr>
          <w:sz w:val="20"/>
        </w:rPr>
        <w:t>1:45:09  fajr yeh mujhe to bohat tajurba hota hai is ka</w:t>
      </w:r>
      <w:r>
        <w:br/>
      </w:r>
      <w:r>
        <w:rPr>
          <w:sz w:val="20"/>
        </w:rPr>
        <w:t>1:45:17  to aise log mein ne bohat kam paaye ke jab un ke paas daleel na ho to chup ho jaayen woh daleel jab nahi hoti hai to kuch aur baatein bolne lagte hain idhar udhar ki baatein</w:t>
      </w:r>
      <w:r>
        <w:br/>
      </w:r>
      <w:r>
        <w:rPr>
          <w:sz w:val="20"/>
        </w:rPr>
        <w:t>1:45:30  taake aap ko daba len</w:t>
      </w:r>
      <w:r>
        <w:br/>
      </w:r>
      <w:r>
        <w:rPr>
          <w:sz w:val="20"/>
        </w:rPr>
        <w:t>1:45:37  yeh woh log hotay hain jin ke dil mein Allah ka darr nahi munafiq kaun hai munafiq wahi</w:t>
      </w:r>
      <w:r>
        <w:br/>
      </w:r>
      <w:r>
        <w:rPr>
          <w:sz w:val="20"/>
        </w:rPr>
        <w:t>1:45:41  jis ke andar Allah ka darr nahi</w:t>
      </w:r>
      <w:r>
        <w:br/>
      </w:r>
      <w:r>
        <w:rPr>
          <w:sz w:val="20"/>
        </w:rPr>
        <w:t>1:45:44  Allah ka darr aap ko kya karta hai modest banata hai aap ka nature submissive nature ban jata</w:t>
      </w:r>
      <w:r>
        <w:br/>
      </w:r>
      <w:r>
        <w:rPr>
          <w:sz w:val="20"/>
        </w:rPr>
        <w:t>1:45:50  hai aap surrender karne walay ho jatay hain aap reality ke agay jhuk janay walay bantay hain</w:t>
      </w:r>
      <w:r>
        <w:br/>
      </w:r>
      <w:r>
        <w:rPr>
          <w:sz w:val="20"/>
        </w:rPr>
        <w:t>1:45:58  dekhein ek sacha insan jo Allah se darne wala hai woh afford nahi kar sakta ke sachai agay</w:t>
      </w:r>
      <w:r>
        <w:br/>
      </w:r>
      <w:r>
        <w:rPr>
          <w:sz w:val="20"/>
        </w:rPr>
        <w:t>1:46:05  woh na jhuke woh</w:t>
      </w:r>
      <w:r>
        <w:br/>
      </w:r>
      <w:r>
        <w:rPr>
          <w:sz w:val="20"/>
        </w:rPr>
        <w:t>1:46:09  sachai is ke aage aagaye sachai ka matlab jo mein le raha hoon yahan par ek ek reasoned baat ek bohat hi logical baat</w:t>
      </w:r>
      <w:r>
        <w:br/>
      </w:r>
      <w:r>
        <w:rPr>
          <w:sz w:val="20"/>
        </w:rPr>
        <w:t>1:46:22  to ek aadmi jo Allah se darta ho jis ke andar sachai dil ke dil mein utri hui ho woh afford nahi kar sakta ke ek logical baat aaye ek us ke haath ek ek ek reason wali baat aaye ek daleel wali baat aaye aur woh jhuke nahi yeh matlab hai is is hadees ka ke na jhuk kar kya karega woh fazool baatein karega woh idhar udhar ki baatein kareg</w:t>
      </w:r>
      <w:r>
        <w:br/>
      </w:r>
      <w:r>
        <w:rPr>
          <w:sz w:val="20"/>
        </w:rPr>
        <w:t>1:46:51  a ilzaam lagana shuru karega yeh matlab nahi ke haath paon chalayega woh.</w:t>
      </w:r>
    </w:p>
    <w:p>
      <w:pPr>
        <w:pStyle w:val="Heading2"/>
      </w:pPr>
      <w:r>
        <w:t>Meaning of Hadith on Youth under Throne's Shade</w:t>
      </w:r>
    </w:p>
    <w:p>
      <w:r>
        <w:rPr>
          <w:color w:val="666666"/>
          <w:sz w:val="18"/>
        </w:rPr>
        <w:t>Hadith · Concept of Death in Islam August 26, 2012 · 2m 24s · at 1:23:09 · https://youtu.be/y0TJxKi0L94?t=4989</w:t>
      </w:r>
    </w:p>
    <w:p>
      <w:r>
        <w:rPr>
          <w:i/>
        </w:rPr>
        <w:t>“In a hadith it is said that a young person who spent his life in Allah's worship will get a place under the Throne's shade on the Day of Judgment. What is the meaning of this hadith, especially of spending one's life in Allah's worship?”</w:t>
      </w:r>
    </w:p>
    <w:p>
      <w:r>
        <w:rPr>
          <w:sz w:val="20"/>
        </w:rPr>
        <w:t>1:23:09  maulana, agla sawal delhi se hai, maulana zikwan nadvi sahab ka.</w:t>
      </w:r>
      <w:r>
        <w:br/>
      </w:r>
      <w:r>
        <w:rPr>
          <w:sz w:val="20"/>
        </w:rPr>
        <w:t>1:23:14  unhon ne likha hai: hadith mein aaya hai ke woh naujawan jis ne Allah ki ibadat mein apni zindagi basar ki, us ko qayamat ke din arsh ke saaye mein jagah milegi.</w:t>
      </w:r>
      <w:r>
        <w:br/>
      </w:r>
      <w:r>
        <w:rPr>
          <w:sz w:val="20"/>
        </w:rPr>
        <w:t>1:23:27  is hadith ka matlab kya hai? khaas taur par Allah ki ibadat mein zindagi basar karne ka matlab kya hai, us ke bare mein bataein.</w:t>
      </w:r>
      <w:r>
        <w:br/>
      </w:r>
      <w:r>
        <w:rPr>
          <w:sz w:val="20"/>
        </w:rPr>
        <w:t>1:23:38  us ke alfaaz hain ke is mein ek shabb nasha fi ibadat Allah</w:t>
      </w:r>
      <w:r>
        <w:br/>
      </w:r>
      <w:r>
        <w:rPr>
          <w:sz w:val="20"/>
        </w:rPr>
        <w:t>1:23:45  asal mein dekhein, yeh koi mysterious baat nahi hai. hamari zindagi ka jo life span hai, us mein shuru mein bachpan hai, baad ko barhapa hai, beech mein youth age hai.</w:t>
      </w:r>
      <w:r>
        <w:br/>
      </w:r>
      <w:r>
        <w:rPr>
          <w:sz w:val="20"/>
        </w:rPr>
        <w:t>1:24:00  hamara sab se bara asset woh youth age hota hai. bachpan mein koi bara kaam aap nahi kar sakte, barhapa mein to immature hote hain aap.</w:t>
      </w:r>
      <w:r>
        <w:br/>
      </w:r>
      <w:r>
        <w:rPr>
          <w:sz w:val="20"/>
        </w:rPr>
        <w:t>1:24:12  jawani mein poori maturity par hote hain aap, ab barhapa mein degeneration ho chuka hota hai. to yeh jo behtareen umar hai aap ki, jo best part of your age hai,</w:t>
      </w:r>
      <w:r>
        <w:br/>
      </w:r>
      <w:r>
        <w:rPr>
          <w:sz w:val="20"/>
        </w:rPr>
        <w:t>1:24:26  aap ki zindagi ke jo saal hain, un ka jo sab se achhe saal hain, us mein agar aap ne Allah ka kaam kiya to zahir hai ke Allah ka bohat bara darja milega aap ko.</w:t>
      </w:r>
      <w:r>
        <w:br/>
      </w:r>
      <w:r>
        <w:rPr>
          <w:sz w:val="20"/>
        </w:rPr>
        <w:t>1:24:42  yeh yahi matlab hai is ka. to jo best part hamari life ka hai, us ko hamein batana chahiye Allah ke kaam mein, Allah ki marzi par chalne mein, taake tab ziyada se ziyada reward wahan mile hamein.</w:t>
      </w:r>
      <w:r>
        <w:br/>
      </w:r>
      <w:r>
        <w:rPr>
          <w:sz w:val="20"/>
        </w:rPr>
        <w:t>1:25:00  kyun ke na to bachpan mein aap koi bara kaam kar sakte, na barhapa mein kar sakte. wahi to hai asal kaam karne ka zamana, bara kaam karne ka zamana.</w:t>
      </w:r>
      <w:r>
        <w:br/>
      </w:r>
      <w:r>
        <w:rPr>
          <w:sz w:val="20"/>
        </w:rPr>
        <w:t>1:25:11  is hadith ka matlab hai ke yeh jo Allah ne tum ko diya hai, zamana jawani wala, us mein ziyada se ziyada us ko istemal karo Allah ke Allah ke kaam mein, taake wahan ziyada se ziyada reward pao.</w:t>
      </w:r>
    </w:p>
    <w:p>
      <w:pPr>
        <w:pStyle w:val="Heading2"/>
      </w:pPr>
      <w:r>
        <w:t>Meaning of Hukm and Salah in hadith</w:t>
      </w:r>
    </w:p>
    <w:p>
      <w:r>
        <w:rPr>
          <w:color w:val="666666"/>
          <w:sz w:val="18"/>
        </w:rPr>
        <w:t>Hadith · Islam and Politics November 17, 2013 · 3m 00s · at 45:15 · https://youtu.be/LgKA8wg4NPc?t=2715</w:t>
      </w:r>
    </w:p>
    <w:p>
      <w:r>
        <w:rPr>
          <w:i/>
        </w:rPr>
        <w:t>“In a narration in Musnad Ahmad, it is mentioned that the first link of Islam to break will be 'Hukm' and 'Salah'. What is the meaning of 'Hukm' and 'Salah' in this context?”</w:t>
      </w:r>
    </w:p>
    <w:p>
      <w:r>
        <w:rPr>
          <w:sz w:val="20"/>
        </w:rPr>
        <w:t>45:15  maulana ye sawal dilli se hai maulana zikwan nadvi ka unhon ne likha hai musnad ahmad ki ek riwayat mein bataya gaya hai ke sab se pehle islam ki jo kadi toote gi wo hai hukm aur salat is riwayat mein hukm aur salat ka matlab kya hai is ke bare mein batayen</w:t>
      </w:r>
      <w:r>
        <w:br/>
      </w:r>
      <w:r>
        <w:rPr>
          <w:sz w:val="20"/>
        </w:rPr>
        <w:t>45:39  dekhen hukm ka matlab to hota hai political power salat ka matlab hai namaz to lekin ye lafz jo dono lafz jo hain wo apne spirit ke aitbar se istemal hue hain literal mani mein nahi istemal hue hain ye</w:t>
      </w:r>
      <w:r>
        <w:br/>
      </w:r>
      <w:r>
        <w:rPr>
          <w:sz w:val="20"/>
        </w:rPr>
        <w:t>46:02  ani kyunke ap dekhen kisi bhi ummat mein kabhi aisa nahi hua hai ke koi ka nizam hi na rahe ka namaz roza na rahe ye to har ummat mein rehta hai musalmanon bhi baki dhanche ke aitbar se to ek hai siyasat power ka dhanche ek hai namaz ka dhanche</w:t>
      </w:r>
      <w:r>
        <w:br/>
      </w:r>
      <w:r>
        <w:rPr>
          <w:sz w:val="20"/>
        </w:rPr>
        <w:t>46:30  to is hadith mein ye nahi kaha gaya hai ke siyasat dhanche hi khatam ho jaye ga ya namaz ka dhanche khatam ho jaye ga aisa nahi kaha gaya hai balke spirit ke aitbar se khatam ho jaye ga yani hukumat spirit ke aitbar se kya hai wo hai adl</w:t>
      </w:r>
      <w:r>
        <w:br/>
      </w:r>
      <w:r>
        <w:rPr>
          <w:sz w:val="20"/>
        </w:rPr>
        <w:t>46:51  adl par qaim ho to wo wo sachi spirit par qaim hoga aur namaz ka jo spirit hai wo hai khushu to khud quran khud hadith hi sabit hai ke namaz nahi khatam ho jaye gi dhanche baki rahe ga rooh khatam ho jaye</w:t>
      </w:r>
      <w:r>
        <w:br/>
      </w:r>
      <w:r>
        <w:rPr>
          <w:sz w:val="20"/>
        </w:rPr>
        <w:t>47:10  gi mislan dekhen ek hadith hai ke bad ke zamaney mein ye wahi zamana hai jis mein jis ke bare mein is hadith mein is ka ishara kiya gaya hai is zamaney mein kya hoga masajid mamra wahe kharab min al huda un ki masjidain bhari hui hongi lekin wo hidayat se khali hongi</w:t>
      </w:r>
      <w:r>
        <w:br/>
      </w:r>
      <w:r>
        <w:rPr>
          <w:sz w:val="20"/>
        </w:rPr>
        <w:t>47:39  to</w:t>
      </w:r>
      <w:r>
        <w:br/>
      </w:r>
      <w:r>
        <w:rPr>
          <w:sz w:val="20"/>
        </w:rPr>
        <w:t>47:40  is ka matlab kya hua ke in ka bazahir ek political structure bhi hoga in ke haan hukumat bhi in ke haan hogi lekin adl ke spirit se khali hogi aise bazahir ke masjidon mein khoob namazi bhare hue honge lekin wahan bhi khushu ki spirit maujood nahi hogi ye matlab hai is ka to khulasa ye hai ke is ka matlab ye hai ke islam bait bar form to baki rahe ga lekin bait bar spirit wo khatam ho jaye ga</w:t>
      </w:r>
      <w:r>
        <w:br/>
      </w:r>
      <w:r>
        <w:rPr>
          <w:sz w:val="20"/>
        </w:rPr>
        <w:t>48:09  ek ke baad ek</w:t>
      </w:r>
    </w:p>
    <w:p>
      <w:pPr>
        <w:pStyle w:val="Heading2"/>
      </w:pPr>
      <w:r>
        <w:t>Meaning of hadith about poor people building big houses</w:t>
      </w:r>
    </w:p>
    <w:p>
      <w:r>
        <w:rPr>
          <w:color w:val="666666"/>
          <w:sz w:val="18"/>
        </w:rPr>
        <w:t>Hadith · Age Of Consumerism I January 6, 2013 Maulana Wahiduddin Khan · 2m 27s · at 1:01:40 · https://youtu.be/CuRYFl7JuEM?t=3700</w:t>
      </w:r>
    </w:p>
    <w:p>
      <w:r>
        <w:rPr>
          <w:i/>
        </w:rPr>
        <w:t>“A hadith says that poor people will start building big houses. What does this mean?”</w:t>
      </w:r>
    </w:p>
    <w:p>
      <w:r>
        <w:rPr>
          <w:sz w:val="20"/>
        </w:rPr>
        <w:t>1:01:40  maulana, agla sawal dilli se hai, shah imran hasan sahib ka. unhon nay aap se poocha hai: "hadith mein aya hai ke kam paisay walay baray baray makan bananay lagen gay, is ka kya matlab hai?" hadith mein lafz hai ke "tural urat al huft taawun fi al bunyan"</w:t>
      </w:r>
      <w:r>
        <w:br/>
      </w:r>
      <w:r>
        <w:rPr>
          <w:sz w:val="20"/>
        </w:rPr>
        <w:t>1:02:06  keh aik zamanay aye ga ke jab</w:t>
      </w:r>
      <w:r>
        <w:br/>
      </w:r>
      <w:r>
        <w:rPr>
          <w:sz w:val="20"/>
        </w:rPr>
        <w:t>1:02:12  yani urat o huffaat kehte hain nangay aur yani nangay badan aur nangay paon, bila joote aur bila kapray walay.</w:t>
      </w:r>
      <w:r>
        <w:br/>
      </w:r>
      <w:r>
        <w:rPr>
          <w:sz w:val="20"/>
        </w:rPr>
        <w:t>1:02:21  matlab yeh hai ke ghareeb log baray baray makan banayengay. Yani ghareeb log</w:t>
      </w:r>
      <w:r>
        <w:br/>
      </w:r>
      <w:r>
        <w:rPr>
          <w:sz w:val="20"/>
        </w:rPr>
        <w:t>1:02:28  pehlay zamanay mein dekhiye, kamanay ka koi zariya nahi hua karta tha. Yeh yeh peshangoi hai ke agriculture ka dour khatam hoga, industry ka dour aayega.</w:t>
      </w:r>
      <w:r>
        <w:br/>
      </w:r>
      <w:r>
        <w:rPr>
          <w:sz w:val="20"/>
        </w:rPr>
        <w:t>1:02:46  mojudah zamanay ki jo industry hai, woh kya hai? Woh</w:t>
      </w:r>
      <w:r>
        <w:br/>
      </w:r>
      <w:r>
        <w:rPr>
          <w:sz w:val="20"/>
        </w:rPr>
        <w:t>1:02:50  decentralization of economy hai. Yeh pehlay land based economy hua karti thi, jis ke paas zameen hai, usi ke paas paisa hai, baqi log ghareeb hain.</w:t>
      </w:r>
      <w:r>
        <w:br/>
      </w:r>
      <w:r>
        <w:rPr>
          <w:sz w:val="20"/>
        </w:rPr>
        <w:t>1:03:01  ab jo hai, industry ne kya kiya ke har aadmi kuch na kuch kama sakta hai, har aadmi kuch na kuch. Yeh dekhen, million billion item naye barh gaye, pehlay koi item nahi tha.</w:t>
      </w:r>
      <w:r>
        <w:br/>
      </w:r>
      <w:r>
        <w:rPr>
          <w:sz w:val="20"/>
        </w:rPr>
        <w:t>1:03:10  pehlay zamanay mein</w:t>
      </w:r>
      <w:r>
        <w:br/>
      </w:r>
      <w:r>
        <w:rPr>
          <w:sz w:val="20"/>
        </w:rPr>
        <w:t>1:03:16  koi item nahi hua karta tha. Pehlay zamanay mein to yeh yeh industrial growth ka is mein prediction hai ke aik zamanay aayega ke jab industrial growth hoga, nai nai kamai ki sooraten banengi, aur</w:t>
      </w:r>
      <w:r>
        <w:br/>
      </w:r>
      <w:r>
        <w:rPr>
          <w:sz w:val="20"/>
        </w:rPr>
        <w:t>1:03:33  woh log jo mojudah zamanay mein, is zamanay mein, un ke paas koi source nahi hai, to woh wohi source pa lenge.</w:t>
      </w:r>
      <w:r>
        <w:br/>
      </w:r>
      <w:r>
        <w:rPr>
          <w:sz w:val="20"/>
        </w:rPr>
        <w:t>1:03:46  har aadmi kamayega, har aadmi kamayega. Jin ke baap dada</w:t>
      </w:r>
      <w:r>
        <w:br/>
      </w:r>
      <w:r>
        <w:rPr>
          <w:sz w:val="20"/>
        </w:rPr>
        <w:t>1:03:50  nangay bhookay rehtay thay, woh baray baray ghar banayenge. Woh yeh peshangoi hai baad ke zamanay ke baray mein, aur jo aaj waqea ban chuki hai, us zamanay mein yeh cheez waqea ban chuki hai.</w:t>
      </w:r>
    </w:p>
    <w:p>
      <w:pPr>
        <w:pStyle w:val="Heading2"/>
      </w:pPr>
      <w:r>
        <w:t>Meaning of hadith on poor building big houses</w:t>
      </w:r>
    </w:p>
    <w:p>
      <w:r>
        <w:rPr>
          <w:color w:val="666666"/>
          <w:sz w:val="18"/>
        </w:rPr>
        <w:t>Hadith · Age of Consumerism January 6, 2013 · 2m 27s · at 1:00:46 · https://youtu.be/zJRZ1OKUhgA?t=3646</w:t>
      </w:r>
    </w:p>
    <w:p>
      <w:r>
        <w:rPr>
          <w:i/>
        </w:rPr>
        <w:t>“In a hadith it is mentioned that poor people will start building big houses. What does this mean?”</w:t>
      </w:r>
    </w:p>
    <w:p>
      <w:r>
        <w:rPr>
          <w:sz w:val="20"/>
        </w:rPr>
        <w:t>1:00:46  maulana, agla sawal Delhi se hai, Shah Imran Hasan sahib ka. unhon ne aap se poocha hai: "hadith mein aaya hai ke kam paisay walay baray baray makan bananay lagen gay, is ka kya matlab hai?" hadith mein yeh lafz hai ke "ترل اورات الحفات تعول فی البنیان"</w:t>
      </w:r>
      <w:r>
        <w:br/>
      </w:r>
      <w:r>
        <w:rPr>
          <w:sz w:val="20"/>
        </w:rPr>
        <w:t>1:01:12  ke aik zamanay aye ga ke jab</w:t>
      </w:r>
      <w:r>
        <w:br/>
      </w:r>
      <w:r>
        <w:rPr>
          <w:sz w:val="20"/>
        </w:rPr>
        <w:t>1:01:18  yani aurat o huffaat kehtay hain nangay aur yani nangay badan aur nangay paon, bla joote aur bla kapray walay.</w:t>
      </w:r>
      <w:r>
        <w:br/>
      </w:r>
      <w:r>
        <w:rPr>
          <w:sz w:val="20"/>
        </w:rPr>
        <w:t>1:01:27  matlab yeh hai ke ghareeb log baray baray makan banayen gay. yani ghareeb log puray zamanay mein dekhiye, kamanay ka koi zariya nahin hua karta tha.</w:t>
      </w:r>
      <w:r>
        <w:br/>
      </w:r>
      <w:r>
        <w:rPr>
          <w:sz w:val="20"/>
        </w:rPr>
        <w:t>1:01:42  yeh yeh peshangoi hai ke agriculture ka daur khatam hoga, industry ka daur aye ga. maujooda zamanay ki jo industry hai, woh kya hai?</w:t>
      </w:r>
      <w:r>
        <w:br/>
      </w:r>
      <w:r>
        <w:rPr>
          <w:sz w:val="20"/>
        </w:rPr>
        <w:t>1:01:55  woh decentralization of economy hai. yani pehlay land based economy hua karti thi, jis ke pas zameen hai, usi ke pas paisa hai, baqi log ghareeb hain.</w:t>
      </w:r>
      <w:r>
        <w:br/>
      </w:r>
      <w:r>
        <w:rPr>
          <w:sz w:val="20"/>
        </w:rPr>
        <w:t>1:02:07  ab jo hai, industry ne kya kiya ke har aadmi kuch na kuch kama sakta hai,</w:t>
      </w:r>
      <w:r>
        <w:br/>
      </w:r>
      <w:r>
        <w:rPr>
          <w:sz w:val="20"/>
        </w:rPr>
        <w:t>1:02:12  har aadmi kuch na kuch. yeh dekhen, million billion item naye barh gaye, puray koi item nahin tha. pehlay zamanay mein</w:t>
      </w:r>
      <w:r>
        <w:br/>
      </w:r>
      <w:r>
        <w:rPr>
          <w:sz w:val="20"/>
        </w:rPr>
        <w:t>1:02:22  koi item nahin hua karta tha. pehlay zamanay mein to</w:t>
      </w:r>
      <w:r>
        <w:br/>
      </w:r>
      <w:r>
        <w:rPr>
          <w:sz w:val="20"/>
        </w:rPr>
        <w:t>1:02:26  yeh yeh industrial growth ka is mein prediction hai ke aik zamanay aye ga ke jab industrial growth hoga, nayi nayi kamai ki sooraten banen gi, aur woh log jo maujooda zamanay mein, is zamanay mein, un ke pas koi source nahin hai,</w:t>
      </w:r>
      <w:r>
        <w:br/>
      </w:r>
      <w:r>
        <w:rPr>
          <w:sz w:val="20"/>
        </w:rPr>
        <w:t>1:02:48  to woh wohi source pa len gay. har aadmi kamaye ga, har aadmi kamaye ga.</w:t>
      </w:r>
      <w:r>
        <w:br/>
      </w:r>
      <w:r>
        <w:rPr>
          <w:sz w:val="20"/>
        </w:rPr>
        <w:t>1:02:54  jin ke baap dada nangay bhookay rehtay thay, woh baray baray ghar banayen gay. woh yeh peshangoi hai baad ke zamanay ke baray mein, aur jo aaj waqia ban chuki hai, is zamanay mein yeh cheez waqia ban chuki hai.</w:t>
      </w:r>
    </w:p>
    <w:p>
      <w:pPr>
        <w:pStyle w:val="Heading2"/>
      </w:pPr>
      <w:r>
        <w:t>Meaning of hadith on poor building large houses</w:t>
      </w:r>
    </w:p>
    <w:p>
      <w:r>
        <w:rPr>
          <w:color w:val="666666"/>
          <w:sz w:val="18"/>
        </w:rPr>
        <w:t>Hadith · Question &amp; Answer Jan 6th 2013 - Maulana Wahiduddin Kahn · 2m 27s · at 2:06 · https://youtu.be/1FAK1QuHEpw?t=126</w:t>
      </w:r>
    </w:p>
    <w:p>
      <w:r>
        <w:rPr>
          <w:i/>
        </w:rPr>
        <w:t>“What is the meaning of the hadith that poor people will build large houses? The hadith words are: 'تَرَى الأَرَامِلَ الْحُفَاةَ يَتَعَاوَلُونَ فِي الْبُنْيَانِ'.”</w:t>
      </w:r>
    </w:p>
    <w:p>
      <w:r>
        <w:rPr>
          <w:sz w:val="20"/>
        </w:rPr>
        <w:t>2:06  maulana, agla sawal dilli se hai, shah imran hasan sahib ka. unhon ne aap se poocha hai: hadith mein aya hai ke kam paise walay baray baray makan bananay lagen ge.</w:t>
      </w:r>
      <w:r>
        <w:br/>
      </w:r>
      <w:r>
        <w:rPr>
          <w:sz w:val="20"/>
        </w:rPr>
        <w:t>2:18  is ka kya matlab hai?</w:t>
      </w:r>
      <w:r>
        <w:br/>
      </w:r>
      <w:r>
        <w:rPr>
          <w:sz w:val="20"/>
        </w:rPr>
        <w:t>2:21  hadees mein yeh lafz hai ke: "ترل اورات الحفات یتعولون فی البنیان"۔</w:t>
      </w:r>
      <w:r>
        <w:br/>
      </w:r>
      <w:r>
        <w:rPr>
          <w:sz w:val="20"/>
        </w:rPr>
        <w:t>2:33  ke ek zamana aaye ga ke jab,</w:t>
      </w:r>
      <w:r>
        <w:br/>
      </w:r>
      <w:r>
        <w:rPr>
          <w:sz w:val="20"/>
        </w:rPr>
        <w:t>2:38  yani, اورات الحفات kehte hain nangay aur, yani, nangay badan aur nangay paon, bila joote aur bila kapray walay.</w:t>
      </w:r>
      <w:r>
        <w:br/>
      </w:r>
      <w:r>
        <w:rPr>
          <w:sz w:val="20"/>
        </w:rPr>
        <w:t>2:47  matlab yeh hai ke ghareeb log baray baray makan banayen gay. Yani ghareeb log, pehlay zamanay mein dekhiye, kamanay ka koi zariya nahi hua karta tha.</w:t>
      </w:r>
      <w:r>
        <w:br/>
      </w:r>
      <w:r>
        <w:rPr>
          <w:sz w:val="20"/>
        </w:rPr>
        <w:t>3:02  yeh yeh peshangoi hai ke agriculture ka daur khatam hoga, industry ka daur aaye ga. Mojooda zamanay ki jo industry hai woh kya hai?</w:t>
      </w:r>
      <w:r>
        <w:br/>
      </w:r>
      <w:r>
        <w:rPr>
          <w:sz w:val="20"/>
        </w:rPr>
        <w:t>3:15  woh decentralization of economy hai. Yani pehlay land based economy hua karti thi. Jis ke paas zameen hai usi ke paas paisa hai, baqi log ghareeb hain.</w:t>
      </w:r>
      <w:r>
        <w:br/>
      </w:r>
      <w:r>
        <w:rPr>
          <w:sz w:val="20"/>
        </w:rPr>
        <w:t>3:27  ab jo hai industry ne kya kiya ke har aadmi kuch na kuch kama sakta hai. Har aadmi kuch na kuch. Yeh dekhiye, million billion item naye barh gaye pehlay koi item nahi tha pehlay zamanay mein.</w:t>
      </w:r>
      <w:r>
        <w:br/>
      </w:r>
      <w:r>
        <w:rPr>
          <w:sz w:val="20"/>
        </w:rPr>
        <w:t>3:42  koi item nahi hua karta tha pehlay zamanay mein. To yeh yeh industrial growth ka is mein prediction hai ke ek zamana aaye ga ke jab industrial growth hoga, nayi nayi kamai ki sooraten banen gi aur woh log jo moojooda zamanay mein, is zamanay mein,</w:t>
      </w:r>
      <w:r>
        <w:br/>
      </w:r>
      <w:r>
        <w:rPr>
          <w:sz w:val="20"/>
        </w:rPr>
        <w:t>4:05  un ke paas koi source nahi hai to woh wohi source pa len gay. Har aadmi kamaye ga, har aadmi kamaye ga.</w:t>
      </w:r>
      <w:r>
        <w:br/>
      </w:r>
      <w:r>
        <w:rPr>
          <w:sz w:val="20"/>
        </w:rPr>
        <w:t>4:15  jin ke baap dada nangay bhookay rehtay thay woh baray baray ghar banayen gay. Yeh peshangoi hai baad ke zamanay ke baray mein.</w:t>
      </w:r>
      <w:r>
        <w:br/>
      </w:r>
      <w:r>
        <w:rPr>
          <w:sz w:val="20"/>
        </w:rPr>
        <w:t>4:25  aur jo aaj waqea ban chuki hai. Is zamanay mein yeh cheez waqea ban chuki hai.</w:t>
      </w:r>
    </w:p>
    <w:p>
      <w:pPr>
        <w:pStyle w:val="Heading2"/>
      </w:pPr>
      <w:r>
        <w:t>Meaning of hadith on ummah not uniting on error</w:t>
      </w:r>
    </w:p>
    <w:p>
      <w:r>
        <w:rPr>
          <w:color w:val="666666"/>
          <w:sz w:val="18"/>
        </w:rPr>
        <w:t>Hadith · Islamic Pacifism Q&amp;A 8 May 2011 · 2m 59s · at 10:43 · https://youtu.be/5ZersGDNVcw?t=643</w:t>
      </w:r>
    </w:p>
    <w:p>
      <w:r>
        <w:rPr>
          <w:i/>
        </w:rPr>
        <w:t>“In a hadith it says that my ummah will not unite upon error. What does it mean? Explain.”</w:t>
      </w:r>
    </w:p>
    <w:p>
      <w:r>
        <w:rPr>
          <w:sz w:val="20"/>
        </w:rPr>
        <w:t>10:43  Maulana Fayyaz Umri ne Gulbarga se sawal kiya hai. Unhone likha hai: "Maulana, Hadees mein aata hai ke meri ummat gumrahi par jama nahi ho sakti.</w:t>
      </w:r>
      <w:r>
        <w:br/>
      </w:r>
      <w:r>
        <w:rPr>
          <w:sz w:val="20"/>
        </w:rPr>
        <w:t>10:55  is ka kya matlab hai? Is ke baray mein batayein."</w:t>
      </w:r>
      <w:r>
        <w:br/>
      </w:r>
      <w:r>
        <w:rPr>
          <w:sz w:val="20"/>
        </w:rPr>
        <w:t>10:58  haan, dekhein, aik Hadees hai ke "la tasubbu ummati al-dhar". Is se ulta matlab nikalte hain log. Is ka matlab yeh nikalte hain bilkul galat taur par ke majority jidhar hogi udhar haq hoga.</w:t>
      </w:r>
      <w:r>
        <w:br/>
      </w:r>
      <w:r>
        <w:rPr>
          <w:sz w:val="20"/>
        </w:rPr>
        <w:t>11:13  yeh Hadees mein hai hi nahi.</w:t>
      </w:r>
      <w:r>
        <w:br/>
      </w:r>
      <w:r>
        <w:rPr>
          <w:sz w:val="20"/>
        </w:rPr>
        <w:t>11:16  yeh Hadees mein hai nahi ke jidhar majority udhar haq hoga. Is ka matlab sirf yeh hai ke aisa zamana kabhi nahi aayega ke ummat ke saare afraad hi gumrah ho jayein aur koi aik bhi aadmi sachai par na rahe.</w:t>
      </w:r>
      <w:r>
        <w:br/>
      </w:r>
      <w:r>
        <w:rPr>
          <w:sz w:val="20"/>
        </w:rPr>
        <w:t>11:28  yeh matlab hai is ka. Is mein istithna ka zikr hai. Umoom ka zikr nahi hai.</w:t>
      </w:r>
      <w:r>
        <w:br/>
      </w:r>
      <w:r>
        <w:rPr>
          <w:sz w:val="20"/>
        </w:rPr>
        <w:t>11:38  "la tasubbu ummati al-dhar". Meri ummat mujtama nahi hogi dalalat par. Mujtama nahi hogi. Yani saare ke saare bhatak jayein, yeh nahi hoga kabhi bhi.</w:t>
      </w:r>
      <w:r>
        <w:br/>
      </w:r>
      <w:r>
        <w:rPr>
          <w:sz w:val="20"/>
        </w:rPr>
        <w:t>11:49  bohat hi ajeeb o ghareeb baat hai ke jo jo bhi Arabi janta ho, achhi woh woh</w:t>
      </w:r>
      <w:r>
        <w:br/>
      </w:r>
      <w:r>
        <w:rPr>
          <w:sz w:val="20"/>
        </w:rPr>
        <w:t>11:56  woh is ko kabhi tasleem nahi karega ke is ka matlab yeh hai. Kabhi is ka matlab yeh nahi manega woh. Yani Arabi ya yeh Arabi zaban jab janta hoga, woh is ko bilkul galat batayega is ko.</w:t>
      </w:r>
      <w:r>
        <w:br/>
      </w:r>
      <w:r>
        <w:rPr>
          <w:sz w:val="20"/>
        </w:rPr>
        <w:t>12:13  is Hadees ka matlab sirf yeh hai ke meri ummat ke saare log, aisa kabhi nahi hoga ke sab ke sab bhatak jayein.</w:t>
      </w:r>
      <w:r>
        <w:br/>
      </w:r>
      <w:r>
        <w:rPr>
          <w:sz w:val="20"/>
        </w:rPr>
        <w:t>12:24  hamesha kuch na kuch baqi rahenge.</w:t>
      </w:r>
      <w:r>
        <w:br/>
      </w:r>
      <w:r>
        <w:rPr>
          <w:sz w:val="20"/>
        </w:rPr>
        <w:t>12:30  jo sachai par honge aur jo doosron ko sachai batate rahenge. doosri hadishen bhi is ki tasdeeq karti hain. doosri hadishen is ki tasdeeq karti hain.</w:t>
      </w:r>
      <w:r>
        <w:br/>
      </w:r>
      <w:r>
        <w:rPr>
          <w:sz w:val="20"/>
        </w:rPr>
        <w:t>12:41  to bohat ajeeb o ghareeb hain woh log jo is se yeh matlab nikalte hain. yani majority jo hai sachai ki</w:t>
      </w:r>
      <w:r>
        <w:br/>
      </w:r>
      <w:r>
        <w:rPr>
          <w:sz w:val="20"/>
        </w:rPr>
        <w:t>12:49  kamyab hai. yeh to democracy ka nazariya hai. democracy ka. islam ka nazariya nahi hai. yani kaisi ajeeb baat hai yeh woh log hain jo iqbal ko puchte hain jinhon ne kaha tha ke jamhooriyat ek tarz-e-siyasat hai ke jis mein bando ko gunah karte hain, tola nahi karte.</w:t>
      </w:r>
      <w:r>
        <w:br/>
      </w:r>
      <w:r>
        <w:rPr>
          <w:sz w:val="20"/>
        </w:rPr>
        <w:t>13:08  wohi log yeh yeh matlab nikal rahe hain is se. behrhaal is hadis ka hargiz hargiz yeh matlab nahi hai ke majority jo hai, aksariyat jo hai, woh miyar hai haq ka.</w:t>
      </w:r>
      <w:r>
        <w:br/>
      </w:r>
      <w:r>
        <w:rPr>
          <w:sz w:val="20"/>
        </w:rPr>
        <w:t>13:19  hargiz nahi. is ka matlab sirf yeh hai ke chounke quran maujood hai, chounke quran mehfooz hai, chounke sunnat sunnat-e-rasool mehfooz hai,</w:t>
      </w:r>
      <w:r>
        <w:br/>
      </w:r>
      <w:r>
        <w:rPr>
          <w:sz w:val="20"/>
        </w:rPr>
        <w:t>13:29  is bina par aisa mumkin nahi hai ke sab log ek taraf se bhatak jayen. kuch na kuch ahle ilm, kuch na kuch Allah ke bande jo hain, quran o hadis se sachai daryaft karenge aur woh qaim rahenge sachai par.</w:t>
      </w:r>
      <w:r>
        <w:br/>
      </w:r>
      <w:r>
        <w:rPr>
          <w:sz w:val="20"/>
        </w:rPr>
        <w:t>13:42  yeh matlab hai is</w:t>
      </w:r>
    </w:p>
    <w:p>
      <w:pPr>
        <w:pStyle w:val="Heading2"/>
      </w:pPr>
      <w:r>
        <w:t>Meaning of hadith on unqualified leaders and Judgment Day</w:t>
      </w:r>
    </w:p>
    <w:p>
      <w:r>
        <w:rPr>
          <w:color w:val="666666"/>
          <w:sz w:val="18"/>
        </w:rPr>
        <w:t>Hadith · Sahaba and Muhaddithin 24th June 2012 - Maulana Wahiduddin Khan · 3m 02s · at 1:18:28 · https://youtu.be/tUPo7MI0Bdo?t=4708</w:t>
      </w:r>
    </w:p>
    <w:p>
      <w:r>
        <w:rPr>
          <w:i/>
        </w:rPr>
        <w:t>“Maulana, while mentioning an incident you referred to a hadith: 'When unqualified people are appointed to positions, then wait for the Hour.' What is said in this hadith? I have not fully understood it. The words of the hadith are: 'Idha ussida al-amru ila ghairi ahlihi fa intaziri al-sa'ah.' When matters are placed in the hands of unqualified people...”</w:t>
      </w:r>
    </w:p>
    <w:p>
      <w:r>
        <w:rPr>
          <w:sz w:val="20"/>
        </w:rPr>
        <w:t>1:18:28  Maulana, agla sawal Delhi se hai, Nafees sahib ne likha hai. unhon ne poocha hai ke kisi waqea ka zikr karte hue aap ne ek hadith ka hawala diya tha, jo is tareeqay, is tareeqay, is tareeqay, is tarah thi: "jab nahaal log ohde daar banaye jaane lagein toh qayamat ka intezar karo." is hadith mein kya baat kahi gayi hai?</w:t>
      </w:r>
      <w:r>
        <w:br/>
      </w:r>
      <w:r>
        <w:rPr>
          <w:sz w:val="20"/>
        </w:rPr>
        <w:t>1:18:55  main ise poori tareeqay se samajh nahi paaya hoon. is hadith ke alfaaz hain: "إذا أسست الأمر إلى غير أهله فادض الساعة" ۔</w:t>
      </w:r>
      <w:r>
        <w:br/>
      </w:r>
      <w:r>
        <w:rPr>
          <w:sz w:val="20"/>
        </w:rPr>
        <w:t>1:19:10  jab mamlaat jo hain, nahaalon ke haath mein</w:t>
      </w:r>
      <w:r>
        <w:br/>
      </w:r>
      <w:r>
        <w:rPr>
          <w:sz w:val="20"/>
        </w:rPr>
        <w:t>1:19:17  jane lagein toh intezar karo qayamat ka. toh main samajhta hoon ke yeh jo hadith thi, is ki paishangoee, yeh duaen poori ho chuki hain.</w:t>
      </w:r>
      <w:r>
        <w:br/>
      </w:r>
      <w:r>
        <w:rPr>
          <w:sz w:val="20"/>
        </w:rPr>
        <w:t>1:19:32  aaj jis jagah dekhen, nahaal log baithe hue hain,</w:t>
      </w:r>
      <w:r>
        <w:br/>
      </w:r>
      <w:r>
        <w:rPr>
          <w:sz w:val="20"/>
        </w:rPr>
        <w:t>1:19:36  har seat par ek nahaal aadmi baitha hua hai.</w:t>
      </w:r>
      <w:r>
        <w:br/>
      </w:r>
      <w:r>
        <w:rPr>
          <w:sz w:val="20"/>
        </w:rPr>
        <w:t>1:19:43  is ka sabab kya hai? kyun aisa hua ke nahaal log baith gaye, woh ja ja kar ke? toh is ko aap dhoondiye. lekin yeh toh waqea hai ke is zamane mein jitni seat hai, sab par nahaal log baithe hue hain.</w:t>
      </w:r>
      <w:r>
        <w:br/>
      </w:r>
      <w:r>
        <w:rPr>
          <w:sz w:val="20"/>
        </w:rPr>
        <w:t>1:19:58  jahan tak main jaanta hoon, woh yeh hai ke nahaal log baatein khoob bolte hain, nahaal aadmi munafiq, munafiqat khoob dikhata hai, khoob achhi achhi baatein karega.</w:t>
      </w:r>
      <w:r>
        <w:br/>
      </w:r>
      <w:r>
        <w:rPr>
          <w:sz w:val="20"/>
        </w:rPr>
        <w:t>1:20:13  toh log samjhen ke yeh bohat mozu hai is ohde ke liye. aur jo aadmi sachcha hoga, Allah se darta hoga, badh badh kar baatein nahi bolega.</w:t>
      </w:r>
      <w:r>
        <w:br/>
      </w:r>
      <w:r>
        <w:rPr>
          <w:sz w:val="20"/>
        </w:rPr>
        <w:t>1:20:25  woh language, woh language of understatement sawal karega. kyunke ek hai language of overstatement, ek hai language of understatement.</w:t>
      </w:r>
      <w:r>
        <w:br/>
      </w:r>
      <w:r>
        <w:rPr>
          <w:sz w:val="20"/>
        </w:rPr>
        <w:t>1:20:37  toh munafiq jo hota hai, woh language of overstatement bolta hai.</w:t>
      </w:r>
      <w:r>
        <w:br/>
      </w:r>
      <w:r>
        <w:rPr>
          <w:sz w:val="20"/>
        </w:rPr>
        <w:t>1:20:42  aur jo sachcha aadmi hoga, woh language of understatement bolega. toh log tajziya kar nahi paate. toh is ki baaton ke dhoke mein aa jaate hain, kehte hain ke yeh hai, is ko seat par bithao.</w:t>
      </w:r>
      <w:r>
        <w:br/>
      </w:r>
      <w:r>
        <w:rPr>
          <w:sz w:val="20"/>
        </w:rPr>
        <w:t>1:20:57  yeh daur toh poora isi ka hai.</w:t>
      </w:r>
      <w:r>
        <w:br/>
      </w:r>
      <w:r>
        <w:rPr>
          <w:sz w:val="20"/>
        </w:rPr>
        <w:t>1:20:59  hadith mein aata hai ke "tarf al aman" . ek zamana aaye ga jab honesty uth jayegi. honesty uthne ka matlab kya hai?</w:t>
      </w:r>
      <w:r>
        <w:br/>
      </w:r>
      <w:r>
        <w:rPr>
          <w:sz w:val="20"/>
        </w:rPr>
        <w:t>1:21:10  munafiqat ka daur aa jayega. khoob baatein karenge log. wahi to hai aaj kal.</w:t>
      </w:r>
      <w:r>
        <w:br/>
      </w:r>
      <w:r>
        <w:rPr>
          <w:sz w:val="20"/>
        </w:rPr>
        <w:t>1:21:18  har aadmi baaton ka badshah bana hua hai. to sachche log jo hain, woh baatein bana nahi paate. to unko seat bhi nahi milti.</w:t>
      </w:r>
    </w:p>
    <w:p>
      <w:pPr>
        <w:pStyle w:val="Heading2"/>
      </w:pPr>
      <w:r>
        <w:t>Meaning of hadith: Poetry is from Iblis</w:t>
      </w:r>
    </w:p>
    <w:p>
      <w:r>
        <w:rPr>
          <w:color w:val="666666"/>
          <w:sz w:val="18"/>
        </w:rPr>
        <w:t>Hadith · Life After Death January 22, 2012 · 2m 12s · at 1:39:23 · https://youtu.be/5hVH1BLKBF4?t=5963</w:t>
      </w:r>
    </w:p>
    <w:p>
      <w:r>
        <w:rPr>
          <w:i/>
        </w:rPr>
        <w:t>“In a hadith it is said that poetry is the work of Iblis: 'الشیرو من مزامیری ابلیس'. What does this mean?”</w:t>
      </w:r>
    </w:p>
    <w:p>
      <w:r>
        <w:rPr>
          <w:sz w:val="20"/>
        </w:rPr>
        <w:t>1:39:23  Mr. Daniyal ka Patna Bihar se sawal hai. Unhon ne likha hai: "Hadees mein aaya hai ke shero shayari Iblees ka kaam hai</w:t>
      </w:r>
      <w:r>
        <w:br/>
      </w:r>
      <w:r>
        <w:rPr>
          <w:sz w:val="20"/>
        </w:rPr>
        <w:t>1:39:33  . Ash-shiru min mazamir Iblees. Iska matlab kya hai?</w:t>
      </w:r>
      <w:r>
        <w:br/>
      </w:r>
      <w:r>
        <w:rPr>
          <w:sz w:val="20"/>
        </w:rPr>
        <w:t>1:39:54  Iska matlab hai ek aadmi romantic ban jaata hai. Kisi bhi shair ko dekh ke woh romantic rehta hai.</w:t>
      </w:r>
      <w:r>
        <w:br/>
      </w:r>
      <w:r>
        <w:rPr>
          <w:sz w:val="20"/>
        </w:rPr>
        <w:t>1:40:01  Hamari family mein ek sahab thay, shair thay woh. Unka shair hai: "Shayari kya hai farogh-e-husn-e-peh'han dekhna khak-dan-e-aab-o-gul mein aalam-e-jaan dekhna." Matlab khayali duniya mein rehte hain, tasawwuri duniya mein rehte hain.</w:t>
      </w:r>
      <w:r>
        <w:br/>
      </w:r>
      <w:r>
        <w:rPr>
          <w:sz w:val="20"/>
        </w:rPr>
        <w:t>1:40:18  Huqaaq se unko matlab nahi hota.</w:t>
      </w:r>
      <w:r>
        <w:br/>
      </w:r>
      <w:r>
        <w:rPr>
          <w:sz w:val="20"/>
        </w:rPr>
        <w:t>1:40:24  Ya kisi bhi shair ko dekhiye. Hamare haan bohat mashhoor tareen shair hain Allama Iqbal ka. Woh romantic insaan, aadmi ko romantic is mein daal diya.</w:t>
      </w:r>
      <w:r>
        <w:br/>
      </w:r>
      <w:r>
        <w:rPr>
          <w:sz w:val="20"/>
        </w:rPr>
        <w:t>1:40:34  Yaani romantic world mein. Misaal ke taur par ke woh. "Din nahi tera nashiman qasr-e-sultani gumbad par.</w:t>
      </w:r>
      <w:r>
        <w:br/>
      </w:r>
      <w:r>
        <w:rPr>
          <w:sz w:val="20"/>
        </w:rPr>
        <w:t>1:40:47  Toh shahi hai basar kar pahadon ke chattan'on mein." Yeh koi koi baat hai yeh? Toh ek romantic Thinking hai bas.</w:t>
      </w:r>
      <w:r>
        <w:br/>
      </w:r>
      <w:r>
        <w:rPr>
          <w:sz w:val="20"/>
        </w:rPr>
        <w:t>1:40:55  to shair, dekhiye Europe mein bohat shairi galat thi. jab science aai to shairi khatam ho gai. isi tarah Arab mein shairi bohat thi.</w:t>
      </w:r>
      <w:r>
        <w:br/>
      </w:r>
      <w:r>
        <w:rPr>
          <w:sz w:val="20"/>
        </w:rPr>
        <w:t>1:41:04  lekin Islamabad mein shairi khatam ho gai. ab to yeh daur-e-zawaal hai jis mein shairi ki baatein karte hain log. yeh zawaal ki alamat hai shairi.</w:t>
      </w:r>
      <w:r>
        <w:br/>
      </w:r>
      <w:r>
        <w:rPr>
          <w:sz w:val="20"/>
        </w:rPr>
        <w:t>1:41:14  ji haan. zinda qaum mein haqeeqat hoti hai, haqaa'iq par un ka zehn chalta hai. yeh romantic ideas par nahin.</w:t>
      </w:r>
      <w:r>
        <w:br/>
      </w:r>
      <w:r>
        <w:rPr>
          <w:sz w:val="20"/>
        </w:rPr>
        <w:t>1:41:25  yeh to main samajhta hoon ke zawaal ki alamat hai. yeh zindagi ki alamat nahin hai, shairi waghera kuch.</w:t>
      </w:r>
    </w:p>
    <w:p>
      <w:pPr>
        <w:pStyle w:val="Heading2"/>
      </w:pPr>
      <w:r>
        <w:t>Meaning of rewards for Quran recitation</w:t>
      </w:r>
    </w:p>
    <w:p>
      <w:r>
        <w:rPr>
          <w:color w:val="666666"/>
          <w:sz w:val="18"/>
        </w:rPr>
        <w:t>Hadith · The Crises Management September 18, 2011 · 2m 22s · at 1:15:10 · https://youtu.be/s3cYFtQZwzw?t=4510</w:t>
      </w:r>
    </w:p>
    <w:p>
      <w:r>
        <w:rPr>
          <w:i/>
        </w:rPr>
        <w:t>“Mawlana, there is a hadith about reciting the Quran that for each letter one gets thirty rewards. Does this hadith mean that we only earn thirty rewards for each letter, or is this a style of speaking, meaning the reward is for the spirit, not the letter?”</w:t>
      </w:r>
    </w:p>
    <w:p>
      <w:r>
        <w:rPr>
          <w:sz w:val="20"/>
        </w:rPr>
        <w:t>1:15:10  maulana abdul basit umri ne doha qatar se sawal kiya hai unhon ne likha hai maulana quran majeed ki tilawat ke baray mein hadith hai ke aik aik harf par tees tees nekiyaan milein gi maulana kya is hadith ka matlab sirf aik aik harf par tees tees nekiyaan kamana hai</w:t>
      </w:r>
      <w:r>
        <w:br/>
      </w:r>
      <w:r>
        <w:rPr>
          <w:sz w:val="20"/>
        </w:rPr>
        <w:t>1:15:37  yeh aik usloob hai kehne ka</w:t>
      </w:r>
      <w:r>
        <w:br/>
      </w:r>
      <w:r>
        <w:rPr>
          <w:sz w:val="20"/>
        </w:rPr>
        <w:t>1:15:41  yani iska matlab nahi ke is harf par neki hai is is spirit par neki hai</w:t>
      </w:r>
      <w:r>
        <w:br/>
      </w:r>
      <w:r>
        <w:rPr>
          <w:sz w:val="20"/>
        </w:rPr>
        <w:t>1:15:47  yani jaise alhamdulillah hai alhamdulillah rabbil alameen is mein kuch harf hain to is par kaha jaye ke</w:t>
      </w:r>
      <w:r>
        <w:br/>
      </w:r>
      <w:r>
        <w:rPr>
          <w:sz w:val="20"/>
        </w:rPr>
        <w:t>1:15:56  itna neki milegi iska matlab nahi ke in harfon ko ada karne par balkeh alhamdulillah rabb</w:t>
      </w:r>
      <w:r>
        <w:br/>
      </w:r>
      <w:r>
        <w:rPr>
          <w:sz w:val="20"/>
        </w:rPr>
        <w:t>1:16:01  alameen ki jo spirit hai is is spirit ke sath apne andar is ko utaren hum aur is is</w:t>
      </w:r>
      <w:r>
        <w:br/>
      </w:r>
      <w:r>
        <w:rPr>
          <w:sz w:val="20"/>
        </w:rPr>
        <w:t>1:16:08  cheez ke sath kar saken woh bhi itni zyada neki hai woh kehne ka ek usloob hai ke</w:t>
      </w:r>
      <w:r>
        <w:br/>
      </w:r>
      <w:r>
        <w:rPr>
          <w:sz w:val="20"/>
        </w:rPr>
        <w:t>1:16:14  aap ne harfon ka ke reference mein woh baat kahi harfon reference ke baghair bhi keh sakte hain</w:t>
      </w:r>
      <w:r>
        <w:br/>
      </w:r>
      <w:r>
        <w:rPr>
          <w:sz w:val="20"/>
        </w:rPr>
        <w:t>1:16:19  jaise aur hadith hain jahan harfon ka reference nahi hai</w:t>
      </w:r>
      <w:r>
        <w:br/>
      </w:r>
      <w:r>
        <w:rPr>
          <w:sz w:val="20"/>
        </w:rPr>
        <w:t>1:16:23  to harfon ke reference mein ek haqeeqat ko bataya gaya hai</w:t>
      </w:r>
      <w:r>
        <w:br/>
      </w:r>
      <w:r>
        <w:rPr>
          <w:sz w:val="20"/>
        </w:rPr>
        <w:t>1:16:26  bas ke das harf par neki hai aik tareeqa kehne ka yeh hai aik aap yeh kahein ke bhai is kalma ko ada karne par neki hai</w:t>
      </w:r>
      <w:r>
        <w:br/>
      </w:r>
      <w:r>
        <w:rPr>
          <w:sz w:val="20"/>
        </w:rPr>
        <w:t>1:16:37  donon ko farq nahi hai reference ka farq hai sirf aik jagah aap ne kalma ka reference diya aik jagah harfon ka reference de diya</w:t>
      </w:r>
      <w:r>
        <w:br/>
      </w:r>
      <w:r>
        <w:rPr>
          <w:sz w:val="20"/>
        </w:rPr>
        <w:t>1:16:48  harf matlab letters</w:t>
      </w:r>
      <w:r>
        <w:br/>
      </w:r>
      <w:r>
        <w:rPr>
          <w:sz w:val="20"/>
        </w:rPr>
        <w:t>1:16:54  maulana abhi abhi aik sawal aya hai poochne wale ka naam hai mister arif jilani unhon ne apni location nahi batayi hai</w:t>
      </w:r>
      <w:r>
        <w:br/>
      </w:r>
      <w:r>
        <w:rPr>
          <w:sz w:val="20"/>
        </w:rPr>
        <w:t>1:17:02  unka sawal yeh hai</w:t>
      </w:r>
      <w:r>
        <w:br/>
      </w:r>
      <w:r>
        <w:rPr>
          <w:sz w:val="20"/>
        </w:rPr>
        <w:t>1:17:04  woh likh rahe hain ke molana tahir ul qadri of pakistan ne haal hi mein ek lecture mein kaha</w:t>
      </w:r>
      <w:r>
        <w:br/>
      </w:r>
      <w:r>
        <w:rPr>
          <w:sz w:val="20"/>
        </w:rPr>
        <w:t>1:17:11  ke sirf dawat hi asal maqsad hai islam ko phailane ka agarche pehle woh kuch aur kehte the</w:t>
      </w:r>
      <w:r>
        <w:br/>
      </w:r>
      <w:r>
        <w:rPr>
          <w:sz w:val="20"/>
        </w:rPr>
        <w:t>1:17:20  is se pata chalta hai ke ab ulama ka mizaj bhi badal raha hai aap ki kya rai</w:t>
      </w:r>
      <w:r>
        <w:br/>
      </w:r>
      <w:r>
        <w:rPr>
          <w:sz w:val="20"/>
        </w:rPr>
        <w:t>1:17:26  hai badal raha hai to acha hai aur is mein rai ki baat kya hai</w:t>
      </w:r>
    </w:p>
    <w:p>
      <w:pPr>
        <w:pStyle w:val="Heading2"/>
      </w:pPr>
      <w:r>
        <w:t>Meaning of worship in youth hadith</w:t>
      </w:r>
    </w:p>
    <w:p>
      <w:r>
        <w:rPr>
          <w:color w:val="666666"/>
          <w:sz w:val="18"/>
        </w:rPr>
        <w:t>Hadith · Concept of Death in Islam 26th Aug 12 SLOW · 2m 24s · at 31:13 · https://youtu.be/8dsos0OBM6M?t=1873</w:t>
      </w:r>
    </w:p>
    <w:p>
      <w:r>
        <w:rPr>
          <w:i/>
        </w:rPr>
        <w:t>“A hadith says that the young person who spent his life in the worship of God will be given a place in the shade of the Throne on the Day of Judgment. What is the meaning of this hadith? Especially, what does it mean to spend one's life in the worship of God?”</w:t>
      </w:r>
    </w:p>
    <w:p>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r>
        <w:br/>
      </w:r>
      <w:r>
        <w:rPr>
          <w:sz w:val="20"/>
        </w:rPr>
        <w:t>31:41  is ke alfaaz hain ke is mein aik sab al nasha fi ibadat Allah.</w:t>
      </w:r>
      <w:r>
        <w:br/>
      </w:r>
      <w:r>
        <w:rPr>
          <w:sz w:val="20"/>
        </w:rPr>
        <w:t>31:47  asal mein dekhen, yeh koi mysterious baat nahi hai.</w:t>
      </w:r>
      <w:r>
        <w:br/>
      </w:r>
      <w:r>
        <w:rPr>
          <w:sz w:val="20"/>
        </w:rPr>
        <w:t>31:53  hamari zindagi ka jo life span hai, is mein shuru mein bachpan hai, baad ko barhapa hai, beech</w:t>
      </w:r>
      <w:r>
        <w:br/>
      </w:r>
      <w:r>
        <w:rPr>
          <w:sz w:val="20"/>
        </w:rPr>
        <w:t>32:00  mein youth age hai.</w:t>
      </w:r>
      <w:r>
        <w:br/>
      </w:r>
      <w:r>
        <w:rPr>
          <w:sz w:val="20"/>
        </w:rPr>
        <w:t>32:06  hamara sab se bara asset woh youth age hota hai.</w:t>
      </w:r>
      <w:r>
        <w:br/>
      </w:r>
      <w:r>
        <w:rPr>
          <w:sz w:val="20"/>
        </w:rPr>
        <w:t>32:13  bachpan mein koi bara kaam aap nahi kar sakte, bachay to immature hote hain.</w:t>
      </w:r>
      <w:r>
        <w:br/>
      </w:r>
      <w:r>
        <w:rPr>
          <w:sz w:val="20"/>
        </w:rPr>
        <w:t>32:19  aap jawani mein poori maturity par hote hain, aap ab barhapay mein degeneration ho chuka hota hai.</w:t>
      </w:r>
      <w:r>
        <w:br/>
      </w:r>
      <w:r>
        <w:rPr>
          <w:sz w:val="20"/>
        </w:rPr>
        <w:t>32:26  to yeh jo behtareen umar hai, aap ki jo best part of our age hai, aap ki zindagi</w:t>
      </w:r>
      <w:r>
        <w:br/>
      </w:r>
      <w:r>
        <w:rPr>
          <w:sz w:val="20"/>
        </w:rPr>
        <w:t>32:32  ke jo saal hain, un ka jo sab se acha achay saal hain, is mein agar aap ne</w:t>
      </w:r>
      <w:r>
        <w:br/>
      </w:r>
      <w:r>
        <w:rPr>
          <w:sz w:val="20"/>
        </w:rPr>
        <w:t>32:39  Allah ka kaam kiya to zahir hai ke Allah ka bohat bara darja milega aap ko.</w:t>
      </w:r>
      <w:r>
        <w:br/>
      </w:r>
      <w:r>
        <w:rPr>
          <w:sz w:val="20"/>
        </w:rPr>
        <w:t>32:45  yeh yahi matlab hai is ka.</w:t>
      </w:r>
      <w:r>
        <w:br/>
      </w:r>
      <w:r>
        <w:rPr>
          <w:sz w:val="20"/>
        </w:rPr>
        <w:t>32:51  to jo best part hamari life ka hai, us ko hamein batana chahiye Allah ke kaam mein, Allah</w:t>
      </w:r>
      <w:r>
        <w:br/>
      </w:r>
      <w:r>
        <w:rPr>
          <w:sz w:val="20"/>
        </w:rPr>
        <w:t>32:58  ki marzi pe chalne mein, taake tab ziyada se ziyada reward wahan mile hamein.</w:t>
      </w:r>
      <w:r>
        <w:br/>
      </w:r>
      <w:r>
        <w:rPr>
          <w:sz w:val="20"/>
        </w:rPr>
        <w:t>33:04  kyun ke na to bachpan mein aap koi bara kaam kar sakte, na barhapay mein kar sakte.</w:t>
      </w:r>
      <w:r>
        <w:br/>
      </w:r>
      <w:r>
        <w:rPr>
          <w:sz w:val="20"/>
        </w:rPr>
        <w:t>33:11  wahi to hai asal kaam karne ka zamana, bara kaam karne ka zamana.</w:t>
      </w:r>
      <w:r>
        <w:br/>
      </w:r>
      <w:r>
        <w:rPr>
          <w:sz w:val="20"/>
        </w:rPr>
        <w:t>33:17  to is hadith ka matlab hai ke yeh jo Allah ne tum ko diya hai, zamana jawani wala,</w:t>
      </w:r>
      <w:r>
        <w:br/>
      </w:r>
      <w:r>
        <w:rPr>
          <w:sz w:val="20"/>
        </w:rPr>
        <w:t>33:24  is mein ziyada se ziyada is ko istemal karo Allah ke Allah ke kaam mein, taake wahan ziyada</w:t>
      </w:r>
      <w:r>
        <w:br/>
      </w:r>
      <w:r>
        <w:rPr>
          <w:sz w:val="20"/>
        </w:rPr>
        <w:t>33:30  se ziyada reward pao.</w:t>
      </w:r>
      <w:r>
        <w:br/>
      </w:r>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p>
    <w:p>
      <w:pPr>
        <w:pStyle w:val="Heading2"/>
      </w:pPr>
      <w:r>
        <w:t>Preparing for Old Age in Youth</w:t>
      </w:r>
    </w:p>
    <w:p>
      <w:r>
        <w:rPr>
          <w:color w:val="666666"/>
          <w:sz w:val="18"/>
        </w:rPr>
        <w:t>Hadith · Importance of Creative Thinking December 11, 2011 · 2m 43s · at 1:40:59 · https://youtu.be/jfML9Arb0S4?t=6059</w:t>
      </w:r>
    </w:p>
    <w:p>
      <w:r>
        <w:rPr>
          <w:i/>
        </w:rPr>
        <w:t>“There is a Hadith: 'Let the one among you who is youthful prepare for his old age.' Please explain the meaning of this Hadith.”</w:t>
      </w:r>
    </w:p>
    <w:p>
      <w:r>
        <w:rPr>
          <w:sz w:val="20"/>
        </w:rPr>
        <w:t>1:40:59  ah Maulana, agla sawal aya hai Mr Mumtaz Alam ka Delhi se. unhon ne likha hai: "Hadith mein aya hai ke falyazawwad abdun min shababih li kibratih." is hadith ka matlab wazeh farmayen.</w:t>
      </w:r>
      <w:r>
        <w:br/>
      </w:r>
      <w:r>
        <w:rPr>
          <w:sz w:val="20"/>
        </w:rPr>
        <w:t>1:41:17  yani apni jawani se apni barhape ke liye ah zakhira karna. is ka matlab yeh hai to jab aadmi jawani ki umar mein hota hai to us ke andar zyada energy hoti hai,</w:t>
      </w:r>
      <w:r>
        <w:br/>
      </w:r>
      <w:r>
        <w:rPr>
          <w:sz w:val="20"/>
        </w:rPr>
        <w:t>1:41:33  zyada us ke andar taqat hoti hai. to aadmi ko chahiye ke jawani ki umar ko avail karen.</w:t>
      </w:r>
      <w:r>
        <w:br/>
      </w:r>
      <w:r>
        <w:rPr>
          <w:sz w:val="20"/>
        </w:rPr>
        <w:t>1:41:39  jawani ki umar ek opportunity hai, ek mauqa hai. is ko avail karo kyunke barhape mein to tumhari taqat nahi rahe gi. baqi kya karo ge?</w:t>
      </w:r>
      <w:r>
        <w:br/>
      </w:r>
      <w:r>
        <w:rPr>
          <w:sz w:val="20"/>
        </w:rPr>
        <w:t>1:41:49  yeh matlab is ka hai ke Allah taala jawani ki umar deta hai insan ko to bohat energy hoti hai is jawani mein. jaise main jawani ke umar mein kaha karta tha ke main kankar ke upar bhi sound sleep le sakta hoon.</w:t>
      </w:r>
      <w:r>
        <w:br/>
      </w:r>
      <w:r>
        <w:rPr>
          <w:sz w:val="20"/>
        </w:rPr>
        <w:t>1:42:07  yani kankar ho, wahan koi bhi bistar na ho, is mein mujhe lita dijiye. aap na takiya ho, na kuch ho to main sound sleep le sakta hoon. wahan aaj main aisa nahi kar sakta.</w:t>
      </w:r>
      <w:r>
        <w:br/>
      </w:r>
      <w:r>
        <w:rPr>
          <w:sz w:val="20"/>
        </w:rPr>
        <w:t>1:42:18  to yeh bilkul nature ka mamla hai ke jawani ke umar mein aap ke andar bohat energy hoti hai. to is ko aap fazool zaya na karen.</w:t>
      </w:r>
      <w:r>
        <w:br/>
      </w:r>
      <w:r>
        <w:rPr>
          <w:sz w:val="20"/>
        </w:rPr>
        <w:t>1:42:29  yani is energy ko zaya na karen tafreeh mein, yani aise kamon mein jis ka taluq aap ki akhirat se na ho, jis jis ka taluq aap ke yani eternal life se na ho.</w:t>
      </w:r>
      <w:r>
        <w:br/>
      </w:r>
      <w:r>
        <w:rPr>
          <w:sz w:val="20"/>
        </w:rPr>
        <w:t>1:42:42  yeh matlab hai is ka. Okay, we will end the session here. Thank you.</w:t>
      </w:r>
    </w:p>
    <w:p>
      <w:pPr>
        <w:pStyle w:val="Heading2"/>
      </w:pPr>
      <w:r>
        <w:t>Principle to distinguish authentic hadith textually</w:t>
      </w:r>
    </w:p>
    <w:p>
      <w:r>
        <w:rPr>
          <w:color w:val="666666"/>
          <w:sz w:val="18"/>
        </w:rPr>
        <w:t>Hadith · Quran A Miracle June 01, 2014 · 2m 28s · at 1:08:36 · https://youtu.be/8KM3lDsj4PY?t=4116</w:t>
      </w:r>
    </w:p>
    <w:p>
      <w:r>
        <w:rPr>
          <w:i/>
        </w:rPr>
        <w:t>“Maulana, in hadith there are strange things mentioned about the Prophet that upon hearing seem impossible to be his words. If we do not accept such hadith, scholars consider us deniers of hadith. Please give a principle by which we can understand what a correct hadith is. Scholars only know the authenticity through the chain. How can we know the authenticity of the text? Please explain.”</w:t>
      </w:r>
    </w:p>
    <w:p>
      <w:r>
        <w:rPr>
          <w:sz w:val="20"/>
        </w:rPr>
        <w:t>1:08:36  molana agla sawal bangalore se hai. faseehullah sahib ne kiya hai. unhon ne likha hai ke molana hadith mein rasool allah ke hawale se aisi ajeeb baatein aayi hain jise sunte hi lagta hai ke rasool allah ka kalam nahin ho sakta.</w:t>
      </w:r>
      <w:r>
        <w:br/>
      </w:r>
      <w:r>
        <w:rPr>
          <w:sz w:val="20"/>
        </w:rPr>
        <w:t>1:08:55  agar hum is tarah ki hadith ko nahin mante hain to ulama hum ko munkireen hadith samajh lete hain. molana ek usool batayein ke hum samajh sakein ke sahi hadith kya hai.</w:t>
      </w:r>
      <w:r>
        <w:br/>
      </w:r>
      <w:r>
        <w:rPr>
          <w:sz w:val="20"/>
        </w:rPr>
        <w:t>1:09:10  ulama sirf sanad ki hadith ki sehat ko jante hain. hum text ki sehat ko kaise janein? is ke baray mein batayein.</w:t>
      </w:r>
      <w:r>
        <w:br/>
      </w:r>
      <w:r>
        <w:rPr>
          <w:sz w:val="20"/>
        </w:rPr>
        <w:t>1:09:20  nahin aap ne sahi ulama ki sahi numaindagi nahin ki hai. yeh mere nazdeek durust nahin hai yeh baat. aur hadith ki ahmiyat bilashuba bohat hi zyada hai deen mein.</w:t>
      </w:r>
      <w:r>
        <w:br/>
      </w:r>
      <w:r>
        <w:rPr>
          <w:sz w:val="20"/>
        </w:rPr>
        <w:t>1:09:36  hadith ke baghair deen deen hi nahin hoga. to is silsile mein mein sirf yeh keh sakta hoon ke aap hamara jo parcha hai december ka jo hadisi par tha wo is ko aap parhiye.</w:t>
      </w:r>
      <w:r>
        <w:br/>
      </w:r>
      <w:r>
        <w:rPr>
          <w:sz w:val="20"/>
        </w:rPr>
        <w:t>1:09:51  december do hazar terah ka jo hamara mahana hamara risala hai wo sara ka sara hadith par hai. ab hadisi par ek aur hum ne shumarah tayyar kiya hai.</w:t>
      </w:r>
      <w:r>
        <w:br/>
      </w:r>
      <w:r>
        <w:rPr>
          <w:sz w:val="20"/>
        </w:rPr>
        <w:t>1:10:01  woh bhi ek poora ek shumarah hai woh bhi chhapega ek do mahine mein. is ko bhi parhiye aap. aap ne jo ulama ke bare mein kaha hai woh sahi mein nahin samajhta is ko.</w:t>
      </w:r>
      <w:r>
        <w:br/>
      </w:r>
      <w:r>
        <w:rPr>
          <w:sz w:val="20"/>
        </w:rPr>
        <w:t>1:10:13  yeh galat fehmi ki baat hai. phir bhi is masle ki wazahat ke liye aap hamare yeh dono shumaray aur risale ko parhiye. molana yeh comment aaya hai doctor farida khanoom ka dilli se aur woh chahti hain ke aap is pe kahein apni baat.</w:t>
      </w:r>
      <w:r>
        <w:br/>
      </w:r>
      <w:r>
        <w:rPr>
          <w:sz w:val="20"/>
        </w:rPr>
        <w:t>1:10:29  un ka comment is tarike se hai ke muslims of today are not following sahaba model. sahaba dead not commit aggression.</w:t>
      </w:r>
      <w:r>
        <w:br/>
      </w:r>
      <w:r>
        <w:rPr>
          <w:sz w:val="20"/>
        </w:rPr>
        <w:t>1:10:39  they dead fight in self defence. sahaba dead not fight for worldly interest like position of some land etsetra.</w:t>
      </w:r>
      <w:r>
        <w:br/>
      </w:r>
      <w:r>
        <w:rPr>
          <w:sz w:val="20"/>
        </w:rPr>
        <w:t>1:10:49  they were engaged in dawah work peacefully.</w:t>
      </w:r>
      <w:r>
        <w:br/>
      </w:r>
      <w:r>
        <w:rPr>
          <w:sz w:val="20"/>
        </w:rPr>
        <w:t>1:10:54  only at times they had to do battle in self defence under the command of their ruler. they never indulged in guerrilla war.</w:t>
      </w:r>
    </w:p>
    <w:p>
      <w:pPr>
        <w:pStyle w:val="Heading2"/>
      </w:pPr>
      <w:r>
        <w:t>Query about a hadith in Bukhari</w:t>
      </w:r>
    </w:p>
    <w:p>
      <w:r>
        <w:rPr>
          <w:color w:val="666666"/>
          <w:sz w:val="18"/>
        </w:rPr>
        <w:t>Hadith · Importance of Ijtihad December 21,2014 · 2m 47s · at 55:07 · https://youtu.be/6AgisKQ8V7s?t=3307</w:t>
      </w:r>
    </w:p>
    <w:p>
      <w:r>
        <w:rPr>
          <w:i/>
        </w:rPr>
        <w:t>“I have a query regarding a hadith in Bukhari. The hadith is as follows: Ibn Mas'ud said, 'The messenger of Allah whose truthfulness is confirmed said, 'The...'”</w:t>
      </w:r>
    </w:p>
    <w:p>
      <w:r>
        <w:rPr>
          <w:sz w:val="20"/>
        </w:rPr>
        <w:t>55:07  Maulana, agla sawal bheja hai Imran Khalid sahab ne, unhon ne location nahi likhi apni.</w:t>
      </w:r>
      <w:r>
        <w:br/>
      </w:r>
      <w:r>
        <w:rPr>
          <w:sz w:val="20"/>
        </w:rPr>
        <w:t>55:13  مولانا، ان کا سوال اس طرح ہے: مولانا، I have a query regarding a hadith in Bukhari.</w:t>
      </w:r>
      <w:r>
        <w:br/>
      </w:r>
      <w:r>
        <w:rPr>
          <w:sz w:val="20"/>
        </w:rPr>
        <w:t>55:19  The hadith is as follows: Ibn Masud said, "The messenger of Allah whose truthfulness is confirmed said, 'The</w:t>
      </w:r>
      <w:r>
        <w:br/>
      </w:r>
      <w:r>
        <w:rPr>
          <w:sz w:val="20"/>
        </w:rPr>
        <w:t>55:25  way that each of you is created is that he is gathered in his mother's womb for forty</w:t>
      </w:r>
      <w:r>
        <w:br/>
      </w:r>
      <w:r>
        <w:rPr>
          <w:sz w:val="20"/>
        </w:rPr>
        <w:t>55:30  days as a sperm drop and then for a similar length of time as a blood clot and</w:t>
      </w:r>
      <w:r>
        <w:br/>
      </w:r>
      <w:r>
        <w:rPr>
          <w:sz w:val="20"/>
        </w:rPr>
        <w:t>55:36  then for a similar length of time as a lump of flesh.</w:t>
      </w:r>
      <w:r>
        <w:br/>
      </w:r>
      <w:r>
        <w:rPr>
          <w:sz w:val="20"/>
        </w:rPr>
        <w:t>55:42  Then an angel is sent and he breathes the spirit into the fetus and is charged with four</w:t>
      </w:r>
      <w:r>
        <w:br/>
      </w:r>
      <w:r>
        <w:rPr>
          <w:sz w:val="20"/>
        </w:rPr>
        <w:t>55:48  commands: to write down his provision, his lifespan, his actions, and whether he will be wretched or happy.</w:t>
      </w:r>
      <w:r>
        <w:br/>
      </w:r>
      <w:r>
        <w:rPr>
          <w:sz w:val="20"/>
        </w:rPr>
        <w:t>55:54  By the one besides whom there is no other God, one of you may do the deeds of</w:t>
      </w:r>
      <w:r>
        <w:br/>
      </w:r>
      <w:r>
        <w:rPr>
          <w:sz w:val="20"/>
        </w:rPr>
        <w:t>56:00  the people of Paradise until he is just a qubit away from entering it.</w:t>
      </w:r>
      <w:r>
        <w:br/>
      </w:r>
      <w:r>
        <w:rPr>
          <w:sz w:val="20"/>
        </w:rPr>
        <w:t>56:06  Then his fate will overtake him and he will begin to do the deeds of the people of Hell. So he will enter Hell and one of you may do the deeds of the people of Hell until he is just a qubit away from entering it.</w:t>
      </w:r>
      <w:r>
        <w:br/>
      </w:r>
      <w:r>
        <w:rPr>
          <w:sz w:val="20"/>
        </w:rPr>
        <w:t>56:23  Then his fate will overtake him and he will begin to do the deeds of the people of Paradise.</w:t>
      </w:r>
      <w:r>
        <w:br/>
      </w:r>
      <w:r>
        <w:rPr>
          <w:sz w:val="20"/>
        </w:rPr>
        <w:t>56:28  So he will enter Paradise.</w:t>
      </w:r>
      <w:r>
        <w:br/>
      </w:r>
      <w:r>
        <w:rPr>
          <w:sz w:val="20"/>
        </w:rPr>
        <w:t>56:33  Maulana Sahab, my question is that according to this Hadith, if it is written in my fate that</w:t>
      </w:r>
      <w:r>
        <w:br/>
      </w:r>
      <w:r>
        <w:rPr>
          <w:sz w:val="20"/>
        </w:rPr>
        <w:t>56:39  I am from the people of Hell, then no matter how many good deeds I do, I would</w:t>
      </w:r>
      <w:r>
        <w:br/>
      </w:r>
      <w:r>
        <w:rPr>
          <w:sz w:val="20"/>
        </w:rPr>
        <w:t>56:44  eventually end up in Hell and vice versa.</w:t>
      </w:r>
      <w:r>
        <w:br/>
      </w:r>
      <w:r>
        <w:rPr>
          <w:sz w:val="20"/>
        </w:rPr>
        <w:t>56:50  Maulana, please explain this hadith.</w:t>
      </w:r>
      <w:r>
        <w:br/>
      </w:r>
      <w:r>
        <w:rPr>
          <w:sz w:val="20"/>
        </w:rPr>
        <w:t>56:55  Musalmanon ki ajeeb o ghareeb mizaj hai ke bohat tedious qism ki baatein le kar ke is ko</w:t>
      </w:r>
      <w:r>
        <w:br/>
      </w:r>
      <w:r>
        <w:rPr>
          <w:sz w:val="20"/>
        </w:rPr>
        <w:t>57:01  sawal bana dete hain.</w:t>
      </w:r>
      <w:r>
        <w:br/>
      </w:r>
      <w:r>
        <w:rPr>
          <w:sz w:val="20"/>
        </w:rPr>
        <w:t>57:06  Main kehta hoon ke jo khuli khuli hidayatein Quran mein hain ke logon ko dawat do, sab log</w:t>
      </w:r>
      <w:r>
        <w:br/>
      </w:r>
      <w:r>
        <w:rPr>
          <w:sz w:val="20"/>
        </w:rPr>
        <w:t>57:11  insan hain, is ko kyun nahi karte? Aap is ke peeche kyun pade hue hain? Yeh dekhiye, Islam</w:t>
      </w:r>
      <w:r>
        <w:br/>
      </w:r>
      <w:r>
        <w:rPr>
          <w:sz w:val="20"/>
        </w:rPr>
        <w:t>57:17  mein mana kiya gaya hai ke aap is tarah ke question ke peeche paden.</w:t>
      </w:r>
      <w:r>
        <w:br/>
      </w:r>
      <w:r>
        <w:rPr>
          <w:sz w:val="20"/>
        </w:rPr>
        <w:t>57:22  Na un ka to main un se kahunga ke aap chhoden in sawalat ko, aap dua work kijiye.</w:t>
      </w:r>
      <w:r>
        <w:br/>
      </w:r>
      <w:r>
        <w:rPr>
          <w:sz w:val="20"/>
        </w:rPr>
        <w:t>57:28  Har jagah aise log hain jo sachai par nahi qaim hain, unhein bekhabar hain sachai se.</w:t>
      </w:r>
      <w:r>
        <w:br/>
      </w:r>
      <w:r>
        <w:rPr>
          <w:sz w:val="20"/>
        </w:rPr>
        <w:t>57:33  in ko sachai ka paigham dijiye.</w:t>
      </w:r>
      <w:r>
        <w:br/>
      </w:r>
      <w:r>
        <w:rPr>
          <w:sz w:val="20"/>
        </w:rPr>
        <w:t>57:39  is se koi, is se is ke bare mein kyun aap itni zyada pareshani hai? main is tarah</w:t>
      </w:r>
      <w:r>
        <w:br/>
      </w:r>
      <w:r>
        <w:rPr>
          <w:sz w:val="20"/>
        </w:rPr>
        <w:t>57:44  ke sawal karne ko samajhta hoon ke islamic, nahin nahin, islami zehn ka phenomena nahin hai, yeh confusion</w:t>
      </w:r>
      <w:r>
        <w:br/>
      </w:r>
      <w:r>
        <w:rPr>
          <w:sz w:val="20"/>
        </w:rPr>
        <w:t>57:50  ka phenomena hai.</w:t>
      </w:r>
    </w:p>
    <w:p>
      <w:pPr>
        <w:pStyle w:val="Heading2"/>
      </w:pPr>
      <w:r>
        <w:t>Reconciling hadith on apostasy punishment</w:t>
      </w:r>
    </w:p>
    <w:p>
      <w:r>
        <w:rPr>
          <w:color w:val="666666"/>
          <w:sz w:val="18"/>
        </w:rPr>
        <w:t>Hadith · Freedom of Thought in Islam 23 October, 2011 · 4m 01s · at 1:13:28 · https://youtu.be/aGbxRNNOKzo?t=4408</w:t>
      </w:r>
    </w:p>
    <w:p>
      <w:r>
        <w:rPr>
          <w:i/>
        </w:rPr>
        <w:t>“In Sahih Bukhari, chapter 9, hadith numbers 84 and 57, it is mentioned: 'Whoever changes his religion, kill him.' Yet there is another hadith number 83 where it is mentioned: 'The blood of a Muslim who confesses that none has the right to be worshipped but God and that I am His messenger cannot be shed except in three cases...' How can these two hadiths be reconciled?”</w:t>
      </w:r>
    </w:p>
    <w:p>
      <w:r>
        <w:rPr>
          <w:sz w:val="20"/>
        </w:rPr>
        <w:t>1:13:28  to is se bachiye ke aap ka case double standard case ban jaye. Double thinking ka case ban jaye. is se bachiye. Maulana, agla sawal kya hai Miss Saadia ne Dil se.</w:t>
      </w:r>
      <w:r>
        <w:br/>
      </w:r>
      <w:r>
        <w:rPr>
          <w:sz w:val="20"/>
        </w:rPr>
        <w:t>1:13:42  unhon ne likha hai ke in sahih al bukhari chapter number nine hadith number eighty four and fifty seven it is mentioned whoever changes his religion kill him</w:t>
      </w:r>
      <w:r>
        <w:br/>
      </w:r>
      <w:r>
        <w:rPr>
          <w:sz w:val="20"/>
        </w:rPr>
        <w:t>1:13:56  yet there is another hadith number eighty three where it is mentioned the blood of a muslim who confesses that none has theright to be worshipped but god and that i am his messenger cannot be shed except in three cases,</w:t>
      </w:r>
      <w:r>
        <w:br/>
      </w:r>
      <w:r>
        <w:rPr>
          <w:sz w:val="20"/>
        </w:rPr>
        <w:t>1:14:14  one of which is when he leaves the muslims. kindly throw light on this following two often quoted hadith regarding apostasy.</w:t>
      </w:r>
      <w:r>
        <w:br/>
      </w:r>
      <w:r>
        <w:rPr>
          <w:sz w:val="20"/>
        </w:rPr>
        <w:t>1:14:25  dekhiye, hadith hai, khabar wahid ke taur par hai woh. mun badala dinnah faqtuluni main ne is par kitab likhi hai.</w:t>
      </w:r>
      <w:r>
        <w:br/>
      </w:r>
      <w:r>
        <w:rPr>
          <w:sz w:val="20"/>
        </w:rPr>
        <w:t>1:14:34  woh maqala likha hai, thirty pages ka. meri kitab hikmat e islam. main ne is mein likha hai ke haan, lafz deen jo hai, mazhab ke mani mein nahin hai.</w:t>
      </w:r>
      <w:r>
        <w:br/>
      </w:r>
      <w:r>
        <w:rPr>
          <w:sz w:val="20"/>
        </w:rPr>
        <w:t>1:14:45  lekin is zamane mein, jo aaj kal jo term bolte hain hum, is tarah se is tarah terminology nahin bani thi. is tarah se nahin bani thi.</w:t>
      </w:r>
      <w:r>
        <w:br/>
      </w:r>
      <w:r>
        <w:rPr>
          <w:sz w:val="20"/>
        </w:rPr>
        <w:t>1:14:55  misalan dekhiye, aaj hum bolte hain, woh yaani baghavat ka lafz bolte hain. state se baghavat. is zamane mein state se baghavat ka lafz nahin hua karta tha.</w:t>
      </w:r>
      <w:r>
        <w:br/>
      </w:r>
      <w:r>
        <w:rPr>
          <w:sz w:val="20"/>
        </w:rPr>
        <w:t>1:15:07  to yahi deen hi ka lafz bola jata tha. to yahan jo lafz deen hai, woh state se baghavat ke ma</w:t>
      </w:r>
      <w:r>
        <w:br/>
      </w:r>
      <w:r>
        <w:rPr>
          <w:sz w:val="20"/>
        </w:rPr>
        <w:t>1:15:13  ni mein hai. woh mazhab badalne ke mani mein nahin hai. woh ek poori kahani hai is ki. woh aisa nahin hai ke sirf ek hadith ho. ek poora waqea hai is ka.</w:t>
      </w:r>
      <w:r>
        <w:br/>
      </w:r>
      <w:r>
        <w:rPr>
          <w:sz w:val="20"/>
        </w:rPr>
        <w:t>1:15:21  is poore waqeye ki taraf bhi dekhiye aap. to jo yeh jo log is ko lete hain, woh yeh samajhte nahin is cheez ko ke woh mazhab ke mani mein nahin hai.</w:t>
      </w:r>
      <w:r>
        <w:br/>
      </w:r>
      <w:r>
        <w:rPr>
          <w:sz w:val="20"/>
        </w:rPr>
        <w:t>1:15:32  woh state se wafadari badalne ke mani mein hai. yaani dushman, woh woh jang ke waqt ka mamla hai.</w:t>
      </w:r>
      <w:r>
        <w:br/>
      </w:r>
      <w:r>
        <w:rPr>
          <w:sz w:val="20"/>
        </w:rPr>
        <w:t>1:15:40  dekhiye, jang ke waqt agar koi shakhs wafadari ko badle aur dushman se mil jaye to aaj bhi yeh mana jata hai ke woh qabil e gardan nahin hai. mazhab badalne par agar marne ko ho to quran mein saaf saaf kyun nahin hukum aaya?</w:t>
      </w:r>
      <w:r>
        <w:br/>
      </w:r>
      <w:r>
        <w:rPr>
          <w:sz w:val="20"/>
        </w:rPr>
        <w:t>1:15:56  yeh bhi yaad rakhiye ke quran jo hai, capital punishment ke mani mein sirf quran se sabit hona chahiye.</w:t>
      </w:r>
      <w:r>
        <w:br/>
      </w:r>
      <w:r>
        <w:rPr>
          <w:sz w:val="20"/>
        </w:rPr>
        <w:t>1:16:05  ab capital punishment ka usool jo hai, hadith se nahin nikal sakte aap. yaani itni badi baat jo hai, yaani saare jo quran majeed mein jitne basic teachings hain, woh sab quran mein hain.</w:t>
      </w:r>
      <w:r>
        <w:br/>
      </w:r>
      <w:r>
        <w:rPr>
          <w:sz w:val="20"/>
        </w:rPr>
        <w:t>1:16:17  koi basic teaching aisi nahin jo quran mein na ho. hadith mein detail hai. basic teachings hadith quran mein sab maujood hain. to yeh capital punishment ki cheez ka taalluq basic teachings se hai.</w:t>
      </w:r>
      <w:r>
        <w:br/>
      </w:r>
      <w:r>
        <w:rPr>
          <w:sz w:val="20"/>
        </w:rPr>
        <w:t>1:16:29  woh quran mein milna chahiye.</w:t>
      </w:r>
      <w:r>
        <w:br/>
      </w:r>
      <w:r>
        <w:rPr>
          <w:sz w:val="20"/>
        </w:rPr>
        <w:t>1:16:31  to usool yeh hai, dekhiye ke agar quran aur hadith ke darmiyan bazahir koi takrao dikhai de diya de to hadith ki taweel ki jayegi.</w:t>
      </w:r>
      <w:r>
        <w:br/>
      </w:r>
      <w:r>
        <w:rPr>
          <w:sz w:val="20"/>
        </w:rPr>
        <w:t>1:16:41  quran ki taweel nahin ki jayegi. yaani hadith ko quran ke tabe kiya jayega. na ke na ke hadith ko quran ke tabe kiya jaye. ulta nahin kiya jayega.</w:t>
      </w:r>
      <w:r>
        <w:br/>
      </w:r>
      <w:r>
        <w:rPr>
          <w:sz w:val="20"/>
        </w:rPr>
        <w:t>1:16:50  hadith ko quran ke tabe kiya jayega. quran ko hadith ke tabe nahin kiya jayega.</w:t>
      </w:r>
      <w:r>
        <w:br/>
      </w:r>
      <w:r>
        <w:rPr>
          <w:sz w:val="20"/>
        </w:rPr>
        <w:t>1:16:55  isi liye main yeh kehta hoon ke yahan par jo lafz deen hai, woh mazhab ke mani mein nahin. is mein main ne bohat se logon ke naqal kiya hua apne maqale mein, doosre logon ki aara.</w:t>
      </w:r>
      <w:r>
        <w:br/>
      </w:r>
      <w:r>
        <w:rPr>
          <w:sz w:val="20"/>
        </w:rPr>
        <w:t>1:17:09  yaani aasani se main akela keh raha hoon. wahan bohat se main ne naqal kiya, is ko aap padh lijiye. mera maqala jo hai, thirty pages ka. yeh bohat zyada is mein hawale diye hain main ne.</w:t>
      </w:r>
      <w:r>
        <w:br/>
      </w:r>
      <w:r>
        <w:rPr>
          <w:sz w:val="20"/>
        </w:rPr>
        <w:t>1:17:20  to is hadith se mera hadith sabit nahin hota ke koi aadmi agar murtad ho jaye to maar dalo is ko. yeh sabit nahin hota is se.</w:t>
      </w:r>
    </w:p>
    <w:p>
      <w:pPr>
        <w:pStyle w:val="Heading2"/>
      </w:pPr>
      <w:r>
        <w:t>Response to Hadith rejection claim</w:t>
      </w:r>
    </w:p>
    <w:p>
      <w:r>
        <w:rPr>
          <w:color w:val="666666"/>
          <w:sz w:val="18"/>
        </w:rPr>
        <w:t>Hadith · Living In Falsehood I December 15, 2013 · 2m 09s · at 1:09:01 · https://youtu.be/yD-ZtvlrFDw?t=4141</w:t>
      </w:r>
    </w:p>
    <w:p>
      <w:r>
        <w:rPr>
          <w:i/>
        </w:rPr>
        <w:t>“A person says that on the basis of the greatness of the Quran and God, we do not accept Hadith. What is your response?”</w:t>
      </w:r>
    </w:p>
    <w:p>
      <w:r>
        <w:rPr>
          <w:sz w:val="20"/>
        </w:rPr>
        <w:t>1:09:01  maulana, agla sawal bhi chennai se hai, nadeem sahib ne kiya hai, unhon ne likha hai: "maulana, aik</w:t>
      </w:r>
      <w:r>
        <w:br/>
      </w:r>
      <w:r>
        <w:rPr>
          <w:sz w:val="20"/>
        </w:rPr>
        <w:t>1:09:09  sahib ne kaha jo hadith ko nahi mante ke azmat quran aur azmat khuda ki buniyad par hum</w:t>
      </w:r>
      <w:r>
        <w:br/>
      </w:r>
      <w:r>
        <w:rPr>
          <w:sz w:val="20"/>
        </w:rPr>
        <w:t>1:09:17  hadith ko nahi mante hain.</w:t>
      </w:r>
      <w:r>
        <w:br/>
      </w:r>
      <w:r>
        <w:rPr>
          <w:sz w:val="20"/>
        </w:rPr>
        <w:t>1:09:19  maulana, is mein kahan falsehood hai, is ko wazeh karein." mein samajhta hoon ke aap aisa karein</w:t>
      </w:r>
      <w:r>
        <w:br/>
      </w:r>
      <w:r>
        <w:rPr>
          <w:sz w:val="20"/>
        </w:rPr>
        <w:t>1:09:27  ke hamara jo rasool allah salallahu alaihi wasallam ka tasawwur ka issue hai, woh poora ka poora</w:t>
      </w:r>
      <w:r>
        <w:br/>
      </w:r>
      <w:r>
        <w:rPr>
          <w:sz w:val="20"/>
        </w:rPr>
        <w:t>1:09:34  hadith par hai, is ko un ko parhwaiye.</w:t>
      </w:r>
      <w:r>
        <w:br/>
      </w:r>
      <w:r>
        <w:rPr>
          <w:sz w:val="20"/>
        </w:rPr>
        <w:t>1:09:38  mein samajhta hoon ke hadith ke baray mein logon ko jo ghalat fehmiyan hain, woh sari ki sari</w:t>
      </w:r>
      <w:r>
        <w:br/>
      </w:r>
      <w:r>
        <w:rPr>
          <w:sz w:val="20"/>
        </w:rPr>
        <w:t>1:09:46  is mein aa gayi hain.</w:t>
      </w:r>
      <w:r>
        <w:br/>
      </w:r>
      <w:r>
        <w:rPr>
          <w:sz w:val="20"/>
        </w:rPr>
        <w:t>1:09:48  to kuch chand jumlon mein jawab nahi hoga, un ke zehan address nahi hoga.</w:t>
      </w:r>
      <w:r>
        <w:br/>
      </w:r>
      <w:r>
        <w:rPr>
          <w:sz w:val="20"/>
        </w:rPr>
        <w:t>1:09:54  aap woh december ka jo risala hai, yani december 2013 ka jo risala hai, is ko parhwaiye.</w:t>
      </w:r>
      <w:r>
        <w:br/>
      </w:r>
      <w:r>
        <w:rPr>
          <w:sz w:val="20"/>
        </w:rPr>
        <w:t>1:10:01  inshallah, mujhe qawi umeed hai ke un ka zehan jo hai, mutmaeen ho jaye ga.</w:t>
      </w:r>
      <w:r>
        <w:br/>
      </w:r>
      <w:r>
        <w:rPr>
          <w:sz w:val="20"/>
        </w:rPr>
        <w:t>1:10:07  okay, we will end the session now.</w:t>
      </w:r>
      <w:r>
        <w:br/>
      </w:r>
      <w:r>
        <w:rPr>
          <w:sz w:val="20"/>
        </w:rPr>
        <w:t>1:10:10  thank you.</w:t>
      </w:r>
    </w:p>
    <w:p>
      <w:pPr>
        <w:pStyle w:val="Heading2"/>
      </w:pPr>
      <w:r>
        <w:t>Using Hadith for success across sects</w:t>
      </w:r>
    </w:p>
    <w:p>
      <w:r>
        <w:rPr>
          <w:color w:val="666666"/>
          <w:sz w:val="18"/>
        </w:rPr>
        <w:t>Hadith · Example of the Prophet March 20, 2016 · 2m 27s · at 1:04:21 · https://youtu.be/79HmhzXU41w?t=3861</w:t>
      </w:r>
    </w:p>
    <w:p>
      <w:r>
        <w:rPr>
          <w:i/>
        </w:rPr>
        <w:t>“Different sects of Muslims consider themselves correct. How can a common Muslim adopt Hadith to achieve worldly and hereafter success and salvation?”</w:t>
      </w:r>
    </w:p>
    <w:p>
      <w:r>
        <w:rPr>
          <w:sz w:val="20"/>
        </w:rPr>
        <w:t>1:04:21  Maulana, agla sawal Tariq Badr Sahab ne kiya hai Lahore se aur unhon ne likha hai ke Musalmanon</w:t>
      </w:r>
      <w:r>
        <w:br/>
      </w:r>
      <w:r>
        <w:rPr>
          <w:sz w:val="20"/>
        </w:rPr>
        <w:t>1:04:29  ke different firqay khud ko sahi samajhte hain, ek aam Musalman kis tarah hadees ko ikhtiyar kar ke</w:t>
      </w:r>
      <w:r>
        <w:br/>
      </w:r>
      <w:r>
        <w:rPr>
          <w:sz w:val="20"/>
        </w:rPr>
        <w:t>1:04:37  apni dunyavi aur akhravi falah o nijat hasil kar sakta hai?</w:t>
      </w:r>
      <w:r>
        <w:br/>
      </w:r>
      <w:r>
        <w:rPr>
          <w:sz w:val="20"/>
        </w:rPr>
        <w:t>1:04:44  sahi samajhta hai, aap samajhne dijiye.</w:t>
      </w:r>
      <w:r>
        <w:br/>
      </w:r>
      <w:r>
        <w:rPr>
          <w:sz w:val="20"/>
        </w:rPr>
        <w:t>1:04:47  sahi samajhna evil nahin hai,</w:t>
      </w:r>
      <w:r>
        <w:br/>
      </w:r>
      <w:r>
        <w:rPr>
          <w:sz w:val="20"/>
        </w:rPr>
        <w:t>1:04:51  ghalu karna evil hai.</w:t>
      </w:r>
      <w:r>
        <w:br/>
      </w:r>
      <w:r>
        <w:rPr>
          <w:sz w:val="20"/>
        </w:rPr>
        <w:t>1:04:56  donon mein farq hai.</w:t>
      </w:r>
      <w:r>
        <w:br/>
      </w:r>
      <w:r>
        <w:rPr>
          <w:sz w:val="20"/>
        </w:rPr>
        <w:t>1:04:57  agar mein apne ko sahi samajhta hoon to yeh koi evil nahi hai.</w:t>
      </w:r>
      <w:r>
        <w:br/>
      </w:r>
      <w:r>
        <w:rPr>
          <w:sz w:val="20"/>
        </w:rPr>
        <w:t>1:05:01  evil yeh hai ke mein samajhta hoon doosra aadmi jahanum mein jaye ga,</w:t>
      </w:r>
      <w:r>
        <w:br/>
      </w:r>
      <w:r>
        <w:rPr>
          <w:sz w:val="20"/>
        </w:rPr>
        <w:t>1:05:06  mein elahi ko mera saath de, yeh ghalu hai.</w:t>
      </w:r>
      <w:r>
        <w:br/>
      </w:r>
      <w:r>
        <w:rPr>
          <w:sz w:val="20"/>
        </w:rPr>
        <w:t>1:05:09  to koi samajhta hai sahi, samajhne dijiye us ko.</w:t>
      </w:r>
      <w:r>
        <w:br/>
      </w:r>
      <w:r>
        <w:rPr>
          <w:sz w:val="20"/>
        </w:rPr>
        <w:t>1:05:12  aap is se baat cheet kar sakte hain, lekin kisi ko yeh right nahi hai ke mein</w:t>
      </w:r>
      <w:r>
        <w:br/>
      </w:r>
      <w:r>
        <w:rPr>
          <w:sz w:val="20"/>
        </w:rPr>
        <w:t>1:05:18  jannat mein jaon ga aur doosre sab jahanum mein jayen ga.</w:t>
      </w:r>
      <w:r>
        <w:br/>
      </w:r>
      <w:r>
        <w:rPr>
          <w:sz w:val="20"/>
        </w:rPr>
        <w:t>1:05:21  mein muslim hoon, baqi sab kafir hain, yeh sab ghalu hai.</w:t>
      </w:r>
      <w:r>
        <w:br/>
      </w:r>
      <w:r>
        <w:rPr>
          <w:sz w:val="20"/>
        </w:rPr>
        <w:t>1:05:24  to jo cheez buri hai woh ghalu hai, na ke</w:t>
      </w:r>
      <w:r>
        <w:br/>
      </w:r>
      <w:r>
        <w:rPr>
          <w:sz w:val="20"/>
        </w:rPr>
        <w:t>1:05:29  difference. koi apne ko sahi samajhta hai to woh bhi koi right nahi, samajhne dijiye.</w:t>
      </w:r>
      <w:r>
        <w:br/>
      </w:r>
      <w:r>
        <w:rPr>
          <w:sz w:val="20"/>
        </w:rPr>
        <w:t>1:05:35  jab tak woh extremist na bane,</w:t>
      </w:r>
      <w:r>
        <w:br/>
      </w:r>
      <w:r>
        <w:rPr>
          <w:sz w:val="20"/>
        </w:rPr>
        <w:t>1:05:39  extremist na ban jaye, ghali na ban jaye.</w:t>
      </w:r>
      <w:r>
        <w:br/>
      </w:r>
      <w:r>
        <w:rPr>
          <w:sz w:val="20"/>
        </w:rPr>
        <w:t>1:05:43  log ghair zaroori tor par in cheezon ko masla bana dete hain.</w:t>
      </w:r>
      <w:r>
        <w:br/>
      </w:r>
      <w:r>
        <w:rPr>
          <w:sz w:val="20"/>
        </w:rPr>
        <w:t>1:05:47  masla jo cheez hai, us ko samajh lijiye ke masla ghalu hai.</w:t>
      </w:r>
      <w:r>
        <w:br/>
      </w:r>
      <w:r>
        <w:rPr>
          <w:sz w:val="20"/>
        </w:rPr>
        <w:t>1:05:51  yeh sab cheezein masla nahi hain.</w:t>
      </w:r>
      <w:r>
        <w:br/>
      </w:r>
      <w:r>
        <w:rPr>
          <w:sz w:val="20"/>
        </w:rPr>
        <w:t>1:05:58  koi agar sahi samajhta hai apne aap ko, tabhi to us ke andar determination aye ga, tabhi to</w:t>
      </w:r>
      <w:r>
        <w:br/>
      </w:r>
      <w:r>
        <w:rPr>
          <w:sz w:val="20"/>
        </w:rPr>
        <w:t>1:06:03  kuch kaam kare ga woh.</w:t>
      </w:r>
      <w:r>
        <w:br/>
      </w:r>
      <w:r>
        <w:rPr>
          <w:sz w:val="20"/>
        </w:rPr>
        <w:t>1:06:06  to samajhne dijiye us ko.</w:t>
      </w:r>
      <w:r>
        <w:br/>
      </w:r>
      <w:r>
        <w:rPr>
          <w:sz w:val="20"/>
        </w:rPr>
        <w:t>1:06:09  us ko jis cheez se rok rahi hai, woh yahi ke cheezon ko logical end tak na pahunchao,</w:t>
      </w:r>
      <w:r>
        <w:br/>
      </w:r>
      <w:r>
        <w:rPr>
          <w:sz w:val="20"/>
        </w:rPr>
        <w:t>1:06:15  ghalu mat karo, extremist mat bano, violent mat karo,</w:t>
      </w:r>
      <w:r>
        <w:br/>
      </w:r>
      <w:r>
        <w:rPr>
          <w:sz w:val="20"/>
        </w:rPr>
        <w:t>1:06:20  intolerance ko chhod do.</w:t>
      </w:r>
      <w:r>
        <w:br/>
      </w:r>
      <w:r>
        <w:rPr>
          <w:sz w:val="20"/>
        </w:rPr>
        <w:t>1:06:21  yeh kahiye. yani bajaye yeh kehne ke ke tum different, yani tum ko doosri rai rakhne ka haq</w:t>
      </w:r>
      <w:r>
        <w:br/>
      </w:r>
      <w:r>
        <w:rPr>
          <w:sz w:val="20"/>
        </w:rPr>
        <w:t>1:06:30  nahi hai, yeh mat kahiye.</w:t>
      </w:r>
      <w:r>
        <w:br/>
      </w:r>
      <w:r>
        <w:rPr>
          <w:sz w:val="20"/>
        </w:rPr>
        <w:t>1:06:32  doosri rai rakhne ka us ko ijazat de dijiye, lekin us ki ijazat mat dijiye ke woh cheezon</w:t>
      </w:r>
      <w:r>
        <w:br/>
      </w:r>
      <w:r>
        <w:rPr>
          <w:sz w:val="20"/>
        </w:rPr>
        <w:t>1:06:38  ko logical end tak pahunchaye aur apne ko muslim, doosre ko kafir kehne lage, yeh ghalu hai.</w:t>
      </w:r>
    </w:p>
    <w:p>
      <w:pPr>
        <w:pStyle w:val="Heading2"/>
      </w:pPr>
      <w:r>
        <w:t>What is your opinion on Hadith-Sunnah distinction?</w:t>
      </w:r>
    </w:p>
    <w:p>
      <w:r>
        <w:rPr>
          <w:color w:val="666666"/>
          <w:sz w:val="18"/>
        </w:rPr>
        <w:t>Hadith · Present Day Muslims Jan 13, 2013 · 2m 32s · at 1:03:45 · https://youtu.be/CVcbWVYitog?t=3825</w:t>
      </w:r>
    </w:p>
    <w:p>
      <w:r>
        <w:rPr>
          <w:i/>
        </w:rPr>
        <w:t>“Some people differentiate between Hadith and Sunnah and are firmly committed to their position. What is your opinion about this?”</w:t>
      </w:r>
    </w:p>
    <w:p>
      <w:r>
        <w:rPr>
          <w:sz w:val="20"/>
        </w:rPr>
        <w:t>1:03:45  maulana, agla sawal karachi pakistan se hai abdul latif sahab ka. unhone likha hai: "kuch log hadith aur sunnat mein farq karte hain aur is mamle mein woh apne moaqqaf par sakhti se qaim hain.</w:t>
      </w:r>
      <w:r>
        <w:br/>
      </w:r>
      <w:r>
        <w:rPr>
          <w:sz w:val="20"/>
        </w:rPr>
        <w:t>1:04:02  maulana sahab, is bare mein aap ki kya rai hai?"</w:t>
      </w:r>
      <w:r>
        <w:br/>
      </w:r>
      <w:r>
        <w:rPr>
          <w:sz w:val="20"/>
        </w:rPr>
        <w:t>1:04:07  yeh ek technical farq hai, yaani yeh koi real farq nahi hai. is mein is ko behas ki baat hi nahi. koi farq hai to karta rahe.</w:t>
      </w:r>
      <w:r>
        <w:br/>
      </w:r>
      <w:r>
        <w:rPr>
          <w:sz w:val="20"/>
        </w:rPr>
        <w:t>1:04:17  hadith aur sunnat mein jo farq hai, woh technical farq hai, fanni farq hai. haqeeqat ke aitbar se koi farq nahi hai. is tarah ki behason mein jo uljhe hue hain, unhe chhod diya, rehne diya unhe behason mein.</w:t>
      </w:r>
      <w:r>
        <w:br/>
      </w:r>
      <w:r>
        <w:rPr>
          <w:sz w:val="20"/>
        </w:rPr>
        <w:t>1:04:31  aap unhe sahi kijiye, na galat kijiye.</w:t>
      </w:r>
      <w:r>
        <w:br/>
      </w:r>
      <w:r>
        <w:rPr>
          <w:sz w:val="20"/>
        </w:rPr>
        <w:t>1:04:36  yeh sab baatein jo hain, wohi hain jo quran o hadith mein aaya hai ke nahina ankathir sawalan wa ankathirathil qeel wal qal.</w:t>
      </w:r>
      <w:r>
        <w:br/>
      </w:r>
      <w:r>
        <w:rPr>
          <w:sz w:val="20"/>
        </w:rPr>
        <w:t>1:04:46  Allah taala ne mana kiya tha ke is tarah ki behasein mat karo. lekin kar rahe hain to karne dijiye unhe. aap to apna jo misbat kaam hai, woh karte rahiye. jo usooli taleem hai islam ki, woh phailate rahiye.</w:t>
      </w:r>
      <w:r>
        <w:br/>
      </w:r>
      <w:r>
        <w:rPr>
          <w:sz w:val="20"/>
        </w:rPr>
        <w:t>1:04:58  dheere dheere sab theek ho jayega.</w:t>
      </w:r>
      <w:r>
        <w:br/>
      </w:r>
      <w:r>
        <w:rPr>
          <w:sz w:val="20"/>
        </w:rPr>
        <w:t>1:05:02  Maulana, agla ek comment aaya hai Ammar sahab ka Saharanpur se. Unhone likha hai "Since so-called Muslims live in hate and materialism among themselves, I have found that there is no evidence of Jews killing one another like we see in the case of Muslims in present case in Pakistan."</w:t>
      </w:r>
      <w:r>
        <w:br/>
      </w:r>
      <w:r>
        <w:rPr>
          <w:sz w:val="20"/>
        </w:rPr>
        <w:t>1:05:28  . dekhiye, hadith mein aata hai ke tumhara bigad yahoodiyon se hi zyada badh jayega.</w:t>
      </w:r>
      <w:r>
        <w:br/>
      </w:r>
      <w:r>
        <w:rPr>
          <w:sz w:val="20"/>
        </w:rPr>
        <w:t>1:05:36  wohi hai yeh. yahoodi doosron ko to marte hain, aapas mein bahut kam aisa hota hai ke koi aapas mein mare. to hadith mein aaya hai tum se hi badh jayega aage.</w:t>
      </w:r>
      <w:r>
        <w:br/>
      </w:r>
      <w:r>
        <w:rPr>
          <w:sz w:val="20"/>
        </w:rPr>
        <w:t>1:05:47  to wohi haal ho raha hai.</w:t>
      </w:r>
      <w:r>
        <w:br/>
      </w:r>
      <w:r>
        <w:rPr>
          <w:sz w:val="20"/>
        </w:rPr>
        <w:t>1:05:51  is mein koi taajjub ki baat to nahi hai ke hadith ki peshangoi ke mutabiq.</w:t>
      </w:r>
      <w:r>
        <w:br/>
      </w:r>
      <w:r>
        <w:rPr>
          <w:sz w:val="20"/>
        </w:rPr>
        <w:t>1:06:00  beh'r'haal, is ka jo hal hai, woh yeh hai ke woh jo musalmanon ki saiki ban gayi hai ke apne liye Pride, doosre ke liye Hate, is ko khatam karein hum.</w:t>
      </w:r>
      <w:r>
        <w:br/>
      </w:r>
      <w:r>
        <w:rPr>
          <w:sz w:val="20"/>
        </w:rPr>
        <w:t>1:06:10  jab tak yeh khatam nahi hoga, tab tak koi Reform nahi aa sakta hai.</w:t>
      </w:r>
    </w:p>
    <w:p>
      <w:pPr>
        <w:pStyle w:val="Heading2"/>
      </w:pPr>
      <w:r>
        <w:t>World as prison for believer explained</w:t>
      </w:r>
    </w:p>
    <w:p>
      <w:r>
        <w:rPr>
          <w:color w:val="666666"/>
          <w:sz w:val="18"/>
        </w:rPr>
        <w:t>Hadith · Lessons and Experiences May 22, 2011 Maulana Wahiduddin Khan · 2m 18s · at 1:41:50 · https://youtu.be/j4Qx-MsDQWc?t=6110</w:t>
      </w:r>
    </w:p>
    <w:p>
      <w:r>
        <w:rPr>
          <w:i/>
        </w:rPr>
        <w:t>“The hadith says that this world is a prison for the believer. The question is: should a believer consider this world as a prison or as paradise? 'The world is a prison for the believer' means a psychological prison, not a material prison. Psychological prison means that you will find no pleasure in it, no happiness. If you have discovered God, you remember paradise, you live in an angelic world, then nothing of this world will seem important to you. You will always feel...”</w:t>
      </w:r>
    </w:p>
    <w:p>
      <w:r>
        <w:rPr>
          <w:sz w:val="20"/>
        </w:rPr>
        <w:t>1:41:50  unhon ne likha hai hadith mein hai ke yeh dunya momin ke liye qaid khana hai sawal yeh hai ke ek momin is dunya ko apne liye qaid khana tasawwur kare ya jannat dekhen qaid khane ke mani hain ad-dunya sil al-momin woh psychological prison ke mani mein hai material prison ke mani mein nahi hai</w:t>
      </w:r>
      <w:r>
        <w:br/>
      </w:r>
      <w:r>
        <w:rPr>
          <w:sz w:val="20"/>
        </w:rPr>
        <w:t>1:42:17  psychological prison ke mani yeh hain ke aap ko is mein koi test nahi milega aap ko koi khushi nahi hogi agar aap ka aap ne Khuda ko discover kar rakha hai aap ko jannat yaad aati rehti hai aap farishton wali dunya mein jeete hain to dunya ki se aap ko kuch bhi ahmiyat nahi nazar ayegi</w:t>
      </w:r>
      <w:r>
        <w:br/>
      </w:r>
      <w:r>
        <w:rPr>
          <w:sz w:val="20"/>
        </w:rPr>
        <w:t>1:42:45  har waqt aap ko</w:t>
      </w:r>
      <w:r>
        <w:br/>
      </w:r>
      <w:r>
        <w:rPr>
          <w:sz w:val="20"/>
        </w:rPr>
        <w:t>1:42:46  woh aaye aaye ga mujhe yani aisa waqea mere sath barabar hota hi rehta hai jaise main gaya ek dafa bahar to ek bohat hi zabardast hotel mein mujhe thahraya gaya tha bohat shandar hotel mere samne jo breakfast laya gaya bohat hi umda qism ki khane ki cheezein to woh dekh kar rone laga main der tak rota hi raha main socha ke Khuda ka kitna bara ajeeb mamla hai insan ke liye Khuda ne cheezein paida ki hain</w:t>
      </w:r>
      <w:r>
        <w:br/>
      </w:r>
      <w:r>
        <w:rPr>
          <w:sz w:val="20"/>
        </w:rPr>
        <w:t>1:43:15  insan hai kya yani yeh jo Khuda ne phal aur aur doodh aur itni sari khane peene ki cheezein hain to kaisa ajeeb ho woh Khuda jis ne baghair mange hamein itni sari cheezein de dein to ehsas shukr jo hai woh aansuon mein dhal gaya us waqt jab bajaye is ke woh khoob khane lagta jaldi jaldi</w:t>
      </w:r>
      <w:r>
        <w:br/>
      </w:r>
      <w:r>
        <w:rPr>
          <w:sz w:val="20"/>
        </w:rPr>
        <w:t>1:43:42  is is sis mein hai woh ke aadmi jab Khuda ko yaad karega jannat ko yaad karega to us ke andar ek us ke andar ek ek ek aur hi ehsas jaagega isi ko kaha gaya psychological prison woh negative sense mat lijiye is ko is ko positive sense mein lijiye bohat bari woh marifat ki baat hai woh</w:t>
      </w:r>
    </w:p>
    <w:p>
      <w:pPr>
        <w:pStyle w:val="Heading2"/>
      </w:pPr>
      <w:r>
        <w:t>Ability mentioned in earlier talks</w:t>
      </w:r>
    </w:p>
    <w:p>
      <w:r>
        <w:rPr>
          <w:color w:val="666666"/>
          <w:sz w:val="18"/>
        </w:rPr>
        <w:t>Life &amp; Wisdom · Dars-e-Quran, Chapter 2, Verse 35 | December 17, 2017 · 3m 12s · at 1:00:59 · https://youtu.be/Cd8MlWM7B9w?t=3659</w:t>
      </w:r>
    </w:p>
    <w:p>
      <w:r>
        <w:rPr>
          <w:i/>
        </w:rPr>
        <w:t>“In your earlier talks you have mentioned that one should be able to...”</w:t>
      </w:r>
    </w:p>
    <w:p>
      <w:r>
        <w:rPr>
          <w:sz w:val="20"/>
        </w:rPr>
        <w:t>1:00:59  vail kare hi ga. Hum false footprint banna ji hain. Agar apne aap ko bachayenge false footprint se to truth apne aap prevail karega. Yeh hi hai. Apne aap ko bachaiye distraction se. Is ke baad jo cheez hai woh apne aap prevail karegi. Maulana, agla sawal bheja hai Jam</w:t>
      </w:r>
      <w:r>
        <w:br/>
      </w:r>
      <w:r>
        <w:rPr>
          <w:sz w:val="20"/>
        </w:rPr>
        <w:t>1:01:29  sheed pur se azhar sahib ne.</w:t>
      </w:r>
      <w:r>
        <w:br/>
      </w:r>
      <w:r>
        <w:rPr>
          <w:sz w:val="20"/>
        </w:rPr>
        <w:t>1:01:33  انہوں نے لکھا ہے، مولانا، in your earlier talks you have mentioned that one should be able to</w:t>
      </w:r>
      <w:r>
        <w:br/>
      </w:r>
      <w:r>
        <w:rPr>
          <w:sz w:val="20"/>
        </w:rPr>
        <w:t>1:01:37  Discover one's role and then play that role.</w:t>
      </w:r>
      <w:r>
        <w:br/>
      </w:r>
      <w:r>
        <w:rPr>
          <w:sz w:val="20"/>
        </w:rPr>
        <w:t>1:01:42  Maulana, I have been thinking about this for last eight months but I am still not able to</w:t>
      </w:r>
      <w:r>
        <w:br/>
      </w:r>
      <w:r>
        <w:rPr>
          <w:sz w:val="20"/>
        </w:rPr>
        <w:t>1:01:46  discover my role.</w:t>
      </w:r>
      <w:r>
        <w:br/>
      </w:r>
      <w:r>
        <w:rPr>
          <w:sz w:val="20"/>
        </w:rPr>
        <w:t>1:01:50  This has made me very restless and I am not at peace.</w:t>
      </w:r>
      <w:r>
        <w:br/>
      </w:r>
      <w:r>
        <w:rPr>
          <w:sz w:val="20"/>
        </w:rPr>
        <w:t>1:01:55  please tell me what should i do</w:t>
      </w:r>
      <w:r>
        <w:br/>
      </w:r>
      <w:r>
        <w:rPr>
          <w:sz w:val="20"/>
        </w:rPr>
        <w:t>1:01:59  to find the role that God has kept for me so I can play my role as long</w:t>
      </w:r>
      <w:r>
        <w:br/>
      </w:r>
      <w:r>
        <w:rPr>
          <w:sz w:val="20"/>
        </w:rPr>
        <w:t>1:02:09  as i am alive? dekhiye, apna role janne ke liye ek prerequisite hai.</w:t>
      </w:r>
      <w:r>
        <w:br/>
      </w:r>
      <w:r>
        <w:rPr>
          <w:sz w:val="20"/>
        </w:rPr>
        <w:t>1:02:19  pre-requisite ایک پیشگی شرط وہ یہ ہے کہ آدمی اپنے آپ میں</w:t>
      </w:r>
      <w:r>
        <w:br/>
      </w:r>
      <w:r>
        <w:rPr>
          <w:sz w:val="20"/>
        </w:rPr>
        <w:t>1:02:29  apne aap apne aap apne aap ko discover kare ke kahan mein kaun si meri habit hai, kaun sa mera andar kuch cheez develop kar gayi aisi jo mujhe derail karti rehti hai apne baray mein khud. maine apne aap ko main keh sakta hoon ke poori zindagi mujhe</w:t>
      </w:r>
      <w:r>
        <w:br/>
      </w:r>
      <w:r>
        <w:rPr>
          <w:sz w:val="20"/>
        </w:rPr>
        <w:t>1:02:59  ڈھونڈتا رہتا ہوں کہ کہاں میرا کوئی realignment ہو رہا ہے، کہاں۔</w:t>
      </w:r>
      <w:r>
        <w:br/>
      </w:r>
      <w:r>
        <w:rPr>
          <w:sz w:val="20"/>
        </w:rPr>
        <w:t>1:03:09  aur isko main bacha kar ke woh is tarah se apni personality ko nature based personality ko bachata hai.</w:t>
      </w:r>
      <w:r>
        <w:br/>
      </w:r>
      <w:r>
        <w:rPr>
          <w:sz w:val="20"/>
        </w:rPr>
        <w:t>1:03:19  hamari personality jo jo hai jo khaliq ne creator ne nature based banaya hai</w:t>
      </w:r>
      <w:r>
        <w:br/>
      </w:r>
      <w:r>
        <w:rPr>
          <w:sz w:val="20"/>
        </w:rPr>
        <w:t>1:03:29  to woh kahan kahan woh derailment ho raha hai, is ka kahan woh distract ho rahi hai, is ko dhoondta rehta hoon. main samajhta hoon ke yahi ek hi tareeqa hai ke jab aap dher dher ke is ko is ko find out kar lenge to truth apne aap prevail karega. nature ab nature apne aap prevail karegi. let</w:t>
      </w:r>
      <w:r>
        <w:br/>
      </w:r>
      <w:r>
        <w:rPr>
          <w:sz w:val="20"/>
        </w:rPr>
        <w:t>1:03:59  Truth prevail jo kaha jata hai to ye aadhi baat hai.</w:t>
      </w:r>
      <w:r>
        <w:br/>
      </w:r>
      <w:r>
        <w:rPr>
          <w:sz w:val="20"/>
        </w:rPr>
        <w:t>1:04:05  yani false foot se bachao to truth apne aap prevail karega.</w:t>
      </w:r>
    </w:p>
    <w:p>
      <w:pPr>
        <w:pStyle w:val="Heading2"/>
      </w:pPr>
      <w:r>
        <w:t>Acquired or innate responsibility</w:t>
      </w:r>
    </w:p>
    <w:p>
      <w:r>
        <w:rPr>
          <w:color w:val="666666"/>
          <w:sz w:val="18"/>
        </w:rPr>
        <w:t>Life &amp; Wisdom · Study of The Quran 23 June 2019 - Maulana Wahiduddin Khan · 3m 21s · at 44:19 · https://youtu.be/tFQnqhFtPko?t=2659</w:t>
      </w:r>
    </w:p>
    <w:p>
      <w:r>
        <w:rPr>
          <w:i/>
        </w:rPr>
        <w:t>“How can a person become more responsible in life? Is being responsible an acquired trait, or is a person born with such a quality?”</w:t>
      </w:r>
    </w:p>
    <w:p>
      <w:r>
        <w:rPr>
          <w:sz w:val="20"/>
        </w:rPr>
        <w:t>44:19  maulana, agla sawal Ahmedabad se Waseem Ahmed sahib ne bheja hai. unhone likha hai: "maulana, how can a person become more responsible in life?</w:t>
      </w:r>
      <w:r>
        <w:br/>
      </w:r>
      <w:r>
        <w:rPr>
          <w:sz w:val="20"/>
        </w:rPr>
        <w:t>44:31  my question is, is being responsible an acquired trait, or a person is born with such a quality." dekhiye, aaj hi ki baat hai, aaj hamare ek, hamari jo team hai,</w:t>
      </w:r>
      <w:r>
        <w:br/>
      </w:r>
      <w:r>
        <w:rPr>
          <w:sz w:val="20"/>
        </w:rPr>
        <w:t>44:48  is team ke ek saathi aaj maujood nahi hain</w:t>
      </w:r>
      <w:r>
        <w:br/>
      </w:r>
      <w:r>
        <w:rPr>
          <w:sz w:val="20"/>
        </w:rPr>
        <w:t>44:53  kyun ke un ke uncle ka inteqal ho gaya. abhi subah mujhe khabar mili. mein chahta tha ke un se telephone par baat karoon lekin baat nahi ho saki.</w:t>
      </w:r>
      <w:r>
        <w:br/>
      </w:r>
      <w:r>
        <w:rPr>
          <w:sz w:val="20"/>
        </w:rPr>
        <w:t>45:06  to ab har har maut, chahe ab kisi ki bhi ho, yeh batati hai ke waqt bohat kam hai.</w:t>
      </w:r>
      <w:r>
        <w:br/>
      </w:r>
      <w:r>
        <w:rPr>
          <w:sz w:val="20"/>
        </w:rPr>
        <w:t>45:20  serious ho jao, waqt bohat kam hai. serious ho jao. agar aadmi yahi soche ke waqt bohat kam hai, mujhe serious banna hai, to har aadmi serious ho jaye.</w:t>
      </w:r>
      <w:r>
        <w:br/>
      </w:r>
      <w:r>
        <w:rPr>
          <w:sz w:val="20"/>
        </w:rPr>
        <w:t>45:32  koi masla hi na rahe. sab log bilkul right way mein sochein. to log aam taur par be khabar rehte hain ke ab hamare paas time bohat kam hai.</w:t>
      </w:r>
      <w:r>
        <w:br/>
      </w:r>
      <w:r>
        <w:rPr>
          <w:sz w:val="20"/>
        </w:rPr>
        <w:t>45:45  is se be khabar rehte hain. agar is se ba khabar ho jayein ke time bohat kam hai, bohat time bohat kam hai,</w:t>
      </w:r>
      <w:r>
        <w:br/>
      </w:r>
      <w:r>
        <w:rPr>
          <w:sz w:val="20"/>
        </w:rPr>
        <w:t>45:55  to har aadmi bilkul right way mein soche. koi mushkil cheez nahi hai. yeh</w:t>
      </w:r>
      <w:r>
        <w:br/>
      </w:r>
      <w:r>
        <w:rPr>
          <w:sz w:val="20"/>
        </w:rPr>
        <w:t>46:06  jaise mein ne socha, aaj jab khabar suni ke hamari team ke ek member ke uncle ke dete hue, yeh to mein ne socha ke mein meri umar, mein 90 plus ho chuka hoon.</w:t>
      </w:r>
      <w:r>
        <w:br/>
      </w:r>
      <w:r>
        <w:rPr>
          <w:sz w:val="20"/>
        </w:rPr>
        <w:t>46:20  to meri umar bhi waise hi hai ke subah ya shaam kisi bhi waqt mere liye paigham-e-ajal aa sakta hai.</w:t>
      </w:r>
      <w:r>
        <w:br/>
      </w:r>
      <w:r>
        <w:rPr>
          <w:sz w:val="20"/>
        </w:rPr>
        <w:t>46:30  to mein bohat hi serious ho gaya. har aadmi aise hi karta hai, kar kar sakta hai.</w:t>
      </w:r>
      <w:r>
        <w:br/>
      </w:r>
      <w:r>
        <w:rPr>
          <w:sz w:val="20"/>
        </w:rPr>
        <w:t>46:43  maulana, agla comment bheja hai Maulana Israr Khatib sahib ne Chennai se. unhone likha hai: "maulana, i agree totally with you that what you said that traditional knowledge is only not enough to understand the Quran.</w:t>
      </w:r>
      <w:r>
        <w:br/>
      </w:r>
      <w:r>
        <w:rPr>
          <w:sz w:val="20"/>
        </w:rPr>
        <w:t>47:01  knowledge about modern age is also very necessary to understand Quran. i think that no one in Islamic world who knows modern age except you." Dr. Junaid Sheikh ne Mumbai se likha hai: "maulana, from today's class, i got new incentive to be open minded, unbiased and creative so that i can understand Quran in true sense.</w:t>
      </w:r>
      <w:r>
        <w:br/>
      </w:r>
      <w:r>
        <w:rPr>
          <w:sz w:val="20"/>
        </w:rPr>
        <w:t>47:29  jazak Allah Maulana sahib. "Maulana Yaqoob Umri ne Dilli se likha hai: "Maulana, da only condition to understand Quran is creative mind.</w:t>
      </w:r>
    </w:p>
    <w:p>
      <w:pPr>
        <w:pStyle w:val="Heading2"/>
      </w:pPr>
      <w:r>
        <w:t>Adopting indifference towards people</w:t>
      </w:r>
    </w:p>
    <w:p>
      <w:r>
        <w:rPr>
          <w:color w:val="666666"/>
          <w:sz w:val="18"/>
        </w:rPr>
        <w:t>Life &amp; Wisdom · Divine Ideology of Life I 11 July 2010 · 4m 50s · at 1:33:52 · https://youtu.be/wOmHVfyjMJY?t=5632</w:t>
      </w:r>
    </w:p>
    <w:p>
      <w:r>
        <w:rPr>
          <w:i/>
        </w:rPr>
        <w:t>“How can one adopt indifference towards people? What is its simple formula?”</w:t>
      </w:r>
    </w:p>
    <w:p>
      <w:r>
        <w:rPr>
          <w:sz w:val="20"/>
        </w:rPr>
        <w:t>1:33:52  bol kar ke isko justify karein, yeh galat hai yeh. Maulana, unka ek aur sawal hai. unhon ne likha hai ke logon se be-niazi kaise ikhtiyar ki jayegi?</w:t>
      </w:r>
      <w:r>
        <w:br/>
      </w:r>
      <w:r>
        <w:rPr>
          <w:sz w:val="20"/>
        </w:rPr>
        <w:t>1:34:04  Iska simple formula kya hai? mujhe dekh lijiye, mein hoon. saari zindagi mein aise hi raha bas.</w:t>
      </w:r>
      <w:r>
        <w:br/>
      </w:r>
      <w:r>
        <w:rPr>
          <w:sz w:val="20"/>
        </w:rPr>
        <w:t>1:34:15  Be-niazi ki zindagi. kahin se lena na lena, dena.</w:t>
      </w:r>
      <w:r>
        <w:br/>
      </w:r>
      <w:r>
        <w:rPr>
          <w:sz w:val="20"/>
        </w:rPr>
        <w:t>1:34:23  Is ki ek price deni padti hai. abhi dekhein, mein gaya tha ek bahut bade ek adare mein. ek bahut bada institution, yaani taleem ka bahut bada institution.</w:t>
      </w:r>
      <w:r>
        <w:br/>
      </w:r>
      <w:r>
        <w:rPr>
          <w:sz w:val="20"/>
        </w:rPr>
        <w:t>1:34:38  Wahan gaya tha mein. toh wahan par kya tha, unka ek farm house hai. toh mere theherne ke intezam farm house kiya tha unhon ne.</w:t>
      </w:r>
      <w:r>
        <w:br/>
      </w:r>
      <w:r>
        <w:rPr>
          <w:sz w:val="20"/>
        </w:rPr>
        <w:t>1:34:48  Aur mere khane ke intezam ek bahut bade paise wale aadmi ka kiya gaya tha.</w:t>
      </w:r>
      <w:r>
        <w:br/>
      </w:r>
      <w:r>
        <w:rPr>
          <w:sz w:val="20"/>
        </w:rPr>
        <w:t>1:34:53  Yaani unke haan da'wati khana khao aur farm house par raho. aur phir chale aao. jaate hi maine kaha ke yeh mein nahi kar sakta. maine farm house nahi rehna hai.</w:t>
      </w:r>
      <w:r>
        <w:br/>
      </w:r>
      <w:r>
        <w:rPr>
          <w:sz w:val="20"/>
        </w:rPr>
        <w:t>1:35:04  Woh khana bhi nahi khana hai mujhe. toh maine kaha yahan jo kitchen hota hai talaba ka, student ka, isi mein mujhe khana khana hai.</w:t>
      </w:r>
      <w:r>
        <w:br/>
      </w:r>
      <w:r>
        <w:rPr>
          <w:sz w:val="20"/>
        </w:rPr>
        <w:t>1:35:14  Yeh baat hai South India ki. wahan par log chawal khate hain. toh wahan unka khana kya tha? chawal aur daal, chawal aur daal bas.</w:t>
      </w:r>
      <w:r>
        <w:br/>
      </w:r>
      <w:r>
        <w:rPr>
          <w:sz w:val="20"/>
        </w:rPr>
        <w:t>1:35:21  Toh wahan mein chaar din raha. mein breakfast, lunch aur dinner teeno mein kya karta tha? chawal, daal. bas.</w:t>
      </w:r>
      <w:r>
        <w:br/>
      </w:r>
      <w:r>
        <w:rPr>
          <w:sz w:val="20"/>
        </w:rPr>
        <w:t>1:35:30  Woh khana jo tha wahan par biryani aur paratha aur tarah tarah ki sweet aur yeh woh sab se pehle chhod diya. farm house bhi nahi gaya mein.</w:t>
      </w:r>
      <w:r>
        <w:br/>
      </w:r>
      <w:r>
        <w:rPr>
          <w:sz w:val="20"/>
        </w:rPr>
        <w:t>1:35:40  Toh be-niazi aisi thodi hoti hai. be-niazi ki price deni padti hai.</w:t>
      </w:r>
      <w:r>
        <w:br/>
      </w:r>
      <w:r>
        <w:rPr>
          <w:sz w:val="20"/>
        </w:rPr>
        <w:t>1:35:46  Be-niazi kya cheez hai?</w:t>
      </w:r>
      <w:r>
        <w:br/>
      </w:r>
      <w:r>
        <w:rPr>
          <w:sz w:val="20"/>
        </w:rPr>
        <w:t>1:35:49  Aap ko distraction se bachati hai. tab aala marifat milti hai. distraction ki ek hazar ek qismein hain.</w:t>
      </w:r>
      <w:r>
        <w:br/>
      </w:r>
      <w:r>
        <w:rPr>
          <w:sz w:val="20"/>
        </w:rPr>
        <w:t>1:35:59  yaad rakhiye ke distraction koi ek cheez ka naam hai. bohat si cheezein jo aap ko distract kiye rehti hain. ego bhi distraction hai. ego bhi ek distraction hai.</w:t>
      </w:r>
      <w:r>
        <w:br/>
      </w:r>
      <w:r>
        <w:rPr>
          <w:sz w:val="20"/>
        </w:rPr>
        <w:t>1:36:12  apne ko bachaye rakhna. main kisi tareeqay se mere par harf na lagne paaye. meri shakhsiyat bani rahe. woh bhi distraction hai. mujhe ek himmat hai kehne ki ke main jaaun bhaad mein.</w:t>
      </w:r>
      <w:r>
        <w:br/>
      </w:r>
      <w:r>
        <w:rPr>
          <w:sz w:val="20"/>
        </w:rPr>
        <w:t>1:36:25  khuda ke fazal se mujhe himmat hai kehne ki ke main jaaun bhaad mein. sachai baqi rahe.</w:t>
      </w:r>
      <w:r>
        <w:br/>
      </w:r>
      <w:r>
        <w:rPr>
          <w:sz w:val="20"/>
        </w:rPr>
        <w:t>1:36:32  allah ne mujhe himmat di hai ke main keh sakta hoon ke main jaaun bhaad mein. sachai jo hai prevail kare. yeh hai be niyazi.</w:t>
      </w:r>
      <w:r>
        <w:br/>
      </w:r>
      <w:r>
        <w:rPr>
          <w:sz w:val="20"/>
        </w:rPr>
        <w:t>1:36:41  be niyazi ka matlab hai aap yeh keh sakein ke main jaaun bhaad mein. sachai ko prevail karna chahiye.</w:t>
      </w:r>
      <w:r>
        <w:br/>
      </w:r>
      <w:r>
        <w:rPr>
          <w:sz w:val="20"/>
        </w:rPr>
        <w:t>1:36:49  to be niyazi bohat bari cheez hai. lekin be niyazi ki price hai. jab tak price na dein aap ko, woh be niyazi milne wali nahi hai.</w:t>
      </w:r>
      <w:r>
        <w:br/>
      </w:r>
      <w:r>
        <w:rPr>
          <w:sz w:val="20"/>
        </w:rPr>
        <w:t>1:37:00  maulana, yeh sawal aaya hai mr khawaja kaleemuddin ka from pennsylvania</w:t>
      </w:r>
      <w:r>
        <w:br/>
      </w:r>
      <w:r>
        <w:rPr>
          <w:sz w:val="20"/>
        </w:rPr>
        <w:t>1:37:06  . unhon ne likha hai ke "Is it appropriate to invite Christians or people of other religions to come to our mosque and deliver lectures on their religion as they ask us to do?" haan bilkul.</w:t>
      </w:r>
      <w:r>
        <w:br/>
      </w:r>
      <w:r>
        <w:rPr>
          <w:sz w:val="20"/>
        </w:rPr>
        <w:t>1:37:22  main koi harj nahi hai is mein.</w:t>
      </w:r>
      <w:r>
        <w:br/>
      </w:r>
      <w:r>
        <w:rPr>
          <w:sz w:val="20"/>
        </w:rPr>
        <w:t>1:37:27  mujh se discussion kijiye, is se dialogue kijiye.</w:t>
      </w:r>
      <w:r>
        <w:br/>
      </w:r>
      <w:r>
        <w:rPr>
          <w:sz w:val="20"/>
        </w:rPr>
        <w:t>1:37:30  rasool allah ke zamane mein ek aisi ho chuki hai conference. woh trial aa gaya is ko. woh dialogue nahi tha, woh ek trial aa gaya tha.</w:t>
      </w:r>
      <w:r>
        <w:br/>
      </w:r>
      <w:r>
        <w:rPr>
          <w:sz w:val="20"/>
        </w:rPr>
        <w:t>1:37:40  teen mazhab. mere paas kitaab maujood hai, ek arab sheikh ki likhi hui. is ka naam hai "Mawt Amr Al Adyan Al Thulatha".</w:t>
      </w:r>
      <w:r>
        <w:br/>
      </w:r>
      <w:r>
        <w:rPr>
          <w:sz w:val="20"/>
        </w:rPr>
        <w:t>1:37:49  mawt amr maani hote hain conference, seminar.</w:t>
      </w:r>
      <w:r>
        <w:br/>
      </w:r>
      <w:r>
        <w:rPr>
          <w:sz w:val="20"/>
        </w:rPr>
        <w:t>1:37:53  teen mazhabon ki mo'tabar, teen mazhabon ka seminar. arab ne yahi is ka title banaya hai. "Mawt Amr Al Adyan Al Thulatha".</w:t>
      </w:r>
      <w:r>
        <w:br/>
      </w:r>
      <w:r>
        <w:rPr>
          <w:sz w:val="20"/>
        </w:rPr>
        <w:t>1:38:04  is mein kya hota hai? madine ki masjid, jo hum masjid nabwi kehte hain, us ke andar aaye teen mazhab ke log. christian aur muslim.</w:t>
      </w:r>
      <w:r>
        <w:br/>
      </w:r>
      <w:r>
        <w:rPr>
          <w:sz w:val="20"/>
        </w:rPr>
        <w:t>1:38:14  aur teesra jante hain kaun tha?</w:t>
      </w:r>
      <w:r>
        <w:br/>
      </w:r>
      <w:r>
        <w:rPr>
          <w:sz w:val="20"/>
        </w:rPr>
        <w:t>1:38:17  yahoodi. jisko aap samajhte hain ke is ka hazar meel door rehna chahiye in ko hamari masjid se.</w:t>
      </w:r>
      <w:r>
        <w:br/>
      </w:r>
      <w:r>
        <w:rPr>
          <w:sz w:val="20"/>
        </w:rPr>
        <w:t>1:38:27  main samajhta hoon ke yeh musalmanon ki apni bid'at hai, apna innovation hai ke unhon ne masjidon ko tamasha bana rakha hai. masjid kholiye jaise restaurant khola tha, ab kholiye waise hi.</w:t>
      </w:r>
    </w:p>
    <w:p>
      <w:pPr>
        <w:pStyle w:val="Heading2"/>
      </w:pPr>
      <w:r>
        <w:t>Advice for Daily Household Arguments Between Spouses</w:t>
      </w:r>
    </w:p>
    <w:p>
      <w:r>
        <w:rPr>
          <w:color w:val="666666"/>
          <w:sz w:val="18"/>
        </w:rPr>
        <w:t>Life &amp; Wisdom · 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Advice for a Failed Person</w:t>
      </w:r>
    </w:p>
    <w:p>
      <w:r>
        <w:rPr>
          <w:color w:val="666666"/>
          <w:sz w:val="18"/>
        </w:rPr>
        <w:t>Life &amp; Wisdom · 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Advice on delayed installment due to fraud</w:t>
      </w:r>
    </w:p>
    <w:p>
      <w:r>
        <w:rPr>
          <w:color w:val="666666"/>
          <w:sz w:val="18"/>
        </w:rPr>
        <w:t>Life &amp; Wisdom · Collective Repentance I Feb 24, 2013 Maulana Wahiduddin Khan · 4m 02s · at 1:12:37 · https://youtu.be/lkkolxAL38c?t=4357</w:t>
      </w:r>
    </w:p>
    <w:p>
      <w:r>
        <w:rPr>
          <w:i/>
        </w:rPr>
        <w:t>“I have bought a flat in Gurgaon on an installment plan from a builder. I could not pay the third installment on time because my money got stuck due to someone cheating me in Dubai. Kindly advise.”</w:t>
      </w:r>
    </w:p>
    <w:p>
      <w:r>
        <w:rPr>
          <w:sz w:val="20"/>
        </w:rPr>
        <w:t>1:12:37  maulana, yeh sawal aya hai doha qatar se mister rahul bhatia ka. unhon ne likha hai: "maulana, when i was in delhi, i had attended some of your classes.</w:t>
      </w:r>
      <w:r>
        <w:br/>
      </w:r>
      <w:r>
        <w:rPr>
          <w:sz w:val="20"/>
        </w:rPr>
        <w:t>1:12:50  i have a question to ask. my question is:</w:t>
      </w:r>
      <w:r>
        <w:br/>
      </w:r>
      <w:r>
        <w:rPr>
          <w:sz w:val="20"/>
        </w:rPr>
        <w:t>1:12:53  i have bought a flat in gurgaon on installment plan from builder. i could not pay the third installment in time, as my money got stuck due to somebody cheating me in dubai.</w:t>
      </w:r>
      <w:r>
        <w:br/>
      </w:r>
      <w:r>
        <w:rPr>
          <w:sz w:val="20"/>
        </w:rPr>
        <w:t>1:13:07  due to the delayed payment, the builder has put an interest on me amounting to rupees 20 thousand.</w:t>
      </w:r>
      <w:r>
        <w:br/>
      </w:r>
      <w:r>
        <w:rPr>
          <w:sz w:val="20"/>
        </w:rPr>
        <w:t>1:13:14  i requested them to cancel the interest, but they refused. on the other hand, the bank where i hold my account have paid me an interest of rupees 13 thousand.</w:t>
      </w:r>
      <w:r>
        <w:br/>
      </w:r>
      <w:r>
        <w:rPr>
          <w:sz w:val="20"/>
        </w:rPr>
        <w:t>1:13:27  the builder is adamant to collect the interest from me.</w:t>
      </w:r>
      <w:r>
        <w:br/>
      </w:r>
      <w:r>
        <w:rPr>
          <w:sz w:val="20"/>
        </w:rPr>
        <w:t>1:13:30  would it be permissible to use the interest earned from the bank to pay the interest penalty to the builder? or should i must use my fresh salary money to pay the interest to the builder?</w:t>
      </w:r>
      <w:r>
        <w:br/>
      </w:r>
      <w:r>
        <w:rPr>
          <w:sz w:val="20"/>
        </w:rPr>
        <w:t>1:13:44  i understand that interest is haram, paying as well as receiving, but because i am in a trap, please let me know what would be the right way in the light of islam. "dekhen, yeh islam ka masla nahi hai.</w:t>
      </w:r>
      <w:r>
        <w:br/>
      </w:r>
      <w:r>
        <w:rPr>
          <w:sz w:val="20"/>
        </w:rPr>
        <w:t>1:14:02  yeh aap apni hi ghalati ki price de rahe hain. yeh jo aap ne bataya, yeh ghalati sari aap ki hai.</w:t>
      </w:r>
      <w:r>
        <w:br/>
      </w:r>
      <w:r>
        <w:rPr>
          <w:sz w:val="20"/>
        </w:rPr>
        <w:t>1:14:12  yeh zamana dekhiye, bohat hi zyada yani mukhtalif zamana hai.</w:t>
      </w:r>
      <w:r>
        <w:br/>
      </w:r>
      <w:r>
        <w:rPr>
          <w:sz w:val="20"/>
        </w:rPr>
        <w:t>1:14:21  aap ne bohat zyada law ke mutabiq kaam nahi kiya, legal framework ke mutabiq kaam nahi kiya. aap ke is mein loopholes the, is ki wajah se yeh sab gadbad hua.</w:t>
      </w:r>
      <w:r>
        <w:br/>
      </w:r>
      <w:r>
        <w:rPr>
          <w:sz w:val="20"/>
        </w:rPr>
        <w:t>1:14:33  to you have to discover your own wrong policies. yeh sab mat sochiye aap</w:t>
      </w:r>
      <w:r>
        <w:br/>
      </w:r>
      <w:r>
        <w:rPr>
          <w:sz w:val="20"/>
        </w:rPr>
        <w:t>1:14:39  ke yeh sab sochna hi galat hai. aap ka dobara aap ek nai ghalati kar rahe hain, dobara aap ek nai ghalati kar rahe hain. aap sirf yeh sochiye ke maine kahan kahan ghalati ki, jis ki wajah se woh is ki price deni pad rahi hai.</w:t>
      </w:r>
      <w:r>
        <w:br/>
      </w:r>
      <w:r>
        <w:rPr>
          <w:sz w:val="20"/>
        </w:rPr>
        <w:t>1:14:52  mujhe where i was wrong, where i was wrong, is ko daryaft kijiye.</w:t>
      </w:r>
      <w:r>
        <w:br/>
      </w:r>
      <w:r>
        <w:rPr>
          <w:sz w:val="20"/>
        </w:rPr>
        <w:t>1:14:59  aap mat yeh sab sochiye, sirf yeh sochiye, ek hi baat sochiye aur objective tor par sochiye. kisi ko blame mat dijiye ke falan ne cheat kiya, yeh mat kahiye.</w:t>
      </w:r>
      <w:r>
        <w:br/>
      </w:r>
      <w:r>
        <w:rPr>
          <w:sz w:val="20"/>
        </w:rPr>
        <w:t>1:15:10  falan ne aap ki weakness se faida uthaya, kisi ne cheat nahi kiya aap ko.</w:t>
      </w:r>
      <w:r>
        <w:br/>
      </w:r>
      <w:r>
        <w:rPr>
          <w:sz w:val="20"/>
        </w:rPr>
        <w:t>1:15:17  to apni is is soch ko badliye aur is is ko riba ke term mein mat sochiye. aap sirf yeh sochiye ke where i was wrong, kahan maine ghalati ki ke doosron ko mauqa mila ke mujhe aisi pareshani mein daal dein.</w:t>
      </w:r>
      <w:r>
        <w:br/>
      </w:r>
      <w:r>
        <w:rPr>
          <w:sz w:val="20"/>
        </w:rPr>
        <w:t>1:15:34  bas ek hi point hai</w:t>
      </w:r>
      <w:r>
        <w:br/>
      </w:r>
      <w:r>
        <w:rPr>
          <w:sz w:val="20"/>
        </w:rPr>
        <w:t>1:15:37  aap ke liye, where i was wrong, is ko daryaft kijiye aur kuch nahi.</w:t>
      </w:r>
      <w:r>
        <w:br/>
      </w:r>
      <w:r>
        <w:rPr>
          <w:sz w:val="20"/>
        </w:rPr>
        <w:t>1:15:43  dekhen, yeh duniya competition ki duniya hai. yaad rakhiye, har aadmi doosre ki weakness se faida uthata hai. achi tarah samajh lijiye, yeh duniya koi ideal duniya nahi hai, koi perfect duniya nahi hai.</w:t>
      </w:r>
      <w:r>
        <w:br/>
      </w:r>
      <w:r>
        <w:rPr>
          <w:sz w:val="20"/>
        </w:rPr>
        <w:t>1:16:01  is poori duniya ka jo jo culture hai, woh that is based on competition. jab aap ghalati karenge, doosra is ka imply karega.</w:t>
      </w:r>
      <w:r>
        <w:br/>
      </w:r>
      <w:r>
        <w:rPr>
          <w:sz w:val="20"/>
        </w:rPr>
        <w:t>1:16:15  bas to yeh ghalati dobara mat kijiye ke aap ne ghalati ki wajah se jo paida hui situation, dobara is ko kahein ke is ne cheat kiya. mujhe koi cheat nahi karta, aap ki weakness ko woh exploit karta hai.</w:t>
      </w:r>
      <w:r>
        <w:br/>
      </w:r>
      <w:r>
        <w:rPr>
          <w:sz w:val="20"/>
        </w:rPr>
        <w:t>1:16:29  to mera mashwara sirf yahi ek hai ke you have to discover your own mistake, bas aur kuch nahi.</w:t>
      </w:r>
    </w:p>
    <w:p>
      <w:pPr>
        <w:pStyle w:val="Heading2"/>
      </w:pPr>
      <w:r>
        <w:t>Art of questioning and its etiquette</w:t>
      </w:r>
    </w:p>
    <w:p>
      <w:r>
        <w:rPr>
          <w:color w:val="666666"/>
          <w:sz w:val="18"/>
        </w:rPr>
        <w:t>Life &amp; Wisdom · The Straight Path October 30, 2011 Maulana Wahiduddin Khan · 4m 13s · at 1:38:33 · https://youtu.be/PKFHe82Jz58?t=5913</w:t>
      </w:r>
    </w:p>
    <w:p>
      <w:r>
        <w:rPr>
          <w:i/>
        </w:rPr>
        <w:t>“What is the art of questioning and what are its etiquettes? Please shed light on this.”</w:t>
      </w:r>
    </w:p>
    <w:p>
      <w:r>
        <w:rPr>
          <w:sz w:val="20"/>
        </w:rPr>
        <w:t>1:38:33  miss ayesha ne delhi se sawal kiya hai. unhone likha hai: "art of questioning kya hai aur iske aadab kya hain? is par roshni dalein."</w:t>
      </w:r>
      <w:r>
        <w:br/>
      </w:r>
      <w:r>
        <w:rPr>
          <w:sz w:val="20"/>
        </w:rPr>
        <w:t>1:38:46  dekhiye, log jo hain doosre se poochne ko question samajhte hain. sab se pehle apne aap se poochiye.</w:t>
      </w:r>
      <w:r>
        <w:br/>
      </w:r>
      <w:r>
        <w:rPr>
          <w:sz w:val="20"/>
        </w:rPr>
        <w:t>1:38:58  question shuru hota hai apne aap se, phir pahunchta hai doosre tak. apne aap ke maani kya hain? pehle khud sochiye, study kijiye.</w:t>
      </w:r>
      <w:r>
        <w:br/>
      </w:r>
      <w:r>
        <w:rPr>
          <w:sz w:val="20"/>
        </w:rPr>
        <w:t>1:39:13  jab aap apni koshish ko ek had tak pahuncha chuke hon, tab aap wahan pahuncha kar question karen. aap</w:t>
      </w:r>
      <w:r>
        <w:br/>
      </w:r>
      <w:r>
        <w:rPr>
          <w:sz w:val="20"/>
        </w:rPr>
        <w:t>1:39:24  yaani questioning jo hai, 50 percent is aadmi ka hai jo jo question karta hai, 50 percent is aadmi ka jo jawab deta hai.</w:t>
      </w:r>
      <w:r>
        <w:br/>
      </w:r>
      <w:r>
        <w:rPr>
          <w:sz w:val="20"/>
        </w:rPr>
        <w:t>1:39:36  agar aap ne apne ko prepare nahin kiya hai, yaani pre-questioning jo kaam tha woh aap ne nahin kiya hai, to koi jawab dega tab samjhega, samajh bhi nahin aayega kya us ne kaha.</w:t>
      </w:r>
      <w:r>
        <w:br/>
      </w:r>
      <w:r>
        <w:rPr>
          <w:sz w:val="20"/>
        </w:rPr>
        <w:t>1:39:50  is wajah se ek ek questioning hai, ek pre pre-questioning. pre-question yeh hai ki aap sochen, padhen,</w:t>
      </w:r>
      <w:r>
        <w:br/>
      </w:r>
      <w:r>
        <w:rPr>
          <w:sz w:val="20"/>
        </w:rPr>
        <w:t>1:39:59  apne hisse ka kaam karen. apne hisse ka kaam kar ke question karenge, tabhi us questioning ka koi result result niklega, warna kuch nahin niklega.</w:t>
      </w:r>
      <w:r>
        <w:br/>
      </w:r>
      <w:r>
        <w:rPr>
          <w:sz w:val="20"/>
        </w:rPr>
        <w:t>1:40:16  maulana, yeh sawal aaya hai karachi pakistan se mr aamir bin yusuf ka.</w:t>
      </w:r>
      <w:r>
        <w:br/>
      </w:r>
      <w:r>
        <w:rPr>
          <w:sz w:val="20"/>
        </w:rPr>
        <w:t>1:40:22  unhon ne likha hai: "maulana, aap ki kitaab tajdeed deen mein ulama ke uth jaane ka matlab khushu ka khatm hona bataya gaya hai.</w:t>
      </w:r>
      <w:r>
        <w:br/>
      </w:r>
      <w:r>
        <w:rPr>
          <w:sz w:val="20"/>
        </w:rPr>
        <w:t>1:40:33  is ke bare mein kuch bataen."</w:t>
      </w:r>
      <w:r>
        <w:br/>
      </w:r>
      <w:r>
        <w:rPr>
          <w:sz w:val="20"/>
        </w:rPr>
        <w:t>1:40:40  woh to isi mein maujood hai, isi matan mein maujood hai. aisa nahin ki maine kuch apni taraf se kaha hai.</w:t>
      </w:r>
      <w:r>
        <w:br/>
      </w:r>
      <w:r>
        <w:rPr>
          <w:sz w:val="20"/>
        </w:rPr>
        <w:t>1:40:51  matlab ek hai, aalim ka ek matlab yeh hai ki aadmi ke paas information ho.</w:t>
      </w:r>
      <w:r>
        <w:br/>
      </w:r>
      <w:r>
        <w:rPr>
          <w:sz w:val="20"/>
        </w:rPr>
        <w:t>1:41:02  ek hai ki aalim aadmi ke paas wisdom ho. to woh jo hadees hai ki ulama uth jayenge, uska matlab hai ki aise log to rahenge jo jo information wale, lekin jo wisdom wale nahin rahenge.</w:t>
      </w:r>
      <w:r>
        <w:br/>
      </w:r>
      <w:r>
        <w:rPr>
          <w:sz w:val="20"/>
        </w:rPr>
        <w:t>1:41:17  yeh matlab hai is ka.</w:t>
      </w:r>
      <w:r>
        <w:br/>
      </w:r>
      <w:r>
        <w:rPr>
          <w:sz w:val="20"/>
        </w:rPr>
        <w:t>1:41:21  zahab ulama ka matlab yeh nahin ki koi aisa aadmi nahin rahega jo istirahat yafta ulama se hua karte hain. to koi istirahat yafta ulama baqi nahin rahenge.</w:t>
      </w:r>
      <w:r>
        <w:br/>
      </w:r>
      <w:r>
        <w:rPr>
          <w:sz w:val="20"/>
        </w:rPr>
        <w:t>1:41:31  yeh yeh matlab harghiz nahin hai is ka. istirahat yafta ulama ki tadad aur zyada badh jayegi. baseerat wale ulama, wisdom wale ulama, spirit wale ulama nahin rahenge.</w:t>
      </w:r>
      <w:r>
        <w:br/>
      </w:r>
      <w:r>
        <w:rPr>
          <w:sz w:val="20"/>
        </w:rPr>
        <w:t>1:41:45  yeh matlab hai is ka. is mein istirahat yafta ulama bada nahin hain, is se harghiz.</w:t>
      </w:r>
      <w:r>
        <w:br/>
      </w:r>
      <w:r>
        <w:rPr>
          <w:sz w:val="20"/>
        </w:rPr>
        <w:t>1:41:54  ahl-e-baseerat</w:t>
      </w:r>
      <w:r>
        <w:br/>
      </w:r>
      <w:r>
        <w:rPr>
          <w:sz w:val="20"/>
        </w:rPr>
        <w:t>1:41:58  to</w:t>
      </w:r>
      <w:r>
        <w:br/>
      </w:r>
      <w:r>
        <w:rPr>
          <w:sz w:val="20"/>
        </w:rPr>
        <w:t>1:42:02  ek hai yeh ki aap khoob maloomat, aap ko information, aap ko khoob taqreer karna aap ko aata ho.</w:t>
      </w:r>
      <w:r>
        <w:br/>
      </w:r>
      <w:r>
        <w:rPr>
          <w:sz w:val="20"/>
        </w:rPr>
        <w:t>1:42:09  yeh hawale, woh hawale, yeh sab aate hon aap ko. lekin aap ke andar agar yeh baat na ho ki aap tajziya kar saken, analysis kar saken, baseerat is ke andar jo hai, us ko daryaft kar saken, jo wisdom jo hai, us ko aap jaanen,</w:t>
      </w:r>
      <w:r>
        <w:br/>
      </w:r>
      <w:r>
        <w:rPr>
          <w:sz w:val="20"/>
        </w:rPr>
        <w:t>1:42:29  to woh woh woh unhi ka zahab hoga. wahi uth jayenge, wahi chale jayenge.</w:t>
      </w:r>
      <w:r>
        <w:br/>
      </w:r>
      <w:r>
        <w:rPr>
          <w:sz w:val="20"/>
        </w:rPr>
        <w:t>1:42:36  yaani ek ek lafz mein kehta hoon ki ahl-e-baseerat ulama uth jayenge. ahl-e-baseerat ulama.</w:t>
      </w:r>
    </w:p>
    <w:p>
      <w:pPr>
        <w:pStyle w:val="Heading2"/>
      </w:pPr>
      <w:r>
        <w:t>Avoiding Negative Response and Staying Positive</w:t>
      </w:r>
    </w:p>
    <w:p>
      <w:r>
        <w:rPr>
          <w:color w:val="666666"/>
          <w:sz w:val="18"/>
        </w:rPr>
        <w:t>Life &amp; Wisdom · The Expression of Faith (Izhar e Deen) September 1, 2013 · 2m 24s · at 1:19:07 · https://youtu.be/muBDJ8a_8-0?t=4747</w:t>
      </w:r>
    </w:p>
    <w:p>
      <w:r>
        <w:rPr>
          <w:i/>
        </w:rPr>
        <w:t>“How can I avoid negative response and maintain my positive frame of mind?”</w:t>
      </w:r>
    </w:p>
    <w:p>
      <w:r>
        <w:rPr>
          <w:sz w:val="20"/>
        </w:rPr>
        <w:t>1:19:07  maulana agla sawal Mumbai se hai, Mr Ravi Prakash ka. unhon ne likha hai: "maulana, please tell me how can I avoid negative response and maintain my positive frame of mind?" dekhein,</w:t>
      </w:r>
      <w:r>
        <w:br/>
      </w:r>
      <w:r>
        <w:rPr>
          <w:sz w:val="20"/>
        </w:rPr>
        <w:t>1:19:26  doosre lafzon mein yeh hai realistic approach.</w:t>
      </w:r>
      <w:r>
        <w:br/>
      </w:r>
      <w:r>
        <w:rPr>
          <w:sz w:val="20"/>
        </w:rPr>
        <w:t>1:19:33  doosre lafzon mein isi ka naam hai realistic approach. kyunke jis duniya mein aap hain, is duniya mein har ek ko freedom mila hua hai.</w:t>
      </w:r>
      <w:r>
        <w:br/>
      </w:r>
      <w:r>
        <w:rPr>
          <w:sz w:val="20"/>
        </w:rPr>
        <w:t>1:19:45  to jab freedom mila hua hai to zahir hai ke woh kabhi proper use kare ga, kabhi misuse kare ga. to jab woh misuse kare ga to aap ke against mein jaye ga woh.</w:t>
      </w:r>
      <w:r>
        <w:br/>
      </w:r>
      <w:r>
        <w:rPr>
          <w:sz w:val="20"/>
        </w:rPr>
        <w:t>1:19:56  to aap negative ho jayenge.</w:t>
      </w:r>
      <w:r>
        <w:br/>
      </w:r>
      <w:r>
        <w:rPr>
          <w:sz w:val="20"/>
        </w:rPr>
        <w:t>1:20:00  You have to accept it as a reality.</w:t>
      </w:r>
      <w:r>
        <w:br/>
      </w:r>
      <w:r>
        <w:rPr>
          <w:sz w:val="20"/>
        </w:rPr>
        <w:t>1:20:03  This is the only answer. kyunke aap un ki freedom chheen nahi sakte. woh to creator ne diya hai. to jab un ki freedom ko chheen nahi sakte to aap yeh bhi nahi kar sakte ke woh misuse na karein.</w:t>
      </w:r>
      <w:r>
        <w:br/>
      </w:r>
      <w:r>
        <w:rPr>
          <w:sz w:val="20"/>
        </w:rPr>
        <w:t>1:20:17  misuse to karein ge woh. misuse karein ge to aap ko bura lage ga. to apne apne aap apna correction kijiye. kyunke Khuda ki scheme ko badal nahi sakte aap.</w:t>
      </w:r>
      <w:r>
        <w:br/>
      </w:r>
      <w:r>
        <w:rPr>
          <w:sz w:val="20"/>
        </w:rPr>
        <w:t>1:20:29  You cannot change the Christian plan of God. woh to rahega apni jagah par. When you are not in a position to change the Christian plan of God, you are also not in a position to abolish the people's freedom.</w:t>
      </w:r>
      <w:r>
        <w:br/>
      </w:r>
      <w:r>
        <w:rPr>
          <w:sz w:val="20"/>
        </w:rPr>
        <w:t>1:20:48  is liye aap ko kya karna hai? You have to accept it as a reality.</w:t>
      </w:r>
      <w:r>
        <w:br/>
      </w:r>
      <w:r>
        <w:rPr>
          <w:sz w:val="20"/>
        </w:rPr>
        <w:t>1:20:56  jaise hi aap samjhenge ke bhai yeh to reality hai, foran aap is ko merge kar payenge. negative thought ko merge karne ka ek hi rasta hai ke aap samjhe yeh is baat ko samjh samjh payen ke yeh to reality hai.</w:t>
      </w:r>
      <w:r>
        <w:br/>
      </w:r>
      <w:r>
        <w:rPr>
          <w:sz w:val="20"/>
        </w:rPr>
        <w:t>1:21:09  hum kai ab to lad nahi sakte is se.</w:t>
      </w:r>
      <w:r>
        <w:br/>
      </w:r>
      <w:r>
        <w:rPr>
          <w:sz w:val="20"/>
        </w:rPr>
        <w:t>1:21:15  to sab se bari cheez hai realistic approach.</w:t>
      </w:r>
      <w:r>
        <w:br/>
      </w:r>
      <w:r>
        <w:rPr>
          <w:sz w:val="20"/>
        </w:rPr>
        <w:t>1:21:19  jitna zyada aayega realistic approach, utne zyada aadmi ke andar positive thinking aa jayegi.</w:t>
      </w:r>
    </w:p>
    <w:p>
      <w:pPr>
        <w:pStyle w:val="Heading2"/>
      </w:pPr>
      <w:r>
        <w:t>Awareness of life's temporary nature</w:t>
      </w:r>
    </w:p>
    <w:p>
      <w:r>
        <w:rPr>
          <w:color w:val="666666"/>
          <w:sz w:val="18"/>
        </w:rPr>
        <w:t>Life &amp; Wisdom · Materialism and Intellectual Dwarfism 29th April 2012 · 2m 05s · at 1:03:47 · https://youtu.be/qHzARL_r3I4?t=3827</w:t>
      </w:r>
    </w:p>
    <w:p>
      <w:r>
        <w:rPr>
          <w:i/>
        </w:rPr>
        <w:t>“Why are so few people aware of the temporary and uncertain nature of life?”</w:t>
      </w:r>
    </w:p>
    <w:p>
      <w:r>
        <w:rPr>
          <w:sz w:val="20"/>
        </w:rPr>
        <w:t>1:03:47  Maulana, agla sawal hai Mr Ashish Tiwari ka. unhon ne Kanpur se likha hai. unhon ne sawal mein yeh likha hai: "Maulana! ke Man is a spiritual being undergoing a brief material experience.</w:t>
      </w:r>
      <w:r>
        <w:br/>
      </w:r>
      <w:r>
        <w:rPr>
          <w:sz w:val="20"/>
        </w:rPr>
        <w:t>1:04:03  He lives his life in a material bubble, considers himself the owner of the bubble and makes long-term plans.</w:t>
      </w:r>
      <w:r>
        <w:br/>
      </w:r>
      <w:r>
        <w:rPr>
          <w:sz w:val="20"/>
        </w:rPr>
        <w:t>1:04:12  But the day the bubble bursts, he is confronted with the reality of life. My question is: Why are so few people aware of the temporary and uncertain nature of life?</w:t>
      </w:r>
      <w:r>
        <w:br/>
      </w:r>
      <w:r>
        <w:rPr>
          <w:sz w:val="20"/>
        </w:rPr>
        <w:t>1:04:26  Why such forgetfulness in this age of information?"</w:t>
      </w:r>
      <w:r>
        <w:br/>
      </w:r>
      <w:r>
        <w:rPr>
          <w:sz w:val="20"/>
        </w:rPr>
        <w:t>1:04:33  kya kya just tell the question ka</w:t>
      </w:r>
      <w:r>
        <w:br/>
      </w:r>
      <w:r>
        <w:rPr>
          <w:sz w:val="20"/>
        </w:rPr>
        <w:t>1:04:36  Maulana woh wohi pooch rahe hain ke ah jo material experience jo insaan mehsoos karta hai woh temporary hai lekin woh is cheez ko Maulana understand nahi kar pata aaj ke information age pe to aisa kyun hai ke insaan is cheez ko nahi samajh pata ke marne ke baad jo reality of life hai us ke samne aney wali hai aur woh isi mein mubtala rehta hai is ka information age se koi taluq to mere samajh mein nahi aya</w:t>
      </w:r>
      <w:r>
        <w:br/>
      </w:r>
      <w:r>
        <w:rPr>
          <w:sz w:val="20"/>
        </w:rPr>
        <w:t>1:05:03  is ka talluq sirf is baat se hai ke jo cheez dikhai deti hai jis ko hum foran experience karte hain woh aadmi jald pakar leta hai is baat ko aur jo cheez soch kar janana hota hai jo hidden hai jo discovery kar ke pata hoti hai us se log bekhabar rehte hain</w:t>
      </w:r>
      <w:r>
        <w:br/>
      </w:r>
      <w:r>
        <w:rPr>
          <w:sz w:val="20"/>
        </w:rPr>
        <w:t>1:05:27  to quran mein jo hai ke yalamoon zaahir min al-hayat al-dunya ke zaahir hai jo dikhai deta hai jo abdulrab hai us us mein phanse rehte hain log aur doosri cheez jo soch kar janane wali hai to chunke aap ja kar koi istemal nahi karte to us se bekhabar rehte hain woh</w:t>
      </w:r>
      <w:r>
        <w:br/>
      </w:r>
      <w:r>
        <w:rPr>
          <w:sz w:val="20"/>
        </w:rPr>
        <w:t>1:05:48  yeh main samajhta hoon</w:t>
      </w:r>
    </w:p>
    <w:p>
      <w:pPr>
        <w:pStyle w:val="Heading2"/>
      </w:pPr>
      <w:r>
        <w:t>Balancing housework and Islamic learning</w:t>
      </w:r>
    </w:p>
    <w:p>
      <w:r>
        <w:rPr>
          <w:color w:val="666666"/>
          <w:sz w:val="18"/>
        </w:rPr>
        <w:t>Life &amp; Wisdom · 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Balancing spirituality and worldly life</w:t>
      </w:r>
    </w:p>
    <w:p>
      <w:r>
        <w:rPr>
          <w:color w:val="666666"/>
          <w:sz w:val="18"/>
        </w:rPr>
        <w:t>Life &amp; Wisdom · Spirituality in Simple Living, High Thinking October 27, 2019 Maulana Wahiduddin Khan · 4m 27s · at 31:59 · https://youtu.be/Kr28g15eFr8?t=1919</w:t>
      </w:r>
    </w:p>
    <w:p>
      <w:r>
        <w:rPr>
          <w:i/>
        </w:rPr>
        <w:t>“How can spirituality and worldly life be balanced without tilting too much either on spirituality or worldly life?”</w:t>
      </w:r>
    </w:p>
    <w:p>
      <w:r>
        <w:rPr>
          <w:sz w:val="20"/>
        </w:rPr>
        <w:t>31:59  Maulana, ab sawal lena chahenge. Yeh sawal Ahmedabad se Malik sahib ne bheja hai. Unhone aapse poocha hai ke: "My question is: how spirituality and worldly life be balanced without tilting too much either on spirituality or worldly life?" Maulana sahib, what is your advice for all of us?</w:t>
      </w:r>
      <w:r>
        <w:br/>
      </w:r>
      <w:r>
        <w:rPr>
          <w:sz w:val="20"/>
        </w:rPr>
        <w:t>32:25  Pehli baat toh yeh hai ke main balance ko ek false formula manta hoon, FALS E, false formula.</w:t>
      </w:r>
      <w:r>
        <w:br/>
      </w:r>
      <w:r>
        <w:rPr>
          <w:sz w:val="20"/>
        </w:rPr>
        <w:t>32:42  Jo log balance ka</w:t>
      </w:r>
      <w:r>
        <w:br/>
      </w:r>
      <w:r>
        <w:rPr>
          <w:sz w:val="20"/>
        </w:rPr>
        <w:t>32:46  ke aap</w:t>
      </w:r>
      <w:r>
        <w:br/>
      </w:r>
      <w:r>
        <w:rPr>
          <w:sz w:val="20"/>
        </w:rPr>
        <w:t>32:49  aapas mein jeete hon, woh kabhi spirituality</w:t>
      </w:r>
      <w:r>
        <w:br/>
      </w:r>
      <w:r>
        <w:rPr>
          <w:sz w:val="20"/>
        </w:rPr>
        <w:t>32:57  wali life nahi attend karenge, kabhi nahi. Balance koi cheez nahi hai, balance is nothing.</w:t>
      </w:r>
      <w:r>
        <w:br/>
      </w:r>
      <w:r>
        <w:rPr>
          <w:sz w:val="20"/>
        </w:rPr>
        <w:t>33:10  yeh to ek jhoota formula hai jo pata nahi kis ne yeh banaya tha.</w:t>
      </w:r>
      <w:r>
        <w:br/>
      </w:r>
      <w:r>
        <w:rPr>
          <w:sz w:val="20"/>
        </w:rPr>
        <w:t>33:21  aap kabhi bhi balance ka term mat use kijiye. aap</w:t>
      </w:r>
      <w:r>
        <w:br/>
      </w:r>
      <w:r>
        <w:rPr>
          <w:sz w:val="20"/>
        </w:rPr>
        <w:t>33:27  sirf yeh dekhiye</w:t>
      </w:r>
      <w:r>
        <w:br/>
      </w:r>
      <w:r>
        <w:rPr>
          <w:sz w:val="20"/>
        </w:rPr>
        <w:t>33:31  ke</w:t>
      </w:r>
      <w:r>
        <w:br/>
      </w:r>
      <w:r>
        <w:rPr>
          <w:sz w:val="20"/>
        </w:rPr>
        <w:t>33:36  management ka working formula aap ke liye konsa aaya?</w:t>
      </w:r>
      <w:r>
        <w:br/>
      </w:r>
      <w:r>
        <w:rPr>
          <w:sz w:val="20"/>
        </w:rPr>
        <w:t>33:44  management ka working formula asal ahmiyat working formula ki hai,</w:t>
      </w:r>
      <w:r>
        <w:br/>
      </w:r>
      <w:r>
        <w:rPr>
          <w:sz w:val="20"/>
        </w:rPr>
        <w:t>33:54  asal ahmiyat working formula ki hai jo work kare, jo work kare.</w:t>
      </w:r>
      <w:r>
        <w:br/>
      </w:r>
      <w:r>
        <w:rPr>
          <w:sz w:val="20"/>
        </w:rPr>
        <w:t>34:09  balance koi formula hi nahi hai, woh to ek dhoke ki cheez hai. asal cheez hai workable hona chahiye.</w:t>
      </w:r>
      <w:r>
        <w:br/>
      </w:r>
      <w:r>
        <w:rPr>
          <w:sz w:val="20"/>
        </w:rPr>
        <w:t>34:20  aap koi bhi business karein, shadi karein to work workable daira mein kar, aap sab kuch manage karein.</w:t>
      </w:r>
      <w:r>
        <w:br/>
      </w:r>
      <w:r>
        <w:rPr>
          <w:sz w:val="20"/>
        </w:rPr>
        <w:t>34:32  workable daira mein yeh hai sahi formula.</w:t>
      </w:r>
      <w:r>
        <w:br/>
      </w:r>
      <w:r>
        <w:rPr>
          <w:sz w:val="20"/>
        </w:rPr>
        <w:t>34:39  maulana, workable daira ka matlab kya ke h according to ones capacity? kya yeh keh sakte hain?</w:t>
      </w:r>
      <w:r>
        <w:br/>
      </w:r>
      <w:r>
        <w:rPr>
          <w:sz w:val="20"/>
        </w:rPr>
        <w:t>34:50  ab capacity lafz to theek hai, lekin log apni capacity ka daira barha lete hain.</w:t>
      </w:r>
      <w:r>
        <w:br/>
      </w:r>
      <w:r>
        <w:rPr>
          <w:sz w:val="20"/>
        </w:rPr>
        <w:t>35:04  misal ke taur par woh sochte hain ke qarz le lo, sabhi log qarz lete hain aur kaam chalne ke baad adha kar dena to bazahir lagta hai ke in ko koi workable hai.</w:t>
      </w:r>
      <w:r>
        <w:br/>
      </w:r>
      <w:r>
        <w:rPr>
          <w:sz w:val="20"/>
        </w:rPr>
        <w:t>35:23  workable ka lafz hi bohat clear nahi hai mere khayal se. hmm.</w:t>
      </w:r>
      <w:r>
        <w:br/>
      </w:r>
      <w:r>
        <w:rPr>
          <w:sz w:val="20"/>
        </w:rPr>
        <w:t>35:33  maulana, agla comment lena chahenge. yeh bheja hai doctor naghma siddiqui ne dilli se. unho ne likha hai: "you have given the most compact meaning of spirituality today.</w:t>
      </w:r>
      <w:r>
        <w:br/>
      </w:r>
      <w:r>
        <w:rPr>
          <w:sz w:val="20"/>
        </w:rPr>
        <w:t>35:46  indeed, self control through simple living, high thinking is the clear method to live a spiritual life. this makes you content happy and peaceful."</w:t>
      </w:r>
      <w:r>
        <w:br/>
      </w:r>
      <w:r>
        <w:rPr>
          <w:sz w:val="20"/>
        </w:rPr>
        <w:t>36:01  miss amna nasreen ne bangalore se likha hai: "maulana sahib, i think this was the best explanation of spirituality. thank you." miss shabina ali ne kolkata se likha hai: "how beautifully you have explained with so many examples and with such great wisdom the definition of spirituality in broad sense.</w:t>
      </w:r>
    </w:p>
    <w:p>
      <w:pPr>
        <w:pStyle w:val="Heading2"/>
      </w:pPr>
      <w:r>
        <w:t>Balancing work and spiritual goals</w:t>
      </w:r>
    </w:p>
    <w:p>
      <w:r>
        <w:rPr>
          <w:color w:val="666666"/>
          <w:sz w:val="18"/>
        </w:rPr>
        <w:t>Life &amp; Wisdom · Man and The Paradise August 11, 2013 Maulana Wahiduddin Khan · 4m 52s · at 1:26:50 · https://youtu.be/m8XdpnaS95U?t=5210</w:t>
      </w:r>
    </w:p>
    <w:p>
      <w:r>
        <w:rPr>
          <w:i/>
        </w:rPr>
        <w:t>“How can a working person still aim for the forward group of Paradise, and what does 'working' mean? Can one psychologically keep oneself in this world while working?”</w:t>
      </w:r>
    </w:p>
    <w:p>
      <w:r>
        <w:rPr>
          <w:sz w:val="20"/>
        </w:rPr>
        <w:t>1:26:50  molana, agla sawal dilli se hai miss sethi malhotra ka. unhon ne likha hai: being a working person, we are not able to give hundred percent, but at the same time we wish to qualify for the forward group of paradise.</w:t>
      </w:r>
      <w:r>
        <w:br/>
      </w:r>
      <w:r>
        <w:rPr>
          <w:sz w:val="20"/>
        </w:rPr>
        <w:t>1:27:07  molana sahib, my question is: how can a person while working still aim for the forward group? bhai, working ka matlab kya hai?</w:t>
      </w:r>
      <w:r>
        <w:br/>
      </w:r>
      <w:r>
        <w:rPr>
          <w:sz w:val="20"/>
        </w:rPr>
        <w:t>1:27:21  jab aap work kar rahe hain, tab bhi aap, yani psychologically, aap apne ko isi duniya mein rakh sakte hain.</w:t>
      </w:r>
      <w:r>
        <w:br/>
      </w:r>
      <w:r>
        <w:rPr>
          <w:sz w:val="20"/>
        </w:rPr>
        <w:t>1:27:32  is ka matlab nahi jo jo job na kar raha ho, kahin door jayega to wahan paradise kaam karega. nahi, kuch bhi aap kar rahe hain, job kar rahe hain ya business kar rahe hain, kuch bhi kar rahe hain, isi mein aap ko paradise wali psychology mein jeena hai, paradise wali nafsiyat mein jeena hai,</w:t>
      </w:r>
      <w:r>
        <w:br/>
      </w:r>
      <w:r>
        <w:rPr>
          <w:sz w:val="20"/>
        </w:rPr>
        <w:t>1:27:50  isi mein jeena hai. yeh yeh farq nahi hai. islam mein yeh farq nahi hai ke jo job mein hai ya business mein hai, itni der tak woh alag hai aur phir us ke baad woh jab aata hai duniya mein to woh alag hai.</w:t>
      </w:r>
      <w:r>
        <w:br/>
      </w:r>
      <w:r>
        <w:rPr>
          <w:sz w:val="20"/>
        </w:rPr>
        <w:t>1:28:07  har halat mein isi liye dekhen, sab se bada amal jo bataya gaya hai, woh kya hai? allah ki yaad.</w:t>
      </w:r>
      <w:r>
        <w:br/>
      </w:r>
      <w:r>
        <w:rPr>
          <w:sz w:val="20"/>
        </w:rPr>
        <w:t>1:28:19  allah ki yaad sab se bada amal hai. to woh woh kaun kaun job hai ya kaun business jo rokta hai aap ko allah ki yaad se? kaun rokta hai?</w:t>
      </w:r>
      <w:r>
        <w:br/>
      </w:r>
      <w:r>
        <w:rPr>
          <w:sz w:val="20"/>
        </w:rPr>
        <w:t>1:28:35  koi koi rokta nahi. aap farz kijiye ke aap ek glass ki ki industry khole hue hain, ek factory khole hain glass ki,</w:t>
      </w:r>
      <w:r>
        <w:br/>
      </w:r>
      <w:r>
        <w:rPr>
          <w:sz w:val="20"/>
        </w:rPr>
        <w:t>1:28:45  to aap dekhte hain ke yeh yeh yeh yeh aap jante hain, ek pathar hota hai jis ko khaas tarah ke process se guzarne ke baad woh glass ban jata hai.</w:t>
      </w:r>
      <w:r>
        <w:br/>
      </w:r>
      <w:r>
        <w:rPr>
          <w:sz w:val="20"/>
        </w:rPr>
        <w:t>1:28:55  to aap us waqt dekhen ke kaisa ajeeb muamla hai allah taala ka ke nature mein woh cheez pathar thi. nature mein phir allah taala ne insan ko aisi technology batai,</w:t>
      </w:r>
      <w:r>
        <w:br/>
      </w:r>
      <w:r>
        <w:rPr>
          <w:sz w:val="20"/>
        </w:rPr>
        <w:t>1:29:10  is technology ko apply kar ke woh pathar ko glass bana deta hai.</w:t>
      </w:r>
      <w:r>
        <w:br/>
      </w:r>
      <w:r>
        <w:rPr>
          <w:sz w:val="20"/>
        </w:rPr>
        <w:t>1:29:15  to bas yahi to amal hai, yahi to jannat ka certificate hai. to kuch bhi aap kar rahe hain, kuch bhi aap kar rahe hain, kuch bhi aap kar rahe hain, aap computer par hain, computer par kaam kar rahe hain,</w:t>
      </w:r>
      <w:r>
        <w:br/>
      </w:r>
      <w:r>
        <w:rPr>
          <w:sz w:val="20"/>
        </w:rPr>
        <w:t>1:29:29  aap sochiye ke matter ko allah taala ne, yani insan ke liye yeh kaha hai ke matter move kar raha hai, matter hawa mein ud raha hai, matter insan information de raha hai,</w:t>
      </w:r>
      <w:r>
        <w:br/>
      </w:r>
      <w:r>
        <w:rPr>
          <w:sz w:val="20"/>
        </w:rPr>
        <w:t>1:29:43  matter convert ho gaya hai computer mein. to kaisi ajeeb allah taala ki blessing hai ke sab kuch matter hi to hai.</w:t>
      </w:r>
      <w:r>
        <w:br/>
      </w:r>
      <w:r>
        <w:rPr>
          <w:sz w:val="20"/>
        </w:rPr>
        <w:t>1:29:52  matter hi convert ho kar ke camera ban gaya, matter convert ho ke car ban gaya, matter convert ho ke hawa jahaz ban gaya, matter convert ho kar ke computer ban gaya.</w:t>
      </w:r>
      <w:r>
        <w:br/>
      </w:r>
      <w:r>
        <w:rPr>
          <w:sz w:val="20"/>
        </w:rPr>
        <w:t>1:30:04  to kaisi ajeeb allah taala ki blessing hai insan ke liye ke us ne in aisi aqal di, aisa insan ko mind diya ke is technology ko woh daryaft kare, is technology ke zariye woh matter ko convert kar ke itni sari cheezein bana sake.</w:t>
      </w:r>
      <w:r>
        <w:br/>
      </w:r>
      <w:r>
        <w:rPr>
          <w:sz w:val="20"/>
        </w:rPr>
        <w:t>1:30:22  to bas yeh baat ho gayi, Allah ka zikr ho gaya aur jannat ka certificate mil gaya aap ko. to Islam mein dekhiye, dono cheezein alag alag nahi hain,</w:t>
      </w:r>
      <w:r>
        <w:br/>
      </w:r>
      <w:r>
        <w:rPr>
          <w:sz w:val="20"/>
        </w:rPr>
        <w:t>1:30:37  dono cheezein ek saath chalti hain.</w:t>
      </w:r>
      <w:r>
        <w:br/>
      </w:r>
      <w:r>
        <w:rPr>
          <w:sz w:val="20"/>
        </w:rPr>
        <w:t>1:30:42  okay, we will end the session now. thank you.</w:t>
      </w:r>
    </w:p>
    <w:p>
      <w:pPr>
        <w:pStyle w:val="Heading2"/>
      </w:pPr>
      <w:r>
        <w:t>Balancing worldly development and afterlife</w:t>
      </w:r>
    </w:p>
    <w:p>
      <w:r>
        <w:rPr>
          <w:color w:val="666666"/>
          <w:sz w:val="18"/>
        </w:rPr>
        <w:t>Life &amp; Wisdom · The Importance of Wisdom November 4, 2012 · 2m 00s · at 59:46 · https://youtu.be/7e6FvqRSHic?t=3586</w:t>
      </w:r>
    </w:p>
    <w:p>
      <w:r>
        <w:rPr>
          <w:i/>
        </w:rPr>
        <w:t>“If a person makes the afterlife his concern and focuses entirely on it, then the world and its development are left behind. And if he puts all focus on the world and scientific knowledge, then there is no time to do anything for the afterlife. That is, a person will either develop the world or turn towards the afterlife, because a person cannot do both things. What do you say about this?”</w:t>
      </w:r>
    </w:p>
    <w:p>
      <w:r>
        <w:rPr>
          <w:sz w:val="20"/>
        </w:rPr>
        <w:t>59:46  maulana agla sawal karachi pakistan se hai abdul latif sahib ka</w:t>
      </w:r>
      <w:r>
        <w:br/>
      </w:r>
      <w:r>
        <w:rPr>
          <w:sz w:val="20"/>
        </w:rPr>
        <w:t>59:51  unhon ne likha hai agar insan akhirat ko apna concern banata hai aur sara focus usi ki taraf karta hai to phir dunya aur dunya aur is ki taraqqi reh jati hai aur agar sara focus dunya aur sainsi uloom mein lagata hai to phir phir akhirat ke liye kuch karne ka waqt nahi milta</w:t>
      </w:r>
      <w:r>
        <w:br/>
      </w:r>
      <w:r>
        <w:rPr>
          <w:sz w:val="20"/>
        </w:rPr>
        <w:t>1:00:18  yani insan ya to dunya ki taraqqi karega ya woh akhirat ki taraf mutawajjah hoga kyunke insan do cheezon ko nahi kar sakta is ke baray mein aap kya kahenge yeh dekhiye aisa nahi hai islam mein rehbaniyat nahi hai islam mein jo hai woh ke dunya ke jo mashagil hain jo karobar hain woh karte hue un ke douran allah ko yaad rakhna</w:t>
      </w:r>
      <w:r>
        <w:br/>
      </w:r>
      <w:r>
        <w:rPr>
          <w:sz w:val="20"/>
        </w:rPr>
        <w:t>1:00:48  allah ki yaad se ghafil na hona to aisi cheez yeh nahi ke dunya ko chhod diya jaye nahi dunya mein allah ko yaad rakha jaye maslan aap paisa kamatay hain to us ko aap deen ke liye kharch kijiye yeh nahi ke khali family ke liye kharch karen log khoob khoob paisa kamatay hain lekin kis liye apni family ke liye yeh hai dunya dari</w:t>
      </w:r>
      <w:r>
        <w:br/>
      </w:r>
      <w:r>
        <w:rPr>
          <w:sz w:val="20"/>
        </w:rPr>
        <w:t>1:01:14  yeh dunya dari harghiz nahi hai ke aap paisa kamayen aur waqt zaroorat apni family ke liye kharch karen aur deen ke liye bhi sath sath kharch karen to islam mein yeh usool nahi hai ke aap dunya chhod kar chhod dein akhirat ke naam par nahi dunya mein rehte hue akhirat ko yaad rakhen aur jo taqazay deen ke hain un ko bhi bharpoor tor par ada kar karte rahen</w:t>
      </w:r>
      <w:r>
        <w:br/>
      </w:r>
      <w:r>
        <w:rPr>
          <w:sz w:val="20"/>
        </w:rPr>
        <w:t>1:01:41  tark e dunya ki taleem islam mein nahi hai</w:t>
      </w:r>
    </w:p>
    <w:p>
      <w:pPr>
        <w:pStyle w:val="Heading2"/>
      </w:pPr>
      <w:r>
        <w:t>Balancing worldly life and hereafter in competitive world</w:t>
      </w:r>
    </w:p>
    <w:p>
      <w:r>
        <w:rPr>
          <w:color w:val="666666"/>
          <w:sz w:val="18"/>
        </w:rPr>
        <w:t>Life &amp; Wisdom · Hadith-e-Jibril, April 21, 2013 · 2m 18s · at 1:19:40 · https://youtu.be/0rF6Ou0pDog?t=4780</w:t>
      </w:r>
    </w:p>
    <w:p>
      <w:r>
        <w:rPr>
          <w:i/>
        </w:rPr>
        <w:t>“We are living in a very competitive world where we have to devote most of our time for job and business. My question is how to balance the life of this world and hereafter in such a competitive world. Please advise us.”</w:t>
      </w:r>
    </w:p>
    <w:p>
      <w:r>
        <w:rPr>
          <w:sz w:val="20"/>
        </w:rPr>
        <w:t>1:19:40  Aisa log sab logon ki floging hogi. To woh mujhe koi shaq nahi. Maulana, agla sawal Kashmir se aya hai Aamir Mori</w:t>
      </w:r>
      <w:r>
        <w:br/>
      </w:r>
      <w:r>
        <w:rPr>
          <w:sz w:val="20"/>
        </w:rPr>
        <w:t>1:19:50  Sahab ka. Unhone likha hai Maulana sahib we are living in a very competitive world where we have to devote most of our time for job aur business.</w:t>
      </w:r>
      <w:r>
        <w:br/>
      </w:r>
      <w:r>
        <w:rPr>
          <w:sz w:val="20"/>
        </w:rPr>
        <w:t>1:20:01  My question is how to balance the life of this world and hereafter in such a competitive world. Please advise us. Dekhein competitive world ek beautiful lafz hai.</w:t>
      </w:r>
      <w:r>
        <w:br/>
      </w:r>
      <w:r>
        <w:rPr>
          <w:sz w:val="20"/>
        </w:rPr>
        <w:t>1:20:12  Is ka koi matlab nahi hai. Asal cheez yeh hai ke har aadmi more and more mein jeeta hai.</w:t>
      </w:r>
      <w:r>
        <w:br/>
      </w:r>
      <w:r>
        <w:rPr>
          <w:sz w:val="20"/>
        </w:rPr>
        <w:t>1:20:20  Bas aur kuch nahi. Jisko dekho bas more and more, more and more. Jo Quran mein hai ke Allah ka woh takathur hatta zurtuhul maqabir tum more and more ke is mein jeete nahi rehte ke barkat qabr mein chali gayi.</w:t>
      </w:r>
      <w:r>
        <w:br/>
      </w:r>
      <w:r>
        <w:rPr>
          <w:sz w:val="20"/>
        </w:rPr>
        <w:t>1:20:38  Yeh sara mamla is liye hai ke log jo hain hiras mein jeete hain aur zyada kamai mein jeete hain. Koi qanaat ko janta hi nahi.</w:t>
      </w:r>
      <w:r>
        <w:br/>
      </w:r>
      <w:r>
        <w:rPr>
          <w:sz w:val="20"/>
        </w:rPr>
        <w:t>1:20:48  Koi competitive world</w:t>
      </w:r>
      <w:r>
        <w:br/>
      </w:r>
      <w:r>
        <w:rPr>
          <w:sz w:val="20"/>
        </w:rPr>
        <w:t>1:20:49  nahi hai. Hiras ki duniya hai. Hiras ki. Aap apne yani apni zindagi mein qanaat ko ikhtiyar kijiye.</w:t>
      </w:r>
      <w:r>
        <w:br/>
      </w:r>
      <w:r>
        <w:rPr>
          <w:sz w:val="20"/>
        </w:rPr>
        <w:t>1:20:58  Sadgi ko ikhtiyar kijiye. Apni family ke liye sadgi ka tareeqa ikhtiyar kijiye. To koi masla hi nahi hai. Aaj bhi sadgi zindagi ke liye koi masla nahi hai.</w:t>
      </w:r>
      <w:r>
        <w:br/>
      </w:r>
      <w:r>
        <w:rPr>
          <w:sz w:val="20"/>
        </w:rPr>
        <w:t>1:21:09  Masla un logon ke liye hai jo luxury aur comfort chahte hon.</w:t>
      </w:r>
      <w:r>
        <w:br/>
      </w:r>
      <w:r>
        <w:rPr>
          <w:sz w:val="20"/>
        </w:rPr>
        <w:t>1:21:17  mein mislan saada zindagi guzarta hoon. mere koi maslay hi nahin. kuch bhi nahin. Allah ke fazl se mujhe bilkul koi tension nahin rehta. to yeh to khoobsurat alfaaz logon ne garh rakhe hain.</w:t>
      </w:r>
      <w:r>
        <w:br/>
      </w:r>
      <w:r>
        <w:rPr>
          <w:sz w:val="20"/>
        </w:rPr>
        <w:t>1:21:31  competition kis baat mein ho raha hai? aur ziyada kamai ke liye. yani competition jo ho raha hai kis baat ke liye ho raha hai? aur ziyada kamai, aur ziyada kamai. aap kam kamaiye aur qanaat ke sath rahiye.</w:t>
      </w:r>
      <w:r>
        <w:br/>
      </w:r>
      <w:r>
        <w:rPr>
          <w:sz w:val="20"/>
        </w:rPr>
        <w:t>1:21:44  saadgi ke sath rahiye.</w:t>
      </w:r>
      <w:r>
        <w:br/>
      </w:r>
      <w:r>
        <w:rPr>
          <w:sz w:val="20"/>
        </w:rPr>
        <w:t>1:21:46  to koi masla hi nahin hai. kuch bhi masla nahin hai. sab chhote maslay hain jo hamare yani artificial life yani ghalat life style ki wajah se paida hui hain.</w:t>
      </w:r>
    </w:p>
    <w:p>
      <w:pPr>
        <w:pStyle w:val="Heading2"/>
      </w:pPr>
      <w:r>
        <w:t>Becoming a strong personality like mentor</w:t>
      </w:r>
    </w:p>
    <w:p>
      <w:r>
        <w:rPr>
          <w:color w:val="666666"/>
          <w:sz w:val="18"/>
        </w:rPr>
        <w:t>Life &amp; Wisdom · Dars-e-Quran, Chapter 2, Verse 35 | December 17, 2017 · 2m 33s · at 1:09:38 · https://youtu.be/Cd8MlWM7B9w?t=4178</w:t>
      </w:r>
    </w:p>
    <w:p>
      <w:r>
        <w:rPr>
          <w:i/>
        </w:rPr>
        <w:t>“Please tell us how did you become such a strong personality? We cannot be like you, but please guide us how we can aim to.”</w:t>
      </w:r>
    </w:p>
    <w:p>
      <w:r>
        <w:rPr>
          <w:sz w:val="20"/>
        </w:rPr>
        <w:t>1:09:38  maulana, agla sawal bheja hai assam se umar khan sahab ne.</w:t>
      </w:r>
      <w:r>
        <w:br/>
      </w:r>
      <w:r>
        <w:rPr>
          <w:sz w:val="20"/>
        </w:rPr>
        <w:t>1:09:44  انہوں نے لکھا ہے، مولانا صاحب، پلیز ٹیل اس ہاؤ ڈیڈ یو بگ، ہاؤ ڈیڈ یو बिकम सच</w:t>
      </w:r>
      <w:r>
        <w:br/>
      </w:r>
      <w:r>
        <w:rPr>
          <w:sz w:val="20"/>
        </w:rPr>
        <w:t>1:09:50  a strong personality? We cannot be like you, but please guide us how we can aim to</w:t>
      </w:r>
      <w:r>
        <w:br/>
      </w:r>
      <w:r>
        <w:rPr>
          <w:sz w:val="20"/>
        </w:rPr>
        <w:t>1:09:56  bekam a strong personality</w:t>
      </w:r>
      <w:r>
        <w:br/>
      </w:r>
      <w:r>
        <w:rPr>
          <w:sz w:val="20"/>
        </w:rPr>
        <w:t>1:10:02  and not a weak personality.</w:t>
      </w:r>
      <w:r>
        <w:br/>
      </w:r>
      <w:r>
        <w:rPr>
          <w:sz w:val="20"/>
        </w:rPr>
        <w:t>1:10:10  main bas ek kahoon ke aap mera monthly magazine jo hai woh regular padhiye, us ko har saala.</w:t>
      </w:r>
      <w:r>
        <w:br/>
      </w:r>
      <w:r>
        <w:rPr>
          <w:sz w:val="20"/>
        </w:rPr>
        <w:t>1:10:18  har saala ko regular padhiye.</w:t>
      </w:r>
      <w:r>
        <w:br/>
      </w:r>
      <w:r>
        <w:rPr>
          <w:sz w:val="20"/>
        </w:rPr>
        <w:t>1:10:25  har saala aap jante hain ke shayad dunya mein ek hi aisa periodical hai jo sirf ek shakhs ki</w:t>
      </w:r>
      <w:r>
        <w:br/>
      </w:r>
      <w:r>
        <w:rPr>
          <w:sz w:val="20"/>
        </w:rPr>
        <w:t>1:10:33  writing par chupta hai.</w:t>
      </w:r>
      <w:r>
        <w:br/>
      </w:r>
      <w:r>
        <w:rPr>
          <w:sz w:val="20"/>
        </w:rPr>
        <w:t>1:10:37  ek hi periodical.</w:t>
      </w:r>
      <w:r>
        <w:br/>
      </w:r>
      <w:r>
        <w:rPr>
          <w:sz w:val="20"/>
        </w:rPr>
        <w:t>1:10:41  mujhe nahi maloom ke koi doosra aisa periodical dunya mein maujood hai.</w:t>
      </w:r>
      <w:r>
        <w:br/>
      </w:r>
      <w:r>
        <w:rPr>
          <w:sz w:val="20"/>
        </w:rPr>
        <w:t>1:10:46  aur doosri baat yeh hai ke jo is ke madaman hote hain mere, woh sab yani urdu mein</w:t>
      </w:r>
      <w:r>
        <w:br/>
      </w:r>
      <w:r>
        <w:rPr>
          <w:sz w:val="20"/>
        </w:rPr>
        <w:t>1:10:50  ek lafz hai aurd aur amd.</w:t>
      </w:r>
      <w:r>
        <w:br/>
      </w:r>
      <w:r>
        <w:rPr>
          <w:sz w:val="20"/>
        </w:rPr>
        <w:t>1:10:54  to mere madaman koi bhi aurd nahi hota, sab amd hote hain.</w:t>
      </w:r>
      <w:r>
        <w:br/>
      </w:r>
      <w:r>
        <w:rPr>
          <w:sz w:val="20"/>
        </w:rPr>
        <w:t>1:10:58  matlab meri mere inner voice</w:t>
      </w:r>
      <w:r>
        <w:br/>
      </w:r>
      <w:r>
        <w:rPr>
          <w:sz w:val="20"/>
        </w:rPr>
        <w:t>1:11:03  jo bolti hai, woh main likhta hoon, kisi ke direction pe nahi likhta hoon main.</w:t>
      </w:r>
      <w:r>
        <w:br/>
      </w:r>
      <w:r>
        <w:rPr>
          <w:sz w:val="20"/>
        </w:rPr>
        <w:t>1:11:09  to saare madaman hote hain amd, aurd nahi hote.</w:t>
      </w:r>
      <w:r>
        <w:br/>
      </w:r>
      <w:r>
        <w:rPr>
          <w:sz w:val="20"/>
        </w:rPr>
        <w:t>1:11:15  to sach poochhein to is mein aap is ko padh sakte hain risale mein.</w:t>
      </w:r>
      <w:r>
        <w:br/>
      </w:r>
      <w:r>
        <w:rPr>
          <w:sz w:val="20"/>
        </w:rPr>
        <w:t>1:11:21  to agar aap chahte hain to risala regular padhiye.</w:t>
      </w:r>
      <w:r>
        <w:br/>
      </w:r>
      <w:r>
        <w:rPr>
          <w:sz w:val="20"/>
        </w:rPr>
        <w:t>1:11:27  agar aap farz ke urdu aap ki kam hai to aap padhwa ke suniye,</w:t>
      </w:r>
      <w:r>
        <w:br/>
      </w:r>
      <w:r>
        <w:rPr>
          <w:sz w:val="20"/>
        </w:rPr>
        <w:t>1:11:34  koi padh ke suna dega aap ko.</w:t>
      </w:r>
      <w:r>
        <w:br/>
      </w:r>
      <w:r>
        <w:rPr>
          <w:sz w:val="20"/>
        </w:rPr>
        <w:t>1:11:40  yeh ek hi tareeqa mere samajh mein aata hai.</w:t>
      </w:r>
      <w:r>
        <w:br/>
      </w:r>
      <w:r>
        <w:rPr>
          <w:sz w:val="20"/>
        </w:rPr>
        <w:t>1:11:46  aur english mein agar aap padhna chahte hain, english mein ek kitaab hai simple wisdom.</w:t>
      </w:r>
      <w:r>
        <w:br/>
      </w:r>
      <w:r>
        <w:rPr>
          <w:sz w:val="20"/>
        </w:rPr>
        <w:t>1:11:52  simple wisdom, us ko padhiye.</w:t>
      </w:r>
      <w:r>
        <w:br/>
      </w:r>
      <w:r>
        <w:rPr>
          <w:sz w:val="20"/>
        </w:rPr>
        <w:t>1:11:59  is mein date date wise hai, yani first january se le kar 31 december tak.</w:t>
      </w:r>
      <w:r>
        <w:br/>
      </w:r>
      <w:r>
        <w:rPr>
          <w:sz w:val="20"/>
        </w:rPr>
        <w:t>1:12:05  ek poore saal ka woh is mein hai.</w:t>
      </w:r>
    </w:p>
    <w:p>
      <w:pPr>
        <w:pStyle w:val="Heading2"/>
      </w:pPr>
      <w:r>
        <w:t>Becoming wise and its starting point</w:t>
      </w:r>
    </w:p>
    <w:p>
      <w:r>
        <w:rPr>
          <w:color w:val="666666"/>
          <w:sz w:val="18"/>
        </w:rPr>
        <w:t>Life &amp; Wisdom · Spiritual Goal January 15, 2017 · 3m 40s · at 1:04:58 · https://youtu.be/D3JYu4p_P34?t=3898</w:t>
      </w:r>
    </w:p>
    <w:p>
      <w:r>
        <w:rPr>
          <w:i/>
        </w:rPr>
        <w:t>“How can a person become wise? I want to know what should be the starting point.”</w:t>
      </w:r>
    </w:p>
    <w:p>
      <w:r>
        <w:rPr>
          <w:sz w:val="20"/>
        </w:rPr>
        <w:t>1:04:58  ji, maulana, agla sawal bheja hai tabish sahib ne kanpur se.</w:t>
      </w:r>
      <w:r>
        <w:br/>
      </w:r>
      <w:r>
        <w:rPr>
          <w:sz w:val="20"/>
        </w:rPr>
        <w:t>1:05:04  unhon ne likha hai ke maulana sahib "How can a person become wise?</w:t>
      </w:r>
      <w:r>
        <w:br/>
      </w:r>
      <w:r>
        <w:rPr>
          <w:sz w:val="20"/>
        </w:rPr>
        <w:t>1:05:10  I want to know what should be the starting point." Dekhen, main apna experience arz karta hoon. Wisdom jo tha, wisdom mera subject tha. What is wisdom?</w:t>
      </w:r>
      <w:r>
        <w:br/>
      </w:r>
      <w:r>
        <w:rPr>
          <w:sz w:val="20"/>
        </w:rPr>
        <w:t>1:05:29  mera apna mani yeh hai ke wisdom ki bohat hi sahi definition koi kar nahi saka poori history</w:t>
      </w:r>
      <w:r>
        <w:br/>
      </w:r>
      <w:r>
        <w:rPr>
          <w:sz w:val="20"/>
        </w:rPr>
        <w:t>1:05:35  mein, jahan tak mera apna tajurba hai.</w:t>
      </w:r>
      <w:r>
        <w:br/>
      </w:r>
      <w:r>
        <w:rPr>
          <w:sz w:val="20"/>
        </w:rPr>
        <w:t>1:05:42  to wisdom ki lafzi definition bhi mile hi nahi kehen.</w:t>
      </w:r>
      <w:r>
        <w:br/>
      </w:r>
      <w:r>
        <w:rPr>
          <w:sz w:val="20"/>
        </w:rPr>
        <w:t>1:05:49  phir sehat rasool jo hai, is ka maine gehra mutala kiya.</w:t>
      </w:r>
      <w:r>
        <w:br/>
      </w:r>
      <w:r>
        <w:rPr>
          <w:sz w:val="20"/>
        </w:rPr>
        <w:t>1:05:56  تو صحت رسول پوری کی پوری a blood wisdom ہے۔</w:t>
      </w:r>
      <w:r>
        <w:br/>
      </w:r>
      <w:r>
        <w:rPr>
          <w:sz w:val="20"/>
        </w:rPr>
        <w:t>1:06:02  poori ki poori har cheez mein wisdom hai.</w:t>
      </w:r>
      <w:r>
        <w:br/>
      </w:r>
      <w:r>
        <w:rPr>
          <w:sz w:val="20"/>
        </w:rPr>
        <w:t>1:06:09  صحت رسول کا دوسرا نام میں سمجھتا ہوں کہ applied wisdom۔</w:t>
      </w:r>
      <w:r>
        <w:br/>
      </w:r>
      <w:r>
        <w:rPr>
          <w:sz w:val="20"/>
        </w:rPr>
        <w:t>1:06:16  tu agarche definition ki term jo hai, is mein mujhe koi hadith nahi maloom, lekin sehat rasool mein</w:t>
      </w:r>
      <w:r>
        <w:br/>
      </w:r>
      <w:r>
        <w:rPr>
          <w:sz w:val="20"/>
        </w:rPr>
        <w:t>1:06:23  mein ne wisdom ka essence daryaft kiya.</w:t>
      </w:r>
      <w:r>
        <w:br/>
      </w:r>
      <w:r>
        <w:rPr>
          <w:sz w:val="20"/>
        </w:rPr>
        <w:t>1:06:29  Wisdom ka essence hai.</w:t>
      </w:r>
      <w:r>
        <w:br/>
      </w:r>
      <w:r>
        <w:rPr>
          <w:sz w:val="20"/>
        </w:rPr>
        <w:t>1:06:36  phir is ko mein ne phrase surat di, aik phrase banaya.</w:t>
      </w:r>
      <w:r>
        <w:br/>
      </w:r>
      <w:r>
        <w:rPr>
          <w:sz w:val="20"/>
        </w:rPr>
        <w:t>1:06:43  tu yeh jo phrase mein ne banaya, yeh definition woh derived hai sunnat rasool se, lekin lafzan nahi balkeh ma'nan.</w:t>
      </w:r>
      <w:r>
        <w:br/>
      </w:r>
      <w:r>
        <w:rPr>
          <w:sz w:val="20"/>
        </w:rPr>
        <w:t>1:06:50  woh hai "Wisdom is the ability to discover the relevant by sorting out the irrelevant." mein ne dekha,</w:t>
      </w:r>
      <w:r>
        <w:br/>
      </w:r>
      <w:r>
        <w:rPr>
          <w:sz w:val="20"/>
        </w:rPr>
        <w:t>1:06:56  yehi wisdom hai.</w:t>
      </w:r>
      <w:r>
        <w:br/>
      </w:r>
      <w:r>
        <w:rPr>
          <w:sz w:val="20"/>
        </w:rPr>
        <w:t>1:07:03  is wisdom ko janne ke liye aap ko study karni pare gi.</w:t>
      </w:r>
      <w:r>
        <w:br/>
      </w:r>
      <w:r>
        <w:rPr>
          <w:sz w:val="20"/>
        </w:rPr>
        <w:t>1:07:10  aur study bohat hi ziyada honestly.</w:t>
      </w:r>
      <w:r>
        <w:br/>
      </w:r>
      <w:r>
        <w:rPr>
          <w:sz w:val="20"/>
        </w:rPr>
        <w:t>1:07:17  mera tajurba yeh hai ke study karte hain log, lekin honestly ke sath study nahi karte.</w:t>
      </w:r>
      <w:r>
        <w:br/>
      </w:r>
      <w:r>
        <w:rPr>
          <w:sz w:val="20"/>
        </w:rPr>
        <w:t>1:07:24  apne mind ke sath parhte hain.</w:t>
      </w:r>
      <w:r>
        <w:br/>
      </w:r>
      <w:r>
        <w:rPr>
          <w:sz w:val="20"/>
        </w:rPr>
        <w:t>1:07:30  apne mind set ko jab tak aap alag alag na karein, tab tak study aap ke kaam nahi aye gi.</w:t>
      </w:r>
      <w:r>
        <w:br/>
      </w:r>
      <w:r>
        <w:rPr>
          <w:sz w:val="20"/>
        </w:rPr>
        <w:t>1:07:37  apne mind set ko alag kar ke, apne ko empathy mind bana kar ke study karein ge, tab</w:t>
      </w:r>
      <w:r>
        <w:br/>
      </w:r>
      <w:r>
        <w:rPr>
          <w:sz w:val="20"/>
        </w:rPr>
        <w:t>1:07:44  samajh mein aye ga.</w:t>
      </w:r>
      <w:r>
        <w:br/>
      </w:r>
      <w:r>
        <w:rPr>
          <w:sz w:val="20"/>
        </w:rPr>
        <w:t>1:07:51  tu aap jo aur cheezein parhna chahte hain, parhein.</w:t>
      </w:r>
      <w:r>
        <w:br/>
      </w:r>
      <w:r>
        <w:rPr>
          <w:sz w:val="20"/>
        </w:rPr>
        <w:t>1:07:57  sehat rasool ko is wajah se parhiye ke sehat rasool mein kis tarah se wisdom ka assessment maujood hai.</w:t>
      </w:r>
      <w:r>
        <w:br/>
      </w:r>
      <w:r>
        <w:rPr>
          <w:sz w:val="20"/>
        </w:rPr>
        <w:t>1:08:04  har cheez mein wisdom, har cheez mein wisdom.</w:t>
      </w:r>
      <w:r>
        <w:br/>
      </w:r>
      <w:r>
        <w:rPr>
          <w:sz w:val="20"/>
        </w:rPr>
        <w:t>1:08:11  tu aap bhi isi tarah daryaft karein ge jis tarah se mein ne daryaft kiya.</w:t>
      </w:r>
      <w:r>
        <w:br/>
      </w:r>
      <w:r>
        <w:rPr>
          <w:sz w:val="20"/>
        </w:rPr>
        <w:t>1:08:18  is ke baad is ko follow karne ki baat hai.</w:t>
      </w:r>
      <w:r>
        <w:br/>
      </w:r>
      <w:r>
        <w:rPr>
          <w:sz w:val="20"/>
        </w:rPr>
        <w:t>1:08:24  tu wisdom ko follow karna, yeh aik yeh daryaft ke baad shuru hota hai.</w:t>
      </w:r>
      <w:r>
        <w:br/>
      </w:r>
      <w:r>
        <w:rPr>
          <w:sz w:val="20"/>
        </w:rPr>
        <w:t>1:08:31  is ka safar tu pehle aap daryaft kijiye, phir inshallah aap is ko follow karne wale ban jayein ge.</w:t>
      </w:r>
    </w:p>
    <w:p>
      <w:pPr>
        <w:pStyle w:val="Heading2"/>
      </w:pPr>
      <w:r>
        <w:t>Benefits of reducing TV and increasing rest</w:t>
      </w:r>
    </w:p>
    <w:p>
      <w:r>
        <w:rPr>
          <w:color w:val="666666"/>
          <w:sz w:val="18"/>
        </w:rPr>
        <w:t>Life &amp; Wisdom · Self Correction November 09, 2014 · 4m 28s · at 56:50 · https://youtu.be/EgAukdSfGRU?t=3410</w:t>
      </w:r>
    </w:p>
    <w:p>
      <w:r>
        <w:rPr>
          <w:i/>
        </w:rPr>
        <w:t>“Kindly elaborate on the merits of cutting down TV time and increasing the resting time.”</w:t>
      </w:r>
    </w:p>
    <w:p>
      <w:r>
        <w:rPr>
          <w:sz w:val="20"/>
        </w:rPr>
        <w:t>56:50  maulana, dilli se agla sawal kya hai doctor farhat naseeren ne, aur unhon ne likha hai ke "Kindly elaborate on the merits of cutting down TV time and increasing the resting time." kya matlab is ka</w:t>
      </w:r>
      <w:r>
        <w:br/>
      </w:r>
      <w:r>
        <w:rPr>
          <w:sz w:val="20"/>
        </w:rPr>
        <w:t>57:09  ? ke maulana, jo aksar time jo television dekhnay mein lag jata hai, to woh yeh aap se poochna chahti hain ke is ke kya merits hain agar hum television time kam karen aur is ki bajaye resting time ko increase karen?</w:t>
      </w:r>
      <w:r>
        <w:br/>
      </w:r>
      <w:r>
        <w:rPr>
          <w:sz w:val="20"/>
        </w:rPr>
        <w:t>57:25  rest karnay ke liye jo time. bhai, resting time ko aap study kijiye.</w:t>
      </w:r>
      <w:r>
        <w:br/>
      </w:r>
      <w:r>
        <w:rPr>
          <w:sz w:val="20"/>
        </w:rPr>
        <w:t>57:29  mein jab bhi TV dekhta hoon, mujhe to lagta hai ke mein apna time waste kar raha hoon. kyunke TV mein siwa BBC London ke, sahib, itna distraction hota hai ke mein to hairaan hoon kaun dekhte hain ke log TV.</w:t>
      </w:r>
      <w:r>
        <w:br/>
      </w:r>
      <w:r>
        <w:rPr>
          <w:sz w:val="20"/>
        </w:rPr>
        <w:t>57:45  sirf khurafat maloom hoti hain TV mein.</w:t>
      </w:r>
      <w:r>
        <w:br/>
      </w:r>
      <w:r>
        <w:rPr>
          <w:sz w:val="20"/>
        </w:rPr>
        <w:t>57:50  woh to TV dekhna hi bilkul. mein zindagi bhar akhbar parta raha news ke liye.</w:t>
      </w:r>
      <w:r>
        <w:br/>
      </w:r>
      <w:r>
        <w:rPr>
          <w:sz w:val="20"/>
        </w:rPr>
        <w:t>57:57  kabhi mein TV se news nahi liya mein ne. to mein samajhta hoon ke ab, ab, ab akhbar ke baad koi cheez agar hai to mere paas to radio hai.</w:t>
      </w:r>
      <w:r>
        <w:br/>
      </w:r>
      <w:r>
        <w:rPr>
          <w:sz w:val="20"/>
        </w:rPr>
        <w:t>58:08  TV ko to mein samajhta hoon ke koi entertainment ke liye dekha hai to dekha hai. baqi is ka koi, koi yani koi taameeri faida to mujhe, mujhe samajh mein nahi aata TV ka.</w:t>
      </w:r>
      <w:r>
        <w:br/>
      </w:r>
      <w:r>
        <w:rPr>
          <w:sz w:val="20"/>
        </w:rPr>
        <w:t>58:26  haan, kuch, kuch atay hain. woh aisi cheez hai jaise jo geography society hai, us ke koi document, woh, woh to mufeed hotay hain.</w:t>
      </w:r>
      <w:r>
        <w:br/>
      </w:r>
      <w:r>
        <w:rPr>
          <w:sz w:val="20"/>
        </w:rPr>
        <w:t>58:39  woh mein, mein dekhta hoon is ko. geography society ke document. baqi aam tor par jo TV aata hai, woh har waqt distraction, har waqt distraction, har waqt is mein advertisement.</w:t>
      </w:r>
      <w:r>
        <w:br/>
      </w:r>
      <w:r>
        <w:rPr>
          <w:sz w:val="20"/>
        </w:rPr>
        <w:t>58:51  mujhe to bilkul wehshat hoti hai is se.</w:t>
      </w:r>
      <w:r>
        <w:br/>
      </w:r>
      <w:r>
        <w:rPr>
          <w:sz w:val="20"/>
        </w:rPr>
        <w:t>58:56  to beh-haal, mein yeh kahoon ga ke har aadmi ko chahiye ke woh art of time management seekhe. masla na TV ka hai, na kisi aur cheez ka.</w:t>
      </w:r>
      <w:r>
        <w:br/>
      </w:r>
      <w:r>
        <w:rPr>
          <w:sz w:val="20"/>
        </w:rPr>
        <w:t>59:06  masla hai art of time management ka. aap khud janiye ke aap ne jo time kisi kaam mein lagaya, us se aap ko achievement kya hua.</w:t>
      </w:r>
      <w:r>
        <w:br/>
      </w:r>
      <w:r>
        <w:rPr>
          <w:sz w:val="20"/>
        </w:rPr>
        <w:t>59:18  in terms of achievement, is ko aap judge kijiye. koi doosra nahi bata sakta aap ko</w:t>
      </w:r>
      <w:r>
        <w:br/>
      </w:r>
      <w:r>
        <w:rPr>
          <w:sz w:val="20"/>
        </w:rPr>
        <w:t>59:23  ۔ aap khud, yani soch kar jaan sakte hain ke jo time mein ne lagaya TV mein ya kisi aur kaam mein, to</w:t>
      </w:r>
      <w:r>
        <w:br/>
      </w:r>
      <w:r>
        <w:rPr>
          <w:sz w:val="20"/>
        </w:rPr>
        <w:t>59:37  is mein mein ne achieve kiya kiya? yeh hai kraytiriya. to chounkay mein ne daikha ke mein TV daikhta hoon to kuch achieve nahi kar pata, to mein ne is ko chor diya.</w:t>
      </w:r>
      <w:r>
        <w:br/>
      </w:r>
      <w:r>
        <w:rPr>
          <w:sz w:val="20"/>
        </w:rPr>
        <w:t>59:50  mein</w:t>
      </w:r>
      <w:r>
        <w:br/>
      </w:r>
      <w:r>
        <w:rPr>
          <w:sz w:val="20"/>
        </w:rPr>
        <w:t>59:51  bas chotay, chotay, chotay government. hamaray kuch saathi thay, mujhe le gaye, cinema bhi le gaye. is waqt mein jawanpur mein tha. to mein ne daikha ke mujhe koi is waqt koi achieve to hota nahi, kuch.</w:t>
      </w:r>
      <w:r>
        <w:br/>
      </w:r>
      <w:r>
        <w:rPr>
          <w:sz w:val="20"/>
        </w:rPr>
        <w:t>1:00:02  yeh waqti tafreeh hai. to mein ne is ko chor diya. to meri aadat hai ke har cheez ko mein result ke aitbaar se janchta hoon.</w:t>
      </w:r>
      <w:r>
        <w:br/>
      </w:r>
      <w:r>
        <w:rPr>
          <w:sz w:val="20"/>
        </w:rPr>
        <w:t>1:00:11  har cheez ko result ke aitbaar se. yaani pani bhi peeta hoon to yeh soch kar ke is ka result kiya hai?</w:t>
      </w:r>
      <w:r>
        <w:br/>
      </w:r>
      <w:r>
        <w:rPr>
          <w:sz w:val="20"/>
        </w:rPr>
        <w:t>1:00:18  yeh meri aadat ban gayi hai. yaani aadat ka lafz mein bola hoon, matlab mera tareeqa ban gaya hai. aadat nahi kahiye is ko. mera tareeqa yeh ban gaya hai ke mein kisi bhi cheez ko is ko result ke aitbaar se sochta hoon.</w:t>
      </w:r>
      <w:r>
        <w:br/>
      </w:r>
      <w:r>
        <w:rPr>
          <w:sz w:val="20"/>
        </w:rPr>
        <w:t>1:00:35  misalan yahan mein aata hoon sunday ko, is ko mein, is ko mein sochta hoon ke mujhe is mein kiya mila? yaani mein ne is mein kiya achieve kiya?</w:t>
      </w:r>
      <w:r>
        <w:br/>
      </w:r>
      <w:r>
        <w:rPr>
          <w:sz w:val="20"/>
        </w:rPr>
        <w:t>1:00:47  to har cheez ko, yaani result ke kraytiriya se naapna yeh mera tareeqa hai. aur isi ko mein Islam ka tareeqa samajhta hoon.</w:t>
      </w:r>
      <w:r>
        <w:br/>
      </w:r>
      <w:r>
        <w:rPr>
          <w:sz w:val="20"/>
        </w:rPr>
        <w:t>1:00:57  chounkay hadees mein aata hai ke man hasan al-islam mar'u tarukahu ma la yani. yaani aadmi ko chahiye ke is kaam ko chor de jis ka koi faida na ho.</w:t>
      </w:r>
      <w:r>
        <w:br/>
      </w:r>
      <w:r>
        <w:rPr>
          <w:sz w:val="20"/>
        </w:rPr>
        <w:t>1:01:08  matlab jis ka koi result na ho. to is ko chor do.</w:t>
      </w:r>
    </w:p>
    <w:p>
      <w:pPr>
        <w:pStyle w:val="Heading2"/>
      </w:pPr>
      <w:r>
        <w:t>Benefits of reducing TV and resting</w:t>
      </w:r>
    </w:p>
    <w:p>
      <w:r>
        <w:rPr>
          <w:color w:val="666666"/>
          <w:sz w:val="18"/>
        </w:rPr>
        <w:t>Life &amp; Wisdom · Self Correction November 09, 2014 Maulana Wahiduddin Khan · 4m 24s · at 56:51 · https://youtu.be/PpwTmeCQkSQ?t=3411</w:t>
      </w:r>
    </w:p>
    <w:p>
      <w:r>
        <w:rPr>
          <w:i/>
        </w:rPr>
        <w:t>“Kindly elaborate on the merits of cutting down TV time and increasing the resting time.”</w:t>
      </w:r>
    </w:p>
    <w:p>
      <w:r>
        <w:rPr>
          <w:sz w:val="20"/>
        </w:rPr>
        <w:t>56:51  maulana, dilli se agla sawal kya hai doctor farhat naseereen ne, aur unhon ne likha hai ke "Kindly</w:t>
      </w:r>
      <w:r>
        <w:br/>
      </w:r>
      <w:r>
        <w:rPr>
          <w:sz w:val="20"/>
        </w:rPr>
        <w:t>56:56  elaborate on the merits of cutting down TV time and increasing the resting time." yeh jo time hai,</w:t>
      </w:r>
      <w:r>
        <w:br/>
      </w:r>
      <w:r>
        <w:rPr>
          <w:sz w:val="20"/>
        </w:rPr>
        <w:t>57:02  bhai, resting time ko aap study kijiye.</w:t>
      </w:r>
      <w:r>
        <w:br/>
      </w:r>
      <w:r>
        <w:rPr>
          <w:sz w:val="20"/>
        </w:rPr>
        <w:t>57:07  mein jab bhi TV dekhta hoon, mujhe to lagta hai ke mein apna time zaya kar raha</w:t>
      </w:r>
      <w:r>
        <w:br/>
      </w:r>
      <w:r>
        <w:rPr>
          <w:sz w:val="20"/>
        </w:rPr>
        <w:t>57:13  hoon, kyunke TV mein siwa BBC London ke.</w:t>
      </w:r>
      <w:r>
        <w:br/>
      </w:r>
      <w:r>
        <w:rPr>
          <w:sz w:val="20"/>
        </w:rPr>
        <w:t>57:18  sahib, itna distraction hota hai ke mein to hairaan hoon ke kaun log dekhte hain ke log TV.</w:t>
      </w:r>
      <w:r>
        <w:br/>
      </w:r>
      <w:r>
        <w:rPr>
          <w:sz w:val="20"/>
        </w:rPr>
        <w:t>57:24  sirf khurafaat maloom hoti hain.</w:t>
      </w:r>
      <w:r>
        <w:br/>
      </w:r>
      <w:r>
        <w:rPr>
          <w:sz w:val="20"/>
        </w:rPr>
        <w:t>57:29  TV, woh to TV dekhna hi bilkul.</w:t>
      </w:r>
      <w:r>
        <w:br/>
      </w:r>
      <w:r>
        <w:rPr>
          <w:sz w:val="20"/>
        </w:rPr>
        <w:t>57:35  mein zindagi bhar akhbar parhta raha news ke liye.</w:t>
      </w:r>
      <w:r>
        <w:br/>
      </w:r>
      <w:r>
        <w:rPr>
          <w:sz w:val="20"/>
        </w:rPr>
        <w:t>57:40  kabhi mein TV se news nahi liya.</w:t>
      </w:r>
      <w:r>
        <w:br/>
      </w:r>
      <w:r>
        <w:rPr>
          <w:sz w:val="20"/>
        </w:rPr>
        <w:t>57:46  mein ne to mein samajhta hoon ke ab, ab, ab akhbar ke baad koi cheez agar hai to</w:t>
      </w:r>
      <w:r>
        <w:br/>
      </w:r>
      <w:r>
        <w:rPr>
          <w:sz w:val="20"/>
        </w:rPr>
        <w:t>57:51  mere paas to radio hai.</w:t>
      </w:r>
      <w:r>
        <w:br/>
      </w:r>
      <w:r>
        <w:rPr>
          <w:sz w:val="20"/>
        </w:rPr>
        <w:t>57:57  TV ko to mein samajhta hoon ke koi entertainment ke liye dekha hai to dekha hai, baqi</w:t>
      </w:r>
      <w:r>
        <w:br/>
      </w:r>
      <w:r>
        <w:rPr>
          <w:sz w:val="20"/>
        </w:rPr>
        <w:t>58:02  iska koi taameeri faida to mujhe samajh mein nahi aata.</w:t>
      </w:r>
      <w:r>
        <w:br/>
      </w:r>
      <w:r>
        <w:rPr>
          <w:sz w:val="20"/>
        </w:rPr>
        <w:t>58:08  TV ka to haan, kuch, kuch aate hain.</w:t>
      </w:r>
      <w:r>
        <w:br/>
      </w:r>
      <w:r>
        <w:rPr>
          <w:sz w:val="20"/>
        </w:rPr>
        <w:t>58:14  woh aisi cheez hai jise jo jighrafiyai society hai, us ke kuch document, woh, woh to mufeed hote hain.</w:t>
      </w:r>
      <w:r>
        <w:br/>
      </w:r>
      <w:r>
        <w:rPr>
          <w:sz w:val="20"/>
        </w:rPr>
        <w:t>58:19  woh mein, mein dekhta hoon.</w:t>
      </w:r>
      <w:r>
        <w:br/>
      </w:r>
      <w:r>
        <w:rPr>
          <w:sz w:val="20"/>
        </w:rPr>
        <w:t>58:25  isko jighrafiyai society ke document, baqi aam taur par jo TV aata hai, woh har waqt</w:t>
      </w:r>
      <w:r>
        <w:br/>
      </w:r>
      <w:r>
        <w:rPr>
          <w:sz w:val="20"/>
        </w:rPr>
        <w:t>58:30  distrakshan, har waqt distrakshan, har waqt is mein advertisement.</w:t>
      </w:r>
      <w:r>
        <w:br/>
      </w:r>
      <w:r>
        <w:rPr>
          <w:sz w:val="20"/>
        </w:rPr>
        <w:t>58:36  mujhe to bilkul wehshat hoti hai is se.</w:t>
      </w:r>
      <w:r>
        <w:br/>
      </w:r>
      <w:r>
        <w:rPr>
          <w:sz w:val="20"/>
        </w:rPr>
        <w:t>58:41  to behr-haal, main yeh kahunga ke har aadmi ko chahiye ke woh art of time management seekhe.</w:t>
      </w:r>
      <w:r>
        <w:br/>
      </w:r>
      <w:r>
        <w:rPr>
          <w:sz w:val="20"/>
        </w:rPr>
        <w:t>58:47  masla na TV ka hai, na kisi aur cheez ka.</w:t>
      </w:r>
      <w:r>
        <w:br/>
      </w:r>
      <w:r>
        <w:rPr>
          <w:sz w:val="20"/>
        </w:rPr>
        <w:t>58:52  masla hai art of time management ka.</w:t>
      </w:r>
      <w:r>
        <w:br/>
      </w:r>
      <w:r>
        <w:rPr>
          <w:sz w:val="20"/>
        </w:rPr>
        <w:t>58:58  aap khud janiye ke aap ne jo time kisi kaam mein lagaya, us se aap ko achievement kya hua.</w:t>
      </w:r>
      <w:r>
        <w:br/>
      </w:r>
      <w:r>
        <w:rPr>
          <w:sz w:val="20"/>
        </w:rPr>
        <w:t>59:03  in terms of achievement, is ko aap judge kijiye.</w:t>
      </w:r>
      <w:r>
        <w:br/>
      </w:r>
      <w:r>
        <w:rPr>
          <w:sz w:val="20"/>
        </w:rPr>
        <w:t>59:09  koi doosra nahi bata sakta aap ko.</w:t>
      </w:r>
      <w:r>
        <w:br/>
      </w:r>
      <w:r>
        <w:rPr>
          <w:sz w:val="20"/>
        </w:rPr>
        <w:t>59:14  aap khud, yaani soch kar jaan sakte hain ke jo time maine lagaya TV mein ya</w:t>
      </w:r>
      <w:r>
        <w:br/>
      </w:r>
      <w:r>
        <w:rPr>
          <w:sz w:val="20"/>
        </w:rPr>
        <w:t>59:20  kisi aur kaam mein, to is mein maine achieve kiya kiya.</w:t>
      </w:r>
      <w:r>
        <w:br/>
      </w:r>
      <w:r>
        <w:rPr>
          <w:sz w:val="20"/>
        </w:rPr>
        <w:t>59:25  yeh hai criteria.</w:t>
      </w:r>
      <w:r>
        <w:br/>
      </w:r>
      <w:r>
        <w:rPr>
          <w:sz w:val="20"/>
        </w:rPr>
        <w:t>59:31  to chunaanche maine dekha ke main TV dekhta hoon to kuch achieve nahi kar pata, to</w:t>
      </w:r>
      <w:r>
        <w:br/>
      </w:r>
      <w:r>
        <w:rPr>
          <w:sz w:val="20"/>
        </w:rPr>
        <w:t>59:36  maine is ko chhod diya.</w:t>
      </w:r>
      <w:r>
        <w:br/>
      </w:r>
      <w:r>
        <w:rPr>
          <w:sz w:val="20"/>
        </w:rPr>
        <w:t>59:42  main chhote government, hamare kuch saathi the, mujhe le gaye cinema bhi le gaye.</w:t>
      </w:r>
      <w:r>
        <w:br/>
      </w:r>
      <w:r>
        <w:rPr>
          <w:sz w:val="20"/>
        </w:rPr>
        <w:t>59:47  us waqt main jawanpur mein tha, to maine dekha ke mujhe koi us waqt koi achieve</w:t>
      </w:r>
      <w:r>
        <w:br/>
      </w:r>
      <w:r>
        <w:rPr>
          <w:sz w:val="20"/>
        </w:rPr>
        <w:t>59:53  to hota nahi.</w:t>
      </w:r>
      <w:r>
        <w:br/>
      </w:r>
      <w:r>
        <w:rPr>
          <w:sz w:val="20"/>
        </w:rPr>
        <w:t>59:58  kuch yeh waqti tafreeh hai, to maine is ko chhod diya.</w:t>
      </w:r>
      <w:r>
        <w:br/>
      </w:r>
      <w:r>
        <w:rPr>
          <w:sz w:val="20"/>
        </w:rPr>
        <w:t>1:00:04  to meri aadat hai ke har cheez ko main result ke aitbaar se jaanchta hoon.</w:t>
      </w:r>
      <w:r>
        <w:br/>
      </w:r>
      <w:r>
        <w:rPr>
          <w:sz w:val="20"/>
        </w:rPr>
        <w:t>1:00:09  har cheez ko result ke aitbaar se, yaani paani bhi peeta hoon to yeh soch kar ke is</w:t>
      </w:r>
      <w:r>
        <w:br/>
      </w:r>
      <w:r>
        <w:rPr>
          <w:sz w:val="20"/>
        </w:rPr>
        <w:t>1:00:15  ka result kya hai.</w:t>
      </w:r>
      <w:r>
        <w:br/>
      </w:r>
      <w:r>
        <w:rPr>
          <w:sz w:val="20"/>
        </w:rPr>
        <w:t>1:00:20  yeh meri aadat ban gayi hai, yaani aadat ka lafz main bola hoon, matlab mera tareeqa ban gaya hai.</w:t>
      </w:r>
      <w:r>
        <w:br/>
      </w:r>
      <w:r>
        <w:rPr>
          <w:sz w:val="20"/>
        </w:rPr>
        <w:t>1:00:26  aadat nahi kahiye is ko, mera tareeqa yeh ban gaya hai ke main kisi bhi cheez ko is</w:t>
      </w:r>
      <w:r>
        <w:br/>
      </w:r>
      <w:r>
        <w:rPr>
          <w:sz w:val="20"/>
        </w:rPr>
        <w:t>1:00:31  ko result ke aitbaar se sochta hoon.</w:t>
      </w:r>
      <w:r>
        <w:br/>
      </w:r>
      <w:r>
        <w:rPr>
          <w:sz w:val="20"/>
        </w:rPr>
        <w:t>1:00:37  misal ke taur par, yahan main aata hoon Sunday ko, is ko bhi, is ko bhi main sochta hoon ke mujhe</w:t>
      </w:r>
      <w:r>
        <w:br/>
      </w:r>
      <w:r>
        <w:rPr>
          <w:sz w:val="20"/>
        </w:rPr>
        <w:t>1:00:42  is mein kya mila, yaani maine is mein kya achieve kiya.</w:t>
      </w:r>
      <w:r>
        <w:br/>
      </w:r>
      <w:r>
        <w:rPr>
          <w:sz w:val="20"/>
        </w:rPr>
        <w:t>1:00:48  to har cheez ko, yaani result ke criteria se naapna yeh mera tareeqa hai, aur isi ko mein</w:t>
      </w:r>
      <w:r>
        <w:br/>
      </w:r>
      <w:r>
        <w:rPr>
          <w:sz w:val="20"/>
        </w:rPr>
        <w:t>1:00:53  islam ka tareeqa samajhta hoon.</w:t>
      </w:r>
      <w:r>
        <w:br/>
      </w:r>
      <w:r>
        <w:rPr>
          <w:sz w:val="20"/>
        </w:rPr>
        <w:t>1:00:59  kyunke hadees mein aata hai ke "man husn islami mar tarka mala yani", yaani aadmi ko kuch chahiye</w:t>
      </w:r>
      <w:r>
        <w:br/>
      </w:r>
      <w:r>
        <w:rPr>
          <w:sz w:val="20"/>
        </w:rPr>
        <w:t>1:01:04  ke usko aap ko chhod de, jiska koi faida na ho, matlab jiska koi result</w:t>
      </w:r>
      <w:r>
        <w:br/>
      </w:r>
      <w:r>
        <w:rPr>
          <w:sz w:val="20"/>
        </w:rPr>
        <w:t>1:01:10  na ho, to usko chhod do.</w:t>
      </w:r>
    </w:p>
    <w:p>
      <w:pPr>
        <w:pStyle w:val="Heading2"/>
      </w:pPr>
      <w:r>
        <w:t>Big work requires big heart explanation</w:t>
      </w:r>
    </w:p>
    <w:p>
      <w:r>
        <w:rPr>
          <w:color w:val="666666"/>
          <w:sz w:val="18"/>
        </w:rPr>
        <w:t>Life &amp; Wisdom · Replanning | February 26, 2017 · 2m 56s · at 50:35 · https://youtu.be/E120hwMH9x8?t=3035</w:t>
      </w:r>
    </w:p>
    <w:p>
      <w:r>
        <w:rPr>
          <w:i/>
        </w:rPr>
        <w:t>“You always say that for big work, a big heart is needed. Please explain this for all of us.”</w:t>
      </w:r>
    </w:p>
    <w:p>
      <w:r>
        <w:rPr>
          <w:sz w:val="20"/>
        </w:rPr>
        <w:t>50:35  hain pehla sawal bheja hai Maulana Farhad Umri sahib ne Delhi se aur unhon ne aap se poocha</w:t>
      </w:r>
      <w:r>
        <w:br/>
      </w:r>
      <w:r>
        <w:rPr>
          <w:sz w:val="20"/>
        </w:rPr>
        <w:t>50:43  hai Maulana you always say that bara kaam karne ke liye bara dil chahiye Maulana please is ko</w:t>
      </w:r>
      <w:r>
        <w:br/>
      </w:r>
      <w:r>
        <w:rPr>
          <w:sz w:val="20"/>
        </w:rPr>
        <w:t>50:50  hum sab ke liye</w:t>
      </w:r>
      <w:r>
        <w:br/>
      </w:r>
      <w:r>
        <w:rPr>
          <w:sz w:val="20"/>
        </w:rPr>
        <w:t>50:58  elaborate karke bataiye dekhiye yeh duniya jo hai is ko Allah Ta'ala ne freedom ke usool par</w:t>
      </w:r>
      <w:r>
        <w:br/>
      </w:r>
      <w:r>
        <w:rPr>
          <w:sz w:val="20"/>
        </w:rPr>
        <w:t>51:09  banaya hai har insaan ko freedom hai total freedom to jab freedom hai to aadmi apni freedom ko</w:t>
      </w:r>
      <w:r>
        <w:br/>
      </w:r>
      <w:r>
        <w:rPr>
          <w:sz w:val="20"/>
        </w:rPr>
        <w:t>51:20  apni marzi ke mutabiq istemal karega aap se puchne nahi aayega wo</w:t>
      </w:r>
      <w:r>
        <w:br/>
      </w:r>
      <w:r>
        <w:rPr>
          <w:sz w:val="20"/>
        </w:rPr>
        <w:t>51:31  to is waja se dunya mein hamesha problem rehta hai aap jante hain ke bohat se bare bare</w:t>
      </w:r>
      <w:r>
        <w:br/>
      </w:r>
      <w:r>
        <w:rPr>
          <w:sz w:val="20"/>
        </w:rPr>
        <w:t>51:38  farmer yeh kehte hain ke dunya mein sab se bara masla problem of evil hai sab se bara</w:t>
      </w:r>
      <w:r>
        <w:br/>
      </w:r>
      <w:r>
        <w:rPr>
          <w:sz w:val="20"/>
        </w:rPr>
        <w:t>51:46  masla problem of evil hai mein kehta hoon bhook ho raha tha yeh baat dunya mein jo masla</w:t>
      </w:r>
      <w:r>
        <w:br/>
      </w:r>
      <w:r>
        <w:rPr>
          <w:sz w:val="20"/>
        </w:rPr>
        <w:t>51:54  hai misuse of freedom ka hai dunya mein jo masla hai wo</w:t>
      </w:r>
      <w:r>
        <w:br/>
      </w:r>
      <w:r>
        <w:rPr>
          <w:sz w:val="20"/>
        </w:rPr>
        <w:t>52:02  problem of evil nahi hai wo hai misuse of freedom har aadmi apni freedom ko istemal karega</w:t>
      </w:r>
      <w:r>
        <w:br/>
      </w:r>
      <w:r>
        <w:rPr>
          <w:sz w:val="20"/>
        </w:rPr>
        <w:t>52:09  to kisi na kisi ke khilaf ho jayega wo to is ko aap take it easy ka</w:t>
      </w:r>
      <w:r>
        <w:br/>
      </w:r>
      <w:r>
        <w:rPr>
          <w:sz w:val="20"/>
        </w:rPr>
        <w:t>52:17  aap formula apnaiye is ko normal samjhiye aur phir re planning kijiye re planning kijiye is dunya mein</w:t>
      </w:r>
      <w:r>
        <w:br/>
      </w:r>
      <w:r>
        <w:rPr>
          <w:sz w:val="20"/>
        </w:rPr>
        <w:t>52:24  aap ke liye koi option hi nahi hai is ke siwa ke aap</w:t>
      </w:r>
      <w:r>
        <w:br/>
      </w:r>
      <w:r>
        <w:rPr>
          <w:sz w:val="20"/>
        </w:rPr>
        <w:t>52:32  re plan karein lekin is ke liye bara dil chahiye bara dil ka matlab yeh hai ke aap aap choti choti baton se oopar uthein real aur unreal ko real aur non-real ko alag kar ke sochein koi offend karta hai aap ko koi aap ko takleef pohanchata hai is se oopar uth kar sochein wohi jis cheez ko kehte hain quran mein khalq e azeem y</w:t>
      </w:r>
      <w:r>
        <w:br/>
      </w:r>
      <w:r>
        <w:rPr>
          <w:sz w:val="20"/>
        </w:rPr>
        <w:t>53:02  yani khalq e azeem ka character apnana yeh hai bara dil bara dil ke baghair is dunya mein koi</w:t>
      </w:r>
      <w:r>
        <w:br/>
      </w:r>
      <w:r>
        <w:rPr>
          <w:sz w:val="20"/>
        </w:rPr>
        <w:t>53:10  bari kamyabi nahi ho sakti kyunke dunya mein log aazad rahenge dunya mein competition rahega dunya</w:t>
      </w:r>
      <w:r>
        <w:br/>
      </w:r>
      <w:r>
        <w:rPr>
          <w:sz w:val="20"/>
        </w:rPr>
        <w:t>53:17  mein challenges rahenge to jab tak aap ka bara dil na ho tab tak aap kaise apni</w:t>
      </w:r>
      <w:r>
        <w:br/>
      </w:r>
      <w:r>
        <w:rPr>
          <w:sz w:val="20"/>
        </w:rPr>
        <w:t>53:25  planning karenge uljhe rahenge aap shikayaton mein uljhe rahenge yeh mat</w:t>
      </w:r>
    </w:p>
    <w:p>
      <w:pPr>
        <w:pStyle w:val="Heading2"/>
      </w:pPr>
      <w:r>
        <w:t>Book recommendation on freedom of thought</w:t>
      </w:r>
    </w:p>
    <w:p>
      <w:r>
        <w:rPr>
          <w:color w:val="666666"/>
          <w:sz w:val="18"/>
        </w:rPr>
        <w:t>Life &amp; Wisdom · Freedom of Thought in Islam 23 October, 2011 · 4m 14s · at 1:17:30 · https://youtu.be/aGbxRNNOKzo?t=4650</w:t>
      </w:r>
    </w:p>
    <w:p>
      <w:r>
        <w:rPr>
          <w:i/>
        </w:rPr>
        <w:t>“Today's discussion on freedom of thought was very enlightening. Could you please suggest me any of your books devoted to this topic to further my knowledge?”</w:t>
      </w:r>
    </w:p>
    <w:p>
      <w:r>
        <w:rPr>
          <w:sz w:val="20"/>
        </w:rPr>
        <w:t>1:17:30  maulana, agla sawal misster zeeshan yousaf ka hai, hyderabad se. unhon ne likha hai: "maulana, today discussion on freedom of thought was very enlightening.</w:t>
      </w:r>
      <w:r>
        <w:br/>
      </w:r>
      <w:r>
        <w:rPr>
          <w:sz w:val="20"/>
        </w:rPr>
        <w:t>1:17:43  could you please suggest me any of your books devoted to this topic to further my knowledge?" ek kitab hai "deen e insaniyat".</w:t>
      </w:r>
      <w:r>
        <w:br/>
      </w:r>
      <w:r>
        <w:rPr>
          <w:sz w:val="20"/>
        </w:rPr>
        <w:t>1:17:53  is mein kai chapter hain.</w:t>
      </w:r>
      <w:r>
        <w:br/>
      </w:r>
      <w:r>
        <w:rPr>
          <w:sz w:val="20"/>
        </w:rPr>
        <w:t>1:17:55  aik chapter fifty pages ka hai, "huriyat-e-fikr". yaani fikr ki azaadi. is ko aap parh sakte hain.</w:t>
      </w:r>
      <w:r>
        <w:br/>
      </w:r>
      <w:r>
        <w:rPr>
          <w:sz w:val="20"/>
        </w:rPr>
        <w:t>1:18:07  kitaab ka naam hai "deen-e-insaniyat". is chapter ka naam hai "huriyat-e-fikr", jo pachas pages ka hai. Maulana, unhon ne aik apna doubt bhi likha hai, jo woh chahte hain ke aap clear karen.</w:t>
      </w:r>
      <w:r>
        <w:br/>
      </w:r>
      <w:r>
        <w:rPr>
          <w:sz w:val="20"/>
        </w:rPr>
        <w:t>1:18:19  unhon ne likha hai ke: "If a man who is living in an Islamic state uses abusive language about the Prophet of Islam, then how should that very Islamic administration deal with that man?</w:t>
      </w:r>
      <w:r>
        <w:br/>
      </w:r>
      <w:r>
        <w:rPr>
          <w:sz w:val="20"/>
        </w:rPr>
        <w:t>1:18:34  The question I guess could be asked to me while I am doing my da'wa work. Please suggest me your valuable answer." dekhiye, yeh masla law and order ka hai nahin.</w:t>
      </w:r>
      <w:r>
        <w:br/>
      </w:r>
      <w:r>
        <w:rPr>
          <w:sz w:val="20"/>
        </w:rPr>
        <w:t>1:18:47  administration ka hai nahin yeh masla. yeh masla dawat-o-tabligh ka hai. yaani aap is ko ja ke miliye, is se baat kijiye. agar is ne kitaab likhi hai to aap bhi aik kitaab likhiye.</w:t>
      </w:r>
      <w:r>
        <w:br/>
      </w:r>
      <w:r>
        <w:rPr>
          <w:sz w:val="20"/>
        </w:rPr>
        <w:t>1:18:58  aap bhi kijiye. yeh law and order ka masla hi nahin hai. law and order ka masla kab hoga? jab ke woh koi social crime kare. kisi ko physical injury pahunchaye.</w:t>
      </w:r>
      <w:r>
        <w:br/>
      </w:r>
      <w:r>
        <w:rPr>
          <w:sz w:val="20"/>
        </w:rPr>
        <w:t>1:19:09  kisi ka maal chheen le. kisi ka haath paon tode.</w:t>
      </w:r>
      <w:r>
        <w:br/>
      </w:r>
      <w:r>
        <w:rPr>
          <w:sz w:val="20"/>
        </w:rPr>
        <w:t>1:19:13  woh sirf agar zabaan se aik baat bolta hai. woh koi mazmoon chhapta hai. to woh hargiz hargiz administration ka masla nahin hai.</w:t>
      </w:r>
      <w:r>
        <w:br/>
      </w:r>
      <w:r>
        <w:rPr>
          <w:sz w:val="20"/>
        </w:rPr>
        <w:t>1:19:24  woh woh masla hai da'i-o-mu'alliq ka. yaani da'i-o-mu'alliq is se mil kar ke is ke doubt clear karen. is par khud bhi mazmoon likhen, kitaab likhen.</w:t>
      </w:r>
      <w:r>
        <w:br/>
      </w:r>
      <w:r>
        <w:rPr>
          <w:sz w:val="20"/>
        </w:rPr>
        <w:t>1:19:34  yahi</w:t>
      </w:r>
      <w:r>
        <w:br/>
      </w:r>
      <w:r>
        <w:rPr>
          <w:sz w:val="20"/>
        </w:rPr>
        <w:t>1:19:35  karen. is ki misaal yeh hai, dekhiye. ke Madine mein Rasool Allah Sal Allahu Alaihi Wa Sallam ke zamane mein state qaim ho chuka tha. yaani administration qaim ho chuka tha wahan par Madine mein.</w:t>
      </w:r>
      <w:r>
        <w:br/>
      </w:r>
      <w:r>
        <w:rPr>
          <w:sz w:val="20"/>
        </w:rPr>
        <w:t>1:19:49  to is zamane mein wahan par aisa tha ke kuch log Rasool Allah ke khilaaf ya Islam ke khilaaf bolte the. to aik sahabi the, un ka naam tha Hassan bin Sabit.</w:t>
      </w:r>
      <w:r>
        <w:br/>
      </w:r>
      <w:r>
        <w:rPr>
          <w:sz w:val="20"/>
        </w:rPr>
        <w:t>1:20:02  woh shayar the.</w:t>
      </w:r>
      <w:r>
        <w:br/>
      </w:r>
      <w:r>
        <w:rPr>
          <w:sz w:val="20"/>
        </w:rPr>
        <w:t>1:20:05  is zamane mein, dekhiye, jab printing press nahin tha. to sher-o-shairi, yeh shairi jo thi, woh aaj kal ke tareeqe se samjhiye ke woh journalism thi is zamane ki.</w:t>
      </w:r>
      <w:r>
        <w:br/>
      </w:r>
      <w:r>
        <w:rPr>
          <w:sz w:val="20"/>
        </w:rPr>
        <w:t>1:20:17  sahafat, journalism. kyunke chhap chhap kar ke phaila nahin sakte the aap kisi cheez ko. kyunke naqab-e-tanaffus tha. to aap sher ke roop mein jab aap karte the to bohat jald logon ko yaad hota hota tha.</w:t>
      </w:r>
      <w:r>
        <w:br/>
      </w:r>
      <w:r>
        <w:rPr>
          <w:sz w:val="20"/>
        </w:rPr>
        <w:t>1:20:29  woh phailate the is ko.</w:t>
      </w:r>
      <w:r>
        <w:br/>
      </w:r>
      <w:r>
        <w:rPr>
          <w:sz w:val="20"/>
        </w:rPr>
        <w:t>1:20:31  to aap ne Hassan bin Sabit se kaha ke tum is ka jawab do. yeh jo log Islam ke khilaaf ya Quran ke khilaaf baatein karte hain.</w:t>
      </w:r>
      <w:r>
        <w:br/>
      </w:r>
      <w:r>
        <w:rPr>
          <w:sz w:val="20"/>
        </w:rPr>
        <w:t>1:20:43  to aata hai aik kitaab um mein ke Hassan bin Sabit ke liye mimbar rakha gaya Masjid-e-Nabwi mein. yaani Madine ki Masjid-e-Nabwi mein un ke liye mimbar rakha gaya.</w:t>
      </w:r>
      <w:r>
        <w:br/>
      </w:r>
      <w:r>
        <w:rPr>
          <w:sz w:val="20"/>
        </w:rPr>
        <w:t>1:20:54  is par baithe aur baith kar unhon ne ashaar kahe un ke khilaaf.</w:t>
      </w:r>
      <w:r>
        <w:br/>
      </w:r>
      <w:r>
        <w:rPr>
          <w:sz w:val="20"/>
        </w:rPr>
        <w:t>1:20:58  woh ashaar jaise akhbar phailte hain, ise woh phailaya gaya woh. yeh jawab to aik tareeqa hai yeh. to main saaf arz karta hoon ke agar koi Rasool ke khilaaf, Khuda ke khilaaf, Quran ke khilaaf, Islam ke khilaaf bolta hai to woh hargiz hargiz intezamia ka masla nahin hai.</w:t>
      </w:r>
      <w:r>
        <w:br/>
      </w:r>
      <w:r>
        <w:rPr>
          <w:sz w:val="20"/>
        </w:rPr>
        <w:t>1:21:18  woh law and order ka masla nahin hai. woh police ka masla nahin hai.</w:t>
      </w:r>
      <w:r>
        <w:br/>
      </w:r>
      <w:r>
        <w:rPr>
          <w:sz w:val="20"/>
        </w:rPr>
        <w:t>1:21:21  woh masla hai is baat ka ke aap is ko samjhaen, is ke khilaaf, is ke is ke is par kitaab likhen, is par mazmoon likhen, is par yeh karen.</w:t>
      </w:r>
      <w:r>
        <w:br/>
      </w:r>
      <w:r>
        <w:rPr>
          <w:sz w:val="20"/>
        </w:rPr>
        <w:t>1:21:33  yaani kitaab ke jawab mein kitaab, qalam ke jawab mein qalam, taqreer ke jawab mein taqreer. yeh hai Islam ka tareeqa.</w:t>
      </w:r>
    </w:p>
    <w:p>
      <w:pPr>
        <w:pStyle w:val="Heading2"/>
      </w:pPr>
      <w:r>
        <w:t>Brilliant personality not appearing in this world</w:t>
      </w:r>
    </w:p>
    <w:p>
      <w:r>
        <w:rPr>
          <w:color w:val="666666"/>
          <w:sz w:val="18"/>
        </w:rPr>
        <w:t>Life &amp; Wisdom · Brilliant Personality November 27, 2016 · 3m 20s · at 47:30 · https://youtu.be/268O3sgnjC0?t=2850</w:t>
      </w:r>
    </w:p>
    <w:p>
      <w:r>
        <w:rPr>
          <w:i/>
        </w:rPr>
        <w:t>“Moulana Sahib, I loved your talk today and will try to apply the lesson in my life. But Moulana, as you said, that brilliant personality will not show in this world but would be...”</w:t>
      </w:r>
    </w:p>
    <w:p>
      <w:r>
        <w:rPr>
          <w:sz w:val="20"/>
        </w:rPr>
        <w:t>47:30  sawal lete hain jo Farooq Khan sahib ne bheja hai Ahmedabad se, unhon ne likha hai "Moulana</w:t>
      </w:r>
      <w:r>
        <w:br/>
      </w:r>
      <w:r>
        <w:rPr>
          <w:sz w:val="20"/>
        </w:rPr>
        <w:t>47:37  Sahib, I loved your talk today and will try to apply the lesson in my life.</w:t>
      </w:r>
      <w:r>
        <w:br/>
      </w:r>
      <w:r>
        <w:rPr>
          <w:sz w:val="20"/>
        </w:rPr>
        <w:t>47:44  But Maulana Sahib, as you said, that brilliant personality will not show in this world but would be</w:t>
      </w:r>
      <w:r>
        <w:br/>
      </w:r>
      <w:r>
        <w:rPr>
          <w:sz w:val="20"/>
        </w:rPr>
        <w:t>47:52  revealed in the hereafter.</w:t>
      </w:r>
      <w:r>
        <w:br/>
      </w:r>
      <w:r>
        <w:rPr>
          <w:sz w:val="20"/>
        </w:rPr>
        <w:t>47:59  My question is, how can I know whether I am in the right direction in making myself a brilliant personality?</w:t>
      </w:r>
      <w:r>
        <w:br/>
      </w:r>
      <w:r>
        <w:rPr>
          <w:sz w:val="20"/>
        </w:rPr>
        <w:t>48:07  I am asking this so that we can keep a check on ourselves from time to time.</w:t>
      </w:r>
      <w:r>
        <w:br/>
      </w:r>
      <w:r>
        <w:rPr>
          <w:sz w:val="20"/>
        </w:rPr>
        <w:t>48:16  Maulana Sahib, please advise all of us." dekhiye, main ne aik martaba aik mazmoon parha tha kisi ka</w:t>
      </w:r>
      <w:r>
        <w:br/>
      </w:r>
      <w:r>
        <w:rPr>
          <w:sz w:val="20"/>
        </w:rPr>
        <w:t>48:25  ke do aadmi jatay hain aik park mein, aik mein aik is mein businessman hai aur doosra</w:t>
      </w:r>
      <w:r>
        <w:br/>
      </w:r>
      <w:r>
        <w:rPr>
          <w:sz w:val="20"/>
        </w:rPr>
        <w:t>48:34  jo hai woh aik scholar hai.</w:t>
      </w:r>
      <w:r>
        <w:br/>
      </w:r>
      <w:r>
        <w:rPr>
          <w:sz w:val="20"/>
        </w:rPr>
        <w:t>48:43  to business man jo hai wahan gulab ke phool ko dekhega to wo sochega ke gul</w:t>
      </w:r>
      <w:r>
        <w:br/>
      </w:r>
      <w:r>
        <w:rPr>
          <w:sz w:val="20"/>
        </w:rPr>
        <w:t>48:52  qand mein kaise banaun? aur jo scholar hai, wo is ke andar jo botany ka scholar hai, us</w:t>
      </w:r>
      <w:r>
        <w:br/>
      </w:r>
      <w:r>
        <w:rPr>
          <w:sz w:val="20"/>
        </w:rPr>
        <w:t>49:01  ke andar jo scientific gehraiyan hain, wo sochne lagega.</w:t>
      </w:r>
      <w:r>
        <w:br/>
      </w:r>
      <w:r>
        <w:rPr>
          <w:sz w:val="20"/>
        </w:rPr>
        <w:t>49:10  to teesra insan momin hota hai, wo jab gulab ke phool dekhega to wo sochega ke</w:t>
      </w:r>
      <w:r>
        <w:br/>
      </w:r>
      <w:r>
        <w:rPr>
          <w:sz w:val="20"/>
        </w:rPr>
        <w:t>49:19  kaisa ajeeb hoga wo Khuda jis ne wo gulab ka phool banaya.</w:t>
      </w:r>
      <w:r>
        <w:br/>
      </w:r>
      <w:r>
        <w:rPr>
          <w:sz w:val="20"/>
        </w:rPr>
        <w:t>49:28  to Khuda ko daryaft karega wo, yani creator ko daryaft karega.</w:t>
      </w:r>
      <w:r>
        <w:br/>
      </w:r>
      <w:r>
        <w:rPr>
          <w:sz w:val="20"/>
        </w:rPr>
        <w:t>49:37  creation mein creator ko daryaft karna ye hai is se noor lena aur creation mein commercial interest daryaft</w:t>
      </w:r>
      <w:r>
        <w:br/>
      </w:r>
      <w:r>
        <w:rPr>
          <w:sz w:val="20"/>
        </w:rPr>
        <w:t>49:46  karna, koi aur scientific doobta daryaft karna, ye sab secular observation hai cheezon ka.</w:t>
      </w:r>
      <w:r>
        <w:br/>
      </w:r>
      <w:r>
        <w:rPr>
          <w:sz w:val="20"/>
        </w:rPr>
        <w:t>49:56  to ek hota hai cheezon ka secular observation, ek hota hai cheezon ka arifana observation.</w:t>
      </w:r>
      <w:r>
        <w:br/>
      </w:r>
      <w:r>
        <w:rPr>
          <w:sz w:val="20"/>
        </w:rPr>
        <w:t>50:05  to hamein apne andar wo nazar paida karna hai ke hum cheezon ko arifana nazar se dekhen.</w:t>
      </w:r>
      <w:r>
        <w:br/>
      </w:r>
      <w:r>
        <w:rPr>
          <w:sz w:val="20"/>
        </w:rPr>
        <w:t>50:14  ye ek sacrifice ki baat hai, yani marifat ka usool bhi ek sacrifice ki baat hai, qurbani ki baat hai.</w:t>
      </w:r>
      <w:r>
        <w:br/>
      </w:r>
      <w:r>
        <w:rPr>
          <w:sz w:val="20"/>
        </w:rPr>
        <w:t>50:23  jab doosre aspect maujood hon jis mein aap ko shohrat milti hai, paisa milta hai, us ko chhoden</w:t>
      </w:r>
      <w:r>
        <w:br/>
      </w:r>
      <w:r>
        <w:rPr>
          <w:sz w:val="20"/>
        </w:rPr>
        <w:t>50:32  aap aur marifat ki nazar se dekhen cheezon ko to ye sab se badi qurbani hai mere nazdeek.</w:t>
      </w:r>
      <w:r>
        <w:br/>
      </w:r>
      <w:r>
        <w:rPr>
          <w:sz w:val="20"/>
        </w:rPr>
        <w:t>50:41  lekin isi qurbani mein aap ko yehi qurbani aap ko jannat ke gate tak pahunchati hai.</w:t>
      </w:r>
    </w:p>
    <w:p>
      <w:pPr>
        <w:pStyle w:val="Heading2"/>
      </w:pPr>
      <w:r>
        <w:t>Can a da'ee save money for children's future?</w:t>
      </w:r>
    </w:p>
    <w:p>
      <w:r>
        <w:rPr>
          <w:color w:val="666666"/>
          <w:sz w:val="18"/>
        </w:rPr>
        <w:t>Life &amp; Wisdom · God and Man I February 19, 2012 Maulana Wahiduddin Khan · 2m 23s · at 1:06:54 · https://youtu.be/8TP3nlGRZek?t=4014</w:t>
      </w:r>
    </w:p>
    <w:p>
      <w:r>
        <w:rPr>
          <w:i/>
        </w:rPr>
        <w:t>“Parents, considering the future needs of their children, set aside some money each month into a committee. Can a da'ee (one who invites to Islam) do this?”</w:t>
      </w:r>
    </w:p>
    <w:p>
      <w:r>
        <w:rPr>
          <w:sz w:val="20"/>
        </w:rPr>
        <w:t>1:06:54  maulana agla sawal aaya hai karachi pakistan se mister abdul lateef ka. unhon ne poocha hai waldein apne bachon ke mustaqbil ki zaroorat ko madenazar rakhte hue apni raqam mein se kuch raqam</w:t>
      </w:r>
      <w:r>
        <w:br/>
      </w:r>
      <w:r>
        <w:rPr>
          <w:sz w:val="20"/>
        </w:rPr>
        <w:t>1:07:12  har mahine nikaal kar committee dalte hain. kya is tarah ka amal aik daai kar sakta hai? dekhiye jo maa baap hain aam tor par mein ne dekha hai ke un ke dunya ke mustaqbil ke liye to bohat</w:t>
      </w:r>
      <w:r>
        <w:br/>
      </w:r>
      <w:r>
        <w:rPr>
          <w:sz w:val="20"/>
        </w:rPr>
        <w:t>1:07:30  woh sochte hain. asal mein sirf sirf to aakhirat ka mustaqbil hai. is ke liye sochna chahiye. bohat ajeeb baat hai ke quran majeed mein hai do aayatein mein aap ke samne pesh karta hoon.</w:t>
      </w:r>
      <w:r>
        <w:br/>
      </w:r>
      <w:r>
        <w:rPr>
          <w:sz w:val="20"/>
        </w:rPr>
        <w:t>1:07:46  wa ma min dabat fil ardh illa allahi rizquha</w:t>
      </w:r>
      <w:r>
        <w:br/>
      </w:r>
      <w:r>
        <w:rPr>
          <w:sz w:val="20"/>
        </w:rPr>
        <w:t>1:07:51  yeh dunya ke baray mein hai ke is dunya mein har aadmi ka rizq Allah ki taraf se muqarrar hai. woh mil kar rahe ga is ko. dunya ke rizq ke baray mein Allah taala ne yeh zimma le liya hai ke woh zaroor woh har har aik ko rizq pohanchaye ga is ko.</w:t>
      </w:r>
      <w:r>
        <w:br/>
      </w:r>
      <w:r>
        <w:rPr>
          <w:sz w:val="20"/>
        </w:rPr>
        <w:t>1:08:10  acha aakhirat ke baray mein kya hai? aakhirat ke baray mein yeh hai ke laysa lil insani illa ma sa'a wahan aakhirat mein insaan ko sirf wohi mile ga jis ke liye khud us ne koshish ki ho.</w:t>
      </w:r>
      <w:r>
        <w:br/>
      </w:r>
      <w:r>
        <w:rPr>
          <w:sz w:val="20"/>
        </w:rPr>
        <w:t>1:08:23  yani Allah ki taraf se kuch nahin diya jaye ga is ko. siwaye koshish ka anjaam, koshish ka badla.</w:t>
      </w:r>
      <w:r>
        <w:br/>
      </w:r>
      <w:r>
        <w:rPr>
          <w:sz w:val="20"/>
        </w:rPr>
        <w:t>1:08:31  yani yeh ghore kijiye ke dunya mein insaan ke liye khuda ne zimma le rakha hai ke us ko zaroor us ka rizq pohanchaya jaye ga. aur aakhirat ke baray mein farma raha hai Allah taala ke wahan tum apne amal ko bhugtana pare ga tum ko.</w:t>
      </w:r>
      <w:r>
        <w:br/>
      </w:r>
      <w:r>
        <w:rPr>
          <w:sz w:val="20"/>
        </w:rPr>
        <w:t>1:08:44  to kaise ajeeb log hain ke apne liye bachon ke liye</w:t>
      </w:r>
      <w:r>
        <w:br/>
      </w:r>
      <w:r>
        <w:rPr>
          <w:sz w:val="20"/>
        </w:rPr>
        <w:t>1:08:49  un ko hona chahiye fikarmand aakhirat ke liye. aur fikarmand hote hain dunya ke liye. bohat ajeeb baat hai yeh. mein is maslay ko yani fiqhi aitbaar se kuch jawab nahin doon ga mein.</w:t>
      </w:r>
      <w:r>
        <w:br/>
      </w:r>
      <w:r>
        <w:rPr>
          <w:sz w:val="20"/>
        </w:rPr>
        <w:t>1:09:01  fiqhi aitbaar se kya hai kya nahin hai woh mein is par kuch nahin boloon ga. mein is is is soch par koi taajjub karta hoon ke dunya ke mustaqbil ki fikr aur aakhirat ke mustaqbil ke liye koi fikr nahin.</w:t>
      </w:r>
    </w:p>
    <w:p>
      <w:pPr>
        <w:pStyle w:val="Heading2"/>
      </w:pPr>
      <w:r>
        <w:t>Can bad habits be changed at age 48?</w:t>
      </w:r>
    </w:p>
    <w:p>
      <w:r>
        <w:rPr>
          <w:color w:val="666666"/>
          <w:sz w:val="18"/>
        </w:rPr>
        <w:t>Life &amp; Wisdom · Realization of God May 5, 2019 · 3m 15s · at 34:16 · https://youtu.be/5X-vCFqiR4U?t=2056</w:t>
      </w:r>
    </w:p>
    <w:p>
      <w:r>
        <w:rPr>
          <w:i/>
        </w:rPr>
        <w:t>“Maulana, I am forty eight years old, and I discovered you through a friend of mine. I want to know if I try to change my bad habits at this age, then will I be able to become a better person? By nature, I am a very distracted person who lives in anxiety and restlessness all the time. I have started to read and listen to you, and it has had a coming effect in my personality.”</w:t>
      </w:r>
    </w:p>
    <w:p>
      <w:r>
        <w:rPr>
          <w:sz w:val="20"/>
        </w:rPr>
        <w:t>34:16  maulana, agla sawal bheja hai lucknow se muhammad habib sahib ne. unhon ne likha hai: "maulana, i am forty eight years old, and i discovered you through a friend of mine.</w:t>
      </w:r>
      <w:r>
        <w:br/>
      </w:r>
      <w:r>
        <w:rPr>
          <w:sz w:val="20"/>
        </w:rPr>
        <w:t>34:31  i want to know if i try to change my bad habits at this age, then will i be able to become a better person?</w:t>
      </w:r>
      <w:r>
        <w:br/>
      </w:r>
      <w:r>
        <w:rPr>
          <w:sz w:val="20"/>
        </w:rPr>
        <w:t>34:41  by nature, i am a very distracted person who lives in anxiety and restlessness all the time. i have started to read and listen to you, and it has had a calming effect on my personality.</w:t>
      </w:r>
      <w:r>
        <w:br/>
      </w:r>
      <w:r>
        <w:rPr>
          <w:sz w:val="20"/>
        </w:rPr>
        <w:t>34:56  but i fear that my personality has become permanently negative. i desperately need your advice."</w:t>
      </w:r>
      <w:r>
        <w:br/>
      </w:r>
      <w:r>
        <w:rPr>
          <w:sz w:val="20"/>
        </w:rPr>
        <w:t>35:06  dekhiye, aap ne yeh jo kaha ke by nature,</w:t>
      </w:r>
      <w:r>
        <w:br/>
      </w:r>
      <w:r>
        <w:rPr>
          <w:sz w:val="20"/>
        </w:rPr>
        <w:t>35:12  yeh yahi aap ki bhool hai.</w:t>
      </w:r>
      <w:r>
        <w:br/>
      </w:r>
      <w:r>
        <w:rPr>
          <w:sz w:val="20"/>
        </w:rPr>
        <w:t>35:17  aap samajhte hain ke by nature aap aise hain? nahin, by conditioning aap aise ho gaye hain. is cheez ko daryaft daryaft kijiye ke aap by nature aise nahin hain.</w:t>
      </w:r>
      <w:r>
        <w:br/>
      </w:r>
      <w:r>
        <w:rPr>
          <w:sz w:val="20"/>
        </w:rPr>
        <w:t>35:31  by conditioning aap aise ho gaye hain. aur yaad rakhiye, nature to yaani</w:t>
      </w:r>
      <w:r>
        <w:br/>
      </w:r>
      <w:r>
        <w:rPr>
          <w:sz w:val="20"/>
        </w:rPr>
        <w:t>35:41  pehlay zamanay mein do lafz hua karte thay: nature aur nurture. nature aur nurture. ab woh behas khatam ho gayi hai.</w:t>
      </w:r>
      <w:r>
        <w:br/>
      </w:r>
      <w:r>
        <w:rPr>
          <w:sz w:val="20"/>
        </w:rPr>
        <w:t>35:52  ab jo hai, jo aakhri baat jo saansani study sabit hui hai, woh yahi hai: conditioning ke aadmi paida hota hai ek hi nature, ek hi fitrat par, lekin mahol ka product ban jata hai.</w:t>
      </w:r>
      <w:r>
        <w:br/>
      </w:r>
      <w:r>
        <w:rPr>
          <w:sz w:val="20"/>
        </w:rPr>
        <w:t>36:10  woh mahol ka product. to ab is se bachaiye apne aap ko. mislan, main joharpur mein tha, naujawani ki umar mein, to wahan par ek doctor sahib thay, mbbs thay.</w:t>
      </w:r>
      <w:r>
        <w:br/>
      </w:r>
      <w:r>
        <w:rPr>
          <w:sz w:val="20"/>
        </w:rPr>
        <w:t>36:27  woh un ke paas mein gaya ke mujhe constipation ka. to unhon ne bataya ke cigarette piya karo.</w:t>
      </w:r>
      <w:r>
        <w:br/>
      </w:r>
      <w:r>
        <w:rPr>
          <w:sz w:val="20"/>
        </w:rPr>
        <w:t>36:39  to main ne waqe'atan cigarette peena shuru kar diya. bohat jald main ne apni aql se socha. mujhe laga ke bilkul galat mashwara diya unhon ne mujhe.</w:t>
      </w:r>
      <w:r>
        <w:br/>
      </w:r>
      <w:r>
        <w:rPr>
          <w:sz w:val="20"/>
        </w:rPr>
        <w:t>36:49  aur aakhri ek hi packet mein ne khareeda tha. isi packet ko main ne thora sa piya tha, us waqt us ko phenk diya.</w:t>
      </w:r>
      <w:r>
        <w:br/>
      </w:r>
      <w:r>
        <w:rPr>
          <w:sz w:val="20"/>
        </w:rPr>
        <w:t>37:00  yeh thi de-conditioning. to aap yeh na kahiye ke by nature. aap yeh kahiye ke by conditioning. aap apni conditioning ko discover kijiye.</w:t>
      </w:r>
      <w:r>
        <w:br/>
      </w:r>
      <w:r>
        <w:rPr>
          <w:sz w:val="20"/>
        </w:rPr>
        <w:t>37:11  is ko cigarette ke packet ki taraf phenk diya dardi ki tokri mein. apni conditioning ko discover kijiye aur us conditioning ko aap litter bin mein phenk dijiye.</w:t>
      </w:r>
      <w:r>
        <w:br/>
      </w:r>
      <w:r>
        <w:rPr>
          <w:sz w:val="20"/>
        </w:rPr>
        <w:t>37:28  yahi hal hai aur koi hal doosra hai nahin.</w:t>
      </w:r>
    </w:p>
    <w:p>
      <w:pPr>
        <w:pStyle w:val="Heading2"/>
      </w:pPr>
      <w:r>
        <w:t>Challenge after failure as part of creation plan</w:t>
      </w:r>
    </w:p>
    <w:p>
      <w:r>
        <w:rPr>
          <w:color w:val="666666"/>
          <w:sz w:val="18"/>
        </w:rPr>
        <w:t>Life &amp; Wisdom · Modern Age June 9, 2019 Maulana Wahiduddin Khan · 3m 24s · at 51:23 · https://youtu.be/7mjCvAvHEdA?t=3083</w:t>
      </w:r>
    </w:p>
    <w:p>
      <w:r>
        <w:rPr>
          <w:i/>
        </w:rPr>
        <w:t>“We see some people who after good planning and hard work failed multiple times and created challenges in their lives. Is this challenge a part of the creation plan and what advice should we give to such people?”</w:t>
      </w:r>
    </w:p>
    <w:p>
      <w:r>
        <w:rPr>
          <w:sz w:val="20"/>
        </w:rPr>
        <w:t>51:23  Maulana, agla sawal bheja hai Tariq Badar sahib ne Pakistan se. Unhon ne likha hai, "My question is, we see some people who after good planning and hard work failed multiple times and created challenge in their lives.</w:t>
      </w:r>
      <w:r>
        <w:br/>
      </w:r>
      <w:r>
        <w:rPr>
          <w:sz w:val="20"/>
        </w:rPr>
        <w:t>51:41  My question is, is this challenge a part of creation plan and what advice we should give to</w:t>
      </w:r>
      <w:r>
        <w:br/>
      </w:r>
      <w:r>
        <w:rPr>
          <w:sz w:val="20"/>
        </w:rPr>
        <w:t>51:49  such people؟"</w:t>
      </w:r>
      <w:r>
        <w:br/>
      </w:r>
      <w:r>
        <w:rPr>
          <w:sz w:val="20"/>
        </w:rPr>
        <w:t>51:53  dekhiye, main is ko nahi manta ke good planning ke bawajood aadmi nakaam raha. jis cheez ko aadmi samajh leta hai good planning, woh good planning thi hi nahi.</w:t>
      </w:r>
      <w:r>
        <w:br/>
      </w:r>
      <w:r>
        <w:rPr>
          <w:sz w:val="20"/>
        </w:rPr>
        <w:t>52:07  thi hi nahi. jaise misaal ke tor par dekhiye, india mein ek bohat baray sanat kar ne, industry ne ek planning ki,</w:t>
      </w:r>
      <w:r>
        <w:br/>
      </w:r>
      <w:r>
        <w:rPr>
          <w:sz w:val="20"/>
        </w:rPr>
        <w:t>52:21  nano car ki. Nano car bohat bara, is mein raqam laga di. main kahoon ke main awwal din se is plan ko hawai samajhta tha.</w:t>
      </w:r>
      <w:r>
        <w:br/>
      </w:r>
      <w:r>
        <w:rPr>
          <w:sz w:val="20"/>
        </w:rPr>
        <w:t>52:36  main samajhta tha ke yeh reality par behas nahi karta. awwal din se main nahi manta tha is ko ke nano car jo hai,</w:t>
      </w:r>
      <w:r>
        <w:br/>
      </w:r>
      <w:r>
        <w:rPr>
          <w:sz w:val="20"/>
        </w:rPr>
        <w:t>52:51  realistic buniyad par planning hai. yeh khush fehmi aur woh fail ho gaya. to aap apne apne dimagh se samajh lein ke bohat achi planning mein kar raha hoon.</w:t>
      </w:r>
      <w:r>
        <w:br/>
      </w:r>
      <w:r>
        <w:rPr>
          <w:sz w:val="20"/>
        </w:rPr>
        <w:t>53:07  isi wajah se woh achi planning nahi ho jaye gi.</w:t>
      </w:r>
      <w:r>
        <w:br/>
      </w:r>
      <w:r>
        <w:rPr>
          <w:sz w:val="20"/>
        </w:rPr>
        <w:t>53:12  nahi ho jaye gi. aap ko yeh shart apne andar paida karni parhe gi ke aap criticism ko invite karein.</w:t>
      </w:r>
      <w:r>
        <w:br/>
      </w:r>
      <w:r>
        <w:rPr>
          <w:sz w:val="20"/>
        </w:rPr>
        <w:t>53:24  Criticism ko invite karein. sab se bari cheez aadmi ke liye sahi planning ke liye zaroori hai ke woh criticism ko invite karein.</w:t>
      </w:r>
      <w:r>
        <w:br/>
      </w:r>
      <w:r>
        <w:rPr>
          <w:sz w:val="20"/>
        </w:rPr>
        <w:t>53:41  Criticism ko invite karein. doosra jo aadmi hai, woh jo kuch bol raha hai, us ko zaroor koi sachai hoti hai us ke andar jis ko maniye.</w:t>
      </w:r>
      <w:r>
        <w:br/>
      </w:r>
      <w:r>
        <w:rPr>
          <w:sz w:val="20"/>
        </w:rPr>
        <w:t>53:55  mera to yeh bohat se waqiat bata sakta hoon main aap ko ke criticism ko accept karna yeh shart hai right planning ke liye.</w:t>
      </w:r>
      <w:r>
        <w:br/>
      </w:r>
      <w:r>
        <w:rPr>
          <w:sz w:val="20"/>
        </w:rPr>
        <w:t>54:11  maulana, agla comment chennai se umm irshad sahibah ne bheja hai. unhon ne likha hai, "is saal ke ramzan ka har din shukr ke ehsas ke sath guzra hai aur tazkir ul quran ke char paray mukammal kiye aur saum ramzan ki kitab se daroos bhi diya khawateen mein jo bohat ziyada pasand kiya gaya aur log bohat mutasir hue.</w:t>
      </w:r>
      <w:r>
        <w:br/>
      </w:r>
      <w:r>
        <w:rPr>
          <w:sz w:val="20"/>
        </w:rPr>
        <w:t>54:37  jazak allah maulana, agar mujhe aap na milte to main andhere mein hi rehti." masha allah, masha allah, masha allah.</w:t>
      </w:r>
    </w:p>
    <w:p>
      <w:pPr>
        <w:pStyle w:val="Heading2"/>
      </w:pPr>
      <w:r>
        <w:t>Choosing between rich and educated husband</w:t>
      </w:r>
    </w:p>
    <w:p>
      <w:r>
        <w:rPr>
          <w:color w:val="666666"/>
          <w:sz w:val="18"/>
        </w:rPr>
        <w:t>Life &amp; Wisdom · Revival of Islam March 23, 2014 · 2m 45s · at 1:06:03 · https://youtu.be/Wc4Vsc4u1JI?t=3963</w:t>
      </w:r>
    </w:p>
    <w:p>
      <w:r>
        <w:rPr>
          <w:i/>
        </w:rPr>
        <w:t>“My father wants me to marry a rich husband, but I want to marry an educated husband. Please advise me what is important to make a marriage successful.”</w:t>
      </w:r>
    </w:p>
    <w:p>
      <w:r>
        <w:rPr>
          <w:sz w:val="20"/>
        </w:rPr>
        <w:t>1:06:03  is se apne ko bachaiye. Maulana, agla sawal Miss Shaheen ka hai, Mumbai se. unhon ne likha hai: "Moulana sahib, my father wants me to marry a rich husband, whereas I want to marry an educated husband.</w:t>
      </w:r>
      <w:r>
        <w:br/>
      </w:r>
      <w:r>
        <w:rPr>
          <w:sz w:val="20"/>
        </w:rPr>
        <w:t>1:06:23  Please advise me what is important to make a marriage successful." dekhiye, yeh koi criterion nahi hai.</w:t>
      </w:r>
      <w:r>
        <w:br/>
      </w:r>
      <w:r>
        <w:rPr>
          <w:sz w:val="20"/>
        </w:rPr>
        <w:t>1:06:35  yani aaj ka rich kal ka poor ho jata hai. educated log jo hain, woh har qism ke evil phailate hain.</w:t>
      </w:r>
      <w:r>
        <w:br/>
      </w:r>
      <w:r>
        <w:rPr>
          <w:sz w:val="20"/>
        </w:rPr>
        <w:t>1:06:45  to yeh koi criterion nahi hai. criterion yeh hai ke aadmi ke andar wisdom ho.</w:t>
      </w:r>
      <w:r>
        <w:br/>
      </w:r>
      <w:r>
        <w:rPr>
          <w:sz w:val="20"/>
        </w:rPr>
        <w:t>1:06:54  wisdom ki importance hai. importance wisdom ki hai, na rich hone ki, na educated hone ki.</w:t>
      </w:r>
      <w:r>
        <w:br/>
      </w:r>
      <w:r>
        <w:rPr>
          <w:sz w:val="20"/>
        </w:rPr>
        <w:t>1:07:05  history mein aap dekhiye, sare jo evil hain, phailaye kis ne? jo educated log the. sare evil educated logon ne phailaye hain.</w:t>
      </w:r>
      <w:r>
        <w:br/>
      </w:r>
      <w:r>
        <w:rPr>
          <w:sz w:val="20"/>
        </w:rPr>
        <w:t>1:07:16  aur rich dekhiye, aap bhi. America mein ek aadmi is ke pas aath so billion, yeh kitna paisa tha is</w:t>
      </w:r>
      <w:r>
        <w:br/>
      </w:r>
      <w:r>
        <w:rPr>
          <w:sz w:val="20"/>
        </w:rPr>
        <w:t>1:07:23  ke pas? million. is ne suicide kar liya is ne. abhi this is through the suicide kar liya. aur bohat paisa is ke pas tha. to yeh koi criterion nahi hai.</w:t>
      </w:r>
      <w:r>
        <w:br/>
      </w:r>
      <w:r>
        <w:rPr>
          <w:sz w:val="20"/>
        </w:rPr>
        <w:t>1:07:33  asal cheez hai wisdom. wisdom marriage life mein bhi kaam ati hai, job mein bhi kaam ati hai, aur business mein.</w:t>
      </w:r>
      <w:r>
        <w:br/>
      </w:r>
      <w:r>
        <w:rPr>
          <w:sz w:val="20"/>
        </w:rPr>
        <w:t>1:07:44  har jagah wisdom kaam ati hai.</w:t>
      </w:r>
      <w:r>
        <w:br/>
      </w:r>
      <w:r>
        <w:rPr>
          <w:sz w:val="20"/>
        </w:rPr>
        <w:t>1:07:47  ghar ki life, society ki life, aur job, workplace, business. har jagah jo kaam ati hai, wisdom.</w:t>
      </w:r>
      <w:r>
        <w:br/>
      </w:r>
      <w:r>
        <w:rPr>
          <w:sz w:val="20"/>
        </w:rPr>
        <w:t>1:08:00  to is mamle ko aap detail waghera samajhna chahen to hamari kuch kitaben parhiye. English mein do kitaben hain: "Simple Wisdom" aur "Moral Vision".</w:t>
      </w:r>
      <w:r>
        <w:br/>
      </w:r>
      <w:r>
        <w:rPr>
          <w:sz w:val="20"/>
        </w:rPr>
        <w:t>1:08:13  Urdu mein char kitaben hain:</w:t>
      </w:r>
      <w:r>
        <w:br/>
      </w:r>
      <w:r>
        <w:rPr>
          <w:sz w:val="20"/>
        </w:rPr>
        <w:t>1:08:17  "Raja Hayat", "Tameer Hayat", "Rehnuma Hayat", "Kitab Zindagi". to aap yeh is se bilkul is ko irrelevant samjhiye.</w:t>
      </w:r>
      <w:r>
        <w:br/>
      </w:r>
      <w:r>
        <w:rPr>
          <w:sz w:val="20"/>
        </w:rPr>
        <w:t>1:08:26  koi matlab is ko zindagi ke success se nahi hai. na education ki ahmiyat koi hai, na rich hone ki ahmiyat koi hai. ahmiyat jo hai, wisdom ki hai. to aap in kitabon ko parhiye.</w:t>
      </w:r>
      <w:r>
        <w:br/>
      </w:r>
      <w:r>
        <w:rPr>
          <w:sz w:val="20"/>
        </w:rPr>
        <w:t>1:08:37  is se inshallah aap ko is ka, yani is answer ka, is is question ka answer mil jaye ga.</w:t>
      </w:r>
    </w:p>
    <w:p>
      <w:pPr>
        <w:pStyle w:val="Heading2"/>
      </w:pPr>
      <w:r>
        <w:t>Controlling distractions about future</w:t>
      </w:r>
    </w:p>
    <w:p>
      <w:r>
        <w:rPr>
          <w:color w:val="666666"/>
          <w:sz w:val="18"/>
        </w:rPr>
        <w:t>Life &amp; Wisdom · Wisdom of Hadith September 11, 2016 · 2m 54s · at 49:43 · https://youtu.be/XPxlLv2_q1o?t=2983</w:t>
      </w:r>
    </w:p>
    <w:p>
      <w:r>
        <w:rPr>
          <w:i/>
        </w:rPr>
        <w:t>“We are often worried about our future and get distracted. My question is, how to control such distractions concerning our future?”</w:t>
      </w:r>
    </w:p>
    <w:p>
      <w:r>
        <w:rPr>
          <w:sz w:val="20"/>
        </w:rPr>
        <w:t>49:43  maulana, agla sawal pakistan se kiya hai muhammad faisal sahab ne aur unhon ne likha hai ke maulana</w:t>
      </w:r>
      <w:r>
        <w:br/>
      </w:r>
      <w:r>
        <w:rPr>
          <w:sz w:val="20"/>
        </w:rPr>
        <w:t>49:49  sahab we are often worried about our future and get distracted.</w:t>
      </w:r>
      <w:r>
        <w:br/>
      </w:r>
      <w:r>
        <w:rPr>
          <w:sz w:val="20"/>
        </w:rPr>
        <w:t>49:55  My question is, how to control such distractions concerning our future?</w:t>
      </w:r>
      <w:r>
        <w:br/>
      </w:r>
      <w:r>
        <w:rPr>
          <w:sz w:val="20"/>
        </w:rPr>
        <w:t>50:02  Please advise us.</w:t>
      </w:r>
      <w:r>
        <w:br/>
      </w:r>
      <w:r>
        <w:rPr>
          <w:sz w:val="20"/>
        </w:rPr>
        <w:t>50:08  dekhiye, isi qism ka sawal mujh se kai logon ne kiya.</w:t>
      </w:r>
      <w:r>
        <w:br/>
      </w:r>
      <w:r>
        <w:rPr>
          <w:sz w:val="20"/>
        </w:rPr>
        <w:t>50:15  to mein ne poocha ke quran kitab-e-hidayat hai, book of guidance.</w:t>
      </w:r>
      <w:r>
        <w:br/>
      </w:r>
      <w:r>
        <w:rPr>
          <w:sz w:val="20"/>
        </w:rPr>
        <w:t>50:21  to kya aap ne jo tareekh chala rahe hain, jo aap hangame kar rahe hain, kya aap ne</w:t>
      </w:r>
      <w:r>
        <w:br/>
      </w:r>
      <w:r>
        <w:rPr>
          <w:sz w:val="20"/>
        </w:rPr>
        <w:t>50:28  aisa kiya ke is shuru se karne se pehle quran ko aik bar is had tak parha yeh</w:t>
      </w:r>
      <w:r>
        <w:br/>
      </w:r>
      <w:r>
        <w:rPr>
          <w:sz w:val="20"/>
        </w:rPr>
        <w:t>50:34  janne ke liye ke jo meri soch hai, jo meri planning hai, is ke baray mein quran ki</w:t>
      </w:r>
      <w:r>
        <w:br/>
      </w:r>
      <w:r>
        <w:rPr>
          <w:sz w:val="20"/>
        </w:rPr>
        <w:t>50:41  guidance kya hai? to kisi ne aaj tak mujhe jawab nahi diya ke haan, mein ne aisa kiya hai.</w:t>
      </w:r>
      <w:r>
        <w:br/>
      </w:r>
      <w:r>
        <w:rPr>
          <w:sz w:val="20"/>
        </w:rPr>
        <w:t>50:47  to yeh sab futile planning hai musalmanon ki.</w:t>
      </w:r>
      <w:r>
        <w:br/>
      </w:r>
      <w:r>
        <w:rPr>
          <w:sz w:val="20"/>
        </w:rPr>
        <w:t>50:54  kisi leader ne mujhe yeh jawab nahi diya, kisi aam aadmi ne bhi ke mein ne apni jo</w:t>
      </w:r>
      <w:r>
        <w:br/>
      </w:r>
      <w:r>
        <w:rPr>
          <w:sz w:val="20"/>
        </w:rPr>
        <w:t>51:00  shuru ki, mein ne apna mission, apne tehreek, is se pehle mein ne aitkaf kar ke aik bar</w:t>
      </w:r>
      <w:r>
        <w:br/>
      </w:r>
      <w:r>
        <w:rPr>
          <w:sz w:val="20"/>
        </w:rPr>
        <w:t>51:07  bohat hi ghaur se, tadabbur se quran ko parha yeh janne ke liye ke quran ki guidance kya hai.</w:t>
      </w:r>
      <w:r>
        <w:br/>
      </w:r>
      <w:r>
        <w:rPr>
          <w:sz w:val="20"/>
        </w:rPr>
        <w:t>51:13  to jab yahi nahi kiya to sab sab galat hi rahe ga.</w:t>
      </w:r>
      <w:r>
        <w:br/>
      </w:r>
      <w:r>
        <w:rPr>
          <w:sz w:val="20"/>
        </w:rPr>
        <w:t>51:20  quran shuru hi mein kehta hai ke هُدًى لِلْمُتَّقِينَ yani quran book of guidance hai.</w:t>
      </w:r>
      <w:r>
        <w:br/>
      </w:r>
      <w:r>
        <w:rPr>
          <w:sz w:val="20"/>
        </w:rPr>
        <w:t>51:26  to yahi nahi kiya kisi ne, mere ilm mein to kisi ne kiya nahi.</w:t>
      </w:r>
      <w:r>
        <w:br/>
      </w:r>
      <w:r>
        <w:rPr>
          <w:sz w:val="20"/>
        </w:rPr>
        <w:t>51:33  mein ne bohat se logon se poocha to kisi ne is ka jawab mein yeh nahi kaha ke</w:t>
      </w:r>
      <w:r>
        <w:br/>
      </w:r>
      <w:r>
        <w:rPr>
          <w:sz w:val="20"/>
        </w:rPr>
        <w:t>51:39  haan, mein ne aisa kiya hai.</w:t>
      </w:r>
      <w:r>
        <w:br/>
      </w:r>
      <w:r>
        <w:rPr>
          <w:sz w:val="20"/>
        </w:rPr>
        <w:t>51:46  to mein samajhta hoon ke jo shakhs ijtamai zindagi mein koodna chahta hai, jo ji national life mein</w:t>
      </w:r>
      <w:r>
        <w:br/>
      </w:r>
      <w:r>
        <w:rPr>
          <w:sz w:val="20"/>
        </w:rPr>
        <w:t>51:52  koodna chahta hai, jo koi bara bara dollar le kar khara ho jata hai, us ko farz hai</w:t>
      </w:r>
      <w:r>
        <w:br/>
      </w:r>
      <w:r>
        <w:rPr>
          <w:sz w:val="20"/>
        </w:rPr>
        <w:t>51:59  ke pehle poore quran ko aik bar is nazar se parhe ke wahan kya guidance mil rahi hai.</w:t>
      </w:r>
      <w:r>
        <w:br/>
      </w:r>
      <w:r>
        <w:rPr>
          <w:sz w:val="20"/>
        </w:rPr>
        <w:t>52:05  nahi to phir kya, kis liye aap ko? aap ko right hi nahi ke aap ko shuru karen.</w:t>
      </w:r>
      <w:r>
        <w:br/>
      </w:r>
      <w:r>
        <w:rPr>
          <w:sz w:val="20"/>
        </w:rPr>
        <w:t>52:12  koi quran ko parh kar ke jab aap ne pata nahi kiya to aap ko right hi nahi</w:t>
      </w:r>
      <w:r>
        <w:br/>
      </w:r>
      <w:r>
        <w:rPr>
          <w:sz w:val="20"/>
        </w:rPr>
        <w:t>52:18  ke aap naarah aur jhanda le ke khare ho jate hain.</w:t>
      </w:r>
      <w:r>
        <w:br/>
      </w:r>
      <w:r>
        <w:rPr>
          <w:sz w:val="20"/>
        </w:rPr>
        <w:t>52:25  to baharhal aap sab musalmanon ko is ka correction karna chahiye aur sab se pehle yeh karna chahiye</w:t>
      </w:r>
      <w:r>
        <w:br/>
      </w:r>
      <w:r>
        <w:rPr>
          <w:sz w:val="20"/>
        </w:rPr>
        <w:t>52:31  ke quran se pehle hidayat len, phir apna kaam shuru karen.</w:t>
      </w:r>
    </w:p>
    <w:p>
      <w:pPr>
        <w:pStyle w:val="Heading2"/>
      </w:pPr>
      <w:r>
        <w:t>Converting Problems into Opportunities</w:t>
      </w:r>
    </w:p>
    <w:p>
      <w:r>
        <w:rPr>
          <w:color w:val="666666"/>
          <w:sz w:val="18"/>
        </w:rPr>
        <w:t>Life &amp; Wisdom · Don't Be Angry Culture January 15, 2012 · 2m 05s · at 1:21:13 · https://youtu.be/NrA3X8y_FLY?t=4873</w:t>
      </w:r>
    </w:p>
    <w:p>
      <w:r>
        <w:rPr>
          <w:i/>
        </w:rPr>
        <w:t>“How can problems be converted into opportunity? Kindly comment.”</w:t>
      </w:r>
    </w:p>
    <w:p>
      <w:r>
        <w:rPr>
          <w:sz w:val="20"/>
        </w:rPr>
        <w:t>1:21:13  Maulana, agla sawal Mr Muhammad Samiullah sahab ka hai</w:t>
      </w:r>
      <w:r>
        <w:br/>
      </w:r>
      <w:r>
        <w:rPr>
          <w:sz w:val="20"/>
        </w:rPr>
        <w:t>1:21:17  Delhi se. unhon ne likha hai: "How can problems be converted into opportunity? Kindly comment."</w:t>
      </w:r>
      <w:r>
        <w:br/>
      </w:r>
      <w:r>
        <w:rPr>
          <w:sz w:val="20"/>
        </w:rPr>
        <w:t>1:21:34  dekhiye, yeh can ki baat nahin hai, yeh karna hi karna hai. kyunke zindagi jo hai, woh problem se hi bhari hui hai.</w:t>
      </w:r>
      <w:r>
        <w:br/>
      </w:r>
      <w:r>
        <w:rPr>
          <w:sz w:val="20"/>
        </w:rPr>
        <w:t>1:21:46  agar aap problem se uljhein to kuch nahin kar sakte. yani zindagi ki misaal aisi hai jaise ek gulab ka phool hai, us ki shakh mein kaante hain aur phool bhi isi mein.</w:t>
      </w:r>
      <w:r>
        <w:br/>
      </w:r>
      <w:r>
        <w:rPr>
          <w:sz w:val="20"/>
        </w:rPr>
        <w:t>1:21:59  ek hi shakh mein kaante bhi hain, ek hi shakh mein phool bhi hain. to aap kaanton ko avoid karte hain, tab phool milta hai aap ko. agar kaanton ko na avoid karein to phool nahin milega aap ko.</w:t>
      </w:r>
      <w:r>
        <w:br/>
      </w:r>
      <w:r>
        <w:rPr>
          <w:sz w:val="20"/>
        </w:rPr>
        <w:t>1:22:11  yeh Allah taala ne zindagi ka namoona dikha diya hai ke zindagi mein kaante rahenge, problem rahenge. tum ko ek hi kaam karna hai ke problem ko avoid karo, ko ignore karo.</w:t>
      </w:r>
      <w:r>
        <w:br/>
      </w:r>
      <w:r>
        <w:rPr>
          <w:sz w:val="20"/>
        </w:rPr>
        <w:t>1:22:26  aur quran mein dekhiye, fitrat ka usool bataya gaya hai: "la of nature, ana ma osra". yeh la of nature hai. is ka matlab hai ke "Where there are problems, there are opportunities."</w:t>
      </w:r>
      <w:r>
        <w:br/>
      </w:r>
      <w:r>
        <w:rPr>
          <w:sz w:val="20"/>
        </w:rPr>
        <w:t>1:22:40  yeh la of nature hai. kabhi bhi aisa nahi ho sakta zindagi mein ke problem ho, opportunity na ho. to aap problem ko ignore kijiye aur to wohin wohin dekhenge aap opportunity maujood hai.</w:t>
      </w:r>
      <w:r>
        <w:br/>
      </w:r>
      <w:r>
        <w:rPr>
          <w:sz w:val="20"/>
        </w:rPr>
        <w:t>1:22:56  yeh koi is par mein ne bohat ziyada likha hai. meri jo kitabein hain, yeh raaz hayat, taabeer hayat, rehnuma hayat, kitaab zindagi, woh sab yahi to hai.</w:t>
      </w:r>
      <w:r>
        <w:br/>
      </w:r>
      <w:r>
        <w:rPr>
          <w:sz w:val="20"/>
        </w:rPr>
        <w:t>1:23:06  is mein</w:t>
      </w:r>
      <w:r>
        <w:br/>
      </w:r>
      <w:r>
        <w:rPr>
          <w:sz w:val="20"/>
        </w:rPr>
        <w:t>1:23:08  is ki tafseel jis ko janna hai, woh in kitabon ko parhe. english mein bhi ek kitaab hai: "Moral Vision", is ko aap parh sakte hain.</w:t>
      </w:r>
    </w:p>
    <w:p>
      <w:pPr>
        <w:pStyle w:val="Heading2"/>
      </w:pPr>
      <w:r>
        <w:t>Creativity ends with ancestor role models</w:t>
      </w:r>
    </w:p>
    <w:p>
      <w:r>
        <w:rPr>
          <w:color w:val="666666"/>
          <w:sz w:val="18"/>
        </w:rPr>
        <w:t>Life &amp; Wisdom · Creative Thinking February 19, 2017 · 2m 05s · at 49:27 · https://youtu.be/L-x1xNJc__8?t=2967</w:t>
      </w:r>
    </w:p>
    <w:p>
      <w:r>
        <w:rPr>
          <w:i/>
        </w:rPr>
        <w:t>“Will it be right to say that creativity of mind ends when we create role models out of our ancestors? What is your opinion on this?”</w:t>
      </w:r>
    </w:p>
    <w:p>
      <w:r>
        <w:rPr>
          <w:sz w:val="20"/>
        </w:rPr>
        <w:t>49:27  ji, Maulana, agla sawal Riyaz Bhatt sahib ne bheja hai Srinagar se, unhon ne aap se poocha</w:t>
      </w:r>
      <w:r>
        <w:br/>
      </w:r>
      <w:r>
        <w:rPr>
          <w:sz w:val="20"/>
        </w:rPr>
        <w:t>49:34  hai ke Maulana sahib, will it be right to say that creativity of mind ends when we create</w:t>
      </w:r>
      <w:r>
        <w:br/>
      </w:r>
      <w:r>
        <w:rPr>
          <w:sz w:val="20"/>
        </w:rPr>
        <w:t>49:40  role models out of our ancestors؟ What is your opinion on this؟ haan, to sahi hai, sahi yeh baat hai.</w:t>
      </w:r>
      <w:r>
        <w:br/>
      </w:r>
      <w:r>
        <w:rPr>
          <w:sz w:val="20"/>
        </w:rPr>
        <w:t>49:47  ji, Maulana, agla sawal Dhampur se bheja hai Mehtab sahib ne, unhon ne likha hai: "Maulana sahib, I</w:t>
      </w:r>
      <w:r>
        <w:br/>
      </w:r>
      <w:r>
        <w:rPr>
          <w:sz w:val="20"/>
        </w:rPr>
        <w:t>49:54  want to know that how can a person maintain his positivity always?</w:t>
      </w:r>
      <w:r>
        <w:br/>
      </w:r>
      <w:r>
        <w:rPr>
          <w:sz w:val="20"/>
        </w:rPr>
        <w:t>50:01  Please give me your guidance on this subject." bhai, mera jo simple formula hai apni satah par, woh</w:t>
      </w:r>
      <w:r>
        <w:br/>
      </w:r>
      <w:r>
        <w:rPr>
          <w:sz w:val="20"/>
        </w:rPr>
        <w:t>50:09  yeh hai ke jab bhi mere andar koi negative thought aa jaye, offend hone lagun, ghussa ho jaye</w:t>
      </w:r>
      <w:r>
        <w:br/>
      </w:r>
      <w:r>
        <w:rPr>
          <w:sz w:val="20"/>
        </w:rPr>
        <w:t>50:17  to main sochta hoon ke is ka safar kaun karega? agar main apni negative thinking ko zahir</w:t>
      </w:r>
      <w:r>
        <w:br/>
      </w:r>
      <w:r>
        <w:rPr>
          <w:sz w:val="20"/>
        </w:rPr>
        <w:t>50:25  karun, ghussa karun, offend ho jaaun to safar kaun karega? to har baar main yeh jaan pata</w:t>
      </w:r>
      <w:r>
        <w:br/>
      </w:r>
      <w:r>
        <w:rPr>
          <w:sz w:val="20"/>
        </w:rPr>
        <w:t>50:34  hoon ke main khud safar karunga, woh insaan safar nahin karega.</w:t>
      </w:r>
      <w:r>
        <w:br/>
      </w:r>
      <w:r>
        <w:rPr>
          <w:sz w:val="20"/>
        </w:rPr>
        <w:t>50:42  to jab safar karna main khud hoon to main kyun, kyun apna dushman banun? kyun apne ko kill</w:t>
      </w:r>
      <w:r>
        <w:br/>
      </w:r>
      <w:r>
        <w:rPr>
          <w:sz w:val="20"/>
        </w:rPr>
        <w:t>50:50  karun? bas yeh cheez mujhe, meri positive thinking ko main hamesha maintain rakhti hai.</w:t>
      </w:r>
      <w:r>
        <w:br/>
      </w:r>
      <w:r>
        <w:rPr>
          <w:sz w:val="20"/>
        </w:rPr>
        <w:t>50:59  ji, jab bhi aap kisi bhi mamle mein sochiye ke ghussa hona, offend hona, jitni bhi negative baatein</w:t>
      </w:r>
      <w:r>
        <w:br/>
      </w:r>
      <w:r>
        <w:rPr>
          <w:sz w:val="20"/>
        </w:rPr>
        <w:t>51:07  hoti hain, is mein hamesha hum khud safar karte hain, doosra safar nahin karta.</w:t>
      </w:r>
      <w:r>
        <w:br/>
      </w:r>
      <w:r>
        <w:rPr>
          <w:sz w:val="20"/>
        </w:rPr>
        <w:t>51:15  to hum kyun aisa karen? apne aap ko khud hi kyun kill karen? bas yeh mujhe, yeh baat</w:t>
      </w:r>
      <w:r>
        <w:br/>
      </w:r>
      <w:r>
        <w:rPr>
          <w:sz w:val="20"/>
        </w:rPr>
        <w:t>51:24  mujhe thanda kar deti hai.</w:t>
      </w:r>
    </w:p>
    <w:p>
      <w:pPr>
        <w:pStyle w:val="Heading2"/>
      </w:pPr>
      <w:r>
        <w:t>Criteria for choosing an intellectual partner</w:t>
      </w:r>
    </w:p>
    <w:p>
      <w:r>
        <w:rPr>
          <w:color w:val="666666"/>
          <w:sz w:val="18"/>
        </w:rPr>
        <w:t>Life &amp; Wisdom · Hadith Word of Wisdom August 31, 2014 · 3m 24s · at 1:14:36 · https://youtu.be/fv4eRJRe8dk?t=4476</w:t>
      </w:r>
    </w:p>
    <w:p>
      <w:r>
        <w:rPr>
          <w:i/>
        </w:rPr>
        <w:t>“What is the criteria to choose our intellectual partner?”</w:t>
      </w:r>
    </w:p>
    <w:p>
      <w:r>
        <w:rPr>
          <w:sz w:val="20"/>
        </w:rPr>
        <w:t>1:14:36  ke aisa na ho to phir imtehan kaise liya jaye ga? Maulana, agla sawal Anas sahib ne kiya</w:t>
      </w:r>
      <w:r>
        <w:br/>
      </w:r>
      <w:r>
        <w:rPr>
          <w:sz w:val="20"/>
        </w:rPr>
        <w:t>1:14:41  hai Delhi se, aur unhon ne aap se poocha hai ke "Maulana, what is the criteria to choose</w:t>
      </w:r>
      <w:r>
        <w:br/>
      </w:r>
      <w:r>
        <w:rPr>
          <w:sz w:val="20"/>
        </w:rPr>
        <w:t>1:14:45  our intellectual partner?</w:t>
      </w:r>
      <w:r>
        <w:br/>
      </w:r>
      <w:r>
        <w:rPr>
          <w:sz w:val="20"/>
        </w:rPr>
        <w:t>1:14:50  How can we select our intellectual partner?</w:t>
      </w:r>
      <w:r>
        <w:br/>
      </w:r>
      <w:r>
        <w:rPr>
          <w:sz w:val="20"/>
        </w:rPr>
        <w:t>1:14:55  Please advice." dekhen, yeh selection ki baat nahi hai, yeh banane ki baat hai.</w:t>
      </w:r>
      <w:r>
        <w:br/>
      </w:r>
      <w:r>
        <w:rPr>
          <w:sz w:val="20"/>
        </w:rPr>
        <w:t>1:15:00  har aurat aap ke liye intellectual partner ban sakti hai.</w:t>
      </w:r>
      <w:r>
        <w:br/>
      </w:r>
      <w:r>
        <w:rPr>
          <w:sz w:val="20"/>
        </w:rPr>
        <w:t>1:15:05  aisa nahi hai ke kuch hain, kuch nahi hain.</w:t>
      </w:r>
      <w:r>
        <w:br/>
      </w:r>
      <w:r>
        <w:rPr>
          <w:sz w:val="20"/>
        </w:rPr>
        <w:t>1:15:10  yeh selection ki baat nahi hai.</w:t>
      </w:r>
      <w:r>
        <w:br/>
      </w:r>
      <w:r>
        <w:rPr>
          <w:sz w:val="20"/>
        </w:rPr>
        <w:t>1:15:16  aap ko, yani is ko apna intellectual partner banana hoga.</w:t>
      </w:r>
      <w:r>
        <w:br/>
      </w:r>
      <w:r>
        <w:rPr>
          <w:sz w:val="20"/>
        </w:rPr>
        <w:t>1:15:21  nahi banayenge to nahi banegi, banayenge to ban jayegi.</w:t>
      </w:r>
      <w:r>
        <w:br/>
      </w:r>
      <w:r>
        <w:rPr>
          <w:sz w:val="20"/>
        </w:rPr>
        <w:t>1:15:26  koi selection ka masla hi nahi hai.</w:t>
      </w:r>
      <w:r>
        <w:br/>
      </w:r>
      <w:r>
        <w:rPr>
          <w:sz w:val="20"/>
        </w:rPr>
        <w:t>1:15:31  Allah taala ne har aurat ko, har mard ko perfect paida kiya.</w:t>
      </w:r>
      <w:r>
        <w:br/>
      </w:r>
      <w:r>
        <w:rPr>
          <w:sz w:val="20"/>
        </w:rPr>
        <w:t>1:15:37  har aurat apni jagah perfect hai, har mard apni jagah perfect hai.</w:t>
      </w:r>
      <w:r>
        <w:br/>
      </w:r>
      <w:r>
        <w:rPr>
          <w:sz w:val="20"/>
        </w:rPr>
        <w:t>1:15:42  Hadees mein aata hai ke "kal yani insan paida hota hai fitrat par.</w:t>
      </w:r>
      <w:r>
        <w:br/>
      </w:r>
      <w:r>
        <w:rPr>
          <w:sz w:val="20"/>
        </w:rPr>
        <w:t>1:15:47  har aadmi mister nature hota hai, lekin mahaul mein is ko, yaani condition hoti hai aur kuch na</w:t>
      </w:r>
      <w:r>
        <w:br/>
      </w:r>
      <w:r>
        <w:rPr>
          <w:sz w:val="20"/>
        </w:rPr>
        <w:t>1:15:52  kuch ho jata hai. " Maulana, yeh sawal kiya hai Dr. Farida Khanam ne Delhi se.</w:t>
      </w:r>
      <w:r>
        <w:br/>
      </w:r>
      <w:r>
        <w:rPr>
          <w:sz w:val="20"/>
        </w:rPr>
        <w:t>1:15:58  unhon ne likha hai ke "ikhtilaf is good, but often we see that ikhtilaf leads to extremism and violence.</w:t>
      </w:r>
      <w:r>
        <w:br/>
      </w:r>
      <w:r>
        <w:rPr>
          <w:sz w:val="20"/>
        </w:rPr>
        <w:t>1:16:03  What is the solution to this problem?" meri to samajh mein yeh hai ke aadmi jaane ke ikhtilaf</w:t>
      </w:r>
      <w:r>
        <w:br/>
      </w:r>
      <w:r>
        <w:rPr>
          <w:sz w:val="20"/>
        </w:rPr>
        <w:t>1:16:08  jo hai, yeh law of nature ke tehat hota hai.</w:t>
      </w:r>
      <w:r>
        <w:br/>
      </w:r>
      <w:r>
        <w:rPr>
          <w:sz w:val="20"/>
        </w:rPr>
        <w:t>1:16:13  yaani aadmi mukhtalif, yaani mental mind alag alag hota hai, logon ka taste alag alag hota hai.</w:t>
      </w:r>
      <w:r>
        <w:br/>
      </w:r>
      <w:r>
        <w:rPr>
          <w:sz w:val="20"/>
        </w:rPr>
        <w:t>1:16:19  to is ki wajah se aapas mein ikhtilafat paida hote hain.</w:t>
      </w:r>
      <w:r>
        <w:br/>
      </w:r>
      <w:r>
        <w:rPr>
          <w:sz w:val="20"/>
        </w:rPr>
        <w:t>1:16:24  to ikhtilafat jo hain, is liye hain taake hum exchange karein, taake hum apna intellectual development karein.</w:t>
      </w:r>
      <w:r>
        <w:br/>
      </w:r>
      <w:r>
        <w:rPr>
          <w:sz w:val="20"/>
        </w:rPr>
        <w:t>1:16:29  yaani ikhtilaf ko hum aik aik aik mauqa samjhein apne zehni irtqa ka.</w:t>
      </w:r>
      <w:r>
        <w:br/>
      </w:r>
      <w:r>
        <w:rPr>
          <w:sz w:val="20"/>
        </w:rPr>
        <w:t>1:16:34  main to yahi sochta hoon.</w:t>
      </w:r>
      <w:r>
        <w:br/>
      </w:r>
      <w:r>
        <w:rPr>
          <w:sz w:val="20"/>
        </w:rPr>
        <w:t>1:16:40  Okay, so we will end this session.</w:t>
      </w:r>
      <w:r>
        <w:br/>
      </w:r>
      <w:r>
        <w:rPr>
          <w:sz w:val="20"/>
        </w:rPr>
        <w:t>1:16:45  One announcement: as you know that the Delhi Dawa Field team is doing Dawa work at Delhi Book</w:t>
      </w:r>
      <w:r>
        <w:br/>
      </w:r>
      <w:r>
        <w:rPr>
          <w:sz w:val="20"/>
        </w:rPr>
        <w:t>1:16:50  Fair, which is being held at Pragati Medan.</w:t>
      </w:r>
      <w:r>
        <w:br/>
      </w:r>
      <w:r>
        <w:rPr>
          <w:sz w:val="20"/>
        </w:rPr>
        <w:t>1:16:55  So today is the last day.</w:t>
      </w:r>
      <w:r>
        <w:br/>
      </w:r>
      <w:r>
        <w:rPr>
          <w:sz w:val="20"/>
        </w:rPr>
        <w:t>1:17:01  If anyone of you wants to volunteer and join the Dawa Field team, then that person can stay back and talk to Mr. Anas and Dr. Pradhan. Thank you.</w:t>
      </w:r>
    </w:p>
    <w:p>
      <w:pPr>
        <w:pStyle w:val="Heading2"/>
      </w:pPr>
      <w:r>
        <w:t>Cultural conditioning harm and self-removal</w:t>
      </w:r>
    </w:p>
    <w:p>
      <w:r>
        <w:rPr>
          <w:color w:val="666666"/>
          <w:sz w:val="18"/>
        </w:rPr>
        <w:t>Life &amp; Wisdom · Man and Paradise August 18, 2013 · 4m 08s · at 49:28 · https://youtu.be/v7eX25YAjDU?t=2968</w:t>
      </w:r>
    </w:p>
    <w:p>
      <w:r>
        <w:rPr>
          <w:i/>
        </w:rPr>
        <w:t>“Experience shows that every person lives in cultural conditioning. What is the harm of this cultural conditioning, and how can a person remove himself from this cultural conditioning?”</w:t>
      </w:r>
    </w:p>
    <w:p>
      <w:r>
        <w:rPr>
          <w:sz w:val="20"/>
        </w:rPr>
        <w:t>49:28  maulana, agla sawal dilli se hai ans sahib ka. unhon ne likha hai: "tajurba batata hai ke har har aadmi cultural conditioning mein jeeta hai.</w:t>
      </w:r>
      <w:r>
        <w:br/>
      </w:r>
      <w:r>
        <w:rPr>
          <w:sz w:val="20"/>
        </w:rPr>
        <w:t>49:40  is cultural conditioning ka nuqsan kya hai, aur is cultural conditioning se aadmi apne aap ko kaise nikale?"</w:t>
      </w:r>
      <w:r>
        <w:br/>
      </w:r>
      <w:r>
        <w:rPr>
          <w:sz w:val="20"/>
        </w:rPr>
        <w:t>49:51  yeh baat sahi hai ke har aadmi cultural conditioning mein jeeta hai, kyunke jab paida hua to aik culture mein paida hua.</w:t>
      </w:r>
      <w:r>
        <w:br/>
      </w:r>
      <w:r>
        <w:rPr>
          <w:sz w:val="20"/>
        </w:rPr>
        <w:t>49:59  paida hote hi us ko aik culture mil jata hai. paida hote hi us ko aik culture mil jata hai. samajhta hoon ke har insan, har insan, har insan ka pehla kaam yeh hai ke woh daryaft kare ke jis culture ko maine unhen inherit kiya hai,</w:t>
      </w:r>
      <w:r>
        <w:br/>
      </w:r>
      <w:r>
        <w:rPr>
          <w:sz w:val="20"/>
        </w:rPr>
        <w:t>50:17  woh sacha culture hai ya jhoota culture hai. sahi culture hai, ghalat culture hai.</w:t>
      </w:r>
      <w:r>
        <w:br/>
      </w:r>
      <w:r>
        <w:rPr>
          <w:sz w:val="20"/>
        </w:rPr>
        <w:t>50:23  pehla kaam, kyunke daikhen, jab jo culture aap ko paida hote hi mile, us mein aap ki conditioning ho jati hai.</w:t>
      </w:r>
      <w:r>
        <w:br/>
      </w:r>
      <w:r>
        <w:rPr>
          <w:sz w:val="20"/>
        </w:rPr>
        <w:t>50:35  to bila soche samjhe us us ke aadi ban jaate hain aap.</w:t>
      </w:r>
      <w:r>
        <w:br/>
      </w:r>
      <w:r>
        <w:rPr>
          <w:sz w:val="20"/>
        </w:rPr>
        <w:t>50:42  to main samajhta hoon ke har insan ka pehla kaam yeh hai ke woh is baat ko daryaft kare ke jis culture mein parha barha, jis culture mein us ki conditioning ho gayi, jo culture us ki aadat ban gayi, us ka mizaj ban gaya,</w:t>
      </w:r>
      <w:r>
        <w:br/>
      </w:r>
      <w:r>
        <w:rPr>
          <w:sz w:val="20"/>
        </w:rPr>
        <w:t>50:57  woh sahi tha ya ghalat. aur apni is aitbar se apni deconditioning kare. jo aadmi aisa nahin karega, to phir us ko kabhi bhi sachai nahin milegi.</w:t>
      </w:r>
      <w:r>
        <w:br/>
      </w:r>
      <w:r>
        <w:rPr>
          <w:sz w:val="20"/>
        </w:rPr>
        <w:t>51:13  woh hamesha haqeeqaton se bekhabar rahega.</w:t>
      </w:r>
      <w:r>
        <w:br/>
      </w:r>
      <w:r>
        <w:rPr>
          <w:sz w:val="20"/>
        </w:rPr>
        <w:t>51:20  maulana, un ka aik aur sawal hai, woh aap se janna chahte hain ke quran mein parents ki farmanbardari ka hukum diya gaya hai ya husn sulook ka?</w:t>
      </w:r>
      <w:r>
        <w:br/>
      </w:r>
      <w:r>
        <w:rPr>
          <w:sz w:val="20"/>
        </w:rPr>
        <w:t>51:30  is ke baray mein bataen. sirf sulook ka, farmanbardari ka nahin. quran mein fal tat'i'u</w:t>
      </w:r>
      <w:r>
        <w:br/>
      </w:r>
      <w:r>
        <w:rPr>
          <w:sz w:val="20"/>
        </w:rPr>
        <w:t>51:40  sulook, yani sulook ka matlab kya hai?</w:t>
      </w:r>
      <w:r>
        <w:br/>
      </w:r>
      <w:r>
        <w:rPr>
          <w:sz w:val="20"/>
        </w:rPr>
        <w:t>51:43  sulook ka matlab yeh bhi yeh nahin hai ke aap, yani aaj kal jo sulook ke matlab liye jaate hain, woh baray nahin hain. sulook ke real need ko pura karna, haqeeqi zaroorat ko pura karna, bas yeh hai sulook.</w:t>
      </w:r>
      <w:r>
        <w:br/>
      </w:r>
      <w:r>
        <w:rPr>
          <w:sz w:val="20"/>
        </w:rPr>
        <w:t>52:02  aaj kal is logon par yeh baat wazeh nahin hai ke ke apne waldein ke baray mein, woh un ki sirf yeh zimmedari hai ke woh un ki real need ko poori karen.</w:t>
      </w:r>
      <w:r>
        <w:br/>
      </w:r>
      <w:r>
        <w:rPr>
          <w:sz w:val="20"/>
        </w:rPr>
        <w:t>52:13  bas is se ziyada nahin hai.</w:t>
      </w:r>
      <w:r>
        <w:br/>
      </w:r>
      <w:r>
        <w:rPr>
          <w:sz w:val="20"/>
        </w:rPr>
        <w:t>52:18  aam taur par main dekhta hoon, main koi real need se siwa log is ko samajhte hain sulook. woh har giz har giz aisa nahin hai.</w:t>
      </w:r>
      <w:r>
        <w:br/>
      </w:r>
      <w:r>
        <w:rPr>
          <w:sz w:val="20"/>
        </w:rPr>
        <w:t>52:29  jo real need hai, real need, haqeeqi zaroorat,</w:t>
      </w:r>
      <w:r>
        <w:br/>
      </w:r>
      <w:r>
        <w:rPr>
          <w:sz w:val="20"/>
        </w:rPr>
        <w:t>52:32  woh aap pura karen to yeh aap, yeh aap ki zimmedari hai. lekin is ke siwa agar maa baap se aap se mutalba karte hain to aap hargiz aap ki zimmedari nahi ke is ko aap pura karen.</w:t>
      </w:r>
      <w:r>
        <w:br/>
      </w:r>
      <w:r>
        <w:rPr>
          <w:sz w:val="20"/>
        </w:rPr>
        <w:t>52:45  aur balkeh main yahi kahunga ke agar aap real need se zyada aap maa baap ke fikrmand hain to woh aap ke liye kya hoga ke aap apni apni dawat ka kaam nahi kar sakenge, aakhirat ki tayari nahi kar sakenge, apne deen mein kami karenge</w:t>
      </w:r>
      <w:r>
        <w:br/>
      </w:r>
      <w:r>
        <w:rPr>
          <w:sz w:val="20"/>
        </w:rPr>
        <w:t>53:03  to apna nuqsan karenge woh. aur is ka misdaq ban jayenge. jo ek hadith hai ke sab se zyada ghaate par woh hai mun adhr akhirtahu bidunya ghair jo doosre ki duniya ki khatir apni aakhirat ka nuqsan kar le,</w:t>
      </w:r>
      <w:r>
        <w:br/>
      </w:r>
      <w:r>
        <w:rPr>
          <w:sz w:val="20"/>
        </w:rPr>
        <w:t>53:24  is ka case ban jayenge aap. to behal aap sirf real need ke baghair zimmedar hain, is se zyada ke zimmedar aap nahi hain.</w:t>
      </w:r>
    </w:p>
    <w:p>
      <w:pPr>
        <w:pStyle w:val="Heading2"/>
      </w:pPr>
      <w:r>
        <w:t>Cultural conditioning harms and how to escape it</w:t>
      </w:r>
    </w:p>
    <w:p>
      <w:r>
        <w:rPr>
          <w:color w:val="666666"/>
          <w:sz w:val="18"/>
        </w:rPr>
        <w:t>Life &amp; Wisdom · Man &amp; Paradise Aug 18, 2013 - Maulana Wahiduddin Khan · 4m 08s · at 50:34 · https://youtu.be/yKy1suwbP8o?t=3034</w:t>
      </w:r>
    </w:p>
    <w:p>
      <w:r>
        <w:rPr>
          <w:i/>
        </w:rPr>
        <w:t>“Experience shows that every person lives in cultural conditioning. What is the harm of this cultural conditioning, and how can a person extricate himself from it?”</w:t>
      </w:r>
    </w:p>
    <w:p>
      <w:r>
        <w:rPr>
          <w:sz w:val="20"/>
        </w:rPr>
        <w:t>50:34  maulana, agla sawal dilli se hai ans sahib ka. unhon ne likha hai: "tajruba batata hai ke har hath har aadmi cultural conditioning mein jeeta hai.</w:t>
      </w:r>
      <w:r>
        <w:br/>
      </w:r>
      <w:r>
        <w:rPr>
          <w:sz w:val="20"/>
        </w:rPr>
        <w:t>50:46  is cultural conditioning ka nuqsan kya hai, aur is cultural conditioning se aadmi apne aap ko kaise nikale?"</w:t>
      </w:r>
      <w:r>
        <w:br/>
      </w:r>
      <w:r>
        <w:rPr>
          <w:sz w:val="20"/>
        </w:rPr>
        <w:t>50:57  yeh baat sahi hai ke har aadmi cultural conditioning mein jeeta hai, kyunke jab paida hua to ek culture mein paida hua. paida hote hi us ko ek culture mil jata hai.</w:t>
      </w:r>
      <w:r>
        <w:br/>
      </w:r>
      <w:r>
        <w:rPr>
          <w:sz w:val="20"/>
        </w:rPr>
        <w:t>51:09  paida hote hi us ko ek culture mil jata hai. samajhta hoon ke har insaan, har insaan, har insaan ka pehla kaam yeh hai ke woh daryaft kare ke jis culture ko main ne inhe inherit kiya hai,</w:t>
      </w:r>
      <w:r>
        <w:br/>
      </w:r>
      <w:r>
        <w:rPr>
          <w:sz w:val="20"/>
        </w:rPr>
        <w:t>51:23  woh sacha culture hai ya jhoota culture hai, sahi culture hai ya galat culture hai. pehla kaam, kyunke dekhiye, jab jo culture aap ko paida hote hi mile,</w:t>
      </w:r>
      <w:r>
        <w:br/>
      </w:r>
      <w:r>
        <w:rPr>
          <w:sz w:val="20"/>
        </w:rPr>
        <w:t>51:38  us mein aap ki conditioning ho jati hai, to bila soche samjhe us us ke aadi ban jate hain aap. to main samajhta hoon ke har insaan ka pehla kaam yeh hai ke woh is baat ko daryaft kare ke jis culture mein parha barha, jis culture mein us ki conditioning ho gayi,</w:t>
      </w:r>
      <w:r>
        <w:br/>
      </w:r>
      <w:r>
        <w:rPr>
          <w:sz w:val="20"/>
        </w:rPr>
        <w:t>51:59  jis culture us ki aadat ban gayi, us ka mizaj ban gaya, woh sahi tha ya galat, aur apni is aitbar se apni deconditioning kare.</w:t>
      </w:r>
      <w:r>
        <w:br/>
      </w:r>
      <w:r>
        <w:rPr>
          <w:sz w:val="20"/>
        </w:rPr>
        <w:t>52:12  jo aadmi aisa nahin karega, to phir us ko kabhi bhi sachai nahin milegi. woh hamesha haqeeqaton se bekhabar rahega.</w:t>
      </w:r>
      <w:r>
        <w:br/>
      </w:r>
      <w:r>
        <w:rPr>
          <w:sz w:val="20"/>
        </w:rPr>
        <w:t>52:27  maulana, un ka ek aur sawal hai, woh aap se janna chahte hain ke Quran mein parents ki farmanbardari ka hukum diya gaya hai ya husn sulook ka?</w:t>
      </w:r>
      <w:r>
        <w:br/>
      </w:r>
      <w:r>
        <w:rPr>
          <w:sz w:val="20"/>
        </w:rPr>
        <w:t>52:37  is ke baray mein bataen. sirf sulook ka, farmanbardari ka nahin. Quran mein falan tote honge.</w:t>
      </w:r>
      <w:r>
        <w:br/>
      </w:r>
      <w:r>
        <w:rPr>
          <w:sz w:val="20"/>
        </w:rPr>
        <w:t>52:46  sulook, yani sulook ka matlab kya hai? sulook ka matlab yeh bhi yeh nahin hai ke aap, yani aaj kal jo sulook ke matlab liye jate hain, woh baray nahin hain.</w:t>
      </w:r>
      <w:r>
        <w:br/>
      </w:r>
      <w:r>
        <w:rPr>
          <w:sz w:val="20"/>
        </w:rPr>
        <w:t>52:56  sulook ke real need ko poora karna, haqeeqi zaroorat ko poora karna, bas yeh hai sulook.</w:t>
      </w:r>
      <w:r>
        <w:br/>
      </w:r>
      <w:r>
        <w:rPr>
          <w:sz w:val="20"/>
        </w:rPr>
        <w:t>53:08  aaj kal is logon par yeh baat wazeh nahi hai ke ke apne waldein ke baray mein woh un ki sirf yeh zimmedari hai ke woh un ki real need ko poori karein, bas is se zyada nahi.</w:t>
      </w:r>
      <w:r>
        <w:br/>
      </w:r>
      <w:r>
        <w:rPr>
          <w:sz w:val="20"/>
        </w:rPr>
        <w:t>53:25  aam taur par mein dekhta hoon, mein koi real need se siwa log is ko samajhte hain sulook. woh har giz har giz aisa nahi hai.</w:t>
      </w:r>
      <w:r>
        <w:br/>
      </w:r>
      <w:r>
        <w:rPr>
          <w:sz w:val="20"/>
        </w:rPr>
        <w:t>53:35  jo real need hai, real need, haqeeqi zaroorat, woh aap poora karein to yeh aap, yeh aap ki zimmedari hai. lekin is ke siwa agar maan baap se aap se mutalba karte hain to aap har giz aap ki zimmedari nahi ke is ko aap poora karein.</w:t>
      </w:r>
      <w:r>
        <w:br/>
      </w:r>
      <w:r>
        <w:rPr>
          <w:sz w:val="20"/>
        </w:rPr>
        <w:t>53:51  aur balkay mein yeh kahoon ga ke agar aap real need se zyada aap maan baap ke fikrmand hain to woh aap ke liye kya hoga ke aap apni apni dawat ka kaam nahi kar sakein ge, aakhirat ki tayari nahi kar sakein ge, apne deen mein kami karein ge, to apna nuqsan karein ge woh, aur is ka misdaq ban jayein ge.</w:t>
      </w:r>
      <w:r>
        <w:br/>
      </w:r>
      <w:r>
        <w:rPr>
          <w:sz w:val="20"/>
        </w:rPr>
        <w:t>54:14  jo aik hadees hai ke sab se zyada ghaate par woh hai: "man adrak akhiratahu bidunya ghair".</w:t>
      </w:r>
      <w:r>
        <w:br/>
      </w:r>
      <w:r>
        <w:rPr>
          <w:sz w:val="20"/>
        </w:rPr>
        <w:t>54:25  jo doosre ki duniya ki khatir apni aakhirat ka nuqsan kar le, is ka case ban jayein ge aap. to behal aap sirf real need ke baghair zimmedar hain, is se zyada ke zimmedar aap nahi hain.</w:t>
      </w:r>
    </w:p>
    <w:p>
      <w:pPr>
        <w:pStyle w:val="Heading2"/>
      </w:pPr>
      <w:r>
        <w:t>Dealing with Family Discord and Anger</w:t>
      </w:r>
    </w:p>
    <w:p>
      <w:r>
        <w:rPr>
          <w:color w:val="666666"/>
          <w:sz w:val="18"/>
        </w:rPr>
        <w:t>Life &amp; Wisdom · 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Dealing with criticism and mockery</w:t>
      </w:r>
    </w:p>
    <w:p>
      <w:r>
        <w:rPr>
          <w:color w:val="666666"/>
          <w:sz w:val="18"/>
        </w:rPr>
        <w:t>Life &amp; Wisdom · 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Dealing with failed change plans</w:t>
      </w:r>
    </w:p>
    <w:p>
      <w:r>
        <w:rPr>
          <w:color w:val="666666"/>
          <w:sz w:val="18"/>
        </w:rPr>
        <w:t>Life &amp; Wisdom · Modern Age June 9, 2019 Maulana Wahiduddin Khan · 3m 20s · at 44:34 · https://youtu.be/7mjCvAvHEdA?t=2674</w:t>
      </w:r>
    </w:p>
    <w:p>
      <w:r>
        <w:rPr>
          <w:i/>
        </w:rPr>
        <w:t>“After repeatedly planning change, if change is not happening and success is not achieved, what should be done? Please advise us.”</w:t>
      </w:r>
    </w:p>
    <w:p>
      <w:r>
        <w:rPr>
          <w:sz w:val="20"/>
        </w:rPr>
        <w:t>44:34  Maulana, agla sawal Saharanpur se Adeel Shams sahib ne kiya hai. Unhon ne likha hai, "Bar bar planning change karne ke baad bhi agar change nahi aa raha hai aur kamyabi nahi mil rahi hai to aise mein kya karna chahiye?</w:t>
      </w:r>
      <w:r>
        <w:br/>
      </w:r>
      <w:r>
        <w:rPr>
          <w:sz w:val="20"/>
        </w:rPr>
        <w:t>44:51  Hamein is ke bare mein advice karein." Nahi, dekhiye, yeh sawal hi galat hai.</w:t>
      </w:r>
      <w:r>
        <w:br/>
      </w:r>
      <w:r>
        <w:rPr>
          <w:sz w:val="20"/>
        </w:rPr>
        <w:t>44:59  Aisa koi case mere ilm mein nahi hai. Aap ke ilm mein hai to naam le kar is ko bataiye is ke case ko. Yeh change karna aap ek ek ambiguous term hai.</w:t>
      </w:r>
      <w:r>
        <w:br/>
      </w:r>
      <w:r>
        <w:rPr>
          <w:sz w:val="20"/>
        </w:rPr>
        <w:t>45:12  Sahi hai change karna, nahi sahi hai correction karna. Change karne se kya ho jayega?</w:t>
      </w:r>
      <w:r>
        <w:br/>
      </w:r>
      <w:r>
        <w:rPr>
          <w:sz w:val="20"/>
        </w:rPr>
        <w:t>45:22  Change karne se kuch nahi ho jayega. Aap ko tayyar rehna chahiye apni soch mein badlao lana,</w:t>
      </w:r>
      <w:r>
        <w:br/>
      </w:r>
      <w:r>
        <w:rPr>
          <w:sz w:val="20"/>
        </w:rPr>
        <w:t>45:33  chahe aap ko galat manna pade, chahe apne aap ko galat manna pade to lekin badlao laiye. To correction aisi cheez hai.</w:t>
      </w:r>
      <w:r>
        <w:br/>
      </w:r>
      <w:r>
        <w:rPr>
          <w:sz w:val="20"/>
        </w:rPr>
        <w:t>45:46  Aap correction kar ke dekhiye, aap zaroor kamyab honge. Maulana Meer Faheem sahib ne Sher Nagar se likha hai, "Is it necessary to identify with any sect in Islam</w:t>
      </w:r>
      <w:r>
        <w:br/>
      </w:r>
      <w:r>
        <w:rPr>
          <w:sz w:val="20"/>
        </w:rPr>
        <w:t>46:03  ? Wouldn't it be great if we call ourselves Muslims only?" Sect kya cheez? Sect aisi city?</w:t>
      </w:r>
      <w:r>
        <w:br/>
      </w:r>
      <w:r>
        <w:rPr>
          <w:sz w:val="20"/>
        </w:rPr>
        <w:t>46:12  aisi si ti? Sect? nahin, yeh yeh sect to sab sab bidat hai. Ji, saare sect jitne bhi banaye gaye hain sab bidat hain.</w:t>
      </w:r>
      <w:r>
        <w:br/>
      </w:r>
      <w:r>
        <w:rPr>
          <w:sz w:val="20"/>
        </w:rPr>
        <w:t>46:22  is ka Islam se koi talluq nahin hai. To Maulana, woh yeh keh rahe hain ke kya hum apne aap ko sirf Muslims kahein to kya yeh?</w:t>
      </w:r>
      <w:r>
        <w:br/>
      </w:r>
      <w:r>
        <w:rPr>
          <w:sz w:val="20"/>
        </w:rPr>
        <w:t>46:30  kehne ki baat nahin hai, discover kijiye. Kehne se kya hota hai? Sachay Islam ko Quran aur Hadees ke mutale se discover kijiye.</w:t>
      </w:r>
      <w:r>
        <w:br/>
      </w:r>
      <w:r>
        <w:rPr>
          <w:sz w:val="20"/>
        </w:rPr>
        <w:t>46:40  shakhs shakhs se se kuch nahin hota.</w:t>
      </w:r>
      <w:r>
        <w:br/>
      </w:r>
      <w:r>
        <w:rPr>
          <w:sz w:val="20"/>
        </w:rPr>
        <w:t>46:47  aap Quran ko Hadees ko barah-e-rast parhiye, barah-e-rast parhiye. Hamari kitabein parhiye, aap sakht koi cheez nahin.</w:t>
      </w:r>
      <w:r>
        <w:br/>
      </w:r>
      <w:r>
        <w:rPr>
          <w:sz w:val="20"/>
        </w:rPr>
        <w:t>46:58  firqa jo hai, firqa woh bidat hai. Sab phir sab firqay bidat mein khare hue hain. In ki koi ahmiyat nahin hai. Aap apni jis apni tehqeeq se, apne mutale se discover kijiye ke sachai kya hai.</w:t>
      </w:r>
      <w:r>
        <w:br/>
      </w:r>
      <w:r>
        <w:rPr>
          <w:sz w:val="20"/>
        </w:rPr>
        <w:t>47:20  hamari kitabein aap har jagah available hain, is ko parhiye. InshaAllah aap ko rasta khul jaye ga.</w:t>
      </w:r>
      <w:r>
        <w:br/>
      </w:r>
      <w:r>
        <w:rPr>
          <w:sz w:val="20"/>
        </w:rPr>
        <w:t>47:34  Maulana Yaqoob Umri ne Delhi se comment bheja hai. Unhon ne likha hai, "Maulana, the news of Mukesh Ambani and Azeem Hashim Premji won to all take such events in terms of community pride, but Maulana, you gave us a wider and real stick approach to such events that is planning.</w:t>
      </w:r>
    </w:p>
    <w:p>
      <w:pPr>
        <w:pStyle w:val="Heading2"/>
      </w:pPr>
      <w:r>
        <w:t>Dealing with fear of losing motivation</w:t>
      </w:r>
    </w:p>
    <w:p>
      <w:r>
        <w:rPr>
          <w:color w:val="666666"/>
          <w:sz w:val="18"/>
        </w:rPr>
        <w:t>Life &amp; Wisdom · Islam Ideology, Team and Method October 09, 2011 · 2m 00s · at 1:35:46 · https://youtu.be/zRilc1fG6c0?t=5746</w:t>
      </w:r>
    </w:p>
    <w:p>
      <w:r>
        <w:rPr>
          <w:i/>
        </w:rPr>
        <w:t>“If there is a thing which motivates us and there is a fear of losing that thing, so what should we do if losing that thing causes destruction to the mind?”</w:t>
      </w:r>
    </w:p>
    <w:p>
      <w:r>
        <w:rPr>
          <w:sz w:val="20"/>
        </w:rPr>
        <w:t>1:35:46  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r>
        <w:br/>
      </w:r>
      <w:r>
        <w:rPr>
          <w:sz w:val="20"/>
        </w:rPr>
        <w:t>1:36:08  Am immature mind jo hai, yeh kaun se inke yeh sab fana hai? Immaturity jab tak aayegi, yeh sab khatam hote chale aayega.</w:t>
      </w:r>
      <w:r>
        <w:br/>
      </w:r>
      <w:r>
        <w:rPr>
          <w:sz w:val="20"/>
        </w:rPr>
        <w:t>1:36:17  mat kabhi sochta nahi. yeh sab mera yani concern hi nahi hai. yeh sab cheezein,</w:t>
      </w:r>
      <w:r>
        <w:br/>
      </w:r>
      <w:r>
        <w:rPr>
          <w:sz w:val="20"/>
        </w:rPr>
        <w:t>1:36:26  yeh sab mera</w:t>
      </w:r>
      <w:r>
        <w:br/>
      </w:r>
      <w:r>
        <w:rPr>
          <w:sz w:val="20"/>
        </w:rPr>
        <w:t>1:36:27  concern nahi hai. log jo hain, apne ko imechor nahi banate, zyada study nahi karte, zyada baaton ko guide se samajhte nahi, apne shaoor ki develop develop nahi karte.</w:t>
      </w:r>
      <w:r>
        <w:br/>
      </w:r>
      <w:r>
        <w:rPr>
          <w:sz w:val="20"/>
        </w:rPr>
        <w:t>1:36:40  to yeh sab baatein hoti hain.</w:t>
      </w:r>
      <w:r>
        <w:br/>
      </w:r>
      <w:r>
        <w:rPr>
          <w:sz w:val="20"/>
        </w:rPr>
        <w:t>1:36:47  you have to develop your mind, then all these yani things will disappear. yeh main kahunga.</w:t>
      </w:r>
    </w:p>
    <w:p>
      <w:pPr>
        <w:pStyle w:val="Heading2"/>
      </w:pPr>
      <w:r>
        <w:t>Dealing with negative thinking due to inequality</w:t>
      </w:r>
    </w:p>
    <w:p>
      <w:r>
        <w:rPr>
          <w:color w:val="666666"/>
          <w:sz w:val="18"/>
        </w:rPr>
        <w:t>Life &amp; Wisdom · God in the Age of Science January 08, 2017 · 2m 06s · at 51:33 · https://youtu.be/au1bRdQDZ0U?t=3093</w:t>
      </w:r>
    </w:p>
    <w:p>
      <w:r>
        <w:rPr>
          <w:i/>
        </w:rPr>
        <w:t>“In this world, some have more share and some have less. This is the situation which results in negative thinking. What can be done to save ourselves from such negative reaction?”</w:t>
      </w:r>
    </w:p>
    <w:p>
      <w:r>
        <w:rPr>
          <w:sz w:val="20"/>
        </w:rPr>
        <w:t>51:33  maulana in ka ek aur sawal hai unhon ne likha hai in this world some have more share</w:t>
      </w:r>
      <w:r>
        <w:br/>
      </w:r>
      <w:r>
        <w:rPr>
          <w:sz w:val="20"/>
        </w:rPr>
        <w:t>51:40  and some have less this is the situation which results in negative thinking what can be done to</w:t>
      </w:r>
      <w:r>
        <w:br/>
      </w:r>
      <w:r>
        <w:rPr>
          <w:sz w:val="20"/>
        </w:rPr>
        <w:t>51:48  save our self from such negative reaction dekhein yeh jo hai log yani material cheezon ke lehaz</w:t>
      </w:r>
      <w:r>
        <w:br/>
      </w:r>
      <w:r>
        <w:rPr>
          <w:sz w:val="20"/>
        </w:rPr>
        <w:t>51:55  se compare karte hain is sab se bari cheez jo har insan ko mili hui hai woh mind</w:t>
      </w:r>
      <w:r>
        <w:br/>
      </w:r>
      <w:r>
        <w:rPr>
          <w:sz w:val="20"/>
        </w:rPr>
        <w:t>52:03  hai jo material cheez mili hui hai logon ko woh to kuch bhi nahi hai is ke muqable</w:t>
      </w:r>
      <w:r>
        <w:br/>
      </w:r>
      <w:r>
        <w:rPr>
          <w:sz w:val="20"/>
        </w:rPr>
        <w:t>52:10  mein hamara jo mind hai is ke muqable mein to jo aadmi material cheezon mein jeeta ho woh</w:t>
      </w:r>
      <w:r>
        <w:br/>
      </w:r>
      <w:r>
        <w:rPr>
          <w:sz w:val="20"/>
        </w:rPr>
        <w:t>52:18  bohat hi zyada stripper aadmi hai kyunke is ko jo khuda ne de rakha hai mind itna bara</w:t>
      </w:r>
      <w:r>
        <w:br/>
      </w:r>
      <w:r>
        <w:rPr>
          <w:sz w:val="20"/>
        </w:rPr>
        <w:t>52:25  mind is ko bhoola hua hai woh to jo log is lehaz se kam zyada mane ke kisi</w:t>
      </w:r>
      <w:r>
        <w:br/>
      </w:r>
      <w:r>
        <w:rPr>
          <w:sz w:val="20"/>
        </w:rPr>
        <w:t>52:33  ko kam mila hai kisi ko zyada mila hai kisi ke pas kai car hai kisi ke pas</w:t>
      </w:r>
      <w:r>
        <w:br/>
      </w:r>
      <w:r>
        <w:rPr>
          <w:sz w:val="20"/>
        </w:rPr>
        <w:t>52:40  ek hi car hai yeh to bohat hi zyada yani meaning less comparison hai yeh comparison hi bilkul</w:t>
      </w:r>
      <w:r>
        <w:br/>
      </w:r>
      <w:r>
        <w:rPr>
          <w:sz w:val="20"/>
        </w:rPr>
        <w:t>52:47  meaning less hai comparison is par hona chahiye ke kitna bara mind diya hai Allah taala ne insan</w:t>
      </w:r>
      <w:r>
        <w:br/>
      </w:r>
      <w:r>
        <w:rPr>
          <w:sz w:val="20"/>
        </w:rPr>
        <w:t>52:55  ko yani aisa mind jo poore universe tak apni soch pohncha sakta hai koi duniya mein doosri makhluqat</w:t>
      </w:r>
      <w:r>
        <w:br/>
      </w:r>
      <w:r>
        <w:rPr>
          <w:sz w:val="20"/>
        </w:rPr>
        <w:t>53:02  se nahi hai jo poore universe ke bare mein soche koi bhi na sher hai na hathi hai</w:t>
      </w:r>
      <w:r>
        <w:br/>
      </w:r>
      <w:r>
        <w:rPr>
          <w:sz w:val="20"/>
        </w:rPr>
        <w:t>53:10  na na pahad hai na samandar hai na galaxy hai jo poore universe ke bare mein soche yeh</w:t>
      </w:r>
      <w:r>
        <w:br/>
      </w:r>
      <w:r>
        <w:rPr>
          <w:sz w:val="20"/>
        </w:rPr>
        <w:t>53:17  yani kitni bari cheez mili hai yeh isi ko kaha hai quran mein amanat amanat ka matlab hai</w:t>
      </w:r>
      <w:r>
        <w:br/>
      </w:r>
      <w:r>
        <w:rPr>
          <w:sz w:val="20"/>
        </w:rPr>
        <w:t>53:25  ke khudai level ki cheez hai yeh aap ko khudai level ki cheez mili hui hai ke aap</w:t>
      </w:r>
      <w:r>
        <w:br/>
      </w:r>
      <w:r>
        <w:rPr>
          <w:sz w:val="20"/>
        </w:rPr>
        <w:t>53:32  poori kainat ke bare mein soch sakte hain to yeh comparison jo log karte hain bohat hi zyada</w:t>
      </w:r>
    </w:p>
    <w:p>
      <w:pPr>
        <w:pStyle w:val="Heading2"/>
      </w:pPr>
      <w:r>
        <w:t>Defining the limit of necessity</w:t>
      </w:r>
    </w:p>
    <w:p>
      <w:r>
        <w:rPr>
          <w:color w:val="666666"/>
          <w:sz w:val="18"/>
        </w:rPr>
        <w:t>Life &amp; Wisdom · God and Man February 19, 2012 · 3m 06s · at 1:20:13 · https://youtu.be/rL4g0LOU3wo?t=4813</w:t>
      </w:r>
    </w:p>
    <w:p>
      <w:r>
        <w:rPr>
          <w:i/>
        </w:rPr>
        <w:t>“What is the limit of necessity? One person says his necessity is a house and a car, another says his necessity is a house, car, and a motorbike, and a third adds two more things. Please explain this.”</w:t>
      </w:r>
    </w:p>
    <w:p>
      <w:r>
        <w:rPr>
          <w:sz w:val="20"/>
        </w:rPr>
        <w:t>1:20:13  to whisper jo hai, kya yeh dua to hai yeh? to wo ek continuous amal hai, koi waqti cheez nahi hai. Maulana, agla sawal miss Saira Latif ka hai Karachi, Pakistan se</w:t>
      </w:r>
      <w:r>
        <w:br/>
      </w:r>
      <w:r>
        <w:rPr>
          <w:sz w:val="20"/>
        </w:rPr>
        <w:t>1:20:28  . unhon ne likha hai: "zarurat ki had kya hai?" ek shakhs kehta hai ke meri zarurat makan aur gari hai, doosra shakhs kehta hai ke meri zarurat makan, gari aur motor cycle hai,</w:t>
      </w:r>
      <w:r>
        <w:br/>
      </w:r>
      <w:r>
        <w:rPr>
          <w:sz w:val="20"/>
        </w:rPr>
        <w:t>1:20:44  teesra shakhs is mein do cheezon ka aur izafa karta hai. is ko is ke baray mein batayen.</w:t>
      </w:r>
      <w:r>
        <w:br/>
      </w:r>
      <w:r>
        <w:rPr>
          <w:sz w:val="20"/>
        </w:rPr>
        <w:t>1:20:53  dekhiye, zarurat ko koi ginti mein aap had bandi nahi kar sakte ke list banayen aap. aisa nahi ho sakta. koi list nahi ban sakti aap.</w:t>
      </w:r>
      <w:r>
        <w:br/>
      </w:r>
      <w:r>
        <w:rPr>
          <w:sz w:val="20"/>
        </w:rPr>
        <w:t>1:21:08  ke mez, kursi, qalam, pencil, aap char list banayen. aisa nahi ho sakta. aadmi ka khud apna kaam hai ke wo jane ke zarurat kya hai.</w:t>
      </w:r>
      <w:r>
        <w:br/>
      </w:r>
      <w:r>
        <w:rPr>
          <w:sz w:val="20"/>
        </w:rPr>
        <w:t>1:21:23  zarurat ke angrezi mein hota hai need. Need yani yeh yani bare need, jis ke baghair zindagi mumkin na ho.</w:t>
      </w:r>
      <w:r>
        <w:br/>
      </w:r>
      <w:r>
        <w:rPr>
          <w:sz w:val="20"/>
        </w:rPr>
        <w:t>1:21:36  to ek hadith mein is tarah aaya hai is silsilay mein ke jis aadmi ke paas ek ghar ho, bas rehne ke qabil ghar,</w:t>
      </w:r>
      <w:r>
        <w:br/>
      </w:r>
      <w:r>
        <w:rPr>
          <w:sz w:val="20"/>
        </w:rPr>
        <w:t>1:21:50  aur roti ka ek tukra aur pani ho, ek khadim ho, to goya ke is ko sab cheez mil gayi. goya ke sab kuch mil gaya.</w:t>
      </w:r>
      <w:r>
        <w:br/>
      </w:r>
      <w:r>
        <w:rPr>
          <w:sz w:val="20"/>
        </w:rPr>
        <w:t>1:22:03  to yeh ek ek is se andaza kar sakte hain ke zarurat ka matlab kya hai. phir bhi koi list nahi bana sakte aap.</w:t>
      </w:r>
      <w:r>
        <w:br/>
      </w:r>
      <w:r>
        <w:rPr>
          <w:sz w:val="20"/>
        </w:rPr>
        <w:t>1:22:12  is aadmi ko jitna zyada ehsas hoga is baat ka ke dunya jo hai aish karne ki nahi hai, yeh dunya is liye hai ke haan hum aisa amal karen jo akhirat mein kaam aaye.</w:t>
      </w:r>
      <w:r>
        <w:br/>
      </w:r>
      <w:r>
        <w:rPr>
          <w:sz w:val="20"/>
        </w:rPr>
        <w:t>1:22:28  to wo har us cheez se bachega jo akhirat ki tayari mein record banay. Basic baat yeh hai ke akhirat ke hisab se jo mufeed aaye, wo zarurat hai.</w:t>
      </w:r>
      <w:r>
        <w:br/>
      </w:r>
      <w:r>
        <w:rPr>
          <w:sz w:val="20"/>
        </w:rPr>
        <w:t>1:22:41  akhirat ke aitbar se is ki jis ki ahmiyat na ho, wo fazil hai. to yeh criterion yeh banay ga. criterion koi finish nahi hai.</w:t>
      </w:r>
      <w:r>
        <w:br/>
      </w:r>
      <w:r>
        <w:rPr>
          <w:sz w:val="20"/>
        </w:rPr>
        <w:t>1:22:51  koi list nahi ko</w:t>
      </w:r>
      <w:r>
        <w:br/>
      </w:r>
      <w:r>
        <w:rPr>
          <w:sz w:val="20"/>
        </w:rPr>
        <w:t>1:22:52  i. criterion yeh hai ke wo kaam jo safar akhirat mein mere liye zaroori ho, akhirat ki kamyabi ke liye zaroori ho, to wo to hai need.</w:t>
      </w:r>
      <w:r>
        <w:br/>
      </w:r>
      <w:r>
        <w:rPr>
          <w:sz w:val="20"/>
        </w:rPr>
        <w:t>1:23:02  jo zaroori na ho, to wo luxury hai, wo aish hai, wo fazool cheezon mein apna paisa kharch karna hai.</w:t>
      </w:r>
      <w:r>
        <w:br/>
      </w:r>
      <w:r>
        <w:rPr>
          <w:sz w:val="20"/>
        </w:rPr>
        <w:t>1:23:13  to is ka sahi taayun aadmi khud kar sakta hai, koi doosra aadmi bahar se nahi kar sakta.</w:t>
      </w:r>
    </w:p>
    <w:p>
      <w:pPr>
        <w:pStyle w:val="Heading2"/>
      </w:pPr>
      <w:r>
        <w:t>Defining the limit of personal necessity</w:t>
      </w:r>
    </w:p>
    <w:p>
      <w:r>
        <w:rPr>
          <w:color w:val="666666"/>
          <w:sz w:val="18"/>
        </w:rPr>
        <w:t>Life &amp; Wisdom · God and Man I February 19, 2012 Maulana Wahiduddin Khan · 2m 59s · at 1:21:03 · https://youtu.be/8TP3nlGRZek?t=4863</w:t>
      </w:r>
    </w:p>
    <w:p>
      <w:r>
        <w:rPr>
          <w:i/>
        </w:rPr>
        <w:t>“What is the limit of need? One person says his need is a house and a car. Another says house, car, and motorcycle. A third adds two more things. Please explain.”</w:t>
      </w:r>
    </w:p>
    <w:p>
      <w:r>
        <w:rPr>
          <w:sz w:val="20"/>
        </w:rPr>
        <w:t>1:21:03  maulana agla sawal miss saira latif ka hai karachi pakistan se. unhon ne likha hai zaroorat ki had kya hai?</w:t>
      </w:r>
      <w:r>
        <w:br/>
      </w:r>
      <w:r>
        <w:rPr>
          <w:sz w:val="20"/>
        </w:rPr>
        <w:t>1:21:14  ek shakhs kehta hai ke meri zaroorat makan aur gari hai. doosra shakhs kehta hai ke meri zaroorat</w:t>
      </w:r>
      <w:r>
        <w:br/>
      </w:r>
      <w:r>
        <w:rPr>
          <w:sz w:val="20"/>
        </w:rPr>
        <w:t>1:21:22  makan, gari aur motor cycle hai. teesra shakhs is mein do cheezon ka aur izafa karta hai. is ko is ke bare mein bataein.</w:t>
      </w:r>
      <w:r>
        <w:br/>
      </w:r>
      <w:r>
        <w:rPr>
          <w:sz w:val="20"/>
        </w:rPr>
        <w:t>1:21:34  dekhiye zaroorat ko koi ginti mein aap had bandi nahi kar sakte ke list banayein aap.</w:t>
      </w:r>
      <w:r>
        <w:br/>
      </w:r>
      <w:r>
        <w:rPr>
          <w:sz w:val="20"/>
        </w:rPr>
        <w:t>1:21:41  aisa nahi ho sakta. koi list nahi ban sakti aap.</w:t>
      </w:r>
      <w:r>
        <w:br/>
      </w:r>
      <w:r>
        <w:rPr>
          <w:sz w:val="20"/>
        </w:rPr>
        <w:t>1:21:49  ke mez, kursi, qalam, pencil aap char list banayein. aisa nahi ho sakta. aadmi ka khud apna kaam hai ke wo jaane ke zaroorat kya hai.</w:t>
      </w:r>
      <w:r>
        <w:br/>
      </w:r>
      <w:r>
        <w:rPr>
          <w:sz w:val="20"/>
        </w:rPr>
        <w:t>1:22:04  zaroorat ke angrezi mein hota hai need. need yaani</w:t>
      </w:r>
      <w:r>
        <w:br/>
      </w:r>
      <w:r>
        <w:rPr>
          <w:sz w:val="20"/>
        </w:rPr>
        <w:t>1:22:09  ye yaani bare need jis ke baghair zindagi mumkin na ho. to ek hadith mein is tarah aaya hai is silsile mein ke jis aadmi ke paas</w:t>
      </w:r>
      <w:r>
        <w:br/>
      </w:r>
      <w:r>
        <w:rPr>
          <w:sz w:val="20"/>
        </w:rPr>
        <w:t>1:22:27  ek ghar ho, bas rehne ke qabil ghar aur roti ka ek tukra aur pani ho, ek khadim ho to goya ke us ko sab cheez mil gayi.</w:t>
      </w:r>
      <w:r>
        <w:br/>
      </w:r>
      <w:r>
        <w:rPr>
          <w:sz w:val="20"/>
        </w:rPr>
        <w:t>1:22:41  goya ke sab kuch mil gaya. to ye ek ek</w:t>
      </w:r>
      <w:r>
        <w:br/>
      </w:r>
      <w:r>
        <w:rPr>
          <w:sz w:val="20"/>
        </w:rPr>
        <w:t>1:22:46  is se andaza kar sakte hain ke zaroorat ka matlab kya hai. phir bhi koi list nahi bana sakte aap. is aadmi ko jitna zyada ehsas hoga is baat ka ke dunya jo hai aish karne ki nahi hai, ye dunya is liye hai ke haan hum</w:t>
      </w:r>
      <w:r>
        <w:br/>
      </w:r>
      <w:r>
        <w:rPr>
          <w:sz w:val="20"/>
        </w:rPr>
        <w:t>1:23:05  aisa amal karein jo akhirat mein kaam aaye. to wo har us cheez se bachega jo akhirat ki tayyari mein record bane.</w:t>
      </w:r>
      <w:r>
        <w:br/>
      </w:r>
      <w:r>
        <w:rPr>
          <w:sz w:val="20"/>
        </w:rPr>
        <w:t>1:23:17  basic baat ye hai ke akhirat ke hisab se jo mufeed aaye wo zaroorat hai.</w:t>
      </w:r>
      <w:r>
        <w:br/>
      </w:r>
      <w:r>
        <w:rPr>
          <w:sz w:val="20"/>
        </w:rPr>
        <w:t>1:23:22  akhirat ke aitbar se is ki jis ki ahmiyat na ho wo fazil hai. to ye criterion ye banega. criterion koi face nahi hai.</w:t>
      </w:r>
      <w:r>
        <w:br/>
      </w:r>
      <w:r>
        <w:rPr>
          <w:sz w:val="20"/>
        </w:rPr>
        <w:t>1:23:32  phir list nahi koi. criterion ye hai ke wo kaam jo safar akhirat mein mere liye zaroori ho,</w:t>
      </w:r>
      <w:r>
        <w:br/>
      </w:r>
      <w:r>
        <w:rPr>
          <w:sz w:val="20"/>
        </w:rPr>
        <w:t>1:23:39  akhirat ki kamyabi ke liye zaroori ho to wo to hai need. jo zaroori na ho to wo luxury hai, wo aish hai, wo fazool cheezon mein apna paisa kharch karna hai.</w:t>
      </w:r>
      <w:r>
        <w:br/>
      </w:r>
      <w:r>
        <w:rPr>
          <w:sz w:val="20"/>
        </w:rPr>
        <w:t>1:23:54  to is ka sahi taayun aadmi khud kar sakta hai. koi doosra aadmi bahar se nahi kar sakta. maulana agle sawal se pehle ek comment parhna chahenge jo</w:t>
      </w:r>
    </w:p>
    <w:p>
      <w:pPr>
        <w:pStyle w:val="Heading2"/>
      </w:pPr>
      <w:r>
        <w:t>Definition of a Thinker and His Guidance</w:t>
      </w:r>
    </w:p>
    <w:p>
      <w:r>
        <w:rPr>
          <w:color w:val="666666"/>
          <w:sz w:val="18"/>
        </w:rPr>
        <w:t>Life &amp; Wisdom · Conversation with Maulana Wahiduddin Khan | October 01, 2017 · 3m 54s · at 12:09 · https://youtu.be/TmOYGd3rp2M?t=729</w:t>
      </w:r>
    </w:p>
    <w:p>
      <w:r>
        <w:rPr>
          <w:i/>
        </w:rPr>
        <w:t>“Who is a thinker in your opinion and how should he guide people?”</w:t>
      </w:r>
    </w:p>
    <w:p>
      <w:r>
        <w:rPr>
          <w:sz w:val="20"/>
        </w:rPr>
        <w:t>12:09  agla sawal Pakistan se Miss Shabana Ansari ne likha hai.</w:t>
      </w:r>
      <w:r>
        <w:br/>
      </w:r>
      <w:r>
        <w:rPr>
          <w:sz w:val="20"/>
        </w:rPr>
        <w:t>12:16  انہوں نے آپ سے پوچھا ہے کہ "مولانا صاحب، who is a thinker in your opinion?"</w:t>
      </w:r>
      <w:r>
        <w:br/>
      </w:r>
      <w:r>
        <w:rPr>
          <w:sz w:val="20"/>
        </w:rPr>
        <w:t>12:24  ion and how should he guide people?" is ke bare mein batayen.</w:t>
      </w:r>
      <w:r>
        <w:br/>
      </w:r>
      <w:r>
        <w:rPr>
          <w:sz w:val="20"/>
        </w:rPr>
        <w:t>12:31  bhai dekhen, naam le kar main nahin keh sakta ke kaun thinker hai.</w:t>
      </w:r>
      <w:r>
        <w:br/>
      </w:r>
      <w:r>
        <w:rPr>
          <w:sz w:val="20"/>
        </w:rPr>
        <w:t>12:39  meri definition kya hai, woh bata sakta hoon.</w:t>
      </w:r>
      <w:r>
        <w:br/>
      </w:r>
      <w:r>
        <w:rPr>
          <w:sz w:val="20"/>
        </w:rPr>
        <w:t>12:47  kisi ka naam main nahin le sakta.</w:t>
      </w:r>
      <w:r>
        <w:br/>
      </w:r>
      <w:r>
        <w:rPr>
          <w:sz w:val="20"/>
        </w:rPr>
        <w:t>12:55  to dekhen, maine bahut janna chaha ke wisdom kya hai. Wisdom.</w:t>
      </w:r>
      <w:r>
        <w:br/>
      </w:r>
      <w:r>
        <w:rPr>
          <w:sz w:val="20"/>
        </w:rPr>
        <w:t>13:10  to maine yeh discover kiya, yeh jaana ke "wisdom is the ability to discover the relevant by</w:t>
      </w:r>
      <w:r>
        <w:br/>
      </w:r>
      <w:r>
        <w:rPr>
          <w:sz w:val="20"/>
        </w:rPr>
        <w:t>13:26  sorting out the irrelevant." "Wisdom is the ability to discover the relevant by sorting out the irrelevant." to</w:t>
      </w:r>
      <w:r>
        <w:br/>
      </w:r>
      <w:r>
        <w:rPr>
          <w:sz w:val="20"/>
        </w:rPr>
        <w:t>13:33  main isi ko thinker manta hoon jo yeh kaam kar sake.</w:t>
      </w:r>
      <w:r>
        <w:br/>
      </w:r>
      <w:r>
        <w:rPr>
          <w:sz w:val="20"/>
        </w:rPr>
        <w:t>13:41  kyunke is duniya mein dekhen, afkar ka jangall hai.</w:t>
      </w:r>
      <w:r>
        <w:br/>
      </w:r>
      <w:r>
        <w:rPr>
          <w:sz w:val="20"/>
        </w:rPr>
        <w:t>13:48  duniya jo hai, hamesha afkar ka jang</w:t>
      </w:r>
      <w:r>
        <w:br/>
      </w:r>
      <w:r>
        <w:rPr>
          <w:sz w:val="20"/>
        </w:rPr>
        <w:t>13:56  l rahi hai.</w:t>
      </w:r>
      <w:r>
        <w:br/>
      </w:r>
      <w:r>
        <w:rPr>
          <w:sz w:val="20"/>
        </w:rPr>
        <w:t>14:01  har aadmi apni apni baat kehta hai.</w:t>
      </w:r>
      <w:r>
        <w:br/>
      </w:r>
      <w:r>
        <w:rPr>
          <w:sz w:val="20"/>
        </w:rPr>
        <w:t>14:06  har aadmi ki apni ek way of thinking hai, woh apni baat kehta hai.</w:t>
      </w:r>
      <w:r>
        <w:br/>
      </w:r>
      <w:r>
        <w:rPr>
          <w:sz w:val="20"/>
        </w:rPr>
        <w:t>14:11  to thinker woh hai jis ke andar yeh salahiyat ho ke bahut sari baaton ke jangall mein alag</w:t>
      </w:r>
      <w:r>
        <w:br/>
      </w:r>
      <w:r>
        <w:rPr>
          <w:sz w:val="20"/>
        </w:rPr>
        <w:t>14:16  kar ke dekh sake cheezon ko.</w:t>
      </w:r>
      <w:r>
        <w:br/>
      </w:r>
      <w:r>
        <w:rPr>
          <w:sz w:val="20"/>
        </w:rPr>
        <w:t>14:21  yani jo irrelevant baaten hain, us ko alag kar sake</w:t>
      </w:r>
      <w:r>
        <w:br/>
      </w:r>
      <w:r>
        <w:rPr>
          <w:sz w:val="20"/>
        </w:rPr>
        <w:t>14:26  aur jo relevant baat hai, us ko jaankar pakad sake.</w:t>
      </w:r>
      <w:r>
        <w:br/>
      </w:r>
      <w:r>
        <w:rPr>
          <w:sz w:val="20"/>
        </w:rPr>
        <w:t>14:31  to bade azeem thinker wahi hai jis ke mind mein sari baaten aayen, sari baaton ka jangall ho.</w:t>
      </w:r>
      <w:r>
        <w:br/>
      </w:r>
      <w:r>
        <w:rPr>
          <w:sz w:val="20"/>
        </w:rPr>
        <w:t>14:36  yeh baat, woh baat, yeh baat, woh baat.</w:t>
      </w:r>
      <w:r>
        <w:br/>
      </w:r>
      <w:r>
        <w:rPr>
          <w:sz w:val="20"/>
        </w:rPr>
        <w:t>14:41  to woh thinker nahin hai.</w:t>
      </w:r>
      <w:r>
        <w:br/>
      </w:r>
      <w:r>
        <w:rPr>
          <w:sz w:val="20"/>
        </w:rPr>
        <w:t>14:46  thinker wohi hai jis ke andar clarity ho.</w:t>
      </w:r>
      <w:r>
        <w:br/>
      </w:r>
      <w:r>
        <w:rPr>
          <w:sz w:val="20"/>
        </w:rPr>
        <w:t>14:51  aur clarity usi waqt aati hai jab</w:t>
      </w:r>
      <w:r>
        <w:br/>
      </w:r>
      <w:r>
        <w:rPr>
          <w:sz w:val="20"/>
        </w:rPr>
        <w:t>14:56  ke aap relevant ko irrelevant se alag kar saken. Logon ki baaton mein, aap logon ki baaton mein, logon ki tehreeron mein aap dekhenge ke aksar clarity nahin hoti hai. Is ki wajah kya hai? Is ki wajah yeh hai ke woh relevant aur irrelevant ko alag kar ke dekh nahin paate. To dono mila rahte</w:t>
      </w:r>
      <w:r>
        <w:br/>
      </w:r>
      <w:r>
        <w:rPr>
          <w:sz w:val="20"/>
        </w:rPr>
        <w:t>15:26  hain, dono baatein un ke ham mili rehti hain.</w:t>
      </w:r>
      <w:r>
        <w:br/>
      </w:r>
      <w:r>
        <w:rPr>
          <w:sz w:val="20"/>
        </w:rPr>
        <w:t>15:32  Isi liye woh confusion aata hai.</w:t>
      </w:r>
      <w:r>
        <w:br/>
      </w:r>
      <w:r>
        <w:rPr>
          <w:sz w:val="20"/>
        </w:rPr>
        <w:t>15:38  Toh jab aap relevant aur irrelevant ko alag kar ke dekh sakein, tab clarity hogi aap ki baat mein.</w:t>
      </w:r>
      <w:r>
        <w:br/>
      </w:r>
      <w:r>
        <w:rPr>
          <w:sz w:val="20"/>
        </w:rPr>
        <w:t>15:45  Agar aap alag na kar paayein toh aap ki baat mein confusion hoga.</w:t>
      </w:r>
      <w:r>
        <w:br/>
      </w:r>
      <w:r>
        <w:rPr>
          <w:sz w:val="20"/>
        </w:rPr>
        <w:t>15:51  Toh mere aziz, yahi hai thinker ki tareef.</w:t>
      </w:r>
      <w:r>
        <w:br/>
      </w:r>
      <w:r>
        <w:rPr>
          <w:sz w:val="20"/>
        </w:rPr>
        <w:t>15:57  Baaki kaun thinker hai, kaun thinker nahi hai, yeh aap khud ghaur kar ke samjhein.</w:t>
      </w:r>
    </w:p>
    <w:p>
      <w:pPr>
        <w:pStyle w:val="Heading2"/>
      </w:pPr>
      <w:r>
        <w:t>Definition of cheap test and how to overcome it</w:t>
      </w:r>
    </w:p>
    <w:p>
      <w:r>
        <w:rPr>
          <w:color w:val="666666"/>
          <w:sz w:val="18"/>
        </w:rPr>
        <w:t>Life &amp; Wisdom · Q&amp;A 11 Jul 2010 Maulana Wahiduddin Khan · 2m 54s · at 9:22 · https://youtu.be/UHtdtzGGwFQ?t=562</w:t>
      </w:r>
    </w:p>
    <w:p>
      <w:r>
        <w:rPr>
          <w:i/>
        </w:rPr>
        <w:t>“Maulana, you always say that one should save oneself from the 'cheap test.' Kindly tell us what is your definition of the 'cheap test' and how one knows if he or she has developed it. Also tell us how one can come out of it.”</w:t>
      </w:r>
    </w:p>
    <w:p>
      <w:r>
        <w:rPr>
          <w:sz w:val="20"/>
        </w:rPr>
        <w:t>9:22  maulana, agla sawal kya hai? stuti malhotra ne, delhi se. she has written: "maulana, you always say that one should save oneself from the cheap test.</w:t>
      </w:r>
      <w:r>
        <w:br/>
      </w:r>
      <w:r>
        <w:rPr>
          <w:sz w:val="20"/>
        </w:rPr>
        <w:t>9:33  kindly tell us what is your definition of cheap test and how one knows if he or she has developed the cheap test.</w:t>
      </w:r>
      <w:r>
        <w:br/>
      </w:r>
      <w:r>
        <w:rPr>
          <w:sz w:val="20"/>
        </w:rPr>
        <w:t>9:43  also tell us how one can come out of it."</w:t>
      </w:r>
      <w:r>
        <w:br/>
      </w:r>
      <w:r>
        <w:rPr>
          <w:sz w:val="20"/>
        </w:rPr>
        <w:t>9:47  dekhen, cheap test ka koi technical definition available nahin hai. koi bhi started plato aap ko cheap test ka koi technical definition nahin de sakte.</w:t>
      </w:r>
      <w:r>
        <w:br/>
      </w:r>
      <w:r>
        <w:rPr>
          <w:sz w:val="20"/>
        </w:rPr>
        <w:t>10:00  yeh aap ko jaanna padega ke what is cheap test. main misaal de sakta hoon aap ko. misaal de sakta hoon ke cheap test kya hai.</w:t>
      </w:r>
      <w:r>
        <w:br/>
      </w:r>
      <w:r>
        <w:rPr>
          <w:sz w:val="20"/>
        </w:rPr>
        <w:t>10:11  lekin main yeh definition define nahin kar sakta aap ko technical shabdon mein. yaani koi aap se pooche ke bhai tumhari salary kya hai?</w:t>
      </w:r>
      <w:r>
        <w:br/>
      </w:r>
      <w:r>
        <w:rPr>
          <w:sz w:val="20"/>
        </w:rPr>
        <w:t>10:22  there is a cheap test. koi kahe us waqt to breakfast kha liya? there is a cheap test.</w:t>
      </w:r>
      <w:r>
        <w:br/>
      </w:r>
      <w:r>
        <w:rPr>
          <w:sz w:val="20"/>
        </w:rPr>
        <w:t>10:29  koi kahe tumhare bachche kitne hain? there is a cheap test.</w:t>
      </w:r>
      <w:r>
        <w:br/>
      </w:r>
      <w:r>
        <w:rPr>
          <w:sz w:val="20"/>
        </w:rPr>
        <w:t>10:35  haan, koi yeh pooche ke bhai tumhara intelligence development kaise hua hai? There is high test.</w:t>
      </w:r>
      <w:r>
        <w:br/>
      </w:r>
      <w:r>
        <w:rPr>
          <w:sz w:val="20"/>
        </w:rPr>
        <w:t>10:44  to chip test ki koi definition available nahin hai. na main kar sakta, na koi koi kar sakta. albattah aap ke andar khud agar</w:t>
      </w:r>
      <w:r>
        <w:br/>
      </w:r>
      <w:r>
        <w:rPr>
          <w:sz w:val="20"/>
        </w:rPr>
        <w:t>10:58  woh quality hai to aap samajh sakte hain ke kya cheap test hai aur kya high test hai. main by nature cheap test se bohat hi allergic hoon, bohat allergic hoon.</w:t>
      </w:r>
      <w:r>
        <w:br/>
      </w:r>
      <w:r>
        <w:rPr>
          <w:sz w:val="20"/>
        </w:rPr>
        <w:t>11:11  aur high test ko bohat pasand karta hoon,</w:t>
      </w:r>
      <w:r>
        <w:br/>
      </w:r>
      <w:r>
        <w:rPr>
          <w:sz w:val="20"/>
        </w:rPr>
        <w:t>11:14  bohat ziyada.</w:t>
      </w:r>
      <w:r>
        <w:br/>
      </w:r>
      <w:r>
        <w:rPr>
          <w:sz w:val="20"/>
        </w:rPr>
        <w:t>11:18  maulana, agar koi apne aap ko cheap test mein paata hai to is mein se kaise bahar nikal sakta hai?</w:t>
      </w:r>
      <w:r>
        <w:br/>
      </w:r>
      <w:r>
        <w:rPr>
          <w:sz w:val="20"/>
        </w:rPr>
        <w:t>11:24  pa jaate hi bahar nikalna hai. bechaini to paate nahin log. paane ke baad to bilkul aasaan hai. log cheap test rehte hain aur samajhte hain ke hum cheap test nahin hain.</w:t>
      </w:r>
      <w:r>
        <w:br/>
      </w:r>
      <w:r>
        <w:rPr>
          <w:sz w:val="20"/>
        </w:rPr>
        <w:t>11:34  asal problem yahan hai. sab se bada problem yeh hai ke apne problem ko aadmi jaanta nahin. apne andar jo coming hai, jo weakness hai,</w:t>
      </w:r>
      <w:r>
        <w:br/>
      </w:r>
      <w:r>
        <w:rPr>
          <w:sz w:val="20"/>
        </w:rPr>
        <w:t>11:47  us weakness se woh unaware rehta hai. problem yahan hai. agar aap jaan len to phir to phir bilkul aasaan hai. jab aap jaan len ke yeh switch hai, is ko dabane se light ho jayegi to phir kya mushkil kya hai?</w:t>
      </w:r>
      <w:r>
        <w:br/>
      </w:r>
      <w:r>
        <w:rPr>
          <w:sz w:val="20"/>
        </w:rPr>
        <w:t>12:00  bhai daba dijiye is ko.</w:t>
      </w:r>
      <w:r>
        <w:br/>
      </w:r>
      <w:r>
        <w:rPr>
          <w:sz w:val="20"/>
        </w:rPr>
        <w:t>12:04  awareness to yaani ho jaye. agar sach poochhen to aap is ki key per pahunch gaye.</w:t>
      </w:r>
    </w:p>
    <w:p>
      <w:pPr>
        <w:pStyle w:val="Heading2"/>
      </w:pPr>
      <w:r>
        <w:t>Developing Right Angle Thinking</w:t>
      </w:r>
    </w:p>
    <w:p>
      <w:r>
        <w:rPr>
          <w:color w:val="666666"/>
          <w:sz w:val="18"/>
        </w:rPr>
        <w:t>Life &amp; Wisdom · Angle of Vision February 28, 2016 · 3m 19s · at 44:35 · https://youtu.be/dFZ7_x1Ul7A?t=2675</w:t>
      </w:r>
    </w:p>
    <w:p>
      <w:r>
        <w:rPr>
          <w:i/>
        </w:rPr>
        <w:t>“How can we develop the right angle of thinking? What should be the starting point for all of us? Please advise.”</w:t>
      </w:r>
    </w:p>
    <w:p>
      <w:r>
        <w:rPr>
          <w:sz w:val="20"/>
        </w:rPr>
        <w:t>44:35  maulana, yeh sawal bhopal se kiya hai zakir sahab ne, aur unhon ne likha hai ke how can</w:t>
      </w:r>
      <w:r>
        <w:br/>
      </w:r>
      <w:r>
        <w:rPr>
          <w:sz w:val="20"/>
        </w:rPr>
        <w:t>44:42  we develop right angle of thinking maulana sahib, what should be the starting point for all of us?</w:t>
      </w:r>
      <w:r>
        <w:br/>
      </w:r>
      <w:r>
        <w:rPr>
          <w:sz w:val="20"/>
        </w:rPr>
        <w:t>44:49  please advise.</w:t>
      </w:r>
      <w:r>
        <w:br/>
      </w:r>
      <w:r>
        <w:rPr>
          <w:sz w:val="20"/>
        </w:rPr>
        <w:t>44:54  bohat simple hai, bohat simple hai.</w:t>
      </w:r>
      <w:r>
        <w:br/>
      </w:r>
      <w:r>
        <w:rPr>
          <w:sz w:val="20"/>
        </w:rPr>
        <w:t>44:59  ہوتا یہ ہے کہ جب کوئی ڈیفرنس آتا ہے تو فوراً آپ blame the self شروع کر دیتے</w:t>
      </w:r>
      <w:r>
        <w:br/>
      </w:r>
      <w:r>
        <w:rPr>
          <w:sz w:val="20"/>
        </w:rPr>
        <w:t>45:04  hain ke ghalti doosre ki, ghalti doosre ki.</w:t>
      </w:r>
      <w:r>
        <w:br/>
      </w:r>
      <w:r>
        <w:rPr>
          <w:sz w:val="20"/>
        </w:rPr>
        <w:t>45:10  jaise hi difference aaya, foran doosre ko le kar sochne lagte hain.</w:t>
      </w:r>
      <w:r>
        <w:br/>
      </w:r>
      <w:r>
        <w:rPr>
          <w:sz w:val="20"/>
        </w:rPr>
        <w:t>45:15  aap yeh badal dijiye, apne ko le kar sochiye, apne ko le kar.</w:t>
      </w:r>
      <w:r>
        <w:br/>
      </w:r>
      <w:r>
        <w:rPr>
          <w:sz w:val="20"/>
        </w:rPr>
        <w:t>45:20  bas simple formula hai, kyunke dekhiye, jahan se aap start lenge, wahi wahi line chalti rahegi.</w:t>
      </w:r>
      <w:r>
        <w:br/>
      </w:r>
      <w:r>
        <w:rPr>
          <w:sz w:val="20"/>
        </w:rPr>
        <w:t>45:26  آپ نے اسٹارٹ لیا یہاں سے کہ غلطی دوسرے کی ہے، تو blame others پہ پٹی چل پڑے گی۔</w:t>
      </w:r>
      <w:r>
        <w:br/>
      </w:r>
      <w:r>
        <w:rPr>
          <w:sz w:val="20"/>
        </w:rPr>
        <w:t>45:31  پوری ٹرین جو ہے، blame others کے رخ پر چل پڑے گی۔</w:t>
      </w:r>
      <w:r>
        <w:br/>
      </w:r>
      <w:r>
        <w:rPr>
          <w:sz w:val="20"/>
        </w:rPr>
        <w:t>45:36  nahin, aap yeh sochen ke is mein meri kaun si kotahi hai, to chalegi doosre rukh par.</w:t>
      </w:r>
      <w:r>
        <w:br/>
      </w:r>
      <w:r>
        <w:rPr>
          <w:sz w:val="20"/>
        </w:rPr>
        <w:t>45:41  to aap discover karenge apni ghalti ko.</w:t>
      </w:r>
      <w:r>
        <w:br/>
      </w:r>
      <w:r>
        <w:rPr>
          <w:sz w:val="20"/>
        </w:rPr>
        <w:t>45:47  main ab kal ek sahib se maine kaha ke main rozana apni ghalti dhoondta rehta hoon, roz daily.</w:t>
      </w:r>
      <w:r>
        <w:br/>
      </w:r>
      <w:r>
        <w:rPr>
          <w:sz w:val="20"/>
        </w:rPr>
        <w:t>45:52  aur kal maine apni ghalti daryaft ki, jo jo poori zindagi mein jis mein mubtala tha, aur</w:t>
      </w:r>
      <w:r>
        <w:br/>
      </w:r>
      <w:r>
        <w:rPr>
          <w:sz w:val="20"/>
        </w:rPr>
        <w:t>45:57  kal discover hui.</w:t>
      </w:r>
      <w:r>
        <w:br/>
      </w:r>
      <w:r>
        <w:rPr>
          <w:sz w:val="20"/>
        </w:rPr>
        <w:t>46:03  woh ghalti discover hui.</w:t>
      </w:r>
      <w:r>
        <w:br/>
      </w:r>
      <w:r>
        <w:rPr>
          <w:sz w:val="20"/>
        </w:rPr>
        <w:t>46:08  mera apna yeh habit hai, aap poochhen mujh se, bata sakta hoon ke kya kya ghaltiyan main discover</w:t>
      </w:r>
      <w:r>
        <w:br/>
      </w:r>
      <w:r>
        <w:rPr>
          <w:sz w:val="20"/>
        </w:rPr>
        <w:t>46:13  karta rehta hoon.</w:t>
      </w:r>
      <w:r>
        <w:br/>
      </w:r>
      <w:r>
        <w:rPr>
          <w:sz w:val="20"/>
        </w:rPr>
        <w:t>46:18  aur kal maine discover ki, yeh to bohat hi ibadat hai.</w:t>
      </w:r>
      <w:r>
        <w:br/>
      </w:r>
      <w:r>
        <w:rPr>
          <w:sz w:val="20"/>
        </w:rPr>
        <w:t>46:24  ibadat kaise hai? aap log dawat ka mission ke uthe hain, yeh nahin jante aap? yeh dawat, yeh</w:t>
      </w:r>
      <w:r>
        <w:br/>
      </w:r>
      <w:r>
        <w:rPr>
          <w:sz w:val="20"/>
        </w:rPr>
        <w:t>46:29  ibadat hai apni ghalti ko dhoondna.</w:t>
      </w:r>
      <w:r>
        <w:br/>
      </w:r>
      <w:r>
        <w:rPr>
          <w:sz w:val="20"/>
        </w:rPr>
        <w:t>46:34  yeh ibadat hai, super ibadat hai, super!</w:t>
      </w:r>
      <w:r>
        <w:br/>
      </w:r>
      <w:r>
        <w:rPr>
          <w:sz w:val="20"/>
        </w:rPr>
        <w:t>46:40  yeh to super ibadat hai apni ghalti ko dhoondna.</w:t>
      </w:r>
      <w:r>
        <w:br/>
      </w:r>
      <w:r>
        <w:rPr>
          <w:sz w:val="20"/>
        </w:rPr>
        <w:t>46:46  aap dekhiye, jo quran mein iblis ka jo qissa bayan hua, aur angel ka jo qissa bayan hua</w:t>
      </w:r>
      <w:r>
        <w:br/>
      </w:r>
      <w:r>
        <w:rPr>
          <w:sz w:val="20"/>
        </w:rPr>
        <w:t>46:52  hai, is mein aap dekhiye, dono mein farq dekhiye.</w:t>
      </w:r>
      <w:r>
        <w:br/>
      </w:r>
      <w:r>
        <w:rPr>
          <w:sz w:val="20"/>
        </w:rPr>
        <w:t>46:58  aap compare kijiye, yaani angels ka aur iblis ka farq.</w:t>
      </w:r>
      <w:r>
        <w:br/>
      </w:r>
      <w:r>
        <w:rPr>
          <w:sz w:val="20"/>
        </w:rPr>
        <w:t>47:05  iblis ne yeh adam par laga diya, yaani sari baat adam par daal di.</w:t>
      </w:r>
      <w:r>
        <w:br/>
      </w:r>
      <w:r>
        <w:rPr>
          <w:sz w:val="20"/>
        </w:rPr>
        <w:t>47:11  ana khairun min aur aur aur firishtoon ne kya kiya? foran maan liya ke hum hamare paas ilm</w:t>
      </w:r>
      <w:r>
        <w:br/>
      </w:r>
      <w:r>
        <w:rPr>
          <w:sz w:val="20"/>
        </w:rPr>
        <w:t>47:17  ilm kam tha, is liye hum samajh nahin paaye muamle ko.</w:t>
      </w:r>
      <w:r>
        <w:br/>
      </w:r>
      <w:r>
        <w:rPr>
          <w:sz w:val="20"/>
        </w:rPr>
        <w:t>47:23  معاملے کو، یعنی فرشتوں نے blame the self قبول کیا، اور ابلیس نے blame others قبول کیا۔</w:t>
      </w:r>
      <w:r>
        <w:br/>
      </w:r>
      <w:r>
        <w:rPr>
          <w:sz w:val="20"/>
        </w:rPr>
        <w:t>47:30  blame others, simple formula hai ke jab bhi difference aaye to aap farishton ka tariqa ikhtiyar kijiye, aur</w:t>
      </w:r>
      <w:r>
        <w:br/>
      </w:r>
      <w:r>
        <w:rPr>
          <w:sz w:val="20"/>
        </w:rPr>
        <w:t>47:36  iblis ka tareeqa mat ikhtiyar kijiye.</w:t>
      </w:r>
      <w:r>
        <w:br/>
      </w:r>
      <w:r>
        <w:rPr>
          <w:sz w:val="20"/>
        </w:rPr>
        <w:t>47:42  یعنی blame others کو چھوڑیے، blame the self پر عمل کیجئے۔</w:t>
      </w:r>
      <w:r>
        <w:br/>
      </w:r>
      <w:r>
        <w:rPr>
          <w:sz w:val="20"/>
        </w:rPr>
        <w:t>47:49  bas ek second, masla khatam ho jayega.</w:t>
      </w:r>
    </w:p>
    <w:p>
      <w:pPr>
        <w:pStyle w:val="Heading2"/>
      </w:pPr>
      <w:r>
        <w:t>Developing a Complex-Free Personality</w:t>
      </w:r>
    </w:p>
    <w:p>
      <w:r>
        <w:rPr>
          <w:color w:val="666666"/>
          <w:sz w:val="18"/>
        </w:rPr>
        <w:t>Life &amp; Wisdom · Q&amp;A 04 Mar 2012 Maulana Wahiduddin Khan · 2m 39s · at 18:50 · https://youtu.be/txRmutuvWQI?t=1130</w:t>
      </w:r>
    </w:p>
    <w:p>
      <w:r>
        <w:rPr>
          <w:i/>
        </w:rPr>
        <w:t>“What is the importance of a complex-free personality and what is the formula to develop it? Kindly advise.”</w:t>
      </w:r>
    </w:p>
    <w:p>
      <w:r>
        <w:rPr>
          <w:sz w:val="20"/>
        </w:rPr>
        <w:t>18:50  maulana, agla sawal misster sajid anwar ka hai roodki se. unhon ne poocha hai: "what is the importance of complex free personality and what is the formula to develop this?</w:t>
      </w:r>
      <w:r>
        <w:br/>
      </w:r>
      <w:r>
        <w:rPr>
          <w:sz w:val="20"/>
        </w:rPr>
        <w:t>19:03  kindly advice."</w:t>
      </w:r>
      <w:r>
        <w:br/>
      </w:r>
      <w:r>
        <w:rPr>
          <w:sz w:val="20"/>
        </w:rPr>
        <w:t>19:16  dekhiye, surah alfajr mein aap parhen to is mein aap ko is ka formula milega.</w:t>
      </w:r>
      <w:r>
        <w:br/>
      </w:r>
      <w:r>
        <w:rPr>
          <w:sz w:val="20"/>
        </w:rPr>
        <w:t>19:26  surah alfajr mein do kirdaar bataye gaye hain: aik akram, aik ahaan. aik woh insaan jis par Allah taala ne rehmatain keen, jis ko sahoolatain mileen, ashaish mili, aaram mila, dunya ke faiday milay.</w:t>
      </w:r>
      <w:r>
        <w:br/>
      </w:r>
      <w:r>
        <w:rPr>
          <w:sz w:val="20"/>
        </w:rPr>
        <w:t>19:46  to woh kya hua is ka ke woh akram ki nafsiyat mein mubtala ho gaya hai. yani apnay ko samjha ke mein koi bari cheez houn.</w:t>
      </w:r>
      <w:r>
        <w:br/>
      </w:r>
      <w:r>
        <w:rPr>
          <w:sz w:val="20"/>
        </w:rPr>
        <w:t>19:57  aur kisi ko agar kam mila, koi tangi ho gayi to woh ahant ki nafsiyat mein mubtala ho gaya ke khuda ne meri</w:t>
      </w:r>
      <w:r>
        <w:br/>
      </w:r>
      <w:r>
        <w:rPr>
          <w:sz w:val="20"/>
        </w:rPr>
        <w:t>20:06  mujh ko haqeer bana diya. to is se bachna ke ziyada milay, tab bhi aap shukr mein, shukr ke maani mein len is ko, na ke zaati barhai kamane mein.</w:t>
      </w:r>
      <w:r>
        <w:br/>
      </w:r>
      <w:r>
        <w:rPr>
          <w:sz w:val="20"/>
        </w:rPr>
        <w:t>20:21  yani ziyada milay aap ko to aap shukr mein gharaq ho jayen. kam milay aap ko, tab bhi aap kahain ke jo Allah ne muqaddar kiya tha, woh mujhe mila, mein is par raazi houn.</w:t>
      </w:r>
      <w:r>
        <w:br/>
      </w:r>
      <w:r>
        <w:rPr>
          <w:sz w:val="20"/>
        </w:rPr>
        <w:t>20:35  to yes, jo aadmi</w:t>
      </w:r>
      <w:r>
        <w:br/>
      </w:r>
      <w:r>
        <w:rPr>
          <w:sz w:val="20"/>
        </w:rPr>
        <w:t>20:38  sabr aur shukr ke is imtehan mein poora utray, wahi hai complex free soul. na nashukri mein mubtala ho, na bay sabri mein mubtala ho.</w:t>
      </w:r>
      <w:r>
        <w:br/>
      </w:r>
      <w:r>
        <w:rPr>
          <w:sz w:val="20"/>
        </w:rPr>
        <w:t>20:48  kam milay, tab bhi raazi. ziyada milay, tab bhi raazi. har haal mein woh Allah ka Allah ko yaad karay</w:t>
      </w:r>
      <w:r>
        <w:br/>
      </w:r>
      <w:r>
        <w:rPr>
          <w:sz w:val="20"/>
        </w:rPr>
        <w:t>20:58  aur yeh samjhay ke jo Allah ne muqaddar kiya hai, usi mein faida hoga, usi mein mere liye faida hoga. tab woh woh shakhsiyat banti hai.</w:t>
      </w:r>
      <w:r>
        <w:br/>
      </w:r>
      <w:r>
        <w:rPr>
          <w:sz w:val="20"/>
        </w:rPr>
        <w:t>21:09  matlab khulasa quran ke lafzon mein khulasa yeh hai ke jo ahant ki nafsiyat se bachaye apnay ko,</w:t>
      </w:r>
      <w:r>
        <w:br/>
      </w:r>
      <w:r>
        <w:rPr>
          <w:sz w:val="20"/>
        </w:rPr>
        <w:t>21:15  akram ki nafsiyat se bataye bachaye apnay ko. surah alfajr mein dekh lijiyay, woh hai complex free soul. is ko quran mein kaha gaya: "an nafs al mutmainnah".</w:t>
      </w:r>
    </w:p>
    <w:p>
      <w:pPr>
        <w:pStyle w:val="Heading2"/>
      </w:pPr>
      <w:r>
        <w:t>Developing a complex-free personality</w:t>
      </w:r>
    </w:p>
    <w:p>
      <w:r>
        <w:rPr>
          <w:color w:val="666666"/>
          <w:sz w:val="18"/>
        </w:rPr>
        <w:t>Life &amp; Wisdom · The Character of a Dayee 4 March 2012 - Maulana Wahiduddin Khan · 2m 42s · at 1:21:35 · https://youtu.be/YtavJpVNbEM?t=4895</w:t>
      </w:r>
    </w:p>
    <w:p>
      <w:r>
        <w:rPr>
          <w:i/>
        </w:rPr>
        <w:t>“What is the importance of a complex-free personality and what is the formula to develop this?”</w:t>
      </w:r>
    </w:p>
    <w:p>
      <w:r>
        <w:rPr>
          <w:sz w:val="20"/>
        </w:rPr>
        <w:t>1:21:35  yeh baat quran mein batai gayi hai. is ko Hazrat Loot ki jo qom thi, us us ke silsile mein. Maulana, agla sawal mr Sajid Anwar ka hai Roorkee se.</w:t>
      </w:r>
      <w:r>
        <w:br/>
      </w:r>
      <w:r>
        <w:rPr>
          <w:sz w:val="20"/>
        </w:rPr>
        <w:t>1:21:49  unho'n ne poocha hai: "What is the importance of complex free personality and what is the formula to develop this?" dekhiye, surah alfajr mein</w:t>
      </w:r>
      <w:r>
        <w:br/>
      </w:r>
      <w:r>
        <w:rPr>
          <w:sz w:val="20"/>
        </w:rPr>
        <w:t>1:22:00  aap parhein To is mein aap ko is ka formula mile ga.</w:t>
      </w:r>
      <w:r>
        <w:br/>
      </w:r>
      <w:r>
        <w:rPr>
          <w:sz w:val="20"/>
        </w:rPr>
        <w:t>1:22:09  surah alfajr mein do kirdar bataye gaye hain: aik akramand, aik ahan. aik woh insan jis par Allah taala ne rehmaten keen,</w:t>
      </w:r>
      <w:r>
        <w:br/>
      </w:r>
      <w:r>
        <w:rPr>
          <w:sz w:val="20"/>
        </w:rPr>
        <w:t>1:22:22  jis ko sahoolaten milen, aasahish mili, aaram mila, dunya ke faayde mile.</w:t>
      </w:r>
      <w:r>
        <w:br/>
      </w:r>
      <w:r>
        <w:rPr>
          <w:sz w:val="20"/>
        </w:rPr>
        <w:t>1:22:29  To woh kya hua? is ka ke woh akramand ki nafsiyat mein mubtala ho gaya, ya'ni apne ko samjha ke main koi bari cheez hoon.</w:t>
      </w:r>
      <w:r>
        <w:br/>
      </w:r>
      <w:r>
        <w:rPr>
          <w:sz w:val="20"/>
        </w:rPr>
        <w:t>1:22:41  aur kisi ko agar kam mila, koi tangi ho gayi To woh ahant ki nafsiyat mein mubtala ho gaya ke Khuda ne meri</w:t>
      </w:r>
      <w:r>
        <w:br/>
      </w:r>
      <w:r>
        <w:rPr>
          <w:sz w:val="20"/>
        </w:rPr>
        <w:t>1:22:51  mujh ko haqeer bana diya. To is se bachna ke zyada mile, tab bhi aap shukr mein, shukr ke ma'ne mein len is ko, na ke zaati barhai kamane mein.</w:t>
      </w:r>
      <w:r>
        <w:br/>
      </w:r>
      <w:r>
        <w:rPr>
          <w:sz w:val="20"/>
        </w:rPr>
        <w:t>1:23:06  ya'ni zyada mile aap ko To aap shukr mein gharaq ho jayen, kam mile aap ko, tab bhi aap kahen ke jo Allah ne muqaddar kiya tha, woh mujhe mila, main is par raazi hoon.</w:t>
      </w:r>
      <w:r>
        <w:br/>
      </w:r>
      <w:r>
        <w:rPr>
          <w:sz w:val="20"/>
        </w:rPr>
        <w:t>1:23:20  To yeh</w:t>
      </w:r>
      <w:r>
        <w:br/>
      </w:r>
      <w:r>
        <w:rPr>
          <w:sz w:val="20"/>
        </w:rPr>
        <w:t>1:23:22  jo aadmi sabr aur shukr ke is imtehan mein poora utre, wohi hai complex free soul. na nashukri mein mubtala ho, na be sabri mein mubtala ho.</w:t>
      </w:r>
      <w:r>
        <w:br/>
      </w:r>
      <w:r>
        <w:rPr>
          <w:sz w:val="20"/>
        </w:rPr>
        <w:t>1:23:34  kam mile, tab bhi raazi, zyada mile, tab bhi raazi.</w:t>
      </w:r>
      <w:r>
        <w:br/>
      </w:r>
      <w:r>
        <w:rPr>
          <w:sz w:val="20"/>
        </w:rPr>
        <w:t>1:23:38  har haal mein woh Allah ka, Allah ko yaad kare aur yeh samjhe ke jo Allah ne muqaddar kiya hai, woh usi mein faayda hoga, usi mein mere liye faayda hoga.</w:t>
      </w:r>
      <w:r>
        <w:br/>
      </w:r>
      <w:r>
        <w:rPr>
          <w:sz w:val="20"/>
        </w:rPr>
        <w:t>1:23:53  tab woh woh shakhsiyat banti hai.</w:t>
      </w:r>
      <w:r>
        <w:br/>
      </w:r>
      <w:r>
        <w:rPr>
          <w:sz w:val="20"/>
        </w:rPr>
        <w:t>1:23:56  matlab khulasa Quran ke lafzon mein khulasa yeh hai ke jo ahant ki nafsiyat se bachaye apne ko, akramand ki nafsiyat se bataye, bachaye apne ko.</w:t>
      </w:r>
      <w:r>
        <w:br/>
      </w:r>
      <w:r>
        <w:rPr>
          <w:sz w:val="20"/>
        </w:rPr>
        <w:t>1:24:05  surah alfajr mein dekh lijiyey, woh hai complex free soul. is ko Quran mein kaha gaya: "an-nafs al-mutma'innah".</w:t>
      </w:r>
    </w:p>
    <w:p>
      <w:pPr>
        <w:pStyle w:val="Heading2"/>
      </w:pPr>
      <w:r>
        <w:t>Developing creativity despite distractions</w:t>
      </w:r>
    </w:p>
    <w:p>
      <w:r>
        <w:rPr>
          <w:color w:val="666666"/>
          <w:sz w:val="18"/>
        </w:rPr>
        <w:t>Life &amp; Wisdom · Studying The Quran with Open Mind October 20, 2019 Maulana Wahiduddin Khan · 4m 53s · at 40:03 · https://youtu.be/OPyJO5TP_wI?t=2403</w:t>
      </w:r>
    </w:p>
    <w:p>
      <w:r>
        <w:rPr>
          <w:i/>
        </w:rPr>
        <w:t>“Maulana, how can creativity be developed? I have heard your earlier lectures where you said save yourself from distraction, but Maulana, in today's competitive world you cannot be hundred percent distraction free. So does that mean that developing creativity is not possible?”</w:t>
      </w:r>
    </w:p>
    <w:p>
      <w:r>
        <w:rPr>
          <w:sz w:val="20"/>
        </w:rPr>
        <w:t>40:03  Maulana agla sawal lete hain</w:t>
      </w:r>
      <w:r>
        <w:br/>
      </w:r>
      <w:r>
        <w:rPr>
          <w:sz w:val="20"/>
        </w:rPr>
        <w:t>40:07  yeh sawal abhi jo aap ne jawab diya isi se isi ko le ke hai aur jinhon ne sawal kiya un ka naam hai Muhammad Akram sahib Kanpur se hain unhon ne likha hai Maulana how can creativity be developed</w:t>
      </w:r>
      <w:r>
        <w:br/>
      </w:r>
      <w:r>
        <w:rPr>
          <w:sz w:val="20"/>
        </w:rPr>
        <w:t>40:23  I have heard your earlier lectures where you said save yourself from distraction but Maulana sahib in today's competitive world you cannot be hundred percent distraction free so does that mean that developing creativity is not possible</w:t>
      </w:r>
      <w:r>
        <w:br/>
      </w:r>
      <w:r>
        <w:rPr>
          <w:sz w:val="20"/>
        </w:rPr>
        <w:t>40:41  please elaborate on your guidance to all of us</w:t>
      </w:r>
      <w:r>
        <w:br/>
      </w:r>
      <w:r>
        <w:rPr>
          <w:sz w:val="20"/>
        </w:rPr>
        <w:t>40:48  dekhen koi baat bhi</w:t>
      </w:r>
      <w:r>
        <w:br/>
      </w:r>
      <w:r>
        <w:rPr>
          <w:sz w:val="20"/>
        </w:rPr>
        <w:t>40:54  total stress mein nahi kahi jati</w:t>
      </w:r>
      <w:r>
        <w:br/>
      </w:r>
      <w:r>
        <w:rPr>
          <w:sz w:val="20"/>
        </w:rPr>
        <w:t>40:57  koi bhi baat nahi</w:t>
      </w:r>
      <w:r>
        <w:br/>
      </w:r>
      <w:r>
        <w:rPr>
          <w:sz w:val="20"/>
        </w:rPr>
        <w:t>40:59  hata ke agar koi aadmi aap ko bataye ke namaz mein khushbakhata karo is ka matlab yeh</w:t>
      </w:r>
      <w:r>
        <w:br/>
      </w:r>
      <w:r>
        <w:rPr>
          <w:sz w:val="20"/>
        </w:rPr>
        <w:t>41:06  nahi hai ke total stress mein khasha ban jao yeh hota hi nahi</w:t>
      </w:r>
      <w:r>
        <w:br/>
      </w:r>
      <w:r>
        <w:rPr>
          <w:sz w:val="20"/>
        </w:rPr>
        <w:t>41:12  to distraction se bachana</w:t>
      </w:r>
      <w:r>
        <w:br/>
      </w:r>
      <w:r>
        <w:rPr>
          <w:sz w:val="20"/>
        </w:rPr>
        <w:t>41:16  qabil-e-amal daira mein hota hai</w:t>
      </w:r>
      <w:r>
        <w:br/>
      </w:r>
      <w:r>
        <w:rPr>
          <w:sz w:val="20"/>
        </w:rPr>
        <w:t>41:22  jahan jahan aap</w:t>
      </w:r>
      <w:r>
        <w:br/>
      </w:r>
      <w:r>
        <w:rPr>
          <w:sz w:val="20"/>
        </w:rPr>
        <w:t>41:25  ke bas mein hai aap ke ikhtiyar mein hai wahan wahan bachaiye</w:t>
      </w:r>
      <w:r>
        <w:br/>
      </w:r>
      <w:r>
        <w:rPr>
          <w:sz w:val="20"/>
        </w:rPr>
        <w:t>41:31  jahan aap ke bas mein nahi hai</w:t>
      </w:r>
      <w:r>
        <w:br/>
      </w:r>
      <w:r>
        <w:rPr>
          <w:sz w:val="20"/>
        </w:rPr>
        <w:t>41:35  to is ko chhodie</w:t>
      </w:r>
      <w:r>
        <w:br/>
      </w:r>
      <w:r>
        <w:rPr>
          <w:sz w:val="20"/>
        </w:rPr>
        <w:t>41:40  misal ke taur par dekhen main jahan baith kar kaam karta hoon woh road ke kinare hai to wahan par barabar traffic chalta hai horn bajta hai yeh sab baatein hoti hain to shuru mein maine</w:t>
      </w:r>
      <w:r>
        <w:br/>
      </w:r>
      <w:r>
        <w:rPr>
          <w:sz w:val="20"/>
        </w:rPr>
        <w:t>42:06  bahut zyada disturb hota tha phir maine socha ke yeh to hoga</w:t>
      </w:r>
      <w:r>
        <w:br/>
      </w:r>
      <w:r>
        <w:rPr>
          <w:sz w:val="20"/>
        </w:rPr>
        <w:t>42:16  yeh sadak koi badi sadak to hai nahi to dheere dheere mein used to ho gaya ab is</w:t>
      </w:r>
      <w:r>
        <w:br/>
      </w:r>
      <w:r>
        <w:rPr>
          <w:sz w:val="20"/>
        </w:rPr>
        <w:t>42:23  same road par ab mein kaam karta rehta hoon distraction ke baghair to jab distraction ki baat ki</w:t>
      </w:r>
      <w:r>
        <w:br/>
      </w:r>
      <w:r>
        <w:rPr>
          <w:sz w:val="20"/>
        </w:rPr>
        <w:t>42:32  jati hai to is ka matlab yeh nahi hota yaad rakhiye</w:t>
      </w:r>
      <w:r>
        <w:br/>
      </w:r>
      <w:r>
        <w:rPr>
          <w:sz w:val="20"/>
        </w:rPr>
        <w:t>42:37  ke distraction ka khatma</w:t>
      </w:r>
      <w:r>
        <w:br/>
      </w:r>
      <w:r>
        <w:rPr>
          <w:sz w:val="20"/>
        </w:rPr>
        <w:t>42:41  distraction ko manage karna</w:t>
      </w:r>
      <w:r>
        <w:br/>
      </w:r>
      <w:r>
        <w:rPr>
          <w:sz w:val="20"/>
        </w:rPr>
        <w:t>42:47  aap ko yeh yeh janna chahiye yeh art ke kaise distraction ko</w:t>
      </w:r>
      <w:r>
        <w:br/>
      </w:r>
      <w:r>
        <w:rPr>
          <w:sz w:val="20"/>
        </w:rPr>
        <w:t>42:56  manage kiya jaye</w:t>
      </w:r>
      <w:r>
        <w:br/>
      </w:r>
      <w:r>
        <w:rPr>
          <w:sz w:val="20"/>
        </w:rPr>
        <w:t>43:01  kaise distraction ko manage kiya jaye woh har ek ke bas mein hai woh kisi ke liye bas se bahar nahi hai</w:t>
      </w:r>
      <w:r>
        <w:br/>
      </w:r>
      <w:r>
        <w:rPr>
          <w:sz w:val="20"/>
        </w:rPr>
        <w:t>43:15  maulana kuch aur comments aaye hain woh lena chahenge aamir mori sahab ne guwa se likha hai</w:t>
      </w:r>
      <w:r>
        <w:br/>
      </w:r>
      <w:r>
        <w:rPr>
          <w:sz w:val="20"/>
        </w:rPr>
        <w:t>43:21  i got to know something today which was bothering me a lot and i was not able to</w:t>
      </w:r>
      <w:r>
        <w:br/>
      </w:r>
      <w:r>
        <w:rPr>
          <w:sz w:val="20"/>
        </w:rPr>
        <w:t>43:27  get answers to my problems</w:t>
      </w:r>
      <w:r>
        <w:br/>
      </w:r>
      <w:r>
        <w:rPr>
          <w:sz w:val="20"/>
        </w:rPr>
        <w:t>43:29  maulana i was not aware about the concept of non-crippling challenges i am delighted to understand this concept</w:t>
      </w:r>
      <w:r>
        <w:br/>
      </w:r>
      <w:r>
        <w:rPr>
          <w:sz w:val="20"/>
        </w:rPr>
        <w:t>43:38  for the first time that non-crippling challenges are actually the blessings from god to make us strong and</w:t>
      </w:r>
      <w:r>
        <w:br/>
      </w:r>
      <w:r>
        <w:rPr>
          <w:sz w:val="20"/>
        </w:rPr>
        <w:t>43:45  more developed to face the bigger challenges of life also I got to know today that essence of</w:t>
      </w:r>
      <w:r>
        <w:br/>
      </w:r>
      <w:r>
        <w:rPr>
          <w:sz w:val="20"/>
        </w:rPr>
        <w:t>43:52  style of the quran is to make a reader creative so that he discovers hidden wisdom from the</w:t>
      </w:r>
      <w:r>
        <w:br/>
      </w:r>
      <w:r>
        <w:rPr>
          <w:sz w:val="20"/>
        </w:rPr>
        <w:t>43:59  divine message thank</w:t>
      </w:r>
      <w:r>
        <w:br/>
      </w:r>
      <w:r>
        <w:rPr>
          <w:sz w:val="20"/>
        </w:rPr>
        <w:t>44:00  you so much Maulana your every talk is like a spiritual medicine for all</w:t>
      </w:r>
      <w:r>
        <w:br/>
      </w:r>
      <w:r>
        <w:rPr>
          <w:sz w:val="20"/>
        </w:rPr>
        <w:t>44:06  of us may God bless you</w:t>
      </w:r>
      <w:r>
        <w:br/>
      </w:r>
      <w:r>
        <w:rPr>
          <w:sz w:val="20"/>
        </w:rPr>
        <w:t>44:10  iqbal je iqbal faraz sahib ne likha hai comment un ki location hai west bengal unhon ne likha</w:t>
      </w:r>
      <w:r>
        <w:br/>
      </w:r>
      <w:r>
        <w:rPr>
          <w:sz w:val="20"/>
        </w:rPr>
        <w:t>44:17  hai muslim sirf traditional ban kar reh gaye hain is liye tadabbur aur tafakkur ki salahiyat khatm ho</w:t>
      </w:r>
      <w:r>
        <w:br/>
      </w:r>
      <w:r>
        <w:rPr>
          <w:sz w:val="20"/>
        </w:rPr>
        <w:t>44:25  chuki hai aap ki books mind ko unfold karne ke liye bohat zaroori hai madrasa ko aap ki</w:t>
      </w:r>
      <w:r>
        <w:br/>
      </w:r>
      <w:r>
        <w:rPr>
          <w:sz w:val="20"/>
        </w:rPr>
        <w:t>44:33  kitabein apne nisaab mein shamil karni chahiye</w:t>
      </w:r>
      <w:r>
        <w:br/>
      </w:r>
      <w:r>
        <w:rPr>
          <w:sz w:val="20"/>
        </w:rPr>
        <w:t>44:39  Fahad Khan Sahab ne Noida se likha hai, my takeaway from today's lectures are we have to</w:t>
      </w:r>
      <w:r>
        <w:br/>
      </w:r>
      <w:r>
        <w:rPr>
          <w:sz w:val="20"/>
        </w:rPr>
        <w:t>44:45  read the quran with creativity and uncover its hidden meanings so that we can seek correct guidance from</w:t>
      </w:r>
      <w:r>
        <w:br/>
      </w:r>
      <w:r>
        <w:rPr>
          <w:sz w:val="20"/>
        </w:rPr>
        <w:t>44:53  the quran second we have to</w:t>
      </w:r>
    </w:p>
    <w:p>
      <w:pPr>
        <w:pStyle w:val="Heading2"/>
      </w:pPr>
      <w:r>
        <w:t>Developing rational thinking skills</w:t>
      </w:r>
    </w:p>
    <w:p>
      <w:r>
        <w:rPr>
          <w:color w:val="666666"/>
          <w:sz w:val="18"/>
        </w:rPr>
        <w:t>Life &amp; Wisdom · Problem of Dajjal 29 sept, 2019 - Maulana Wahiduddin Khan · 4m 20s · at 54:12 · https://youtu.be/PL-Kv-sE68w?t=3252</w:t>
      </w:r>
    </w:p>
    <w:p>
      <w:r>
        <w:rPr>
          <w:i/>
        </w:rPr>
        <w:t>“How to develop rational thinking? Please explain.”</w:t>
      </w:r>
    </w:p>
    <w:p>
      <w:r>
        <w:rPr>
          <w:sz w:val="20"/>
        </w:rPr>
        <w:t>54:12  Maulana, agla sawal Sajid Anwar Sahab ka hai Delhi se. Unhone aap se poocha hai ke "how to develop rational thinking" is ke bare mein bataein.</w:t>
      </w:r>
      <w:r>
        <w:br/>
      </w:r>
      <w:r>
        <w:rPr>
          <w:sz w:val="20"/>
        </w:rPr>
        <w:t>54:26  bhai, yeh to bohat aasan hai. Aap zyada study kijiye, zyada study se apne aap mein develop hoti hai. Aap zyada study kijiye.</w:t>
      </w:r>
      <w:r>
        <w:br/>
      </w:r>
      <w:r>
        <w:rPr>
          <w:sz w:val="20"/>
        </w:rPr>
        <w:t>54:38  jo log yeh sab baatein karte hain na, un ki zyada study hoti hi nahi. Aisi taqreer sun liya, kuch hawaai baatein un ke mind mein aa gayi, lage bolne.</w:t>
      </w:r>
      <w:r>
        <w:br/>
      </w:r>
      <w:r>
        <w:rPr>
          <w:sz w:val="20"/>
        </w:rPr>
        <w:t>54:50  yeh yaad rakhiye, poora yeh yeh dajali jo nazariya hai, yeh poora qaim hai khitabat par, nash-o-numa par, yeh logic par, scientific analysis par hai hi nahi.</w:t>
      </w:r>
      <w:r>
        <w:br/>
      </w:r>
      <w:r>
        <w:rPr>
          <w:sz w:val="20"/>
        </w:rPr>
        <w:t>55:14  Maulana, agla comment bheja hai Delhi se Professor Najma Siddiqui ne. Unhone likha hai: "Maulana, today you have very meaningfully explained the process of Dajjalit and why misinterpretation of Islam as a complete religion can be called Dajjalit.</w:t>
      </w:r>
      <w:r>
        <w:br/>
      </w:r>
      <w:r>
        <w:rPr>
          <w:sz w:val="20"/>
        </w:rPr>
        <w:t>55:34  You stress the objective of a mission. May Allah help us in achieving it in a more focused way." Inshallah.</w:t>
      </w:r>
      <w:r>
        <w:br/>
      </w:r>
      <w:r>
        <w:rPr>
          <w:sz w:val="20"/>
        </w:rPr>
        <w:t>55:46  Abdul Salam Sahab ne Hyderabad se likha hai: "Maulana, mujhe Al-Risala mission na mil mila hota to mein bhi tashaddud wale ghalat deen ka shikar ho jata." Bangalore, Bangalore team ne apna message bheja hai jo is waqt sare is program ko dekh rahe hain.</w:t>
      </w:r>
      <w:r>
        <w:br/>
      </w:r>
      <w:r>
        <w:rPr>
          <w:sz w:val="20"/>
        </w:rPr>
        <w:t>56:10  Maulana, aaj yeh baat samajh mein aayi ke mukammal Islam ke naam par violence ko Islam, Islamize kar liya gaya.</w:t>
      </w:r>
      <w:r>
        <w:br/>
      </w:r>
      <w:r>
        <w:rPr>
          <w:sz w:val="20"/>
        </w:rPr>
        <w:t>56:18  yahi Dajjalit hai, aur jo deen-e-atba ka subject tha, woh nafiz ka subject ban gaya, aur nafiz ke zehan se ummat ko apni hi mad'u ke khilaf hreef bana kar khada kar diya.</w:t>
      </w:r>
      <w:r>
        <w:br/>
      </w:r>
      <w:r>
        <w:rPr>
          <w:sz w:val="20"/>
        </w:rPr>
        <w:t>56:33  Jazak Allah Maulana. Mashallah.</w:t>
      </w:r>
      <w:r>
        <w:br/>
      </w:r>
      <w:r>
        <w:rPr>
          <w:sz w:val="20"/>
        </w:rPr>
        <w:t>56:44  Muhammad Bilal Shafee Sahab ne Kolkata se comment bheja hai. Unhone likha hai: "Maulana, today you help us understand one of the most common misconceptions that Islam is a complete system and not accepting it meant reducing the importance of Islam.</w:t>
      </w:r>
      <w:r>
        <w:br/>
      </w:r>
      <w:r>
        <w:rPr>
          <w:sz w:val="20"/>
        </w:rPr>
        <w:t>57:05  I was wrong in today's lecture, open my eyes to this error I was living in. I do tauba, may God forgive us and guide us in this correct path further."</w:t>
      </w:r>
      <w:r>
        <w:br/>
      </w:r>
      <w:r>
        <w:rPr>
          <w:sz w:val="20"/>
        </w:rPr>
        <w:t>57:22  ek sahab se baat hui meri isi mauzu par to unhone kaha ke Quran mein hukm-e-deen ke sahab kehte hain to maine kaha hukm-e-deen ke maani hain deen ki pervi karo.</w:t>
      </w:r>
      <w:r>
        <w:br/>
      </w:r>
      <w:r>
        <w:rPr>
          <w:sz w:val="20"/>
        </w:rPr>
        <w:t>57:35  yeh lazim ka saza hai, mutadd ka saza nahi hai.</w:t>
      </w:r>
      <w:r>
        <w:br/>
      </w:r>
      <w:r>
        <w:rPr>
          <w:sz w:val="20"/>
        </w:rPr>
        <w:t>57:41  ajeeb yaani log kam parhe likhe log dorrte hain is ke peeche, jo zyada parh likha hua ho woh kabhi dorrayega nahi, kyunke hukum deen ke maani hain deen ki pairwi karo, deen ko naafiz karo, hukoomat qaim kar ke logon ko dande maaro.</w:t>
      </w:r>
      <w:r>
        <w:br/>
      </w:r>
      <w:r>
        <w:rPr>
          <w:sz w:val="20"/>
        </w:rPr>
        <w:t>57:58  yeh yeh is mein hai hi nahi hai.</w:t>
      </w:r>
      <w:r>
        <w:br/>
      </w:r>
      <w:r>
        <w:rPr>
          <w:sz w:val="20"/>
        </w:rPr>
        <w:t>58:02  toh deen ki pairwi kijiye, kaun rokta hai aap ko? aap namaz roze ki jiye, haj umra ki jiye, zakat dijiye, lekin doosron ke oopar naafiz karna, implement karna yeh toh hai hi nahi quran mein ke.</w:t>
      </w:r>
      <w:r>
        <w:br/>
      </w:r>
      <w:r>
        <w:rPr>
          <w:sz w:val="20"/>
        </w:rPr>
        <w:t>58:18  is ko mein kahunga grammar ki zabaan mein ke yeh laazim ko mutaddi banana hai.</w:t>
      </w:r>
    </w:p>
    <w:p>
      <w:pPr>
        <w:pStyle w:val="Heading2"/>
      </w:pPr>
      <w:r>
        <w:t>Developing scientific temperament</w:t>
      </w:r>
    </w:p>
    <w:p>
      <w:r>
        <w:rPr>
          <w:color w:val="666666"/>
          <w:sz w:val="18"/>
        </w:rPr>
        <w:t>Life &amp; Wisdom · Dars-e-Quran, Chapter 2, Verse 63-71 April 15, 2018 · 2m 36s · at 50:42 · https://youtu.be/4QSHnsRshnI?t=3042</w:t>
      </w:r>
    </w:p>
    <w:p>
      <w:r>
        <w:rPr>
          <w:i/>
        </w:rPr>
        <w:t>“How can an individual develop scientific temperament like you have? What is your advice?”</w:t>
      </w:r>
    </w:p>
    <w:p>
      <w:r>
        <w:rPr>
          <w:sz w:val="20"/>
        </w:rPr>
        <w:t>50:42  unhon ne Islam ko pesh karne ka mawaqe diya, mawaqe diye." Maulana, agla sawal.</w:t>
      </w:r>
      <w:r>
        <w:br/>
      </w:r>
      <w:r>
        <w:rPr>
          <w:sz w:val="20"/>
        </w:rPr>
        <w:t>50:50  maulana, agla sawal ahmad abad se hai. muntazir sahib ne bheja hai. unhon ne ap se poocha hai ke: "maulana, how can an individual develop scientific temperament like you have?</w:t>
      </w:r>
      <w:r>
        <w:br/>
      </w:r>
      <w:r>
        <w:rPr>
          <w:sz w:val="20"/>
        </w:rPr>
        <w:t>51:04  what is your advice?" dekhen, bohat pehle, bohat pehle maine jo aur naalo kitaab parhi thi, "discovery of india", bohat pehle ki baat hai</w:t>
      </w:r>
      <w:r>
        <w:br/>
      </w:r>
      <w:r>
        <w:rPr>
          <w:sz w:val="20"/>
        </w:rPr>
        <w:t>51:22  kyunke yeh kitaab chapi thi jab british rule kaam par india mein tha. to</w:t>
      </w:r>
      <w:r>
        <w:br/>
      </w:r>
      <w:r>
        <w:rPr>
          <w:sz w:val="20"/>
        </w:rPr>
        <w:t>51:33  is mein unhon ne kaha tha aur nehru ne ke india mein sab se zyada kami jis cheez ki hai, india ke logon mein sab se zyada jis ki kami hai, woh hai scientific temper.</w:t>
      </w:r>
      <w:r>
        <w:br/>
      </w:r>
      <w:r>
        <w:rPr>
          <w:sz w:val="20"/>
        </w:rPr>
        <w:t>51:50  tab se yeh lafz mere maan par chhaya raha ke scientific temper paida karna hai kyunke scientific temper se kya hota hai?</w:t>
      </w:r>
      <w:r>
        <w:br/>
      </w:r>
      <w:r>
        <w:rPr>
          <w:sz w:val="20"/>
        </w:rPr>
        <w:t>52:02  realistic approach aata hai.</w:t>
      </w:r>
      <w:r>
        <w:br/>
      </w:r>
      <w:r>
        <w:rPr>
          <w:sz w:val="20"/>
        </w:rPr>
        <w:t>52:06  realistic approach to tamam jo tareeqe hain, woh realistic approach ke baad hi insan ko milti hain.</w:t>
      </w:r>
      <w:r>
        <w:br/>
      </w:r>
      <w:r>
        <w:rPr>
          <w:sz w:val="20"/>
        </w:rPr>
        <w:t>52:20  tab se main is ko samajhne ke liye parhta raha, is ko adopt karne ki koshish karta raha. scientific temper kya cheez hai?</w:t>
      </w:r>
      <w:r>
        <w:br/>
      </w:r>
      <w:r>
        <w:rPr>
          <w:sz w:val="20"/>
        </w:rPr>
        <w:t>52:33  to yeh main bataoon ke koi kuch bhi mushkil kaam nahi hai. har aadmi is ko adopt kar sakta hai</w:t>
      </w:r>
      <w:r>
        <w:br/>
      </w:r>
      <w:r>
        <w:rPr>
          <w:sz w:val="20"/>
        </w:rPr>
        <w:t>52:46  kyunke is mein sirf aap ke nature ko jagana parta hai. nature, aap nature par aa jayen to aap ko kehte hain scientific temper pe aa gaya.</w:t>
      </w:r>
      <w:r>
        <w:br/>
      </w:r>
      <w:r>
        <w:rPr>
          <w:sz w:val="20"/>
        </w:rPr>
        <w:t>52:59  to yeh kaam to aadmi khud hi kar sakta hai. har aadmi apne nature ko mehfooz rakhiye, nature ko broot na hone dijiye, aur phir apna aap aap ke andar scientific temper aa jayega.</w:t>
      </w:r>
    </w:p>
    <w:p>
      <w:pPr>
        <w:pStyle w:val="Heading2"/>
      </w:pPr>
      <w:r>
        <w:t>Developing wisdom in crisis situations</w:t>
      </w:r>
    </w:p>
    <w:p>
      <w:r>
        <w:rPr>
          <w:color w:val="666666"/>
          <w:sz w:val="18"/>
        </w:rPr>
        <w:t>Life &amp; Wisdom · The Age of Giving Global Thanks Dec 15. 2019—Maulana Wahiduddin Khan · 3m 34s · at 35:34 · https://youtu.be/254Pgn6Ldts?t=2134</w:t>
      </w:r>
    </w:p>
    <w:p>
      <w:r>
        <w:rPr>
          <w:i/>
        </w:rPr>
        <w:t>“To be able to see opportunity in a crisis situation requires great wisdom. Today, what you shared with all of us was pure wisdom. My question is: How can Muslims develop this ability to be able to act with wisdom in crisis-like situations?”</w:t>
      </w:r>
    </w:p>
    <w:p>
      <w:r>
        <w:rPr>
          <w:sz w:val="20"/>
        </w:rPr>
        <w:t>35:34  maulana, agla sawal aah kanpur se hai, usman saeed sahab ne bheja hai. unhon ne likha hai: "maulana, to be able to see opportunity in a crisis situation requires great wisdom.</w:t>
      </w:r>
      <w:r>
        <w:br/>
      </w:r>
      <w:r>
        <w:rPr>
          <w:sz w:val="20"/>
        </w:rPr>
        <w:t>35:50  today, what you shared with all of us was pure wisdom.</w:t>
      </w:r>
      <w:r>
        <w:br/>
      </w:r>
      <w:r>
        <w:rPr>
          <w:sz w:val="20"/>
        </w:rPr>
        <w:t>35:55  my question is: how can muslims develop this ability to be able to act with wisdom in crisis like situations</w:t>
      </w:r>
      <w:r>
        <w:br/>
      </w:r>
      <w:r>
        <w:rPr>
          <w:sz w:val="20"/>
        </w:rPr>
        <w:t>36:04  ? we all need your continuous guidance." dekhiye, wisdom jo hai, wisdom allah taala ne sirf insan ko di hai, kisi aur ko nahi.</w:t>
      </w:r>
      <w:r>
        <w:br/>
      </w:r>
      <w:r>
        <w:rPr>
          <w:sz w:val="20"/>
        </w:rPr>
        <w:t>36:18  kis liye? planning ko karne, planning ke liye thode ko zyada karna. wisdom is liye di gayi hai insan ko ke woh thode ko zyada kar sake.</w:t>
      </w:r>
      <w:r>
        <w:br/>
      </w:r>
      <w:r>
        <w:rPr>
          <w:sz w:val="20"/>
        </w:rPr>
        <w:t>36:34  woh panch ekad ka poori zameen bana de.</w:t>
      </w:r>
      <w:r>
        <w:br/>
      </w:r>
      <w:r>
        <w:rPr>
          <w:sz w:val="20"/>
        </w:rPr>
        <w:t>36:39  is ka, is ka demonstration christian community ne diya hai ke ise poora europe le liya gaya.</w:t>
      </w:r>
      <w:r>
        <w:br/>
      </w:r>
      <w:r>
        <w:rPr>
          <w:sz w:val="20"/>
        </w:rPr>
        <w:t>36:51  poore europe ka crowned king bana hua tha, pope. poore europe ka crowned king, us ko chheen liya gaya.</w:t>
      </w:r>
      <w:r>
        <w:br/>
      </w:r>
      <w:r>
        <w:rPr>
          <w:sz w:val="20"/>
        </w:rPr>
        <w:t>37:01  diya gaya kiya? 110 ekad. wahan unhon ne itna zabardast banaya hai. main khud wahan do bar gaya hoon.</w:t>
      </w:r>
      <w:r>
        <w:br/>
      </w:r>
      <w:r>
        <w:rPr>
          <w:sz w:val="20"/>
        </w:rPr>
        <w:t>37:12  ek namuna hai.</w:t>
      </w:r>
      <w:r>
        <w:br/>
      </w:r>
      <w:r>
        <w:rPr>
          <w:sz w:val="20"/>
        </w:rPr>
        <w:t>37:18  wahi musalmanon ko karna chahiye. thode ko zyada karna, yahi to hai wisdom.</w:t>
      </w:r>
      <w:r>
        <w:br/>
      </w:r>
      <w:r>
        <w:rPr>
          <w:sz w:val="20"/>
        </w:rPr>
        <w:t>37:27  thode ko thode ki shakal mein dekhna, yeh wisdom nahi hai. thode ko thode ki shakal mein dekhna, yeh wisdom nahi hai. thode ko zyada ki shakal mein dekhna, yeh wisdom hai.</w:t>
      </w:r>
      <w:r>
        <w:br/>
      </w:r>
      <w:r>
        <w:rPr>
          <w:sz w:val="20"/>
        </w:rPr>
        <w:t>37:42  rasool Allah jab makka mein the, bilkul ibtidai zamane mein, to wahan ek martaba makka ke log akha hue aur un se poocha ke kiya maqsad hai aap ka?</w:t>
      </w:r>
      <w:r>
        <w:br/>
      </w:r>
      <w:r>
        <w:rPr>
          <w:sz w:val="20"/>
        </w:rPr>
        <w:t>37:56  bataiye, kiya chahte hain aap hum se? to aap ne farmaya tha: "kalima wahida tamlikoon bila alam." haan,</w:t>
      </w:r>
      <w:r>
        <w:br/>
      </w:r>
      <w:r>
        <w:rPr>
          <w:sz w:val="20"/>
        </w:rPr>
        <w:t>38:17  yeh yeh pure arab o ajam ki ke empire ka message hai.</w:t>
      </w:r>
      <w:r>
        <w:br/>
      </w:r>
      <w:r>
        <w:rPr>
          <w:sz w:val="20"/>
        </w:rPr>
        <w:t>38:28  to aap thode mein zyada ko dekhiye, thode mein thode ko mat dekhiye. yeh wisdom hai, yeh islami hikmat hai.</w:t>
      </w:r>
      <w:r>
        <w:br/>
      </w:r>
      <w:r>
        <w:rPr>
          <w:sz w:val="20"/>
        </w:rPr>
        <w:t>38:44  gufran shaikh sahib ne mumbai se comment bheja hai, unhon ne likha hai: "i think CPS is the best as far as distributing Quran in different languages to all the people residing on this globe.</w:t>
      </w:r>
      <w:r>
        <w:br/>
      </w:r>
      <w:r>
        <w:rPr>
          <w:sz w:val="20"/>
        </w:rPr>
        <w:t>39:00  goes truly fulfilling God's command of spreading his word to all the mankind." mashallah.</w:t>
      </w:r>
    </w:p>
    <w:p>
      <w:pPr>
        <w:pStyle w:val="Heading2"/>
      </w:pPr>
      <w:r>
        <w:t>Difference between adjustment and compromise</w:t>
      </w:r>
    </w:p>
    <w:p>
      <w:r>
        <w:rPr>
          <w:color w:val="666666"/>
          <w:sz w:val="18"/>
        </w:rPr>
        <w:t>Life &amp; Wisdom · Journey of History December 23, 2012 · 2m 50s · at 1:25:33 · https://youtu.be/bvjWl3U3Dmw?t=5133</w:t>
      </w:r>
    </w:p>
    <w:p>
      <w:r>
        <w:rPr>
          <w:i/>
        </w:rPr>
        <w:t>“What is the difference between adjustment and compromise?”</w:t>
      </w:r>
    </w:p>
    <w:p>
      <w:r>
        <w:rPr>
          <w:sz w:val="20"/>
        </w:rPr>
        <w:t>1:25:33  maulana, agla sawal haiderabad se hai. ah, jis ne sawal kiya hai unhon ne apna naam nahi diya hai but sawal likha hai ke "what is the difference between adjustment and compromise?" is ke baray mein batayen.</w:t>
      </w:r>
      <w:r>
        <w:br/>
      </w:r>
      <w:r>
        <w:rPr>
          <w:sz w:val="20"/>
        </w:rPr>
        <w:t>1:25:50  dekhen, difference in word word lafzon mein nahi hai. yeh dono alfaaz jo hain woh similar hain.</w:t>
      </w:r>
      <w:r>
        <w:br/>
      </w:r>
      <w:r>
        <w:rPr>
          <w:sz w:val="20"/>
        </w:rPr>
        <w:t>1:26:00  to difference is mein nahi hai jis mein hamari niyat mein hai. hum kis liye karte hain? adjustment ya compromise agar hum karte hain kisi khair ke liye, bhalai ke liye to woh sawab hai.</w:t>
      </w:r>
      <w:r>
        <w:br/>
      </w:r>
      <w:r>
        <w:rPr>
          <w:sz w:val="20"/>
        </w:rPr>
        <w:t>1:26:14  agar hum karte hain ke dunya ke interest ke liye to woh munaafiqat hai. to aam taur par mein dekhta hoon ke dunya ke interest ke liye har aadmi foran kar leta hai adjustment, foran compromise kar leta hai.</w:t>
      </w:r>
      <w:r>
        <w:br/>
      </w:r>
      <w:r>
        <w:rPr>
          <w:sz w:val="20"/>
        </w:rPr>
        <w:t>1:26:25  lekin jab Allah ka maamla aata hai, aakhirat ka maamla aata hai to compro</w:t>
      </w:r>
      <w:r>
        <w:br/>
      </w:r>
      <w:r>
        <w:rPr>
          <w:sz w:val="20"/>
        </w:rPr>
        <w:t>1:26:29  mise nahi karta. woh wahan akarr jata hai. woh to yaad rakhiye, adjustment aur compromise yani dictionary ke aitbaar se dono ek hi hain.</w:t>
      </w:r>
      <w:r>
        <w:br/>
      </w:r>
      <w:r>
        <w:rPr>
          <w:sz w:val="20"/>
        </w:rPr>
        <w:t>1:26:40  niyat ke aitbaar se farq ho jata hai. aam taur par logon ka haal hai ke jahan un ka interest ka masla aa jaye to foran woh compromise kar lenge, foran adjust kar</w:t>
      </w:r>
      <w:r>
        <w:br/>
      </w:r>
      <w:r>
        <w:rPr>
          <w:sz w:val="20"/>
        </w:rPr>
        <w:t>1:26:51  lenge. zaati interest ka masla aur jab masla ho deen ka, Allah ka, aakhirat ka to wahan akarr dikhate hain.</w:t>
      </w:r>
      <w:r>
        <w:br/>
      </w:r>
      <w:r>
        <w:rPr>
          <w:sz w:val="20"/>
        </w:rPr>
        <w:t>1:27:00  yeh bohat bara gunah hai. yeh munaafiqat hai. munaafiqat yani zaati maamle mein compromise kar lena aur jab maamla ho deen ka to wahan compromise na karna.</w:t>
      </w:r>
      <w:r>
        <w:br/>
      </w:r>
      <w:r>
        <w:rPr>
          <w:sz w:val="20"/>
        </w:rPr>
        <w:t>1:27:13  isi ka naam to munaafiqat hai. yeh to bohat bara gunah hai Allah ke nazdeek.</w:t>
      </w:r>
      <w:r>
        <w:br/>
      </w:r>
      <w:r>
        <w:rPr>
          <w:sz w:val="20"/>
        </w:rPr>
        <w:t>1:27:18  is qism ki duality jo hai, duality yani double standard, isi ka naam munaafiqat hai. aadmi ko is se bachna chahiye. Maulana, un ka ek aur sawal hai.</w:t>
      </w:r>
      <w:r>
        <w:br/>
      </w:r>
      <w:r>
        <w:rPr>
          <w:sz w:val="20"/>
        </w:rPr>
        <w:t>1:27:30  unhon ne aap se poocha hai: "can we be free of negative feelings like self doubt?" dekhen, self doubt koi word nahi hai.</w:t>
      </w:r>
      <w:r>
        <w:br/>
      </w:r>
      <w:r>
        <w:rPr>
          <w:sz w:val="20"/>
        </w:rPr>
        <w:t>1:27:39  yeh to ek ek bra galat naam dena hai. self doubt ko kehte hain is ko.</w:t>
      </w:r>
      <w:r>
        <w:br/>
      </w:r>
      <w:r>
        <w:rPr>
          <w:sz w:val="20"/>
        </w:rPr>
        <w:t>1:27:46  introspection kahiye. doubt karne ki kya zaroorat hai? aap doubt kyun karte hain? introspection kijiye, muhasba kijiye, sochiye.</w:t>
      </w:r>
      <w:r>
        <w:br/>
      </w:r>
      <w:r>
        <w:rPr>
          <w:sz w:val="20"/>
        </w:rPr>
        <w:t>1:27:58  self doubt bas kahoon ke koi word nahi hai. asal jo cheez hai woh hai introspection, muhasba, apne baray, apne khilaaf sochna.</w:t>
      </w:r>
      <w:r>
        <w:br/>
      </w:r>
      <w:r>
        <w:rPr>
          <w:sz w:val="20"/>
        </w:rPr>
        <w:t>1:28:10  aadmi ko yaqeen par jeena chahiye lekin saath saath muhasba bhi karna chahiye.</w:t>
      </w:r>
      <w:r>
        <w:br/>
      </w:r>
      <w:r>
        <w:rPr>
          <w:sz w:val="20"/>
        </w:rPr>
        <w:t>1:28:14  yaqeen par jeete hue introspection bhi karna chahiye. yeh hai sahi baat.</w:t>
      </w:r>
    </w:p>
    <w:p>
      <w:pPr>
        <w:pStyle w:val="Heading2"/>
      </w:pPr>
      <w:r>
        <w:t>Difference between criticism and reaction</w:t>
      </w:r>
    </w:p>
    <w:p>
      <w:r>
        <w:rPr>
          <w:color w:val="666666"/>
          <w:sz w:val="18"/>
        </w:rPr>
        <w:t>Life &amp; Wisdom · Living in Falsehood December 15, 2013 · 4m 03s · at 52:30 · https://youtu.be/UvboK59uF6s?t=3150</w:t>
      </w:r>
    </w:p>
    <w:p>
      <w:r>
        <w:rPr>
          <w:i/>
        </w:rPr>
        <w:t>“What is the difference between criticism and reaction?”</w:t>
      </w:r>
    </w:p>
    <w:p>
      <w:r>
        <w:rPr>
          <w:sz w:val="20"/>
        </w:rPr>
        <w:t>52:30  maulana, agla sawal tamil nadu se hai maulana iqbal um</w:t>
      </w:r>
      <w:r>
        <w:br/>
      </w:r>
      <w:r>
        <w:rPr>
          <w:sz w:val="20"/>
        </w:rPr>
        <w:t>52:34  ri ka. unhon ne likha hai: "tanqeed aur radd-e-amal mein farq kya hai?" maulana, aap ki ilmi tanqeed ko aur rational tajziye ko ek sahab radd-e-amal ke naam de rahe the.</w:t>
      </w:r>
      <w:r>
        <w:br/>
      </w:r>
      <w:r>
        <w:rPr>
          <w:sz w:val="20"/>
        </w:rPr>
        <w:t>52:49  maulana, aisa kyun hai? main khas taur par radd-e-amal ka matlab nahi samajhta, yahi hai. radd-e-amal ka matlab hai reaction.</w:t>
      </w:r>
      <w:r>
        <w:br/>
      </w:r>
      <w:r>
        <w:rPr>
          <w:sz w:val="20"/>
        </w:rPr>
        <w:t>53:00  reaction kya hai?</w:t>
      </w:r>
      <w:r>
        <w:br/>
      </w:r>
      <w:r>
        <w:rPr>
          <w:sz w:val="20"/>
        </w:rPr>
        <w:t>53:03  yani jaise restaurant mein farmaya ke la taghzab ghussa na karo. to ghussa kya hai?</w:t>
      </w:r>
      <w:r>
        <w:br/>
      </w:r>
      <w:r>
        <w:rPr>
          <w:sz w:val="20"/>
        </w:rPr>
        <w:t>53:11  radd-e-amal hai, reaction hai. kisi ne aap ko provoke kiya, aap ghussa ho kar aap ko patthar marien, that is radeamal.</w:t>
      </w:r>
      <w:r>
        <w:br/>
      </w:r>
      <w:r>
        <w:rPr>
          <w:sz w:val="20"/>
        </w:rPr>
        <w:t>53:22  hum jo kehte hain woh to analysis hota hai. yani hamari baat ko aap yeh keh kar agar radd karen to aap ek gunah kar rahe hain.</w:t>
      </w:r>
      <w:r>
        <w:br/>
      </w:r>
      <w:r>
        <w:rPr>
          <w:sz w:val="20"/>
        </w:rPr>
        <w:t>53:31  kyunke hum ek daleel de rahe hain, quran o hadith se ek daleel de rahe hain. to aap quran o hadith se is ko radd kijiye. agar aap quran o hadith daleel na den aur kahen ke radd-e-amal hai to yeh to shat b shat mein hai, gaali karo jo jo ke haram hai islam mein.</w:t>
      </w:r>
      <w:r>
        <w:br/>
      </w:r>
      <w:r>
        <w:rPr>
          <w:sz w:val="20"/>
        </w:rPr>
        <w:t>53:49  haram hai islam mein.</w:t>
      </w:r>
      <w:r>
        <w:br/>
      </w:r>
      <w:r>
        <w:rPr>
          <w:sz w:val="20"/>
        </w:rPr>
        <w:t>53:52  misal ke taur par main ek misal deta hoon aap ko ke min husn islami al-birr tarkuhu mala yani ek hadith hai min husn islami al-birr tarkuhu mala yani islam ki ki khubi yeh hai ke aadmi us cheez ko chhod de jis mein koi faida nahi.</w:t>
      </w:r>
      <w:r>
        <w:br/>
      </w:r>
      <w:r>
        <w:rPr>
          <w:sz w:val="20"/>
        </w:rPr>
        <w:t>54:17  islam ki khubi yeh hai ke aadmi us ki cheezon hain jis mein koi faida</w:t>
      </w:r>
      <w:r>
        <w:br/>
      </w:r>
      <w:r>
        <w:rPr>
          <w:sz w:val="20"/>
        </w:rPr>
        <w:t>54:21  nahi. is ka matlab kya hua?</w:t>
      </w:r>
      <w:r>
        <w:br/>
      </w:r>
      <w:r>
        <w:rPr>
          <w:sz w:val="20"/>
        </w:rPr>
        <w:t>54:28  yani mabni bar result aap ka aap aap ki activity honi chahiye. You have in in every situation you have to see the result.</w:t>
      </w:r>
      <w:r>
        <w:br/>
      </w:r>
      <w:r>
        <w:rPr>
          <w:sz w:val="20"/>
        </w:rPr>
        <w:t>54:39  result hai to karna hai, nahi to nahi karna hai.</w:t>
      </w:r>
      <w:r>
        <w:br/>
      </w:r>
      <w:r>
        <w:rPr>
          <w:sz w:val="20"/>
        </w:rPr>
        <w:t>54:41  ab ek hadith maine pesh ki ke is ko le kar ke musalman jo hain palestine se le kar kashmir tak jo ladai kar rahe hain, woh result less hai.</w:t>
      </w:r>
      <w:r>
        <w:br/>
      </w:r>
      <w:r>
        <w:rPr>
          <w:sz w:val="20"/>
        </w:rPr>
        <w:t>54:50  koi nateeja nahin, mar rahe hain, kat rahe hain. abhi jo bangla desh ka maine bataya, koi result iska nahin. aapas mein mar rahe hain, kat rahe hain. aap aap ek aur ayat pesh kijiye iske jawab mein ke nahin, chahe result ho ya na ho, hamein to ladna hai.</w:t>
      </w:r>
      <w:r>
        <w:br/>
      </w:r>
      <w:r>
        <w:rPr>
          <w:sz w:val="20"/>
        </w:rPr>
        <w:t>55:06  ab aap kahein ke reaction hai to yeh to aap to aap to gunah ka kaam kar rahe hain.</w:t>
      </w:r>
      <w:r>
        <w:br/>
      </w:r>
      <w:r>
        <w:rPr>
          <w:sz w:val="20"/>
        </w:rPr>
        <w:t>55:11  yaani hum ek daleel pesh kar rahe hain aur aap keh rahe hain ke yeh radd radd amal hai. to aap gaali galoch kar rahe hain.</w:t>
      </w:r>
      <w:r>
        <w:br/>
      </w:r>
      <w:r>
        <w:rPr>
          <w:sz w:val="20"/>
        </w:rPr>
        <w:t>55:20  yeh to maine dekha. hadees mein aata hai, dekhiye ke hadees mein aata hai ke</w:t>
      </w:r>
      <w:r>
        <w:br/>
      </w:r>
      <w:r>
        <w:rPr>
          <w:sz w:val="20"/>
        </w:rPr>
        <w:t>55:32  man kan yoman billahi wal yawm al-akhir fa la yaqul khayran aw li yusmut</w:t>
      </w:r>
      <w:r>
        <w:br/>
      </w:r>
      <w:r>
        <w:rPr>
          <w:sz w:val="20"/>
        </w:rPr>
        <w:t>55:41  jo aadmi Allah par aur aakhirat par imaan rakhta ho, to usko chahiye ke woh baat kahe to khair ki baat kahe ya chup rahe.</w:t>
      </w:r>
      <w:r>
        <w:br/>
      </w:r>
      <w:r>
        <w:rPr>
          <w:sz w:val="20"/>
        </w:rPr>
        <w:t>55:53  khair ke ma'ne kya hain? mudallal baat, rational baat, jo Quran o hadees par mabni baat. to aap aap jo keh rahe hain radd amal, yeh kaun si ayat par mabni hai?</w:t>
      </w:r>
      <w:r>
        <w:br/>
      </w:r>
      <w:r>
        <w:rPr>
          <w:sz w:val="20"/>
        </w:rPr>
        <w:t>56:07  kis ayat se nikalta hai yeh?</w:t>
      </w:r>
      <w:r>
        <w:br/>
      </w:r>
      <w:r>
        <w:rPr>
          <w:sz w:val="20"/>
        </w:rPr>
        <w:t>56:09  ke koi shakhs daleel se guftagu kar raha ho, aap kahein radd amal, yeh kaun si ayat se nikalta hai? aisa yeh to gaali galoch hai, sab o shat hai, gunah hai, haram hai.</w:t>
      </w:r>
      <w:r>
        <w:br/>
      </w:r>
      <w:r>
        <w:rPr>
          <w:sz w:val="20"/>
        </w:rPr>
        <w:t>56:21  to unhein khud apne bare mein, yaani apne is ko revise karna chahiye, na ke mujh se taqaza karein ke tum revise karo.</w:t>
      </w:r>
    </w:p>
    <w:p>
      <w:pPr>
        <w:pStyle w:val="Heading2"/>
      </w:pPr>
      <w:r>
        <w:t>Difference between hikmah and aql in Islam</w:t>
      </w:r>
    </w:p>
    <w:p>
      <w:r>
        <w:rPr>
          <w:color w:val="666666"/>
          <w:sz w:val="18"/>
        </w:rPr>
        <w:t>Life &amp; Wisdom · Fear of God February 21, 2016 · 2m 37s · at 59:10 · https://youtu.be/T-w1IDIeCV4?t=3550</w:t>
      </w:r>
    </w:p>
    <w:p>
      <w:r>
        <w:rPr>
          <w:i/>
        </w:rPr>
        <w:t>“Is there any difference between hikmah and aql? Because many ulema do not appreciate aql and say that it makes people wrong. What is your opinion on this?”</w:t>
      </w:r>
    </w:p>
    <w:p>
      <w:r>
        <w:rPr>
          <w:sz w:val="20"/>
        </w:rPr>
        <w:t>59:10  maulana, agla sawal kya hai dilli se maulana farhad umri ne, aur unhon ne likha hai is there</w:t>
      </w:r>
      <w:r>
        <w:br/>
      </w:r>
      <w:r>
        <w:rPr>
          <w:sz w:val="20"/>
        </w:rPr>
        <w:t>59:16  any difference between hikmat and aql?</w:t>
      </w:r>
      <w:r>
        <w:br/>
      </w:r>
      <w:r>
        <w:rPr>
          <w:sz w:val="20"/>
        </w:rPr>
        <w:t>59:22  Because many ulema do not appreciate aql and say that it makes people wrong. Maulana, What is your opinion on this?</w:t>
      </w:r>
      <w:r>
        <w:br/>
      </w:r>
      <w:r>
        <w:rPr>
          <w:sz w:val="20"/>
        </w:rPr>
        <w:t>59:32  bhai, aql to khuda ki ek takhleeq hai.</w:t>
      </w:r>
      <w:r>
        <w:br/>
      </w:r>
      <w:r>
        <w:rPr>
          <w:sz w:val="20"/>
        </w:rPr>
        <w:t>59:38  khuda ne paida kiya.</w:t>
      </w:r>
      <w:r>
        <w:br/>
      </w:r>
      <w:r>
        <w:rPr>
          <w:sz w:val="20"/>
        </w:rPr>
        <w:t>59:44  hadith mein aata hai ke Allah ne aql ko paida kiya.</w:t>
      </w:r>
      <w:r>
        <w:br/>
      </w:r>
      <w:r>
        <w:rPr>
          <w:sz w:val="20"/>
        </w:rPr>
        <w:t>59:50  to is mein appreciate na karne ki koi baat hi nahin.</w:t>
      </w:r>
      <w:r>
        <w:br/>
      </w:r>
      <w:r>
        <w:rPr>
          <w:sz w:val="20"/>
        </w:rPr>
        <w:t>59:56  yeh hadith sabit hai ke aql ko Allah ne paida kiya.</w:t>
      </w:r>
      <w:r>
        <w:br/>
      </w:r>
      <w:r>
        <w:rPr>
          <w:sz w:val="20"/>
        </w:rPr>
        <w:t>1:00:02  to jab Allah ne paida kiya to bilashuba woh woh ek aisi cheez hai jis ko hamein manna hi hoga.</w:t>
      </w:r>
      <w:r>
        <w:br/>
      </w:r>
      <w:r>
        <w:rPr>
          <w:sz w:val="20"/>
        </w:rPr>
        <w:t>1:00:09  baqi woh ek alag cheez hai ke aql ka galat istemal.</w:t>
      </w:r>
      <w:r>
        <w:br/>
      </w:r>
      <w:r>
        <w:rPr>
          <w:sz w:val="20"/>
        </w:rPr>
        <w:t>1:00:15  jo kaha jata hai ke man tamman taqee tazill taqee to man tamman taqee tazill taqee yeh yeh</w:t>
      </w:r>
      <w:r>
        <w:br/>
      </w:r>
      <w:r>
        <w:rPr>
          <w:sz w:val="20"/>
        </w:rPr>
        <w:t>1:00:21  aql ka galat istemal hai.</w:t>
      </w:r>
      <w:r>
        <w:br/>
      </w:r>
      <w:r>
        <w:rPr>
          <w:sz w:val="20"/>
        </w:rPr>
        <w:t>1:00:27  lekin aql ka sahi istemal jo hai, woh to zahir hai ke bohat bari aur sawab ka kaam hai.</w:t>
      </w:r>
      <w:r>
        <w:br/>
      </w:r>
      <w:r>
        <w:rPr>
          <w:sz w:val="20"/>
        </w:rPr>
        <w:t>1:00:33  quran mein bhara hua hai is se ke ke aql ko istemal karo, tafkeer karo.</w:t>
      </w:r>
      <w:r>
        <w:br/>
      </w:r>
      <w:r>
        <w:rPr>
          <w:sz w:val="20"/>
        </w:rPr>
        <w:t>1:00:39  yeh to bohat bohat zyada quran mein bar bar aa raha hai: afala taqiloon afala taqiloon yeh to</w:t>
      </w:r>
      <w:r>
        <w:br/>
      </w:r>
      <w:r>
        <w:rPr>
          <w:sz w:val="20"/>
        </w:rPr>
        <w:t>1:00:46  aql ko istemal karo, yeh to Allah ko matlab hai ke log aql ko istemal karen.</w:t>
      </w:r>
      <w:r>
        <w:br/>
      </w:r>
      <w:r>
        <w:rPr>
          <w:sz w:val="20"/>
        </w:rPr>
        <w:t>1:00:52  is liye aql bohat bari nemat hai, albattah misuse kar ke aadmi apne ko is ka yaani ulta</w:t>
      </w:r>
      <w:r>
        <w:br/>
      </w:r>
      <w:r>
        <w:rPr>
          <w:sz w:val="20"/>
        </w:rPr>
        <w:t>1:00:58  bana leta hai.</w:t>
      </w:r>
      <w:r>
        <w:br/>
      </w:r>
      <w:r>
        <w:rPr>
          <w:sz w:val="20"/>
        </w:rPr>
        <w:t>1:01:04  maulana, in ka pehla hissa jo sawal ka tha, woh yeh bhi tha ke kya hikmat aur aql</w:t>
      </w:r>
      <w:r>
        <w:br/>
      </w:r>
      <w:r>
        <w:rPr>
          <w:sz w:val="20"/>
        </w:rPr>
        <w:t>1:01:10  mein koi difference hai? main is baat se to koi difference nahin hai.</w:t>
      </w:r>
      <w:r>
        <w:br/>
      </w:r>
      <w:r>
        <w:rPr>
          <w:sz w:val="20"/>
        </w:rPr>
        <w:t>1:01:16  hikmat ke lafzi mani to wisdom hain, aur wisdom ka aql jo hai, woh source of wisdom hai.</w:t>
      </w:r>
      <w:r>
        <w:br/>
      </w:r>
      <w:r>
        <w:rPr>
          <w:sz w:val="20"/>
        </w:rPr>
        <w:t>1:01:23  wisdom jo hai, woh kahan se aati hai? aql se aati hai.</w:t>
      </w:r>
      <w:r>
        <w:br/>
      </w:r>
      <w:r>
        <w:rPr>
          <w:sz w:val="20"/>
        </w:rPr>
        <w:t>1:01:29  aur hikmat ka lafzi matlab wisdom hai.</w:t>
      </w:r>
      <w:r>
        <w:br/>
      </w:r>
      <w:r>
        <w:rPr>
          <w:sz w:val="20"/>
        </w:rPr>
        <w:t>1:01:35  donon mein koi yaani safed aur yaani black aur black aur white ka farq nahin hai.</w:t>
      </w:r>
      <w:r>
        <w:br/>
      </w:r>
      <w:r>
        <w:rPr>
          <w:sz w:val="20"/>
        </w:rPr>
        <w:t>1:01:41  donon mere nazdeek ek doosre ka hissa hain.</w:t>
      </w:r>
    </w:p>
    <w:p>
      <w:pPr>
        <w:pStyle w:val="Heading2"/>
      </w:pPr>
      <w:r>
        <w:t>Difference between physical and intellectual action</w:t>
      </w:r>
    </w:p>
    <w:p>
      <w:r>
        <w:rPr>
          <w:color w:val="666666"/>
          <w:sz w:val="18"/>
        </w:rPr>
        <w:t>Life &amp; Wisdom · The Expression of Faith (Izhar e Deen) September 1, 2013 · 2m 00s · at 1:21:32 · https://youtu.be/muBDJ8a_8-0?t=4892</w:t>
      </w:r>
    </w:p>
    <w:p>
      <w:r>
        <w:rPr>
          <w:i/>
        </w:rPr>
        <w:t>“You mentioned the importance of action. What is meant by 'action'? Only physical action or intellectual action is also included? Please explain.”</w:t>
      </w:r>
    </w:p>
    <w:p>
      <w:r>
        <w:rPr>
          <w:sz w:val="20"/>
        </w:rPr>
        <w:t>1:21:32  Maulana agla sawal Delhi se hai, Maulana Zakwan Nadvi ka. unhon ne likha hai: "Aapne amal ki importance batai. amal se kya murad hai</w:t>
      </w:r>
      <w:r>
        <w:br/>
      </w:r>
      <w:r>
        <w:rPr>
          <w:sz w:val="20"/>
        </w:rPr>
        <w:t>1:21:43  ? sirf physical amal ya amal mein intellectual amal bhi shamil hai? is ke bare mein bataen." physical amal to ek percent se bhi kam hai, is ka hissa hai.</w:t>
      </w:r>
      <w:r>
        <w:br/>
      </w:r>
      <w:r>
        <w:rPr>
          <w:sz w:val="20"/>
        </w:rPr>
        <w:t>1:21:54  asal to intellectual amal hi hai.</w:t>
      </w:r>
      <w:r>
        <w:br/>
      </w:r>
      <w:r>
        <w:rPr>
          <w:sz w:val="20"/>
        </w:rPr>
        <w:t>1:21:59  hamara jo intellectual being hai aur jo hamari intellectual personality hai, wahan jo activities hoti hain, woh sab se bara amal wahi hai.</w:t>
      </w:r>
      <w:r>
        <w:br/>
      </w:r>
      <w:r>
        <w:rPr>
          <w:sz w:val="20"/>
        </w:rPr>
        <w:t>1:22:08  haath hilaya, paon hilaya, yeh to is ka bohat hi thoda hissa hai.</w:t>
      </w:r>
      <w:r>
        <w:br/>
      </w:r>
      <w:r>
        <w:rPr>
          <w:sz w:val="20"/>
        </w:rPr>
        <w:t>1:22:16  to spirituality ke satah par ya mind ke satah par ya rooh ki satah par jo activities hoti hain, sab se bara amal wahi hai. agar wahan par na ho aur body par ho raha ho to yeh to munafiqat ho jayegi.</w:t>
      </w:r>
      <w:r>
        <w:br/>
      </w:r>
      <w:r>
        <w:rPr>
          <w:sz w:val="20"/>
        </w:rPr>
        <w:t>1:22:32  yeh to munafiqat ho jayegi.</w:t>
      </w:r>
    </w:p>
    <w:p>
      <w:pPr>
        <w:pStyle w:val="Heading2"/>
      </w:pPr>
      <w:r>
        <w:t>Difficulty focusing during reflection</w:t>
      </w:r>
    </w:p>
    <w:p>
      <w:r>
        <w:rPr>
          <w:color w:val="666666"/>
          <w:sz w:val="18"/>
        </w:rPr>
        <w:t>Life &amp; Wisdom · 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Distinguishing need from comfort for better life</w:t>
      </w:r>
    </w:p>
    <w:p>
      <w:r>
        <w:rPr>
          <w:color w:val="666666"/>
          <w:sz w:val="18"/>
        </w:rPr>
        <w:t>Life &amp; Wisdom · The Secret of Divine Wisdom September 2, 2012 · 4m 01s · at 1:11:20 · https://youtu.be/ZXQlrW7PqAE?t=4280</w:t>
      </w:r>
    </w:p>
    <w:p>
      <w:r>
        <w:rPr>
          <w:i/>
        </w:rPr>
        <w:t>“We often confuse needs with comforts, spending all our time pursuing the latter and neglecting higher goals. Please explain how distinguishing between need and comfort can solve our problems.”</w:t>
      </w:r>
    </w:p>
    <w:p>
      <w:r>
        <w:rPr>
          <w:sz w:val="20"/>
        </w:rPr>
        <w:t>1:11:20  molana agla sawal karachi pakistan se hai abdul latif sahib</w:t>
      </w:r>
      <w:r>
        <w:br/>
      </w:r>
      <w:r>
        <w:rPr>
          <w:sz w:val="20"/>
        </w:rPr>
        <w:t>1:11:25  b ka unhone likha hai hum bohat si aisi cheezon ko apni zaroorat samajhte rehte hain jo haqeeqatan hamari zaroorat nahi hoti balkeh aaram o sahulat ke saman hote hain aur phir hum un ke husool ke liye din raat mehnat karte rehte hain aur aala maqsad ke liye waqt nahi nikal paate</w:t>
      </w:r>
      <w:r>
        <w:br/>
      </w:r>
      <w:r>
        <w:rPr>
          <w:sz w:val="20"/>
        </w:rPr>
        <w:t>1:11:49  maulana sahib aj ka insan agar zarurat aur sahulat ke darmiyan farq samajh le to is ke bohat se masle apne aap hal ho jayen ge baraye karam aap is masle par roshni dalen woh to aap ne khud hi achi tarike se batati hai yahi baat hai zarurat se zyada jab aap chahen ge to is ki ek price hogi</w:t>
      </w:r>
      <w:r>
        <w:br/>
      </w:r>
      <w:r>
        <w:rPr>
          <w:sz w:val="20"/>
        </w:rPr>
        <w:t>1:12:17  woh price yeh hai ke aap koi bara kaam nahi kar sakte</w:t>
      </w:r>
      <w:r>
        <w:br/>
      </w:r>
      <w:r>
        <w:rPr>
          <w:sz w:val="20"/>
        </w:rPr>
        <w:t>1:12:23  bas sahoolaton mein aur comfort mein aur luxury mein phanse rahenge</w:t>
      </w:r>
      <w:r>
        <w:br/>
      </w:r>
      <w:r>
        <w:rPr>
          <w:sz w:val="20"/>
        </w:rPr>
        <w:t>1:12:29  jo man of mission hota hai jis ko koi bara kaam karna hai</w:t>
      </w:r>
      <w:r>
        <w:br/>
      </w:r>
      <w:r>
        <w:rPr>
          <w:sz w:val="20"/>
        </w:rPr>
        <w:t>1:12:34  woh hamesha sadgi ko pasand karta hai</w:t>
      </w:r>
      <w:r>
        <w:br/>
      </w:r>
      <w:r>
        <w:rPr>
          <w:sz w:val="20"/>
        </w:rPr>
        <w:t>1:12:38  zarurat par ektafa karta hai</w:t>
      </w:r>
      <w:r>
        <w:br/>
      </w:r>
      <w:r>
        <w:rPr>
          <w:sz w:val="20"/>
        </w:rPr>
        <w:t>1:12:43  tamam jo unhon ne bare bare kaam kiye hain woh un ka muamla aise hi hua</w:t>
      </w:r>
      <w:r>
        <w:br/>
      </w:r>
      <w:r>
        <w:rPr>
          <w:sz w:val="20"/>
        </w:rPr>
        <w:t>1:12:49  mein aik martaba aik aadmi mein aik martaba rajasthan gaya aik qissa apna arz karta hoon rajasthan mein maine suna ke yahan aik shakhs hai jis ne aik aik naye andaz ka hospital khola hai tb ke patient ke liye to unhon ne kaha ke wahan woh aisa hai ke agar wahan ja ke khwahish kuch din rahe tabhi acha ho jayega to woh bilkul yani baghon ke darmiyan tha woh</w:t>
      </w:r>
      <w:r>
        <w:br/>
      </w:r>
      <w:r>
        <w:rPr>
          <w:sz w:val="20"/>
        </w:rPr>
        <w:t>1:13:19  har qism ke</w:t>
      </w:r>
      <w:r>
        <w:br/>
      </w:r>
      <w:r>
        <w:rPr>
          <w:sz w:val="20"/>
        </w:rPr>
        <w:t>1:13:21  phaldar drakht har qism ke phool har qism ke yani behtareen yani sabza daar</w:t>
      </w:r>
      <w:r>
        <w:br/>
      </w:r>
      <w:r>
        <w:rPr>
          <w:sz w:val="20"/>
        </w:rPr>
        <w:t>1:13:30  is qism ka woh hospital tha woh tha TB ke logon ke liye</w:t>
      </w:r>
      <w:r>
        <w:br/>
      </w:r>
      <w:r>
        <w:rPr>
          <w:sz w:val="20"/>
        </w:rPr>
        <w:t>1:13:35  to main ne kaha bhai woh kaun aadmi hai jis ne aisa hospital banaya hai ke woh hospital</w:t>
      </w:r>
      <w:r>
        <w:br/>
      </w:r>
      <w:r>
        <w:rPr>
          <w:sz w:val="20"/>
        </w:rPr>
        <w:t>1:13:42  kya hai ek bahut umda qism ka garden hai bahut bada</w:t>
      </w:r>
      <w:r>
        <w:br/>
      </w:r>
      <w:r>
        <w:rPr>
          <w:sz w:val="20"/>
        </w:rPr>
        <w:t>1:13:47  to main ne kaha main ne kaha is se main milunga main</w:t>
      </w:r>
      <w:r>
        <w:br/>
      </w:r>
      <w:r>
        <w:rPr>
          <w:sz w:val="20"/>
        </w:rPr>
        <w:t>1:13:51  to main gaya is ke haan</w:t>
      </w:r>
      <w:r>
        <w:br/>
      </w:r>
      <w:r>
        <w:rPr>
          <w:sz w:val="20"/>
        </w:rPr>
        <w:t>1:13:55  is se mila to bohat zabardast hospital tha woh abhi bhi woh hospital hai maine abhi daryaft kiya is aadmi ke baray mein to maloom hua ke woh bohat boorha ho gaya woh aadmi ab jab main is kamre mein dakhil hua to yaqeen ki jiye ke is mein aik bhi na kursi thi na mez tha na sofa set tha sirf mamooli qism ka farsh bicha hua tha</w:t>
      </w:r>
      <w:r>
        <w:br/>
      </w:r>
      <w:r>
        <w:rPr>
          <w:sz w:val="20"/>
        </w:rPr>
        <w:t>1:14:20  isi par baitha hua tha woh aadmi</w:t>
      </w:r>
      <w:r>
        <w:br/>
      </w:r>
      <w:r>
        <w:rPr>
          <w:sz w:val="20"/>
        </w:rPr>
        <w:t>1:14:24  mamooli qism ka farsh</w:t>
      </w:r>
      <w:r>
        <w:br/>
      </w:r>
      <w:r>
        <w:rPr>
          <w:sz w:val="20"/>
        </w:rPr>
        <w:t>1:14:29  isi par mujhe hi baithna para to ab bohat kam bolta tha woh aadmi kapre is ke jism pe bohat hi sada kapre bohat hi sada</w:t>
      </w:r>
      <w:r>
        <w:br/>
      </w:r>
      <w:r>
        <w:rPr>
          <w:sz w:val="20"/>
        </w:rPr>
        <w:t>1:14:43  woh aik aik poori tasweer tha kis tarah se ke bara kaam karne wala jo hota hai woh is ki zindagi sada hoti hai</w:t>
      </w:r>
      <w:r>
        <w:br/>
      </w:r>
      <w:r>
        <w:rPr>
          <w:sz w:val="20"/>
        </w:rPr>
        <w:t>1:14:52  abhi maine telephone kar ke poocha tha ke woh aadmi ke baray mein maloom hua ke woh bohat boorhe ho gaye hain ab ab woh kaam nahi kar sakte hain to yeh to poori tareekh mein jinhon ne koi bara kaam kiya hai un ki zindagi hum sada rahi hai jitne scientist hote hain aap dekhiye har scientist bilkul sada zindagi guzarta hai yeh to bekar log hain jin ko koi kaam nahi karna hai khali kha kha ke mote hona hai woh yeh sab baaten karte hain</w:t>
      </w:r>
    </w:p>
    <w:p>
      <w:pPr>
        <w:pStyle w:val="Heading2"/>
      </w:pPr>
      <w:r>
        <w:t>Diversity and different roles of humans</w:t>
      </w:r>
    </w:p>
    <w:p>
      <w:r>
        <w:rPr>
          <w:color w:val="666666"/>
          <w:sz w:val="18"/>
        </w:rPr>
        <w:t>Life &amp; Wisdom · Social Reform | December 22, 2013 | Maulana Wahiduddin Khan · 2m 59s · at 1:14:31 · https://youtu.be/kGP903BvDto?t=4471</w:t>
      </w:r>
    </w:p>
    <w:p>
      <w:r>
        <w:rPr>
          <w:i/>
        </w:rPr>
        <w:t>“Molana, does diversity among human beings mean that each human has a different role?”</w:t>
      </w:r>
    </w:p>
    <w:p>
      <w:r>
        <w:rPr>
          <w:sz w:val="20"/>
        </w:rPr>
        <w:t>1:14:31  maulana, agla sawal dilli se hai.</w:t>
      </w:r>
      <w:r>
        <w:br/>
      </w:r>
      <w:r>
        <w:rPr>
          <w:sz w:val="20"/>
        </w:rPr>
        <w:t>1:14:36  miss aisha ne kiya hai.</w:t>
      </w:r>
      <w:r>
        <w:br/>
      </w:r>
      <w:r>
        <w:rPr>
          <w:sz w:val="20"/>
        </w:rPr>
        <w:t>1:14:41  انہوں نے لکھا ہے: "Maulana, does diversity among human beings mean that each human has a different role</w:t>
      </w:r>
      <w:r>
        <w:br/>
      </w:r>
      <w:r>
        <w:rPr>
          <w:sz w:val="20"/>
        </w:rPr>
        <w:t>1:14:47  in this life?</w:t>
      </w:r>
      <w:r>
        <w:br/>
      </w:r>
      <w:r>
        <w:rPr>
          <w:sz w:val="20"/>
        </w:rPr>
        <w:t>1:14:52  what is your comment on this? dekhiye, yeh is sawal ka</w:t>
      </w:r>
      <w:r>
        <w:br/>
      </w:r>
      <w:r>
        <w:rPr>
          <w:sz w:val="20"/>
        </w:rPr>
        <w:t>1:14:57  jawab mein samajhta hoon ke itna aasan nahi hai.</w:t>
      </w:r>
      <w:r>
        <w:br/>
      </w:r>
      <w:r>
        <w:rPr>
          <w:sz w:val="20"/>
        </w:rPr>
        <w:t>1:15:01  bohat hi aik complex cheez hai, bohat hi ziyada.</w:t>
      </w:r>
      <w:r>
        <w:br/>
      </w:r>
      <w:r>
        <w:rPr>
          <w:sz w:val="20"/>
        </w:rPr>
        <w:t>1:15:06  kyun ke main samajhta hoon ke sab se bari cheez yeh hai ke insaan akhirat mein allah ki blessing</w:t>
      </w:r>
      <w:r>
        <w:br/>
      </w:r>
      <w:r>
        <w:rPr>
          <w:sz w:val="20"/>
        </w:rPr>
        <w:t>1:15:10  ko paye, jannat mein uska dakhla ho.</w:t>
      </w:r>
      <w:r>
        <w:br/>
      </w:r>
      <w:r>
        <w:rPr>
          <w:sz w:val="20"/>
        </w:rPr>
        <w:t>1:15:15  aur is ke liye ke woh apna tazkiya kar sakay.</w:t>
      </w:r>
      <w:r>
        <w:br/>
      </w:r>
      <w:r>
        <w:rPr>
          <w:sz w:val="20"/>
        </w:rPr>
        <w:t>1:15:19  muzakhar shakhsiyat uski banay.</w:t>
      </w:r>
      <w:r>
        <w:br/>
      </w:r>
      <w:r>
        <w:rPr>
          <w:sz w:val="20"/>
        </w:rPr>
        <w:t>1:15:23  to main focus is par hai.</w:t>
      </w:r>
      <w:r>
        <w:br/>
      </w:r>
      <w:r>
        <w:rPr>
          <w:sz w:val="20"/>
        </w:rPr>
        <w:t>1:15:28  kya role karega, kya role nahi karega.</w:t>
      </w:r>
      <w:r>
        <w:br/>
      </w:r>
      <w:r>
        <w:rPr>
          <w:sz w:val="20"/>
        </w:rPr>
        <w:t>1:15:32  is role ke darmiyan bhi apna tazkiya kar payega, nahi kar payega.</w:t>
      </w:r>
      <w:r>
        <w:br/>
      </w:r>
      <w:r>
        <w:rPr>
          <w:sz w:val="20"/>
        </w:rPr>
        <w:t>1:15:36  koi bhi role hai jo aap karen.</w:t>
      </w:r>
      <w:r>
        <w:br/>
      </w:r>
      <w:r>
        <w:rPr>
          <w:sz w:val="20"/>
        </w:rPr>
        <w:t>1:15:39  koi bhi role aap karen.</w:t>
      </w:r>
      <w:r>
        <w:br/>
      </w:r>
      <w:r>
        <w:rPr>
          <w:sz w:val="20"/>
        </w:rPr>
        <w:t>1:15:43  misalan masjid mein namaz padhayen, madrasah mein kitaben padhayen logon ko.</w:t>
      </w:r>
      <w:r>
        <w:br/>
      </w:r>
      <w:r>
        <w:rPr>
          <w:sz w:val="20"/>
        </w:rPr>
        <w:t>1:15:47  koi bhi doosra kaam karen.</w:t>
      </w:r>
      <w:r>
        <w:br/>
      </w:r>
      <w:r>
        <w:rPr>
          <w:sz w:val="20"/>
        </w:rPr>
        <w:t>1:15:51  to asal cheez role nahin hai.</w:t>
      </w:r>
      <w:r>
        <w:br/>
      </w:r>
      <w:r>
        <w:rPr>
          <w:sz w:val="20"/>
        </w:rPr>
        <w:t>1:15:55  asal cheez hai different activities ke darmiyan apna tazkiyah kar sakna. to masla</w:t>
      </w:r>
      <w:r>
        <w:br/>
      </w:r>
      <w:r>
        <w:rPr>
          <w:sz w:val="20"/>
        </w:rPr>
        <w:t>1:15:59  different role bilashubah ho sakta hai.</w:t>
      </w:r>
      <w:r>
        <w:br/>
      </w:r>
      <w:r>
        <w:rPr>
          <w:sz w:val="20"/>
        </w:rPr>
        <w:t>1:16:02  bohat sare kaam hote hain.</w:t>
      </w:r>
      <w:r>
        <w:br/>
      </w:r>
      <w:r>
        <w:rPr>
          <w:sz w:val="20"/>
        </w:rPr>
        <w:t>1:16:05  lekin khud role asal maqsood nahin hai.</w:t>
      </w:r>
      <w:r>
        <w:br/>
      </w:r>
      <w:r>
        <w:rPr>
          <w:sz w:val="20"/>
        </w:rPr>
        <w:t>1:16:09  asal maqsood hai apni apni shakhsiyat ki taameer.</w:t>
      </w:r>
      <w:r>
        <w:br/>
      </w:r>
      <w:r>
        <w:rPr>
          <w:sz w:val="20"/>
        </w:rPr>
        <w:t>1:16:12  yani jannati shakhsiyat ki taameer.</w:t>
      </w:r>
      <w:r>
        <w:br/>
      </w:r>
      <w:r>
        <w:rPr>
          <w:sz w:val="20"/>
        </w:rPr>
        <w:t>1:16:15  muzakkar shakhsiyat ki taameer.</w:t>
      </w:r>
      <w:r>
        <w:br/>
      </w:r>
      <w:r>
        <w:rPr>
          <w:sz w:val="20"/>
        </w:rPr>
        <w:t>1:16:19  to mukhtalif role ada karte hue aadmi yeh jaane ke main kya woh tazkiyah kar pa raha hoon</w:t>
      </w:r>
      <w:r>
        <w:br/>
      </w:r>
      <w:r>
        <w:rPr>
          <w:sz w:val="20"/>
        </w:rPr>
        <w:t>1:16:22  ke nahin kar pa raha hoon.</w:t>
      </w:r>
      <w:r>
        <w:br/>
      </w:r>
      <w:r>
        <w:rPr>
          <w:sz w:val="20"/>
        </w:rPr>
        <w:t>1:16:25  badqismati se yeh hai ke tazkiyah ke baray mein poori tareekh mein</w:t>
      </w:r>
      <w:r>
        <w:br/>
      </w:r>
      <w:r>
        <w:rPr>
          <w:sz w:val="20"/>
        </w:rPr>
        <w:t>1:16:29  , muslim tareekh jo hai, koi wazeh tasawwur nahin maujood hai.</w:t>
      </w:r>
      <w:r>
        <w:br/>
      </w:r>
      <w:r>
        <w:rPr>
          <w:sz w:val="20"/>
        </w:rPr>
        <w:t>1:16:34  shayad koi ek kitab bhi nahin likhi gayi.</w:t>
      </w:r>
      <w:r>
        <w:br/>
      </w:r>
      <w:r>
        <w:rPr>
          <w:sz w:val="20"/>
        </w:rPr>
        <w:t>1:16:39  aur tazkiyah ka jo tasawwur sufia ne diya, woh to bilkul hi sahi nahin hai.</w:t>
      </w:r>
      <w:r>
        <w:br/>
      </w:r>
      <w:r>
        <w:rPr>
          <w:sz w:val="20"/>
        </w:rPr>
        <w:t>1:16:44  iska main ise islami tasawwur nahin samajhta.</w:t>
      </w:r>
      <w:r>
        <w:br/>
      </w:r>
      <w:r>
        <w:rPr>
          <w:sz w:val="20"/>
        </w:rPr>
        <w:t>1:16:49  woh to ek qism ka mazahkhat hai.</w:t>
      </w:r>
      <w:r>
        <w:br/>
      </w:r>
      <w:r>
        <w:rPr>
          <w:sz w:val="20"/>
        </w:rPr>
        <w:t>1:16:54  to jo tazkiyah qurani hai, jis ke mutabiq shakhsiyat banti hai, to asal matloob wahi hai. aap</w:t>
      </w:r>
      <w:r>
        <w:br/>
      </w:r>
      <w:r>
        <w:rPr>
          <w:sz w:val="20"/>
        </w:rPr>
        <w:t>1:16:59  koi bhi role karen, misalan aap university mein farz kiye hain, aap ek industry chala rahe hain, aap</w:t>
      </w:r>
      <w:r>
        <w:br/>
      </w:r>
      <w:r>
        <w:rPr>
          <w:sz w:val="20"/>
        </w:rPr>
        <w:t>1:17:05  masjid chala rahe hain, aap ek adarah chala rahe hain, kuch bhi kar rahe hon aap, lekin asal</w:t>
      </w:r>
      <w:r>
        <w:br/>
      </w:r>
      <w:r>
        <w:rPr>
          <w:sz w:val="20"/>
        </w:rPr>
        <w:t>1:17:11  jo jo jo asal maqsad aap ka rehna chahiye, woh hai ke aap ke andar kya woh shakhsiyat</w:t>
      </w:r>
      <w:r>
        <w:br/>
      </w:r>
      <w:r>
        <w:rPr>
          <w:sz w:val="20"/>
        </w:rPr>
        <w:t>1:17:18  ban rahi hai jo jannati shakhsiyat hai, jo Allah taala ki rehmaton ke mustahiq qarar paaye aakhirat mein.</w:t>
      </w:r>
      <w:r>
        <w:br/>
      </w:r>
      <w:r>
        <w:rPr>
          <w:sz w:val="20"/>
        </w:rPr>
        <w:t>1:17:24  yeh main samajh paya hoon.</w:t>
      </w:r>
    </w:p>
    <w:p>
      <w:pPr>
        <w:pStyle w:val="Heading2"/>
      </w:pPr>
      <w:r>
        <w:t>Earning and Saving Money for the Future</w:t>
      </w:r>
    </w:p>
    <w:p>
      <w:r>
        <w:rPr>
          <w:color w:val="666666"/>
          <w:sz w:val="18"/>
        </w:rPr>
        <w:t>Life &amp; Wisdom · Dars-e-Quran, Chapter 2, Verse 61 February 11, 2018 · 2m 28s · at 51:33 · https://youtu.be/rgoE0nvFJJI?t=3093</w:t>
      </w:r>
    </w:p>
    <w:p>
      <w:r>
        <w:rPr>
          <w:i/>
        </w:rPr>
        <w:t>“Normally people these days want to earn more and more money; they work day and night and save money for their future.”</w:t>
      </w:r>
    </w:p>
    <w:p>
      <w:r>
        <w:rPr>
          <w:sz w:val="20"/>
        </w:rPr>
        <w:t>51:33  Maulana agla sawal bheja hai aamir mori sahib ne kashmir se unhone likha hai</w:t>
      </w:r>
      <w:r>
        <w:br/>
      </w:r>
      <w:r>
        <w:rPr>
          <w:sz w:val="20"/>
        </w:rPr>
        <w:t>51:44  normally people these days want to earn more and more money they work day and night and save</w:t>
      </w:r>
      <w:r>
        <w:br/>
      </w:r>
      <w:r>
        <w:rPr>
          <w:sz w:val="20"/>
        </w:rPr>
        <w:t>51:53  money for their future</w:t>
      </w:r>
      <w:r>
        <w:br/>
      </w:r>
      <w:r>
        <w:rPr>
          <w:sz w:val="20"/>
        </w:rPr>
        <w:t>51:55  and hence refrain themselves from getting involved in dawah mission</w:t>
      </w:r>
      <w:r>
        <w:br/>
      </w:r>
      <w:r>
        <w:rPr>
          <w:sz w:val="20"/>
        </w:rPr>
        <w:t>52:02  Maulana sahib how we can tackle this problem kindly through some light on this</w:t>
      </w:r>
      <w:r>
        <w:br/>
      </w:r>
      <w:r>
        <w:rPr>
          <w:sz w:val="20"/>
        </w:rPr>
        <w:t>52:11  dekhein yeh jo culture aaj kal chal raha hai yeh</w:t>
      </w:r>
      <w:r>
        <w:br/>
      </w:r>
      <w:r>
        <w:rPr>
          <w:sz w:val="20"/>
        </w:rPr>
        <w:t>52:20  god ka jo creation plan hai uske khilaf hai</w:t>
      </w:r>
      <w:r>
        <w:br/>
      </w:r>
      <w:r>
        <w:rPr>
          <w:sz w:val="20"/>
        </w:rPr>
        <w:t>52:25  aur jab bhi aap god ke creation plan ke khilaf chalenge toh aap ko aap ka jo</w:t>
      </w:r>
      <w:r>
        <w:br/>
      </w:r>
      <w:r>
        <w:rPr>
          <w:sz w:val="20"/>
        </w:rPr>
        <w:t>52:33  goal hai woh milne wala nahi hai wahi aap dekh lijiye goal jo hai logon ka woh sirf</w:t>
      </w:r>
      <w:r>
        <w:br/>
      </w:r>
      <w:r>
        <w:rPr>
          <w:sz w:val="20"/>
        </w:rPr>
        <w:t>52:40  money nahi hai woh hai peace of mind</w:t>
      </w:r>
      <w:r>
        <w:br/>
      </w:r>
      <w:r>
        <w:rPr>
          <w:sz w:val="20"/>
        </w:rPr>
        <w:t>52:45  toh peace of mind kahan hai</w:t>
      </w:r>
      <w:r>
        <w:br/>
      </w:r>
      <w:r>
        <w:rPr>
          <w:sz w:val="20"/>
        </w:rPr>
        <w:t>52:49  yani peace of mind jab na mile toh more and more money ke kya faida</w:t>
      </w:r>
      <w:r>
        <w:br/>
      </w:r>
      <w:r>
        <w:rPr>
          <w:sz w:val="20"/>
        </w:rPr>
        <w:t>52:56  kya hai is ka</w:t>
      </w:r>
      <w:r>
        <w:br/>
      </w:r>
      <w:r>
        <w:rPr>
          <w:sz w:val="20"/>
        </w:rPr>
        <w:t>52:58  kyun is liye ke log jo hain jo krishan plan of god hai us ko samjhe baghair kood</w:t>
      </w:r>
      <w:r>
        <w:br/>
      </w:r>
      <w:r>
        <w:rPr>
          <w:sz w:val="20"/>
        </w:rPr>
        <w:t>53:05  pade hain to we have to rediscover the krishan plan of god</w:t>
      </w:r>
      <w:r>
        <w:br/>
      </w:r>
      <w:r>
        <w:rPr>
          <w:sz w:val="20"/>
        </w:rPr>
        <w:t>53:13  here is the solution</w:t>
      </w:r>
      <w:r>
        <w:br/>
      </w:r>
      <w:r>
        <w:rPr>
          <w:sz w:val="20"/>
        </w:rPr>
        <w:t>53:16  we have to rediscover the</w:t>
      </w:r>
      <w:r>
        <w:br/>
      </w:r>
      <w:r>
        <w:rPr>
          <w:sz w:val="20"/>
        </w:rPr>
        <w:t>53:21  krishan plan of god here is the</w:t>
      </w:r>
      <w:r>
        <w:br/>
      </w:r>
      <w:r>
        <w:rPr>
          <w:sz w:val="20"/>
        </w:rPr>
        <w:t>53:26  answer of this question</w:t>
      </w:r>
      <w:r>
        <w:br/>
      </w:r>
      <w:r>
        <w:rPr>
          <w:sz w:val="20"/>
        </w:rPr>
        <w:t>53:32  maulana agla comment bheja hai dr waqar alam sahab ne new york se unhone likha hai maulana sahib you very intelligently related this quranic story of bani israel to our present situation and made it very clear to cps team workers that how allah's help will come for us while doing the dawah work</w:t>
      </w:r>
    </w:p>
    <w:p>
      <w:pPr>
        <w:pStyle w:val="Heading2"/>
      </w:pPr>
      <w:r>
        <w:t>Elaborate on self-actor vs non-self-actor</w:t>
      </w:r>
    </w:p>
    <w:p>
      <w:r>
        <w:rPr>
          <w:color w:val="666666"/>
          <w:sz w:val="18"/>
        </w:rPr>
        <w:t>Life &amp; Wisdom · Discovery of God (In Conversation with Maulana) December 25, 2011 · 3m 37s · at 3:25 · https://youtu.be/-1c1d7cFj0s?t=205</w:t>
      </w:r>
    </w:p>
    <w:p>
      <w:r>
        <w:rPr>
          <w:i/>
        </w:rPr>
        <w:t>“In one of your lectures you had mentioned the difference between a self-actor and a non-self-actor. Can you please elaborate on this?”</w:t>
      </w:r>
    </w:p>
    <w:p>
      <w:r>
        <w:rPr>
          <w:sz w:val="20"/>
        </w:rPr>
        <w:t>3:25  maulana, ye sawal aaya hai miss naghma siddiqui ka, dilli se. unhon ne likha hai: "in one of your lectures you had mentioned the difference between a self actor and a non self actor.</w:t>
      </w:r>
      <w:r>
        <w:br/>
      </w:r>
      <w:r>
        <w:rPr>
          <w:sz w:val="20"/>
        </w:rPr>
        <w:t>3:40  can you please elaborate on this?</w:t>
      </w:r>
      <w:r>
        <w:br/>
      </w:r>
      <w:r>
        <w:rPr>
          <w:sz w:val="20"/>
        </w:rPr>
        <w:t>3:43  " dekhiye, ye dunya mein zindagi ki do sooraten hain. aik ye hai ke aap ne khud kuch daryaft kiya ho, khud apni soch aap ki bani ho,</w:t>
      </w:r>
      <w:r>
        <w:br/>
      </w:r>
      <w:r>
        <w:rPr>
          <w:sz w:val="20"/>
        </w:rPr>
        <w:t>3:58  khud aap ki aik shakhsiyat develop hui ho, is ke mutabiq dunya mein rahein aap. aur aik ye hai ke jo dunya mein jo system hai, qaim system, us se apne ko jor lein aur jo wo jo wo chahe, wahi karein aap.</w:t>
      </w:r>
      <w:r>
        <w:br/>
      </w:r>
      <w:r>
        <w:rPr>
          <w:sz w:val="20"/>
        </w:rPr>
        <w:t>4:17  is ki khuli hui misaal jo hai, ye film industry hai. film industry kya hai? film industry mein jo viewers hain, un ke lehaz se aadmi ko act karna parta hai.</w:t>
      </w:r>
      <w:r>
        <w:br/>
      </w:r>
      <w:r>
        <w:rPr>
          <w:sz w:val="20"/>
        </w:rPr>
        <w:t>4:29  viewers ke lehaz se, apne lehaz se nahi. khud apni soch kya hai, apne nazdeek sahi kaha hai, ghalat kaha hai, ye nahi, balkay viewers kya chahtay hain dekhna, wo kya chahtay hain sunna, is ke mutabiq aadmi act karta hai.</w:t>
      </w:r>
      <w:r>
        <w:br/>
      </w:r>
      <w:r>
        <w:rPr>
          <w:sz w:val="20"/>
        </w:rPr>
        <w:t>4:45  aisay baray baray uhday jo hain, wahan bhi kya hai? baray baray uhdon mein aadmi lagta hai shandar mahaloon mein, lekin</w:t>
      </w:r>
      <w:r>
        <w:br/>
      </w:r>
      <w:r>
        <w:rPr>
          <w:sz w:val="20"/>
        </w:rPr>
        <w:t>4:56  wo bhi kisi yani apne apne apni buniyad par nahi jeeta hai. wo doosray ki buniyad par jeeta hai. mislan aik leader voter kya kehtay hain, voter kya chahtay hain, is ke mutabiq wo chalta hai.</w:t>
      </w:r>
      <w:r>
        <w:br/>
      </w:r>
      <w:r>
        <w:rPr>
          <w:sz w:val="20"/>
        </w:rPr>
        <w:t>5:11  to aik bohat mushkil kaam hai, kyunkay agar aap non self, isi ko main kehta hoon non self actor, yani apne siwa kisi aur ke liye jeena, to non self actor mein aap bazahir bohat achi zindagi hasil kar letay hain.</w:t>
      </w:r>
      <w:r>
        <w:br/>
      </w:r>
      <w:r>
        <w:rPr>
          <w:sz w:val="20"/>
        </w:rPr>
        <w:t>5:29  kyunkay jis jis ke liye aap kaam karte hain, wo aap ko bari bari cheezein deta hai. lekin jab khud apne oopar jeena chahein aap, to aap ko sacrifice karni parti hain.</w:t>
      </w:r>
      <w:r>
        <w:br/>
      </w:r>
      <w:r>
        <w:rPr>
          <w:sz w:val="20"/>
        </w:rPr>
        <w:t>5:42  phir aap ko saada zindagi, kam par qanaat karna, mushkil halaat mein rehna, ye sab bardasht karna parta hai.</w:t>
      </w:r>
      <w:r>
        <w:br/>
      </w:r>
      <w:r>
        <w:rPr>
          <w:sz w:val="20"/>
        </w:rPr>
        <w:t>5:52  lekin jo jo self self actor hain, haqeeqat mein wahi jee rahay hain dunya mein.</w:t>
      </w:r>
      <w:r>
        <w:br/>
      </w:r>
      <w:r>
        <w:rPr>
          <w:sz w:val="20"/>
        </w:rPr>
        <w:t>6:01  kyunkay wo apne aap mein jeetay hain. wo jo non self actor hain, wo jee jo jee rahay hain, wo to wo to moortiyan hain, samjhiye, well dressed moortiyan.</w:t>
      </w:r>
      <w:r>
        <w:br/>
      </w:r>
      <w:r>
        <w:rPr>
          <w:sz w:val="20"/>
        </w:rPr>
        <w:t>6:13  to main bataoon ke aadmi ko chahiye ke wo self actor banay, yani apne aap mein jeena, jeenay ki koshish kare, chahe koi bhi price deni paray is ki.</w:t>
      </w:r>
      <w:r>
        <w:br/>
      </w:r>
      <w:r>
        <w:rPr>
          <w:sz w:val="20"/>
        </w:rPr>
        <w:t>6:28  aur non self actor na banay, kyunkay wo to apni apne aap kho diya us ne. apne aap ko kho kar ke to kisi doosray ke liye jee raha hai wo.</w:t>
      </w:r>
      <w:r>
        <w:br/>
      </w:r>
      <w:r>
        <w:rPr>
          <w:sz w:val="20"/>
        </w:rPr>
        <w:t>6:39  to hum to yahi kahain ge aap logon se ke aap log non self actor na banen, balkay self actor banen.</w:t>
      </w:r>
      <w:r>
        <w:br/>
      </w:r>
      <w:r>
        <w:rPr>
          <w:sz w:val="20"/>
        </w:rPr>
        <w:t>6:51  apni daryaft par jeena seekhein, na ke doosron ke direction pe jeena seekhein.</w:t>
      </w:r>
    </w:p>
    <w:p>
      <w:pPr>
        <w:pStyle w:val="Heading2"/>
      </w:pPr>
      <w:r>
        <w:t>Elaboration on simple living high thinking</w:t>
      </w:r>
    </w:p>
    <w:p>
      <w:r>
        <w:rPr>
          <w:color w:val="666666"/>
          <w:sz w:val="18"/>
        </w:rPr>
        <w:t>Life &amp; Wisdom · Pillars of Western Thought October 6, 2013 · 3m 34s · at 1:04:45 · https://youtu.be/o4WfPvju5_M?t=3885</w:t>
      </w:r>
    </w:p>
    <w:p>
      <w:r>
        <w:rPr>
          <w:i/>
        </w:rPr>
        <w:t>“You have always advised us to adopt simple living and high thinking. I want to request you today to please elaborate on it.”</w:t>
      </w:r>
    </w:p>
    <w:p>
      <w:r>
        <w:rPr>
          <w:sz w:val="20"/>
        </w:rPr>
        <w:t>1:04:45  maulana, agla sawal bangalore se aaya hai. mister rakesh sharma ne kiya hai. unhon ne likha hai: "maulana, you have always advised us to adopt simple living and high thinking.</w:t>
      </w:r>
      <w:r>
        <w:br/>
      </w:r>
      <w:r>
        <w:rPr>
          <w:sz w:val="20"/>
        </w:rPr>
        <w:t>1:04:58  i want to request you today to please elaborate on it." dekhiye, simple living, high thinking dono ek doosre se interconnected hain.</w:t>
      </w:r>
      <w:r>
        <w:br/>
      </w:r>
      <w:r>
        <w:rPr>
          <w:sz w:val="20"/>
        </w:rPr>
        <w:t>1:05:08  jab simple living hogi, tab hi high thinking hogi. aur high thinking agar hogi to simple living apne aap ho jayegi. dekhiye, simple living ka matlab kya hai?</w:t>
      </w:r>
      <w:r>
        <w:br/>
      </w:r>
      <w:r>
        <w:rPr>
          <w:sz w:val="20"/>
        </w:rPr>
        <w:t>1:05:17  to save yourself from all kind of distraction.</w:t>
      </w:r>
      <w:r>
        <w:br/>
      </w:r>
      <w:r>
        <w:rPr>
          <w:sz w:val="20"/>
        </w:rPr>
        <w:t>1:05:21  bas jab aap simple living par na hon to har waqt aap distract hote rahenge. har waqt distract hote rahenge.</w:t>
      </w:r>
      <w:r>
        <w:br/>
      </w:r>
      <w:r>
        <w:rPr>
          <w:sz w:val="20"/>
        </w:rPr>
        <w:t>1:05:32  aur simple living se kya hota hai? aap distraction se bach jate hain. jaise meri zindagi bilkul hi saada hai. aakhri had tak main saada zindagi guzarta hoon.</w:t>
      </w:r>
      <w:r>
        <w:br/>
      </w:r>
      <w:r>
        <w:rPr>
          <w:sz w:val="20"/>
        </w:rPr>
        <w:t>1:05:43  to meri zindagi mein koi distraction hi nahi.</w:t>
      </w:r>
      <w:r>
        <w:br/>
      </w:r>
      <w:r>
        <w:rPr>
          <w:sz w:val="20"/>
        </w:rPr>
        <w:t>1:05:46  to main 24 ghante, yani agar padhun, likhun, sochun to mere paas time hi time hai. jo log simple living nahi ikhtiyar karte, saada zindagi nahi ikhtiyar karte, to bar bar woh distract hote rehte hain.</w:t>
      </w:r>
      <w:r>
        <w:br/>
      </w:r>
      <w:r>
        <w:rPr>
          <w:sz w:val="20"/>
        </w:rPr>
        <w:t>1:06:04  to phir un ko time nahi hota padhne likhne ka, intellectual development ka. high thinking kahan se aayegi? to main yeh nahi kehta ke simple living, jo hai, koi koi farz hai.</w:t>
      </w:r>
      <w:r>
        <w:br/>
      </w:r>
      <w:r>
        <w:rPr>
          <w:sz w:val="20"/>
        </w:rPr>
        <w:t>1:06:15  yeh main nahi kehta.</w:t>
      </w:r>
      <w:r>
        <w:br/>
      </w:r>
      <w:r>
        <w:rPr>
          <w:sz w:val="20"/>
        </w:rPr>
        <w:t>1:06:16  main yeh kehta hoon ke agar aap chahte hain apne andar high thinking develop karna, apna personality develop, apni personality ko develop karna,</w:t>
      </w:r>
      <w:r>
        <w:br/>
      </w:r>
      <w:r>
        <w:rPr>
          <w:sz w:val="20"/>
        </w:rPr>
        <w:t>1:06:30  intellectual development, yeh sab cheezein agar aap chahte hon to lazim hai ke aap simple living ikhtiyar karen. warna mumkin nahi hoga.</w:t>
      </w:r>
      <w:r>
        <w:br/>
      </w:r>
      <w:r>
        <w:rPr>
          <w:sz w:val="20"/>
        </w:rPr>
        <w:t>1:06:39  yeh main keh raha hoon. yani simple living ko main koi is maane mein nahi leta hoon ke jaise namaz farz hai to yeh bhi farz hai. lekin main yeh sirf keh raha hoon ke simple living ke baghair aap ko time hi nahi milega ke aap apni shakhsiyat ko develop karen.</w:t>
      </w:r>
      <w:r>
        <w:br/>
      </w:r>
      <w:r>
        <w:rPr>
          <w:sz w:val="20"/>
        </w:rPr>
        <w:t>1:06:59  yeh mera manna hai.</w:t>
      </w:r>
      <w:r>
        <w:br/>
      </w:r>
      <w:r>
        <w:rPr>
          <w:sz w:val="20"/>
        </w:rPr>
        <w:t>1:07:03  maulana bhopal se shakeel sahib ne sawal</w:t>
      </w:r>
      <w:r>
        <w:br/>
      </w:r>
      <w:r>
        <w:rPr>
          <w:sz w:val="20"/>
        </w:rPr>
        <w:t>1:07:06  kiya hai. unhon ne likha hai: "maulana sahib, main aap se yeh janna chahta hoon ke main apne andar universal outlook ka zehan kaise banaun?" quran parhiye.</w:t>
      </w:r>
      <w:r>
        <w:br/>
      </w:r>
      <w:r>
        <w:rPr>
          <w:sz w:val="20"/>
        </w:rPr>
        <w:t>1:07:19  quran mein aap dekhiye, bar bar "eha naas, eha naas, eha naas". yani saari insaniyat ko quran khitab karta hai.</w:t>
      </w:r>
      <w:r>
        <w:br/>
      </w:r>
      <w:r>
        <w:rPr>
          <w:sz w:val="20"/>
        </w:rPr>
        <w:t>1:07:31  quran ko agar aap bar bar parhein, samajh kar ke to apne aap hi aap ke andar nuqta nazar aa jayega. pehli ayat dekhiye: "alhamdulillah rabbul alameen".</w:t>
      </w:r>
      <w:r>
        <w:br/>
      </w:r>
      <w:r>
        <w:rPr>
          <w:sz w:val="20"/>
        </w:rPr>
        <w:t>1:07:43  yani rabb, yani allah ka jo is mein tasawwur diya gaya hai, woh sare alam ka rabb hai. pehli ayat aap ko universal bana degi.</w:t>
      </w:r>
      <w:r>
        <w:br/>
      </w:r>
      <w:r>
        <w:rPr>
          <w:sz w:val="20"/>
        </w:rPr>
        <w:t>1:07:53  yani rabbul muslimeen nahi, quran mein rabbul alameen hai.</w:t>
      </w:r>
      <w:r>
        <w:br/>
      </w:r>
      <w:r>
        <w:rPr>
          <w:sz w:val="20"/>
        </w:rPr>
        <w:t>1:07:59  to mein samajhta hoon ke sab se acha nuskha hai universal zehan banane ka ke aap quran ko samajh kar parhein. samajh kar bas is ke baad sab masla hal ho jayega.</w:t>
      </w:r>
      <w:r>
        <w:br/>
      </w:r>
      <w:r>
        <w:rPr>
          <w:sz w:val="20"/>
        </w:rPr>
        <w:t>1:08:09  waise meri aik kitab bhi hai, "deen insaniyat" is ka naam hai. is ko aap parh sakte hain. aap is mein bhi is tarah ki baatein hain.</w:t>
      </w:r>
    </w:p>
    <w:p>
      <w:pPr>
        <w:pStyle w:val="Heading2"/>
      </w:pPr>
      <w:r>
        <w:t>Emotion management and lack of wisdom</w:t>
      </w:r>
    </w:p>
    <w:p>
      <w:r>
        <w:rPr>
          <w:color w:val="666666"/>
          <w:sz w:val="18"/>
        </w:rPr>
        <w:t>Life &amp; Wisdom · How to Manage Controversy 10 Nov 2019 - Maulana Wahiduddin Khan · 3m 37s · at 35:10 · https://youtu.be/UafTzJXHrSA?t=2110</w:t>
      </w:r>
    </w:p>
    <w:p>
      <w:r>
        <w:rPr>
          <w:i/>
        </w:rPr>
        <w:t>“Any emotion management requires wisdom, but wisdom comes with a long process of deconditioning, as you have always been telling us through your lectures and books. But in a controversial situation, most of the people who react are ordinary people with no wisdom.”</w:t>
      </w:r>
    </w:p>
    <w:p>
      <w:r>
        <w:rPr>
          <w:sz w:val="20"/>
        </w:rPr>
        <w:t>35:10  jazak Allah." Maulana, agla sawal kanpur se hai. athar shamsi sahib ne bheja hai. unhone likha hai: "Maulana, any emotion management requires wisdom,</w:t>
      </w:r>
      <w:r>
        <w:br/>
      </w:r>
      <w:r>
        <w:rPr>
          <w:sz w:val="20"/>
        </w:rPr>
        <w:t>35:25  but wisdom comes with a long process of de conditioning, as you have always been telling us through your lectures and books.</w:t>
      </w:r>
      <w:r>
        <w:br/>
      </w:r>
      <w:r>
        <w:rPr>
          <w:sz w:val="20"/>
        </w:rPr>
        <w:t>35:34  but in a controversy situation, most of the people who react are ordinary people with no wisdom.</w:t>
      </w:r>
      <w:r>
        <w:br/>
      </w:r>
      <w:r>
        <w:rPr>
          <w:sz w:val="20"/>
        </w:rPr>
        <w:t>35:43  so my question is: how can a situation at a mass level be managed during controversy? where is the ho</w:t>
      </w:r>
      <w:r>
        <w:br/>
      </w:r>
      <w:r>
        <w:rPr>
          <w:sz w:val="20"/>
        </w:rPr>
        <w:t>35:51  p?"</w:t>
      </w:r>
      <w:r>
        <w:br/>
      </w:r>
      <w:r>
        <w:rPr>
          <w:sz w:val="20"/>
        </w:rPr>
        <w:t>35:56  dekhiye, main aap ko ek ek qissa batata hoon. hazrat umar jab khalifa thay, hazrat umar jab khalifa thay to ek aadmi un ke ghar par us se milne ke liye gaye.</w:t>
      </w:r>
      <w:r>
        <w:br/>
      </w:r>
      <w:r>
        <w:rPr>
          <w:sz w:val="20"/>
        </w:rPr>
        <w:t>36:15  to wahan jo aadmi tha,</w:t>
      </w:r>
      <w:r>
        <w:br/>
      </w:r>
      <w:r>
        <w:rPr>
          <w:sz w:val="20"/>
        </w:rPr>
        <w:t>36:22  bahar waiter ke taur par, aadmi ne us se kaha ke mujhe umar se milna hai. to us ne kaha ke umar to us waqt so rahe hain.</w:t>
      </w:r>
      <w:r>
        <w:br/>
      </w:r>
      <w:r>
        <w:rPr>
          <w:sz w:val="20"/>
        </w:rPr>
        <w:t>36:37  to woh aadmi baith gaya, baatein hone lagi.</w:t>
      </w:r>
      <w:r>
        <w:br/>
      </w:r>
      <w:r>
        <w:rPr>
          <w:sz w:val="20"/>
        </w:rPr>
        <w:t>36:44  to baatein karte hue unhone poocha ke tum umar ke saath rehte ho, batao ke umar ke baray mein tumhari kya rai hai?</w:t>
      </w:r>
      <w:r>
        <w:br/>
      </w:r>
      <w:r>
        <w:rPr>
          <w:sz w:val="20"/>
        </w:rPr>
        <w:t>37:00  to us aadmi ne kaha ke umar bohat achhe aadmi hain, bohat ziyada achhe aadmi hain, lekin jab unhein ghussa aa jata hai to woh bohat sakht ho jatay hain.</w:t>
      </w:r>
      <w:r>
        <w:br/>
      </w:r>
      <w:r>
        <w:rPr>
          <w:sz w:val="20"/>
        </w:rPr>
        <w:t>37:18  to us aadmi ne kaha ke is ka bohat simple formula main tumhein batata hoon.</w:t>
      </w:r>
      <w:r>
        <w:br/>
      </w:r>
      <w:r>
        <w:rPr>
          <w:sz w:val="20"/>
        </w:rPr>
        <w:t>37:29  us ne kaha ke kya? us ne kaha ke bas quran ki koi ayat parh do, jab ghussa aaye un ko to quran ki koi ayat parh do, bas woh chup ho jayenge.</w:t>
      </w:r>
      <w:r>
        <w:br/>
      </w:r>
      <w:r>
        <w:rPr>
          <w:sz w:val="20"/>
        </w:rPr>
        <w:t>37:43  umar usi waqt chup ho jayenge. to masla yeh umar ki baat nahi hai, yeh momin ki baat hai.</w:t>
      </w:r>
      <w:r>
        <w:br/>
      </w:r>
      <w:r>
        <w:rPr>
          <w:sz w:val="20"/>
        </w:rPr>
        <w:t>37:54  har momin ke andar yeh mizaj hona chahiye</w:t>
      </w:r>
      <w:r>
        <w:br/>
      </w:r>
      <w:r>
        <w:rPr>
          <w:sz w:val="20"/>
        </w:rPr>
        <w:t>38:01  ke jab quran ki koi ayat parh di jaye to sunnay wala bilkul khamosh ho jaye.</w:t>
      </w:r>
      <w:r>
        <w:br/>
      </w:r>
      <w:r>
        <w:rPr>
          <w:sz w:val="20"/>
        </w:rPr>
        <w:t>38:12  to aisi society banaiye, aisa ghar banaiye, aisi family banaiye ke log quran ki ayat parh kar chup ho jaya karen.</w:t>
      </w:r>
      <w:r>
        <w:br/>
      </w:r>
      <w:r>
        <w:rPr>
          <w:sz w:val="20"/>
        </w:rPr>
        <w:t>38:29  yani ghussa ka mamla pesh aane se pehle logon ko train kijiye, apne ghar ko, apne samaj ko. inshallah yeh bohat zabardast sabit hoga.</w:t>
      </w:r>
    </w:p>
    <w:p>
      <w:pPr>
        <w:pStyle w:val="Heading2"/>
      </w:pPr>
      <w:r>
        <w:t>Establishing discipline and intellectual development</w:t>
      </w:r>
    </w:p>
    <w:p>
      <w:r>
        <w:rPr>
          <w:color w:val="666666"/>
          <w:sz w:val="18"/>
        </w:rPr>
        <w:t>Life &amp; Wisdom · Message of The Quran March 29, 2015 · 3m 52s · at 56:44 · https://youtu.be/u57TpiO8A7Y?t=3404</w:t>
      </w:r>
    </w:p>
    <w:p>
      <w:r>
        <w:rPr>
          <w:i/>
        </w:rPr>
        <w:t>“How can we establish discipline in our daily life?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p>
    <w:p>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Establishing discipline and intellectual growth</w:t>
      </w:r>
    </w:p>
    <w:p>
      <w:r>
        <w:rPr>
          <w:color w:val="666666"/>
          <w:sz w:val="18"/>
        </w:rPr>
        <w:t>Life &amp; Wisdom · Message of The Quran March 29, 2015 · 3m 53s · at 56:55 · https://youtu.be/61ANCBxSPHs?t=3415</w:t>
      </w:r>
    </w:p>
    <w:p>
      <w:r>
        <w:rPr>
          <w:i/>
        </w:rPr>
        <w:t>“How can we establish discipline in daily life? I miss intellectual development. What formula should I adopt to change myself and advise others?”</w:t>
      </w:r>
    </w:p>
    <w:p>
      <w:r>
        <w:rPr>
          <w:sz w:val="20"/>
        </w:rPr>
        <w:t>56:55  maulana, agla sawal chandi garh se kiya hai aaftab sahib ne. aur unhon ne likha hai: "maulana, How can we establish discipline in our daily life</w:t>
      </w:r>
      <w:r>
        <w:br/>
      </w:r>
      <w:r>
        <w:rPr>
          <w:sz w:val="20"/>
        </w:rPr>
        <w:t>57:07  ? Often most of the people including me get involved in day to day things, missing out on intellectual development like reading and thinking.</w:t>
      </w:r>
      <w:r>
        <w:br/>
      </w:r>
      <w:r>
        <w:rPr>
          <w:sz w:val="20"/>
        </w:rPr>
        <w:t>57:19  I try hard but I am still not able to do my intellectual development like I should do. Maulana, what formula I should adopt to change myself and also advise others like myself؟"</w:t>
      </w:r>
      <w:r>
        <w:br/>
      </w:r>
      <w:r>
        <w:rPr>
          <w:sz w:val="20"/>
        </w:rPr>
        <w:t>57:35  dekhiye, jahan tak mein ne samjha hai woh yeh hai ke log hamesha Distraction mein phanse rehte hain.</w:t>
      </w:r>
      <w:r>
        <w:br/>
      </w:r>
      <w:r>
        <w:rPr>
          <w:sz w:val="20"/>
        </w:rPr>
        <w:t>57:45  mera tajurba yahi hai. mukhtalif qism ki Distraction. koi doston mein phansa hua hai. koi Shopping mein phansa hua hai. koi kahin phansa hua hai.</w:t>
      </w:r>
      <w:r>
        <w:br/>
      </w:r>
      <w:r>
        <w:rPr>
          <w:sz w:val="20"/>
        </w:rPr>
        <w:t>57:56  toh yeh Distraction jo mein phanse hue hote hain log is ki wajah se in ka Focus sahi banta nahi.</w:t>
      </w:r>
      <w:r>
        <w:br/>
      </w:r>
      <w:r>
        <w:rPr>
          <w:sz w:val="20"/>
        </w:rPr>
        <w:t>58:06  jo asal Focus jahan parna chahiye wahan se hat jata hai.</w:t>
      </w:r>
      <w:r>
        <w:br/>
      </w:r>
      <w:r>
        <w:rPr>
          <w:sz w:val="20"/>
        </w:rPr>
        <w:t>58:13  toh mere nazdeek yeh sab cheezein jo hain is waqt paida hoti hain jab aap apni zehan mein Distraction se apne aap ko bachayein.</w:t>
      </w:r>
      <w:r>
        <w:br/>
      </w:r>
      <w:r>
        <w:rPr>
          <w:sz w:val="20"/>
        </w:rPr>
        <w:t>58:25  toh agar aap ko apne aap se mohabbat hai. agar aap ko chahte hain ke aap masjid insan ke apne ko Develop karein. toh aap ko soch soch kar apne ko Distraction se nikalna hoga.</w:t>
      </w:r>
      <w:r>
        <w:br/>
      </w:r>
      <w:r>
        <w:rPr>
          <w:sz w:val="20"/>
        </w:rPr>
        <w:t>58:38  kyun ke Distraction mein hota yeh hai ke aadmi Condition ho jata hai. Conditioning ki wajah se us ko Distraction nazar nahi aata.</w:t>
      </w:r>
      <w:r>
        <w:br/>
      </w:r>
      <w:r>
        <w:rPr>
          <w:sz w:val="20"/>
        </w:rPr>
        <w:t>58:48  toh sochna parta hai. aap ko apni Condition ko todna hoga. aur Condition ko tod kar ke apni Distraction ko Discover karna hoga.</w:t>
      </w:r>
      <w:r>
        <w:br/>
      </w:r>
      <w:r>
        <w:rPr>
          <w:sz w:val="20"/>
        </w:rPr>
        <w:t>58:58  phir apne aap ko Focus par lana hoga. aur koi doosra tareeqa is ke liye hai nahi.</w:t>
      </w:r>
      <w:r>
        <w:br/>
      </w:r>
      <w:r>
        <w:rPr>
          <w:sz w:val="20"/>
        </w:rPr>
        <w:t>59:11  maulana, agla Comment aaya hai khawaja kaleemuddin sahib ka pensilvania, USA se. aur unhon ne likha hai: "maulana sahib, You have already abundantly proved in your number of books that قرآن does not either advise you to establish a system or gives you a well-defined system of society.</w:t>
      </w:r>
      <w:r>
        <w:br/>
      </w:r>
      <w:r>
        <w:rPr>
          <w:sz w:val="20"/>
        </w:rPr>
        <w:t>59:34  But in today's lecture I have learned a new point that is قرآن invites you to be a creative thinker. And also you gave us the details what it means to be a creative thinker.</w:t>
      </w:r>
      <w:r>
        <w:br/>
      </w:r>
      <w:r>
        <w:rPr>
          <w:sz w:val="20"/>
        </w:rPr>
        <w:t>59:48  And being creative it opens the door for intellectual development. It is really a very thrilling point. Thank you very much."</w:t>
      </w:r>
    </w:p>
    <w:p>
      <w:pPr>
        <w:pStyle w:val="Heading2"/>
      </w:pPr>
      <w:r>
        <w:t>Evaluating Reason to Migrate to West</w:t>
      </w:r>
    </w:p>
    <w:p>
      <w:r>
        <w:rPr>
          <w:color w:val="666666"/>
          <w:sz w:val="18"/>
        </w:rPr>
        <w:t>Life &amp; Wisdom · Q&amp;A 04 Mar 2012 Maulana Wahiduddin Khan · 3m 14s · at 0:10 · https://youtu.be/txRmutuvWQI?t=10</w:t>
      </w:r>
    </w:p>
    <w:p>
      <w:r>
        <w:rPr>
          <w:i/>
        </w:rPr>
        <w:t>“People of Asian countries often say that because of poverty and inflation in our countries, we cannot meet our economic needs and have to live in tension, so we turn to Europe and America to meet our needs and live a tension-free life. To what extent is this statement correct?”</w:t>
      </w:r>
    </w:p>
    <w:p>
      <w:r>
        <w:rPr>
          <w:sz w:val="20"/>
        </w:rPr>
        <w:t>0:10  ah, molana, yeh sawal aaya hai karachi, pakistan se mr abdul latif sahib ka. unhone poocha hai: "asiyai mulkon ke log aksar yeh kehte hain ke chunke hamare mulkon mein ghurbat aur mehengai hai,</w:t>
      </w:r>
      <w:r>
        <w:br/>
      </w:r>
      <w:r>
        <w:rPr>
          <w:sz w:val="20"/>
        </w:rPr>
        <w:t>0:26  jis ki wajah se hamari maashi zarooriyat poori nahi ho sakti, aur hamein tension mein jeena padta hai, is liye hum europe aur america jaise mulkon ka rukh karte hain taake hum apni maashi zarooriyat ko poora kar sakein aur tension free life mein reh sakein." molana sahib, yeh baat kis had tak sahi hai?</w:t>
      </w:r>
      <w:r>
        <w:br/>
      </w:r>
      <w:r>
        <w:rPr>
          <w:sz w:val="20"/>
        </w:rPr>
        <w:t>0:53  bilkul galat hai. america mein har aadmi tension mein jeeta hai. wahan ka president bhi tension mein jeeta hai. wahan tension milegi kisi ko?</w:t>
      </w:r>
      <w:r>
        <w:br/>
      </w:r>
      <w:r>
        <w:rPr>
          <w:sz w:val="20"/>
        </w:rPr>
        <w:t>1:05  america mein main ghaliban</w:t>
      </w:r>
      <w:r>
        <w:br/>
      </w:r>
      <w:r>
        <w:rPr>
          <w:sz w:val="20"/>
        </w:rPr>
        <w:t>1:10  10 baar ya 12 baar gaya hoon. koi aadmi wahan aisa nahi jo tension free rehta ho. tension se bachne ka raaz forans nahi hai,</w:t>
      </w:r>
      <w:r>
        <w:br/>
      </w:r>
      <w:r>
        <w:rPr>
          <w:sz w:val="20"/>
        </w:rPr>
        <w:t>1:25  qanaat hai.</w:t>
      </w:r>
      <w:r>
        <w:br/>
      </w:r>
      <w:r>
        <w:rPr>
          <w:sz w:val="20"/>
        </w:rPr>
        <w:t>1:27  zyada kamane se tension nahi khatam hoti kisi ka. ala bi zikrullahi tatmainnul quloob aap jahan hain wohin par aap ke liye mawaqe hain,</w:t>
      </w:r>
      <w:r>
        <w:br/>
      </w:r>
      <w:r>
        <w:rPr>
          <w:sz w:val="20"/>
        </w:rPr>
        <w:t>1:39  kahin ghurbat nahi hai. yeh yeh bhi ek jhooti ek ek hai ke log ghurbat mein</w:t>
      </w:r>
      <w:r>
        <w:br/>
      </w:r>
      <w:r>
        <w:rPr>
          <w:sz w:val="20"/>
        </w:rPr>
        <w:t>1:45  ghurbat mein nahi hain, zyada chahte hain kam mila hua. yeh masla hai.</w:t>
      </w:r>
      <w:r>
        <w:br/>
      </w:r>
      <w:r>
        <w:rPr>
          <w:sz w:val="20"/>
        </w:rPr>
        <w:t>1:54  aur zyada chahne ka zehan jo hai America mein zyada taskeen nahi milti hai. wahan bhi log zyada aur zyada aur zyada ki wajah se wahan phir bhi tension hi baqi rehta hai.</w:t>
      </w:r>
      <w:r>
        <w:br/>
      </w:r>
      <w:r>
        <w:rPr>
          <w:sz w:val="20"/>
        </w:rPr>
        <w:t>2:04  jis ki aakhri had yeh hai ke America mein ek sahab jo rehte hain 20-25 saal se, unhone mujh se kaha</w:t>
      </w:r>
      <w:r>
        <w:br/>
      </w:r>
      <w:r>
        <w:rPr>
          <w:sz w:val="20"/>
        </w:rPr>
        <w:t>2:12  ke America mein bohat zyada stress rehta hai. stress. sab stress mein jeete hain. to jo weekend unka hai, weekend mein unhone yeh socha ke holiday karein, jayein idhar udhar outing karein,</w:t>
      </w:r>
      <w:r>
        <w:br/>
      </w:r>
      <w:r>
        <w:rPr>
          <w:sz w:val="20"/>
        </w:rPr>
        <w:t>2:33  apna stress ko khatam karne ke liye. yaani de-stressing ke liye. to unhone bataya ke ek naya stress paida ho gaya ke wahan jate hain to lotate hain to ek ek ek nayi museebat le kar ke.</w:t>
      </w:r>
      <w:r>
        <w:br/>
      </w:r>
      <w:r>
        <w:rPr>
          <w:sz w:val="20"/>
        </w:rPr>
        <w:t>2:45  iska naam hai holiday stress. holiday stress.</w:t>
      </w:r>
      <w:r>
        <w:br/>
      </w:r>
      <w:r>
        <w:rPr>
          <w:sz w:val="20"/>
        </w:rPr>
        <w:t>2:51  yeh bilkul yeh sab bilkul yaani be-sias baatein hain. yaad rakhiye, tension free life ka jo formula hai Quran majeed mein woh hai ala bi zikrullahi tatmainnul quloob yaani Khuda ko daryaft karein aap.</w:t>
      </w:r>
      <w:r>
        <w:br/>
      </w:r>
      <w:r>
        <w:rPr>
          <w:sz w:val="20"/>
        </w:rPr>
        <w:t>3:07  dollar ko nahi.</w:t>
      </w:r>
      <w:r>
        <w:br/>
      </w:r>
      <w:r>
        <w:rPr>
          <w:sz w:val="20"/>
        </w:rPr>
        <w:t>3:10  dollar ko aur gold aur silver ko jo daryaft karega, woh uska tension kabhi khatam nahi hoga. lekin jo Khuda ko daryaft karega, woh bilashuba tension free life us ko hasil ho jayegi, inshallah.</w:t>
      </w:r>
    </w:p>
    <w:p>
      <w:pPr>
        <w:pStyle w:val="Heading2"/>
      </w:pPr>
      <w:r>
        <w:t>Examples of turning failures into life-changing experiences</w:t>
      </w:r>
    </w:p>
    <w:p>
      <w:r>
        <w:rPr>
          <w:color w:val="666666"/>
          <w:sz w:val="18"/>
        </w:rPr>
        <w:t>Life &amp; Wisdom · Wisdom of Hadith September 11, 2016 · 2m 55s · at 58:29 · https://youtu.be/XPxlLv2_q1o?t=3509</w:t>
      </w:r>
    </w:p>
    <w:p>
      <w:r>
        <w:rPr>
          <w:i/>
        </w:rPr>
        <w:t>“Maulana, can you give us examples from your life as to how you took failures in your individual life as experiences which changed the course of your life for better?”</w:t>
      </w:r>
    </w:p>
    <w:p>
      <w:r>
        <w:rPr>
          <w:sz w:val="20"/>
        </w:rPr>
        <w:t>58:29  ji Maulana, agla sawal Bhopal se bheja hai Farooq sahib ne aur unhon ne aap se poocha hai</w:t>
      </w:r>
      <w:r>
        <w:br/>
      </w:r>
      <w:r>
        <w:rPr>
          <w:sz w:val="20"/>
        </w:rPr>
        <w:t>58:35  ke Maulana sahib Can you give us examples from your life as to how you took failures in</w:t>
      </w:r>
      <w:r>
        <w:br/>
      </w:r>
      <w:r>
        <w:rPr>
          <w:sz w:val="20"/>
        </w:rPr>
        <w:t>58:41  your individual life as experiences which changed the course of your life for better?</w:t>
      </w:r>
      <w:r>
        <w:br/>
      </w:r>
      <w:r>
        <w:rPr>
          <w:sz w:val="20"/>
        </w:rPr>
        <w:t>58:47  meri to poori zindagi isi ki misaal hai.</w:t>
      </w:r>
      <w:r>
        <w:br/>
      </w:r>
      <w:r>
        <w:rPr>
          <w:sz w:val="20"/>
        </w:rPr>
        <w:t>58:53  poori zindagi mein bar bar bata bhi chuka hoon is program mein.</w:t>
      </w:r>
      <w:r>
        <w:br/>
      </w:r>
      <w:r>
        <w:rPr>
          <w:sz w:val="20"/>
        </w:rPr>
        <w:t>58:59  aap kabhi Delhi aain to inshallah mein aap ko aur bataunga ya aap telephone kijiye.</w:t>
      </w:r>
      <w:r>
        <w:br/>
      </w:r>
      <w:r>
        <w:rPr>
          <w:sz w:val="20"/>
        </w:rPr>
        <w:t>59:05  yahan to mein program mein bar bar bata chuka hoon aise waqiat apne.</w:t>
      </w:r>
      <w:r>
        <w:br/>
      </w:r>
      <w:r>
        <w:rPr>
          <w:sz w:val="20"/>
        </w:rPr>
        <w:t>59:11  aap regular agar aap ne suna ho aap ne to aap janenge ke mein ne bar bar bataya aise waqiat.</w:t>
      </w:r>
      <w:r>
        <w:br/>
      </w:r>
      <w:r>
        <w:rPr>
          <w:sz w:val="20"/>
        </w:rPr>
        <w:t>59:17  ek baar nahi hai.</w:t>
      </w:r>
      <w:r>
        <w:br/>
      </w:r>
      <w:r>
        <w:rPr>
          <w:sz w:val="20"/>
        </w:rPr>
        <w:t>59:23  مولانا، باربیل سے مختar ansari sahab ne aap se pucha hai ke maulana sahab How to develop right thinking attitude?</w:t>
      </w:r>
      <w:r>
        <w:br/>
      </w:r>
      <w:r>
        <w:rPr>
          <w:sz w:val="20"/>
        </w:rPr>
        <w:t>59:30  Kindly advise me.</w:t>
      </w:r>
      <w:r>
        <w:br/>
      </w:r>
      <w:r>
        <w:rPr>
          <w:sz w:val="20"/>
        </w:rPr>
        <w:t>59:35  Objective study bas aik hi lafz hai.</w:t>
      </w:r>
      <w:r>
        <w:br/>
      </w:r>
      <w:r>
        <w:rPr>
          <w:sz w:val="20"/>
        </w:rPr>
        <w:t>59:41  Objective study aur bas musalmanon mein yeh hai hi nahin.</w:t>
      </w:r>
      <w:r>
        <w:br/>
      </w:r>
      <w:r>
        <w:rPr>
          <w:sz w:val="20"/>
        </w:rPr>
        <w:t>59:46  Musalmanon mein objective study sarr-e-aam nahin hai.</w:t>
      </w:r>
      <w:r>
        <w:br/>
      </w:r>
      <w:r>
        <w:rPr>
          <w:sz w:val="20"/>
        </w:rPr>
        <w:t>59:52  Baray baray top kay log bhi in kay andar objective study nahin hai.</w:t>
      </w:r>
      <w:r>
        <w:br/>
      </w:r>
      <w:r>
        <w:rPr>
          <w:sz w:val="20"/>
        </w:rPr>
        <w:t>59:57  To apni thinking ko badliey, apni objectivity paida kijiye aur aur study barhaiye.</w:t>
      </w:r>
      <w:r>
        <w:br/>
      </w:r>
      <w:r>
        <w:rPr>
          <w:sz w:val="20"/>
        </w:rPr>
        <w:t>1:00:03  To apnay aap woh is cheez paida ho jaye gi.</w:t>
      </w:r>
      <w:r>
        <w:br/>
      </w:r>
      <w:r>
        <w:rPr>
          <w:sz w:val="20"/>
        </w:rPr>
        <w:t>1:00:08  Aap ko apnay aap.</w:t>
      </w:r>
      <w:r>
        <w:br/>
      </w:r>
      <w:r>
        <w:rPr>
          <w:sz w:val="20"/>
        </w:rPr>
        <w:t>1:00:14  Okay, we will end this session.</w:t>
      </w:r>
      <w:r>
        <w:br/>
      </w:r>
      <w:r>
        <w:rPr>
          <w:sz w:val="20"/>
        </w:rPr>
        <w:t>1:00:19  If you want to join CPS International, then please write to us at info@cpsglobal.org.</w:t>
      </w:r>
      <w:r>
        <w:br/>
      </w:r>
      <w:r>
        <w:rPr>
          <w:sz w:val="20"/>
        </w:rPr>
        <w:t>1:00:25  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pStyle w:val="Heading2"/>
      </w:pPr>
      <w:r>
        <w:t>Explaining importance of thinking for stress-free life</w:t>
      </w:r>
    </w:p>
    <w:p>
      <w:r>
        <w:rPr>
          <w:color w:val="666666"/>
          <w:sz w:val="18"/>
        </w:rPr>
        <w:t>Life &amp; Wisdom · The Importance of Thinking November 10, 2013 · 2m 59s · at 46:09 · https://youtu.be/y16CddTHoqE?t=2769</w:t>
      </w:r>
    </w:p>
    <w:p>
      <w:r>
        <w:rPr>
          <w:i/>
        </w:rPr>
        <w:t>“Today people have a concept that to live a stress-free life, we should stop thinking. How can we explain the importance of thinking to them? Please advise.”</w:t>
      </w:r>
    </w:p>
    <w:p>
      <w:r>
        <w:rPr>
          <w:sz w:val="20"/>
        </w:rPr>
        <w:t>46:09  maulana, yeh sawal ajmer se aya hai doctor safeena tabassum ka. unhon ne likha hai: "maulana sahib, today people have a concept that to live stress free life, we should stop thinking.</w:t>
      </w:r>
      <w:r>
        <w:br/>
      </w:r>
      <w:r>
        <w:rPr>
          <w:sz w:val="20"/>
        </w:rPr>
        <w:t>46:25  how how can we explain the importance of thinking to them? please advise." dekhen, stress free life jo hai, is tarah nahi milti kisi ko ke woh sochna band</w:t>
      </w:r>
      <w:r>
        <w:br/>
      </w:r>
      <w:r>
        <w:rPr>
          <w:sz w:val="20"/>
        </w:rPr>
        <w:t>46:39  kar de. yeh sirf kehne ki baat hai. haqeeqat hai, koi koi sochna band nahi kar sakta. jo ek kehta ho, us se aap dekhen ja kar ke ke us ne sochna band kar rakha hai.</w:t>
      </w:r>
      <w:r>
        <w:br/>
      </w:r>
      <w:r>
        <w:rPr>
          <w:sz w:val="20"/>
        </w:rPr>
        <w:t>46:51  hamare aap ke pasine mein nahi hai ke mind mein thinking process ko rok de. koi suicide to kar sakta hai. koi sa aadmi charhaye to gardan mein kaat de aur sir alag kar de, dhad alag kar de.</w:t>
      </w:r>
      <w:r>
        <w:br/>
      </w:r>
      <w:r>
        <w:rPr>
          <w:sz w:val="20"/>
        </w:rPr>
        <w:t>47:08  yeh sirf kehne ki baat hai.</w:t>
      </w:r>
      <w:r>
        <w:br/>
      </w:r>
      <w:r>
        <w:rPr>
          <w:sz w:val="20"/>
        </w:rPr>
        <w:t>47:13  thinking process apne aap hi chalta rehta hai. is liye stress ka, stress ka hal, stress ko manage karna hai.</w:t>
      </w:r>
      <w:r>
        <w:br/>
      </w:r>
      <w:r>
        <w:rPr>
          <w:sz w:val="20"/>
        </w:rPr>
        <w:t>47:28  you have to learn the art of management, larger than art of stopping, kyunke woh aap ke bas mein nahi hai.</w:t>
      </w:r>
      <w:r>
        <w:br/>
      </w:r>
      <w:r>
        <w:rPr>
          <w:sz w:val="20"/>
        </w:rPr>
        <w:t>47:39  koi bhi shakhs jo aisa kehta ho, us se aap miliye, us se aap ek ghanta us ke pas rahiye. aap dekh rahe hain ke yeh kehne ki baat hai.</w:t>
      </w:r>
      <w:r>
        <w:br/>
      </w:r>
      <w:r>
        <w:rPr>
          <w:sz w:val="20"/>
        </w:rPr>
        <w:t>47:50  yeh law of nature ke khilaf hai. yeh law of nature hai ke aap ka mind bahar think karega.</w:t>
      </w:r>
      <w:r>
        <w:br/>
      </w:r>
      <w:r>
        <w:rPr>
          <w:sz w:val="20"/>
        </w:rPr>
        <w:t>48:00  hata ke jo modern psychology hai, woh batati hai ke agar aap consciously nahi think kar rahe hain to unconsciously think kar rahe honge.</w:t>
      </w:r>
      <w:r>
        <w:br/>
      </w:r>
      <w:r>
        <w:rPr>
          <w:sz w:val="20"/>
        </w:rPr>
        <w:t>48:10  yani thinking process agar conscious level par na chal raha ho, tab bhi unconscious level par chalta rehta hai. to yeh sirf kehne ki baat hai.</w:t>
      </w:r>
      <w:r>
        <w:br/>
      </w:r>
      <w:r>
        <w:rPr>
          <w:sz w:val="20"/>
        </w:rPr>
        <w:t>48:22  sahi baat yeh hai ke main aap is stress ko manage karna seekhiye. aur manage karne ka matlab kya hai?</w:t>
      </w:r>
      <w:r>
        <w:br/>
      </w:r>
      <w:r>
        <w:rPr>
          <w:sz w:val="20"/>
        </w:rPr>
        <w:t>48:34  aap yeh janiye ke duniya mein jo unwanted cheezen hain, jis ki wajah se stress aata hai, woh evil nahi hain, woh blessing hain.</w:t>
      </w:r>
      <w:r>
        <w:br/>
      </w:r>
      <w:r>
        <w:rPr>
          <w:sz w:val="20"/>
        </w:rPr>
        <w:t>48:44  kyun? woh aap ke liye intellectual challenge hain.</w:t>
      </w:r>
      <w:r>
        <w:br/>
      </w:r>
      <w:r>
        <w:rPr>
          <w:sz w:val="20"/>
        </w:rPr>
        <w:t>48:47  is se aap ka mind trigger hota hai, is se aap ka sochne ki taqat barhti hai, is se aap ka intellectual development hota hai. yeh hai manage karna.</w:t>
      </w:r>
      <w:r>
        <w:br/>
      </w:r>
      <w:r>
        <w:rPr>
          <w:sz w:val="20"/>
        </w:rPr>
        <w:t>49:01  is ke siwa koi doosri baat jo kahe, woh sahi nahi kehta hai.</w:t>
      </w:r>
    </w:p>
    <w:p>
      <w:pPr>
        <w:pStyle w:val="Heading2"/>
      </w:pPr>
      <w:r>
        <w:t>Explanation of balanced personality term</w:t>
      </w:r>
    </w:p>
    <w:p>
      <w:r>
        <w:rPr>
          <w:color w:val="666666"/>
          <w:sz w:val="18"/>
        </w:rPr>
        <w:t>Life &amp; Wisdom · The Crises Management September 18, 2011 · 2m 53s · at 1:20:51 · https://youtu.be/s3cYFtQZwzw?t=4851</w:t>
      </w:r>
    </w:p>
    <w:p>
      <w:r>
        <w:rPr>
          <w:i/>
        </w:rPr>
        <w:t>“You have used the psychological term 'balanced personality' in your book 'Prophet for all Humanity'. Kindly explain this term. Is it just a name for natural personality?”</w:t>
      </w:r>
    </w:p>
    <w:p>
      <w:r>
        <w:rPr>
          <w:sz w:val="20"/>
        </w:rPr>
        <w:t>1:20:51  Maulana Zikwan Nadvi ne Delhi se sawal kiya hai unhon ne likha hai you have used a psychological term that is balanced personality in your book profit for all humankind kindly explain this term</w:t>
      </w:r>
      <w:r>
        <w:br/>
      </w:r>
      <w:r>
        <w:rPr>
          <w:sz w:val="20"/>
        </w:rPr>
        <w:t>1:21:14  balance personality sirf naam hai natural personality ka</w:t>
      </w:r>
      <w:r>
        <w:br/>
      </w:r>
      <w:r>
        <w:rPr>
          <w:sz w:val="20"/>
        </w:rPr>
        <w:t>1:21:21  alag se koi cheez nahi hai ji nature ne jo aap ko personality di hai us ko aap bacha saken maintain kar saken to isi ka naam hai balance person</w:t>
      </w:r>
      <w:r>
        <w:br/>
      </w:r>
      <w:r>
        <w:rPr>
          <w:sz w:val="20"/>
        </w:rPr>
        <w:t>1:21:34  ality kyunke jab aap bahar external cheezon se asar le lete hain bahar se jate hain aur tarah tarah ke jo factors hain aap ki zaat ke bahar un se affect ho kar ke yani tawazun kho baithte hain is se bachaiye apne aap ko</w:t>
      </w:r>
      <w:r>
        <w:br/>
      </w:r>
      <w:r>
        <w:rPr>
          <w:sz w:val="20"/>
        </w:rPr>
        <w:t>1:21:56  jo aadmi apne aap ko yani external influence se bacha sake to us ke baad jo personality develop karegi woh isi ka naam hai sound personality</w:t>
      </w:r>
      <w:r>
        <w:br/>
      </w:r>
      <w:r>
        <w:rPr>
          <w:sz w:val="20"/>
        </w:rPr>
        <w:t>1:22:13  Maulana Sharq Hussain ne Delhi se sawal kiya hai</w:t>
      </w:r>
      <w:r>
        <w:br/>
      </w:r>
      <w:r>
        <w:rPr>
          <w:sz w:val="20"/>
        </w:rPr>
        <w:t>1:22:18  woh pooch rahe hain ke Maulana kuch log Islam ke kisi bhi mamle par rethinking ke amal se rokte hue kehte hain ke Islam aqal par nahi hai is bare mein aap kya kehna chahenge Quran mein jo kehta hai woh ghalat kehta hai Quran to kehta hai aqal ko istemal karo is se kahe ke tum tumhari soch ghalat hai</w:t>
      </w:r>
      <w:r>
        <w:br/>
      </w:r>
      <w:r>
        <w:rPr>
          <w:sz w:val="20"/>
        </w:rPr>
        <w:t>1:22:45  Quran saaf hai ulul albab ka lafz aata hai aqal ka lafz aata hai bar bar ke apni aqal ko istemal karo lub mani bhi aqal ke hote hain apni lub ko istemal karo bar bar aata hai phir lub ko istemal karo apni aqal ko istemal karo to kaun hai rokne wala jo rokta hai woh khud aap apne ko apne zehn ko sahi kare</w:t>
      </w:r>
    </w:p>
    <w:p>
      <w:pPr>
        <w:pStyle w:val="Heading2"/>
      </w:pPr>
      <w:r>
        <w:t>Extracting wisdom from negative life experiences</w:t>
      </w:r>
    </w:p>
    <w:p>
      <w:r>
        <w:rPr>
          <w:color w:val="666666"/>
          <w:sz w:val="18"/>
        </w:rPr>
        <w:t>Life &amp; Wisdom · How to Lead a Life of Fulfilment September 24, 2017 · 2m 17s · at 48:20 · https://youtu.be/WUoQOo2_zd8?t=2900</w:t>
      </w:r>
    </w:p>
    <w:p>
      <w:r>
        <w:rPr>
          <w:i/>
        </w:rPr>
        <w:t>“How can we extract wisdom from the negative experiences of life? Can you please explain with an example?”</w:t>
      </w:r>
    </w:p>
    <w:p>
      <w:r>
        <w:rPr>
          <w:sz w:val="20"/>
        </w:rPr>
        <w:t>48:20  ah delhi se doctor naghma siddiqui ne sawal bheja hai unhone likha hai</w:t>
      </w:r>
      <w:r>
        <w:br/>
      </w:r>
      <w:r>
        <w:rPr>
          <w:sz w:val="20"/>
        </w:rPr>
        <w:t>48:26  maulana how can we extract wisdom from the negative experiences of life can you please explain with an</w:t>
      </w:r>
      <w:r>
        <w:br/>
      </w:r>
      <w:r>
        <w:rPr>
          <w:sz w:val="20"/>
        </w:rPr>
        <w:t>48:36  example</w:t>
      </w:r>
      <w:r>
        <w:br/>
      </w:r>
      <w:r>
        <w:rPr>
          <w:sz w:val="20"/>
        </w:rPr>
        <w:t>48:44  bhai main mere jo tajurba hai woh yeh hai ke</w:t>
      </w:r>
      <w:r>
        <w:br/>
      </w:r>
      <w:r>
        <w:rPr>
          <w:sz w:val="20"/>
        </w:rPr>
        <w:t>48:52  mind ko mauqa dijiye ke woh trigger ho</w:t>
      </w:r>
      <w:r>
        <w:br/>
      </w:r>
      <w:r>
        <w:rPr>
          <w:sz w:val="20"/>
        </w:rPr>
        <w:t>48:57  main ne lafz naya istemal kiya hai lekin quran mein idea maujood hai quran mein is ke liye</w:t>
      </w:r>
      <w:r>
        <w:br/>
      </w:r>
      <w:r>
        <w:rPr>
          <w:sz w:val="20"/>
        </w:rPr>
        <w:t>49:03  lafz aaya tausim</w:t>
      </w:r>
      <w:r>
        <w:br/>
      </w:r>
      <w:r>
        <w:rPr>
          <w:sz w:val="20"/>
        </w:rPr>
        <w:t>49:06  tausim ka matlab yahi hai ke mind ko mauqa dijiye ke woh trigger ho jaise aaj jo hai</w:t>
      </w:r>
      <w:r>
        <w:br/>
      </w:r>
      <w:r>
        <w:rPr>
          <w:sz w:val="20"/>
        </w:rPr>
        <w:t>49:14  main baitha tha dekh raha tha darakhton ko</w:t>
      </w:r>
      <w:r>
        <w:br/>
      </w:r>
      <w:r>
        <w:rPr>
          <w:sz w:val="20"/>
        </w:rPr>
        <w:t>49:19  yaani subah ko main darakhton ko dekh raha tha</w:t>
      </w:r>
      <w:r>
        <w:br/>
      </w:r>
      <w:r>
        <w:rPr>
          <w:sz w:val="20"/>
        </w:rPr>
        <w:t>49:24  lekin jab mind ko maine mauqa diya trigger hone ka to darakht se main pahuncha</w:t>
      </w:r>
      <w:r>
        <w:br/>
      </w:r>
      <w:r>
        <w:rPr>
          <w:sz w:val="20"/>
        </w:rPr>
        <w:t>49:32  honey bee tak honey bee se pahuncha</w:t>
      </w:r>
      <w:r>
        <w:br/>
      </w:r>
      <w:r>
        <w:rPr>
          <w:sz w:val="20"/>
        </w:rPr>
        <w:t>49:36  nectar of wisdom tak nectar</w:t>
      </w:r>
      <w:r>
        <w:br/>
      </w:r>
      <w:r>
        <w:rPr>
          <w:sz w:val="20"/>
        </w:rPr>
        <w:t>49:38  of wisdom se pohancha paradise tak paradise se pohancha God Almighty tak yeh trigger hona to aap apne mind ko trigger hone ka mauqa dijiye bas us ke baad sare darwazay khulte chale jayenge</w:t>
      </w:r>
      <w:r>
        <w:br/>
      </w:r>
      <w:r>
        <w:rPr>
          <w:sz w:val="20"/>
        </w:rPr>
        <w:t>49:57  ji maulana do logon ne similar sawal bheje hain to hum dono questions padh dete hain firoz sahib</w:t>
      </w:r>
      <w:r>
        <w:br/>
      </w:r>
      <w:r>
        <w:rPr>
          <w:sz w:val="20"/>
        </w:rPr>
        <w:t>50:06  نے دبئی سے لکھا ہے مولانا Today's talk touched my heart. My question is, is it possible for</w:t>
      </w:r>
      <w:r>
        <w:br/>
      </w:r>
      <w:r>
        <w:rPr>
          <w:sz w:val="20"/>
        </w:rPr>
        <w:t>50:15  I to extract this nectar of wisdom even though I am busy in my work I reach office</w:t>
      </w:r>
      <w:r>
        <w:br/>
      </w:r>
      <w:r>
        <w:rPr>
          <w:sz w:val="20"/>
        </w:rPr>
        <w:t>50:23  early and return home late night. Please advise how can I extract wisdom when people like me are</w:t>
      </w:r>
      <w:r>
        <w:br/>
      </w:r>
      <w:r>
        <w:rPr>
          <w:sz w:val="20"/>
        </w:rPr>
        <w:t>50:31  involved in busy schedules of our office and day to day life</w:t>
      </w:r>
    </w:p>
    <w:p>
      <w:pPr>
        <w:pStyle w:val="Heading2"/>
      </w:pPr>
      <w:r>
        <w:t>Feasibility of alternative formula for all</w:t>
      </w:r>
    </w:p>
    <w:p>
      <w:r>
        <w:rPr>
          <w:color w:val="666666"/>
          <w:sz w:val="18"/>
        </w:rPr>
        <w:t>Life &amp; Wisdom · Age of Alternatives April 05, 2015 · 2m 24s · at 46:42 · https://youtu.be/4v0uCM2BZuA?t=2802</w:t>
      </w:r>
    </w:p>
    <w:p>
      <w:r>
        <w:rPr>
          <w:i/>
        </w:rPr>
        <w:t>“Maulana, today you spoke about adopting an alternative formula, but since it has a long gestation period to materialize, and it requires a person to be positive, practically it may not be possible to implement by everyone. Most people are either negative or they want immediate solutions. What is your comment on this?”</w:t>
      </w:r>
    </w:p>
    <w:p>
      <w:r>
        <w:rPr>
          <w:sz w:val="20"/>
        </w:rPr>
        <w:t>46:42  . Maulana, yeh sawal kolkata se aya hai shaukeen sahib ka aur unhone likha hai: "Maulana sahib, today you spoke about adopting of alternative formula,</w:t>
      </w:r>
      <w:r>
        <w:br/>
      </w:r>
      <w:r>
        <w:rPr>
          <w:sz w:val="20"/>
        </w:rPr>
        <w:t>46:57  but since it has a long gestation period to materialize, and also it requires a person to be positive, hence practically it may not be possible to implement by everyone.</w:t>
      </w:r>
      <w:r>
        <w:br/>
      </w:r>
      <w:r>
        <w:rPr>
          <w:sz w:val="20"/>
        </w:rPr>
        <w:t>47:11  most of the people are either negative or they want immediate solutions. what is your comment on this?" dekhen, mein ne is ki misal di hai abhi ke america ko super power samjha jata hai.</w:t>
      </w:r>
      <w:r>
        <w:br/>
      </w:r>
      <w:r>
        <w:rPr>
          <w:sz w:val="20"/>
        </w:rPr>
        <w:t>47:32  us ne alternative nahi liya balkeh ladai chher di iraq ke khilaf. to result negative nikla.</w:t>
      </w:r>
      <w:r>
        <w:br/>
      </w:r>
      <w:r>
        <w:rPr>
          <w:sz w:val="20"/>
        </w:rPr>
        <w:t>47:40  to yeh to bohat bari eye winner hai america ke anjam ke aap ne parha hoga akhbaron mein ke president obama ne yeh kaha ke "gulf war jo thi, woh hamare liye un intended consequences ka nateeja ban gayi." to is hawale ke doosre kisi pas zyada taqat hai.</w:t>
      </w:r>
      <w:r>
        <w:br/>
      </w:r>
      <w:r>
        <w:rPr>
          <w:sz w:val="20"/>
        </w:rPr>
        <w:t>48:02  to is masla yeh hai ke "we have no other option." "we have no other option."</w:t>
      </w:r>
      <w:r>
        <w:br/>
      </w:r>
      <w:r>
        <w:rPr>
          <w:sz w:val="20"/>
        </w:rPr>
        <w:t>48:09  aap ko pyas bujhana hai to pani peena parega. aap pathar se apni pyas nahi bujha sakte. to apne mind ko badlie, apni soch ko badlie.</w:t>
      </w:r>
      <w:r>
        <w:br/>
      </w:r>
      <w:r>
        <w:rPr>
          <w:sz w:val="20"/>
        </w:rPr>
        <w:t>48:22  negative thinking aur takrao ka mizaj jo hai, woh jab pay nahi karne wala hai, jab work nahi karne wala hai, to to kya faida hai is mein majboor aanay se?</w:t>
      </w:r>
      <w:r>
        <w:br/>
      </w:r>
      <w:r>
        <w:rPr>
          <w:sz w:val="20"/>
        </w:rPr>
        <w:t>48:32  mein samajhta hoon ke Allah taala ne first world war, second world war, aur recently gulf war ko hamare liye eye opener bana diya.</w:t>
      </w:r>
      <w:r>
        <w:br/>
      </w:r>
      <w:r>
        <w:rPr>
          <w:sz w:val="20"/>
        </w:rPr>
        <w:t>48:41  teenon jangon mein jang chherne walon ko kuch bhi nahi mila. to ab kaun hai jo is se zyada taqat is ke paas hai ke wo jang kar ke kuch gain kar sakta hai?</w:t>
      </w:r>
      <w:r>
        <w:br/>
      </w:r>
      <w:r>
        <w:rPr>
          <w:sz w:val="20"/>
        </w:rPr>
        <w:t>48:54  mein samajhta hoon ke yeh yeh to nadani ki soch hai, yeh koi wisdom ki baat nahi hai.</w:t>
      </w:r>
    </w:p>
    <w:p>
      <w:pPr>
        <w:pStyle w:val="Heading2"/>
      </w:pPr>
      <w:r>
        <w:t>Forcing reflection on death when not spontaneous</w:t>
      </w:r>
    </w:p>
    <w:p>
      <w:r>
        <w:rPr>
          <w:color w:val="666666"/>
          <w:sz w:val="18"/>
        </w:rPr>
        <w:t>Life &amp; Wisdom · Concept of Death in Islam 26th Aug 12 SLOW · 2m 35s · at 23:05 · https://youtu.be/8dsos0OBM6M?t=1385</w:t>
      </w:r>
    </w:p>
    <w:p>
      <w:r>
        <w:rPr>
          <w:i/>
        </w:rPr>
        <w:t>“What if the thought of death does not come to us spontaneously? Should we force ourselves to reflect on death?”</w:t>
      </w:r>
    </w:p>
    <w:p>
      <w:r>
        <w:rPr>
          <w:sz w:val="20"/>
        </w:rPr>
        <w:t>23:05  maulana, agla sawal dilli se hai mr kaif ka.</w:t>
      </w:r>
      <w:r>
        <w:br/>
      </w:r>
      <w:r>
        <w:rPr>
          <w:sz w:val="20"/>
        </w:rPr>
        <w:t>23:11  unhon ne likha hai: "What if the thought of death does not come to us spontaneously?</w:t>
      </w:r>
      <w:r>
        <w:br/>
      </w:r>
      <w:r>
        <w:rPr>
          <w:sz w:val="20"/>
        </w:rPr>
        <w:t>23:17  Should we force ourselves to reflect on death?</w:t>
      </w:r>
      <w:r>
        <w:br/>
      </w:r>
      <w:r>
        <w:rPr>
          <w:sz w:val="20"/>
        </w:rPr>
        <w:t>23:24  Would that reflection be authentic?</w:t>
      </w:r>
      <w:r>
        <w:br/>
      </w:r>
      <w:r>
        <w:rPr>
          <w:sz w:val="20"/>
        </w:rPr>
        <w:t>23:30  Does reflection on death not make us disinterested in our daily activities? "</w:t>
      </w:r>
      <w:r>
        <w:br/>
      </w:r>
      <w:r>
        <w:rPr>
          <w:sz w:val="20"/>
        </w:rPr>
        <w:t>23:37  dekhen, maut ek jab yeh maloom hoga ke maut ek reality hai, to hamein sochna hi hai is ke upar.</w:t>
      </w:r>
      <w:r>
        <w:br/>
      </w:r>
      <w:r>
        <w:rPr>
          <w:sz w:val="20"/>
        </w:rPr>
        <w:t>23:45  jab yeh maloom hoga ke ke jaana aanay wala hai, to hamein sardi ka saamna karna hi parega.</w:t>
      </w:r>
      <w:r>
        <w:br/>
      </w:r>
      <w:r>
        <w:rPr>
          <w:sz w:val="20"/>
        </w:rPr>
        <w:t>23:53  to jab maut ke baray mein yeh bar bar tajurba hai ke aadmi marta hai, marta hai, marta</w:t>
      </w:r>
      <w:r>
        <w:br/>
      </w:r>
      <w:r>
        <w:rPr>
          <w:sz w:val="20"/>
        </w:rPr>
        <w:t>24:02  hai, to hum is ko kaise ignore kar sakte hain? hamein sochna hi parega is ko, lazman.</w:t>
      </w:r>
      <w:r>
        <w:br/>
      </w:r>
      <w:r>
        <w:rPr>
          <w:sz w:val="20"/>
        </w:rPr>
        <w:t>24:10  baqi yeh baat ke maut ko sochne se aadmi mein yaani kya hai, activity kam ho jaye gi?</w:t>
      </w:r>
      <w:r>
        <w:br/>
      </w:r>
      <w:r>
        <w:rPr>
          <w:sz w:val="20"/>
        </w:rPr>
        <w:t>24:19  maulana ke haan, disinterested ho jata hai insaan agar ziyada soche maut ke baray mein.</w:t>
      </w:r>
      <w:r>
        <w:br/>
      </w:r>
      <w:r>
        <w:rPr>
          <w:sz w:val="20"/>
        </w:rPr>
        <w:t>24:24  dekhen, yeh baat sahi nahi hai.</w:t>
      </w:r>
      <w:r>
        <w:br/>
      </w:r>
      <w:r>
        <w:rPr>
          <w:sz w:val="20"/>
        </w:rPr>
        <w:t>24:29  maut ke baray mein is waqt urgency paida hoti hai, ziyada active ho jata hai.</w:t>
      </w:r>
      <w:r>
        <w:br/>
      </w:r>
      <w:r>
        <w:rPr>
          <w:sz w:val="20"/>
        </w:rPr>
        <w:t>24:35  maut ka yaad karein ge aap to sense of urgency aye gi ke bhai waqt bohat kam hai,</w:t>
      </w:r>
      <w:r>
        <w:br/>
      </w:r>
      <w:r>
        <w:rPr>
          <w:sz w:val="20"/>
        </w:rPr>
        <w:t>24:40  cut out jo karna hai.</w:t>
      </w:r>
      <w:r>
        <w:br/>
      </w:r>
      <w:r>
        <w:rPr>
          <w:sz w:val="20"/>
        </w:rPr>
        <w:t>24:46  yeh ajeeb ghareeb baat aksar log kehte hain mujh se, halanke ulti baat hai.</w:t>
      </w:r>
      <w:r>
        <w:br/>
      </w:r>
      <w:r>
        <w:rPr>
          <w:sz w:val="20"/>
        </w:rPr>
        <w:t>24:51  maut jo hai, aap ke andar sense of urgency lati hai ke bohat kam waqt hai, cut out</w:t>
      </w:r>
      <w:r>
        <w:br/>
      </w:r>
      <w:r>
        <w:rPr>
          <w:sz w:val="20"/>
        </w:rPr>
        <w:t>24:56  jo karna hai.</w:t>
      </w:r>
      <w:r>
        <w:br/>
      </w:r>
      <w:r>
        <w:rPr>
          <w:sz w:val="20"/>
        </w:rPr>
        <w:t>25:02  to mera tajurba to yahi hai ke main har waqt is pe is halaat mein jeeta hoon ke</w:t>
      </w:r>
      <w:r>
        <w:br/>
      </w:r>
      <w:r>
        <w:rPr>
          <w:sz w:val="20"/>
        </w:rPr>
        <w:t>25:07  ke kal mauqa rahe na rahe, aaj hi cut daalo.</w:t>
      </w:r>
      <w:r>
        <w:br/>
      </w:r>
      <w:r>
        <w:rPr>
          <w:sz w:val="20"/>
        </w:rPr>
        <w:t>25:13  kal par yeh mauqa mile ga ya nahi mile ga, aaj hi cut daalo.</w:t>
      </w:r>
      <w:r>
        <w:br/>
      </w:r>
      <w:r>
        <w:rPr>
          <w:sz w:val="20"/>
        </w:rPr>
        <w:t>25:18  to pata hai, 24 ghantay bas busy rehta hoon.</w:t>
      </w:r>
      <w:r>
        <w:br/>
      </w:r>
      <w:r>
        <w:rPr>
          <w:sz w:val="20"/>
        </w:rPr>
        <w:t>25:23  to mere andar maut jo hai, main rozana maut ko yaad karta hoon, bohat ziyada.</w:t>
      </w:r>
      <w:r>
        <w:br/>
      </w:r>
      <w:r>
        <w:rPr>
          <w:sz w:val="20"/>
        </w:rPr>
        <w:t>25:29  to mera tajurba yeh hai ke maut aadmi ke andar sense of urgency laati hai, jo apne aap</w:t>
      </w:r>
      <w:r>
        <w:br/>
      </w:r>
      <w:r>
        <w:rPr>
          <w:sz w:val="20"/>
        </w:rPr>
        <w:t>25:34  mein bohat valuable cheez hai, bohat valuable cheez hai.</w:t>
      </w:r>
      <w:r>
        <w:br/>
      </w:r>
      <w:r>
        <w:rPr>
          <w:sz w:val="20"/>
        </w:rPr>
        <w:t>25:40  Maulana, yeh sawal Delhi se hai Mahboob Elahi sahib ka. unhon ne likha hai: "How Allah will take a man who was born in a non-Muslim family, followed his family's faith and led righteous life, but never received an elaborate message from Islam? "</w:t>
      </w:r>
    </w:p>
    <w:p>
      <w:pPr>
        <w:pStyle w:val="Heading2"/>
      </w:pPr>
      <w:r>
        <w:t>Formula for adopting indifference towards people</w:t>
      </w:r>
    </w:p>
    <w:p>
      <w:r>
        <w:rPr>
          <w:color w:val="666666"/>
          <w:sz w:val="18"/>
        </w:rPr>
        <w:t>Life &amp; Wisdom · Q&amp;A 11 Jul 2010 Maulana Wahiduddin Khan · 3m 03s · at 35:46 · https://youtu.be/UHtdtzGGwFQ?t=2146</w:t>
      </w:r>
    </w:p>
    <w:p>
      <w:r>
        <w:rPr>
          <w:i/>
        </w:rPr>
        <w:t>“How can one adopt indifference towards people? What is the simple formula?”</w:t>
      </w:r>
    </w:p>
    <w:p>
      <w:r>
        <w:rPr>
          <w:sz w:val="20"/>
        </w:rPr>
        <w:t>35:46  maulana, un ka ek aur sawal hai. unhon ne likha hai ke logon se be niyazi kaise ikhtiyar ki jayegi? is ka simple formula kya hai?</w:t>
      </w:r>
      <w:r>
        <w:br/>
      </w:r>
      <w:r>
        <w:rPr>
          <w:sz w:val="20"/>
        </w:rPr>
        <w:t>35:57  mujhe dekh lijiye, mein hoon. sari zindagi mein aise hi raha bas. be niyazi ki zindagi. kahin se lena na dena.</w:t>
      </w:r>
      <w:r>
        <w:br/>
      </w:r>
      <w:r>
        <w:rPr>
          <w:sz w:val="20"/>
        </w:rPr>
        <w:t>36:12  is ki ek price deni padti hai. abhi dekhein mein gaya tha ek bohat bade ek idare mein. ek bohat bada institution taleem</w:t>
      </w:r>
      <w:r>
        <w:br/>
      </w:r>
      <w:r>
        <w:rPr>
          <w:sz w:val="20"/>
        </w:rPr>
        <w:t>36:25  ka bohat bada institution. wahan gaya tha mein.</w:t>
      </w:r>
      <w:r>
        <w:br/>
      </w:r>
      <w:r>
        <w:rPr>
          <w:sz w:val="20"/>
        </w:rPr>
        <w:t>36:29  to wahan par kya tha un ka ek farm house hai. to mere theherne ke intezam farm house kiya tha unhon ne. aur mere khane ke intezam ek bohat bade paise wale aadmi ka kiya gaya tha.</w:t>
      </w:r>
      <w:r>
        <w:br/>
      </w:r>
      <w:r>
        <w:rPr>
          <w:sz w:val="20"/>
        </w:rPr>
        <w:t>36:42  yaani un ke haan daawti khana khao aur farm house pe raho. aur phir chale aao.</w:t>
      </w:r>
      <w:r>
        <w:br/>
      </w:r>
      <w:r>
        <w:rPr>
          <w:sz w:val="20"/>
        </w:rPr>
        <w:t>36:48  jaate hi mein ne kaha ke yeh mein nahi kar sakta. mein ne farm house nahi rehna hai. woh khana bhi nahi khana hai mujhe. to mein ne kaha yahan jo kitchen hota hai talaba ka, student ka isi mein mujhe khana khana hai.</w:t>
      </w:r>
      <w:r>
        <w:br/>
      </w:r>
      <w:r>
        <w:rPr>
          <w:sz w:val="20"/>
        </w:rPr>
        <w:t>37:03  yeh baat hai south india ki. wahan par log chawal khate hain.</w:t>
      </w:r>
      <w:r>
        <w:br/>
      </w:r>
      <w:r>
        <w:rPr>
          <w:sz w:val="20"/>
        </w:rPr>
        <w:t>37:06  to wahan un ka khana kya tha? chawal aur daal. chawal aur daal bas. to wahan mein chaar din raha. mein breakfast, lunch aur dinner teeno mein kya karta tha?</w:t>
      </w:r>
      <w:r>
        <w:br/>
      </w:r>
      <w:r>
        <w:rPr>
          <w:sz w:val="20"/>
        </w:rPr>
        <w:t>37:16  chawal, daal. bas. woh khana jo tha wahan par biryani aur paratha aur</w:t>
      </w:r>
      <w:r>
        <w:br/>
      </w:r>
      <w:r>
        <w:rPr>
          <w:sz w:val="20"/>
        </w:rPr>
        <w:t>37:24  tarah tarah ki sweet aur yeh woh sab se pehle chhod diya. aur farm house bhi nahi gaya mein. to be nayazi aisi thodi hoti hai. mehnat ki price deni padti hai.</w:t>
      </w:r>
      <w:r>
        <w:br/>
      </w:r>
      <w:r>
        <w:rPr>
          <w:sz w:val="20"/>
        </w:rPr>
        <w:t>37:36  be nayazi kya cheez hai? aap ko distraction se bachati hai. tab aala marifat milti hai.</w:t>
      </w:r>
      <w:r>
        <w:br/>
      </w:r>
      <w:r>
        <w:rPr>
          <w:sz w:val="20"/>
        </w:rPr>
        <w:t>37:46  distraction ki ek hazar ek qism hai. yaad rakhiye ke distraction koi ek cheez ka naam hai. bahut si cheezein jo aap ko distract kiye rehti hain.</w:t>
      </w:r>
      <w:r>
        <w:br/>
      </w:r>
      <w:r>
        <w:rPr>
          <w:sz w:val="20"/>
        </w:rPr>
        <w:t>37:54  ego bhi distraction hai. ego bhi ek distraction hai. apne ko bachaye rakhna. mein kisi tareeqe se mere par harf na lagne paaye.</w:t>
      </w:r>
      <w:r>
        <w:br/>
      </w:r>
      <w:r>
        <w:rPr>
          <w:sz w:val="20"/>
        </w:rPr>
        <w:t>38:05  mein is shakhsiyat bani hi rahoon. woh bhi distraction hai. mujhe ek himmat hai kehne ki ke mein jaaun pahad mein.</w:t>
      </w:r>
      <w:r>
        <w:br/>
      </w:r>
      <w:r>
        <w:rPr>
          <w:sz w:val="20"/>
        </w:rPr>
        <w:t>38:14  khuda ke fazl mujhe himmat hai kehne ki ke mein jaaun pahad mein. sachai baqi rahe.</w:t>
      </w:r>
      <w:r>
        <w:br/>
      </w:r>
      <w:r>
        <w:rPr>
          <w:sz w:val="20"/>
        </w:rPr>
        <w:t>38:21  Allah ne mujhe himmat di hai ke mein keh sakta hoon ke mein jaaun pahad mein. sachai jo hai prevail kare. yeh hai be nayazi.</w:t>
      </w:r>
      <w:r>
        <w:br/>
      </w:r>
      <w:r>
        <w:rPr>
          <w:sz w:val="20"/>
        </w:rPr>
        <w:t>38:30  be nayazi ka matlab aap yeh keh sakein ke mein jaaun pahad mein. sachai ko prevail karna chahiye.</w:t>
      </w:r>
      <w:r>
        <w:br/>
      </w:r>
      <w:r>
        <w:rPr>
          <w:sz w:val="20"/>
        </w:rPr>
        <w:t>38:39  to be nayazi bahut badi cheez hai. lekin be nayazi ki price hai. jab tak price na dein aap ko woh be nayazi milne wali nahi hai.</w:t>
      </w:r>
    </w:p>
    <w:p>
      <w:pPr>
        <w:pStyle w:val="Heading2"/>
      </w:pPr>
      <w:r>
        <w:t>Formula for freedom from anxiety and fear</w:t>
      </w:r>
    </w:p>
    <w:p>
      <w:r>
        <w:rPr>
          <w:color w:val="666666"/>
          <w:sz w:val="18"/>
        </w:rPr>
        <w:t>Life &amp; Wisdom · 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Formula to overcome anxiety and fear</w:t>
      </w:r>
    </w:p>
    <w:p>
      <w:r>
        <w:rPr>
          <w:color w:val="666666"/>
          <w:sz w:val="18"/>
        </w:rPr>
        <w:t>Life &amp; Wisdom · 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Handling regrets and past mistakes</w:t>
      </w:r>
    </w:p>
    <w:p>
      <w:r>
        <w:rPr>
          <w:color w:val="666666"/>
          <w:sz w:val="18"/>
        </w:rPr>
        <w:t>Life &amp; Wisdom · Art of Thinking November 02, 2014 Maulana Wahiduddin Khan · 3m 21s · at 49:31 · https://youtu.be/jxGjv30RG1Q?t=2971</w:t>
      </w:r>
    </w:p>
    <w:p>
      <w:r>
        <w:rPr>
          <w:i/>
        </w:rPr>
        <w:t>“How do we handle the feeling that we should have done a certain thing differently, and how do we handle regrets from the past? What is your comment on this?”</w:t>
      </w:r>
    </w:p>
    <w:p>
      <w:r>
        <w:rPr>
          <w:sz w:val="20"/>
        </w:rPr>
        <w:t>49:31  Maulana, agla sawal Delhi se hai Dr. Farhat Nasreen ka aur unhone likha hai: "How do we handle a feeling that we should have done a certain thing differently and how do we handle regrets from the past?</w:t>
      </w:r>
      <w:r>
        <w:br/>
      </w:r>
      <w:r>
        <w:rPr>
          <w:sz w:val="20"/>
        </w:rPr>
        <w:t>49:49  What is your comment on this?" kya kya is ka list hai is ka? Maulana, kai baar koi ek cheez hum kisi tareeqe se karte hain aur woh shayad kaamyaab nahi hoti to yeh ehsaas hota hai ke us ko doosre tareeqe se karna chahiye tha.</w:t>
      </w:r>
      <w:r>
        <w:br/>
      </w:r>
      <w:r>
        <w:rPr>
          <w:sz w:val="20"/>
        </w:rPr>
        <w:t>50:04  to yeh ek feeling rehti hai. aur jo doosra part hai woh yeh hai ke jo regrets reh jaate hain past ko le ke to yeh in dono ehsasat ko kaise handle kiya jaye?</w:t>
      </w:r>
      <w:r>
        <w:br/>
      </w:r>
      <w:r>
        <w:rPr>
          <w:sz w:val="20"/>
        </w:rPr>
        <w:t>50:20  ke koi ek cheez hamein kisi doosre tareeqe se karni chahiye thi aur hum nahi kar paye. dekhiye, sara mamla hai ke result oriented thinking aap ke andar ho.</w:t>
      </w:r>
      <w:r>
        <w:br/>
      </w:r>
      <w:r>
        <w:rPr>
          <w:sz w:val="20"/>
        </w:rPr>
        <w:t>50:37  aap ko cheezon ko</w:t>
      </w:r>
      <w:r>
        <w:br/>
      </w:r>
      <w:r>
        <w:rPr>
          <w:sz w:val="20"/>
        </w:rPr>
        <w:t>50:41  jis criterion se judge karna chahiye woh sirf ek hona chahiye, woh hai result. doosre doosre criterion log apply karne lagte hain. doosre doosre criterion.</w:t>
      </w:r>
      <w:r>
        <w:br/>
      </w:r>
      <w:r>
        <w:rPr>
          <w:sz w:val="20"/>
        </w:rPr>
        <w:t>50:55  ek hi criterion hai cheezon ko judge karne ka, woh yeh hai ke result ke aitbar se aap un ko jaanchain.</w:t>
      </w:r>
      <w:r>
        <w:br/>
      </w:r>
      <w:r>
        <w:rPr>
          <w:sz w:val="20"/>
        </w:rPr>
        <w:t>51:04  bas aur koi doosra criterion nahi. phir apne aap cheezein set ho jayengi, apne aap jo hai har cheez sort out ho jayegi, apne aap sab cheez durust ho jayegi.</w:t>
      </w:r>
      <w:r>
        <w:br/>
      </w:r>
      <w:r>
        <w:rPr>
          <w:sz w:val="20"/>
        </w:rPr>
        <w:t>51:20  to ek hi criterion hai, right criterion cheezon ko judge karne ka, woh hai result. jise maine is wajah se misaal di ke hijrat na karte aur kai so sahabi is waqt the, aap lad jaate to marte aur maare jaate to woh sari skill jeopardise ho jati.</w:t>
      </w:r>
      <w:r>
        <w:br/>
      </w:r>
      <w:r>
        <w:rPr>
          <w:sz w:val="20"/>
        </w:rPr>
        <w:t>51:42  yani result hi na milta. result to yeh tha ke makkah wale Islam mein dakhil hon, kaba jo hai buton se pak ho, ibrahim ka daur zinda kiya jaye.</w:t>
      </w:r>
      <w:r>
        <w:br/>
      </w:r>
      <w:r>
        <w:rPr>
          <w:sz w:val="20"/>
        </w:rPr>
        <w:t>51:53  goal to yeh tha lekin lad mar ke shayad khatam ho jaate aur kuch bhi nahi. to rasool Allah ne is ko result ke angle se socha to aap ne kaha ke ladna nahi, hamein to chale jana hai madina.</w:t>
      </w:r>
      <w:r>
        <w:br/>
      </w:r>
      <w:r>
        <w:rPr>
          <w:sz w:val="20"/>
        </w:rPr>
        <w:t>52:08  madina ka matlab kya? replanning of the work. ek planning woh thi jo makkah mein chal rahi thi to work nahi kar rahi thi us waqt.</w:t>
      </w:r>
      <w:r>
        <w:br/>
      </w:r>
      <w:r>
        <w:rPr>
          <w:sz w:val="20"/>
        </w:rPr>
        <w:t>52:23  to aap ne replanning ki madina mein ja kar jo ke work kare aur us ne work kiya aur poora arab Islamize ho gaya. to jab aap cheezon ko dekhenge result ke angle se to aap hamesha replanning karenge, rethink karenge,</w:t>
      </w:r>
      <w:r>
        <w:br/>
      </w:r>
      <w:r>
        <w:rPr>
          <w:sz w:val="20"/>
        </w:rPr>
        <w:t>52:41  apni priorities ko reset karenge. yahi ek hi hai aur yahi tareeqa hai aur koi doosra tareeqa nahi.</w:t>
      </w:r>
    </w:p>
    <w:p>
      <w:pPr>
        <w:pStyle w:val="Heading2"/>
      </w:pPr>
      <w:r>
        <w:t>Hindrances to learning</w:t>
      </w:r>
    </w:p>
    <w:p>
      <w:r>
        <w:rPr>
          <w:color w:val="666666"/>
          <w:sz w:val="18"/>
        </w:rPr>
        <w:t>Life &amp; Wisdom · Divine Help February 09, 2014 Maulana Wahiduddin Khan · 3m 42s · at 54:47 · https://youtu.be/eJBjiYGZcKY?t=3287</w:t>
      </w:r>
    </w:p>
    <w:p>
      <w:r>
        <w:rPr>
          <w:i/>
        </w:rPr>
        <w:t>“Maulana as per your advice I do interact with people to learn more and more. My question is what are the factors which are hindrance to learning?”</w:t>
      </w:r>
    </w:p>
    <w:p>
      <w:r>
        <w:rPr>
          <w:sz w:val="20"/>
        </w:rPr>
        <w:t>54:47  Maulana agla sawal roorkee se kya hai Sajid Anwar sahib ne.</w:t>
      </w:r>
      <w:r>
        <w:br/>
      </w:r>
      <w:r>
        <w:rPr>
          <w:sz w:val="20"/>
        </w:rPr>
        <w:t>54:52  Unhon ne likha hai: Maulana as per your advice I do interact with people to learn more and more.</w:t>
      </w:r>
      <w:r>
        <w:br/>
      </w:r>
      <w:r>
        <w:rPr>
          <w:sz w:val="20"/>
        </w:rPr>
        <w:t>54:58  My question is what are the factors which are hindrance to learning?</w:t>
      </w:r>
      <w:r>
        <w:br/>
      </w:r>
      <w:r>
        <w:rPr>
          <w:sz w:val="20"/>
        </w:rPr>
        <w:t>55:04  Please advise me.</w:t>
      </w:r>
      <w:r>
        <w:br/>
      </w:r>
      <w:r>
        <w:rPr>
          <w:sz w:val="20"/>
        </w:rPr>
        <w:t>55:09  Dekhiye insaan ki yeh aam kamzori hai ke woh apni chalana chahta hai.</w:t>
      </w:r>
      <w:r>
        <w:br/>
      </w:r>
      <w:r>
        <w:rPr>
          <w:sz w:val="20"/>
        </w:rPr>
        <w:t>55:14  Apna agenda is ke paas hota hai hamesha.</w:t>
      </w:r>
      <w:r>
        <w:br/>
      </w:r>
      <w:r>
        <w:rPr>
          <w:sz w:val="20"/>
        </w:rPr>
        <w:t>55:19  Har aadmi ke paas mein dekhta hoon ke apna agenda rehta hai woh khule ya chhupe is ko</w:t>
      </w:r>
      <w:r>
        <w:br/>
      </w:r>
      <w:r>
        <w:rPr>
          <w:sz w:val="20"/>
        </w:rPr>
        <w:t>55:24  chalana chahta hai.</w:t>
      </w:r>
      <w:r>
        <w:br/>
      </w:r>
      <w:r>
        <w:rPr>
          <w:sz w:val="20"/>
        </w:rPr>
        <w:t>55:29  Open mind ke saath uske andar learning ki salahiyat hi nahi hoti.</w:t>
      </w:r>
      <w:r>
        <w:br/>
      </w:r>
      <w:r>
        <w:rPr>
          <w:sz w:val="20"/>
        </w:rPr>
        <w:t>55:34  Is ka saboot kya hai? Is ka saboot yeh hai ke log aitraaf nahi karte.</w:t>
      </w:r>
      <w:r>
        <w:br/>
      </w:r>
      <w:r>
        <w:rPr>
          <w:sz w:val="20"/>
        </w:rPr>
        <w:t>55:39  Hazrat Umar ke baray mein hum parhte hain ke baba unhon ne aisa kaha ke lola falan lehlak Umar.</w:t>
      </w:r>
      <w:r>
        <w:br/>
      </w:r>
      <w:r>
        <w:rPr>
          <w:sz w:val="20"/>
        </w:rPr>
        <w:t>55:44  Agar falan shakhs na hota to Umar halak ho jata.</w:t>
      </w:r>
      <w:r>
        <w:br/>
      </w:r>
      <w:r>
        <w:rPr>
          <w:sz w:val="20"/>
        </w:rPr>
        <w:t>55:49  Yaani Umar Sahabi thay, woh Khalifa thay, woh Quran ko jante thay.</w:t>
      </w:r>
      <w:r>
        <w:br/>
      </w:r>
      <w:r>
        <w:rPr>
          <w:sz w:val="20"/>
        </w:rPr>
        <w:t>55:54  Phir bhi woh aisa kaha unhon ne.</w:t>
      </w:r>
      <w:r>
        <w:br/>
      </w:r>
      <w:r>
        <w:rPr>
          <w:sz w:val="20"/>
        </w:rPr>
        <w:t>55:59  Lola falan lehlak Umar.</w:t>
      </w:r>
      <w:r>
        <w:br/>
      </w:r>
      <w:r>
        <w:rPr>
          <w:sz w:val="20"/>
        </w:rPr>
        <w:t>56:04  Yeh hai kya barha hua jazba learning ka.</w:t>
      </w:r>
      <w:r>
        <w:br/>
      </w:r>
      <w:r>
        <w:rPr>
          <w:sz w:val="20"/>
        </w:rPr>
        <w:t>56:09  Yeh hai nahi logon mein? Main to sun nahi pata aise alfaaz.</w:t>
      </w:r>
      <w:r>
        <w:br/>
      </w:r>
      <w:r>
        <w:rPr>
          <w:sz w:val="20"/>
        </w:rPr>
        <w:t>56:14  Yeh alfaaz jo hain lola falan lehlak Umar aise alfaaz to ban hi nahi pata.</w:t>
      </w:r>
      <w:r>
        <w:br/>
      </w:r>
      <w:r>
        <w:rPr>
          <w:sz w:val="20"/>
        </w:rPr>
        <w:t>56:19  Log bas pitch up kar lete hain, ghuma phira kar bolte hain.</w:t>
      </w:r>
      <w:r>
        <w:br/>
      </w:r>
      <w:r>
        <w:rPr>
          <w:sz w:val="20"/>
        </w:rPr>
        <w:t>56:24  Haan haan theek theek hai, woh bhi theek hai.</w:t>
      </w:r>
      <w:r>
        <w:br/>
      </w:r>
      <w:r>
        <w:rPr>
          <w:sz w:val="20"/>
        </w:rPr>
        <w:t>56:29  Jab tak aap ke andar bepanah jazba na ho learning ka.</w:t>
      </w:r>
      <w:r>
        <w:br/>
      </w:r>
      <w:r>
        <w:rPr>
          <w:sz w:val="20"/>
        </w:rPr>
        <w:t>56:34  Aur is ki pehchan yahi hai ke aap keh sakein ke yeh to baat agar main na jaanta</w:t>
      </w:r>
      <w:r>
        <w:br/>
      </w:r>
      <w:r>
        <w:rPr>
          <w:sz w:val="20"/>
        </w:rPr>
        <w:t>56:39  to main to halak ho chuka tha.</w:t>
      </w:r>
      <w:r>
        <w:br/>
      </w:r>
      <w:r>
        <w:rPr>
          <w:sz w:val="20"/>
        </w:rPr>
        <w:t>56:44  I was living in blunder.</w:t>
      </w:r>
      <w:r>
        <w:br/>
      </w:r>
      <w:r>
        <w:rPr>
          <w:sz w:val="20"/>
        </w:rPr>
        <w:t>56:49  Tab tak sab bas lip service hai, sirf kehna sunna hai.</w:t>
      </w:r>
      <w:r>
        <w:br/>
      </w:r>
      <w:r>
        <w:rPr>
          <w:sz w:val="20"/>
        </w:rPr>
        <w:t>56:54  Kuch haqeeqat is ki nahi hai.</w:t>
      </w:r>
      <w:r>
        <w:br/>
      </w:r>
      <w:r>
        <w:rPr>
          <w:sz w:val="20"/>
        </w:rPr>
        <w:t>56:59  to hazrat umar ke andar jo learning process tha jo kaha jata hai ke kaan ta'allum min kulli ahad.</w:t>
      </w:r>
      <w:r>
        <w:br/>
      </w:r>
      <w:r>
        <w:rPr>
          <w:sz w:val="20"/>
        </w:rPr>
        <w:t>57:04  to yeh sab andar se aata hai, koi bahar se aap ko nahi bataye ga.</w:t>
      </w:r>
      <w:r>
        <w:br/>
      </w:r>
      <w:r>
        <w:rPr>
          <w:sz w:val="20"/>
        </w:rPr>
        <w:t>57:09  aap ke andar be-panah shauq ho learning ka, ta'allum ka, seekhne ka.</w:t>
      </w:r>
      <w:r>
        <w:br/>
      </w:r>
      <w:r>
        <w:rPr>
          <w:sz w:val="20"/>
        </w:rPr>
        <w:t>57:14  to bas aap ka shauq hi aap ka guide ban jaye ga.</w:t>
      </w:r>
      <w:r>
        <w:br/>
      </w:r>
      <w:r>
        <w:rPr>
          <w:sz w:val="20"/>
        </w:rPr>
        <w:t>57:19  aur jaise hi saamne aaye koi sachai to fi'l-faur aap keh saken ke main ab tak andha</w:t>
      </w:r>
      <w:r>
        <w:br/>
      </w:r>
      <w:r>
        <w:rPr>
          <w:sz w:val="20"/>
        </w:rPr>
        <w:t>57:24  tha, ab mujhe sachai mili hai.</w:t>
      </w:r>
      <w:r>
        <w:br/>
      </w:r>
      <w:r>
        <w:rPr>
          <w:sz w:val="20"/>
        </w:rPr>
        <w:t>57:29  yeh keh saken.</w:t>
      </w:r>
      <w:r>
        <w:br/>
      </w:r>
      <w:r>
        <w:rPr>
          <w:sz w:val="20"/>
        </w:rPr>
        <w:t>57:34  yeh nahi keh saken kahen ge to zehan ke darwaze khulenge nahi.</w:t>
      </w:r>
      <w:r>
        <w:br/>
      </w:r>
      <w:r>
        <w:rPr>
          <w:sz w:val="20"/>
        </w:rPr>
        <w:t>57:39  log hal logon ka hal kya hai? haan haan yeh bhi theek hai.</w:t>
      </w:r>
      <w:r>
        <w:br/>
      </w:r>
      <w:r>
        <w:rPr>
          <w:sz w:val="20"/>
        </w:rPr>
        <w:t>57:44  yeh yeh jo aap kar rahe hain yeh bhi theek hai.</w:t>
      </w:r>
      <w:r>
        <w:br/>
      </w:r>
      <w:r>
        <w:rPr>
          <w:sz w:val="20"/>
        </w:rPr>
        <w:t>57:49  yeh yeh sirf bilkul yeh nothing.</w:t>
      </w:r>
      <w:r>
        <w:br/>
      </w:r>
      <w:r>
        <w:rPr>
          <w:sz w:val="20"/>
        </w:rPr>
        <w:t>57:54  aap kahiye ke ab tak main andha tha.</w:t>
      </w:r>
      <w:r>
        <w:br/>
      </w:r>
      <w:r>
        <w:rPr>
          <w:sz w:val="20"/>
        </w:rPr>
        <w:t>57:59  ab tak main be-khabar tha.</w:t>
      </w:r>
      <w:r>
        <w:br/>
      </w:r>
      <w:r>
        <w:rPr>
          <w:sz w:val="20"/>
        </w:rPr>
        <w:t>58:04  kyunke jaise hi aap yeh kahenge jaise hi dimagh ke darwaze khul jayenge.</w:t>
      </w:r>
      <w:r>
        <w:br/>
      </w:r>
      <w:r>
        <w:rPr>
          <w:sz w:val="20"/>
        </w:rPr>
        <w:t>58:09  aap ki shakhsiyat mein aik aik aik aik naya emergence paida hoga.</w:t>
      </w:r>
      <w:r>
        <w:br/>
      </w:r>
      <w:r>
        <w:rPr>
          <w:sz w:val="20"/>
        </w:rPr>
        <w:t>58:14  to yeh sab cheezen aadmi ke apne khud apne faisle par depend karti hain.</w:t>
      </w:r>
      <w:r>
        <w:br/>
      </w:r>
      <w:r>
        <w:rPr>
          <w:sz w:val="20"/>
        </w:rPr>
        <w:t>58:19  bahar se koi inculcate nahi kar sakta.</w:t>
      </w:r>
      <w:r>
        <w:br/>
      </w:r>
      <w:r>
        <w:rPr>
          <w:sz w:val="20"/>
        </w:rPr>
        <w:t>58:24  khud aadmi chahe to aisa banaye apne aap ko, nahi to na banaye to na banaye.</w:t>
      </w:r>
    </w:p>
    <w:p>
      <w:pPr>
        <w:pStyle w:val="Heading2"/>
      </w:pPr>
      <w:r>
        <w:t>Hope for a crippled person?</w:t>
      </w:r>
    </w:p>
    <w:p>
      <w:r>
        <w:rPr>
          <w:color w:val="666666"/>
          <w:sz w:val="18"/>
        </w:rPr>
        <w:t>Life &amp; Wisdom · Studying The Quran with Open Mind October 20, 2019 Maulana Wahiduddin Khan · 2m 47s · at 44:56 · https://youtu.be/OPyJO5TP_wI?t=2696</w:t>
      </w:r>
    </w:p>
    <w:p>
      <w:r>
        <w:rPr>
          <w:i/>
        </w:rPr>
        <w:t>“You said in today's lecture that if the problem is not crippling then it is for our own good. My question is how to handle a problem if the person has become a cripple? Is there hope for such a cripple person also?”</w:t>
      </w:r>
    </w:p>
    <w:p>
      <w:r>
        <w:rPr>
          <w:sz w:val="20"/>
        </w:rPr>
        <w:t>44:56  convert our problems into opportunity Maulana agla sawal Lucknow se aaya hai Ahmad Mehboob sahib ne likha hai un ka sawal hai Maulana you said in today's lecture that if the problem is not crippling then it is for our own good</w:t>
      </w:r>
      <w:r>
        <w:br/>
      </w:r>
      <w:r>
        <w:rPr>
          <w:sz w:val="20"/>
        </w:rPr>
        <w:t>45:18  Maulana my question is how to handle a problem if the person has become a cripple is there hope for such cripple person</w:t>
      </w:r>
      <w:r>
        <w:br/>
      </w:r>
      <w:r>
        <w:rPr>
          <w:sz w:val="20"/>
        </w:rPr>
        <w:t>45:26  also</w:t>
      </w:r>
      <w:r>
        <w:br/>
      </w:r>
      <w:r>
        <w:rPr>
          <w:sz w:val="20"/>
        </w:rPr>
        <w:t>45:30  yahan tak baat nahi jana zindagi ko ke</w:t>
      </w:r>
      <w:r>
        <w:br/>
      </w:r>
      <w:r>
        <w:rPr>
          <w:sz w:val="20"/>
        </w:rPr>
        <w:t>45:36  crippling children aur non-crippling mein sirf ek farq hai woh yeh</w:t>
      </w:r>
      <w:r>
        <w:br/>
      </w:r>
      <w:r>
        <w:rPr>
          <w:sz w:val="20"/>
        </w:rPr>
        <w:t>45:43  ke crippling children aksar</w:t>
      </w:r>
      <w:r>
        <w:br/>
      </w:r>
      <w:r>
        <w:rPr>
          <w:sz w:val="20"/>
        </w:rPr>
        <w:t>45:46  bataur total stress mein crippling kar deta hai mawaqe ko khatm kar deta hai lekin non-crippling mein mawaqe</w:t>
      </w:r>
      <w:r>
        <w:br/>
      </w:r>
      <w:r>
        <w:rPr>
          <w:sz w:val="20"/>
        </w:rPr>
        <w:t>45:56  baqi rehte hain to crippling children bhi aap ko total stress mein khatm nahi karta</w:t>
      </w:r>
      <w:r>
        <w:br/>
      </w:r>
      <w:r>
        <w:rPr>
          <w:sz w:val="20"/>
        </w:rPr>
        <w:t>46:04  partial stress mein khatm karta hai</w:t>
      </w:r>
      <w:r>
        <w:br/>
      </w:r>
      <w:r>
        <w:rPr>
          <w:sz w:val="20"/>
        </w:rPr>
        <w:t>46:08  partial stress mein jaise</w:t>
      </w:r>
      <w:r>
        <w:br/>
      </w:r>
      <w:r>
        <w:rPr>
          <w:sz w:val="20"/>
        </w:rPr>
        <w:t>46:12  meet milton jo tha woh crippled</w:t>
      </w:r>
      <w:r>
        <w:br/>
      </w:r>
      <w:r>
        <w:rPr>
          <w:sz w:val="20"/>
        </w:rPr>
        <w:t>46:15  ho gaya kya tha ek dam total andha pan ek dam andha ho gaya</w:t>
      </w:r>
      <w:r>
        <w:br/>
      </w:r>
      <w:r>
        <w:rPr>
          <w:sz w:val="20"/>
        </w:rPr>
        <w:t>46:24  to us ne kya kiya</w:t>
      </w:r>
      <w:r>
        <w:br/>
      </w:r>
      <w:r>
        <w:rPr>
          <w:sz w:val="20"/>
        </w:rPr>
        <w:t>46:27  kya apne ghar ke ek family ke ek member ko</w:t>
      </w:r>
      <w:r>
        <w:br/>
      </w:r>
      <w:r>
        <w:rPr>
          <w:sz w:val="20"/>
        </w:rPr>
        <w:t>46:34  rakh liya apne paas aur dictate karne laga woh dictate karta tha woh likhta tha woh is tarah</w:t>
      </w:r>
      <w:r>
        <w:br/>
      </w:r>
      <w:r>
        <w:rPr>
          <w:sz w:val="20"/>
        </w:rPr>
        <w:t>46:42  manage kiya us ne</w:t>
      </w:r>
      <w:r>
        <w:br/>
      </w:r>
      <w:r>
        <w:rPr>
          <w:sz w:val="20"/>
        </w:rPr>
        <w:t>46:44  to crippling children bhi manageable hota hai bashart ke aap ko</w:t>
      </w:r>
      <w:r>
        <w:br/>
      </w:r>
      <w:r>
        <w:rPr>
          <w:sz w:val="20"/>
        </w:rPr>
        <w:t>46:52  sabr ho aap ke andar sabr zaroori hai maulana agla comment bheja hai mumbai se sajid anwar sahib</w:t>
      </w:r>
      <w:r>
        <w:br/>
      </w:r>
      <w:r>
        <w:rPr>
          <w:sz w:val="20"/>
        </w:rPr>
        <w:t>47:00  ne unhon</w:t>
      </w:r>
      <w:r>
        <w:br/>
      </w:r>
      <w:r>
        <w:rPr>
          <w:sz w:val="20"/>
        </w:rPr>
        <w:t>47:01  ne likha hai Maulana you are the only aalim who has taught us how to derive the wisdom from the Quran while others emphasize on words you have taught us to read between the lines and derive wisdom from every possible incident around us</w:t>
      </w:r>
      <w:r>
        <w:br/>
      </w:r>
      <w:r>
        <w:rPr>
          <w:sz w:val="20"/>
        </w:rPr>
        <w:t>47:19  jazak Allah Bangalore team jo collectively dekh rahi hai is program ko unhon ne likha hai Maulana aaj yeh baat samajh mein aayi ke hikmat ka matlab hai ke aadmi na likhe ko parhe mazkoor baaton ke zariye ghair mazkoor baaton ko jaane jazak Allah Maulana</w:t>
      </w:r>
    </w:p>
    <w:p>
      <w:pPr>
        <w:pStyle w:val="Heading2"/>
      </w:pPr>
      <w:r>
        <w:t>How an ordinary person can dedicate to Islam</w:t>
      </w:r>
    </w:p>
    <w:p>
      <w:r>
        <w:rPr>
          <w:color w:val="666666"/>
          <w:sz w:val="18"/>
        </w:rPr>
        <w:t>Life &amp; Wisdom · Importance of Peace August 17, 2014 · 2m 28s · at 47:05 · https://youtu.be/ifxSwh2Jckw?t=2825</w:t>
      </w:r>
    </w:p>
    <w:p>
      <w:r>
        <w:rPr>
          <w:i/>
        </w:rPr>
        <w:t>“Everyone cannot dedicate like you did for study of Islam. As an ordinary person, how can I have a clear thought process and dedicate myself for Islam?”</w:t>
      </w:r>
    </w:p>
    <w:p>
      <w:r>
        <w:rPr>
          <w:sz w:val="20"/>
        </w:rPr>
        <w:t>47:05  maulana, un ka ek aur sawal hai. unhon ne likha hai ke everyone in this world cannot dedicate just like you did for study of Islam</w:t>
      </w:r>
      <w:r>
        <w:br/>
      </w:r>
      <w:r>
        <w:rPr>
          <w:sz w:val="20"/>
        </w:rPr>
        <w:t>47:16  . maulana sahib, please advise me, considering that I am an ordinary person, as to how I can have a clear thought process and dedicate myself for Islam.</w:t>
      </w:r>
      <w:r>
        <w:br/>
      </w:r>
      <w:r>
        <w:rPr>
          <w:sz w:val="20"/>
        </w:rPr>
        <w:t>47:30  dekhen, ek hadees hai kun aaliman au mutaaliban wa la takun saarisan fa tahlik yani ya to aalim bano ya mutaalim bano.</w:t>
      </w:r>
      <w:r>
        <w:br/>
      </w:r>
      <w:r>
        <w:rPr>
          <w:sz w:val="20"/>
        </w:rPr>
        <w:t>47:43  teesre na bano warna halaak ho jao ge.</w:t>
      </w:r>
      <w:r>
        <w:br/>
      </w:r>
      <w:r>
        <w:rPr>
          <w:sz w:val="20"/>
        </w:rPr>
        <w:t>47:46  is ka matlab kya hai? is ka matlab yeh hai ke agar aap ke paas time hai to aap khoob study kar ke janiye ke sachai kya hai, ilm kya hai.</w:t>
      </w:r>
      <w:r>
        <w:br/>
      </w:r>
      <w:r>
        <w:rPr>
          <w:sz w:val="20"/>
        </w:rPr>
        <w:t>48:03  to mutaallim se aaghaz ho, shuru kar ke aap aalim ban jaiye. mutaallim ke mani hain student.</w:t>
      </w:r>
      <w:r>
        <w:br/>
      </w:r>
      <w:r>
        <w:rPr>
          <w:sz w:val="20"/>
        </w:rPr>
        <w:t>48:13  khoob study kijiye, study kar ke khud janne wale ban jaiye.</w:t>
      </w:r>
      <w:r>
        <w:br/>
      </w:r>
      <w:r>
        <w:rPr>
          <w:sz w:val="20"/>
        </w:rPr>
        <w:t>48:20  lekin teesri position jo hai, woh yeh hai ke aap janiye nahi aur behas karen. to woh halakat ka rasta hai. to is ki roshni mein dekhen, aadmi ke liye do option hain.</w:t>
      </w:r>
      <w:r>
        <w:br/>
      </w:r>
      <w:r>
        <w:rPr>
          <w:sz w:val="20"/>
        </w:rPr>
        <w:t>48:35  do option hain. ya to woh yeh kare ke khud, yani jo study chahiye karna, woh kare, woh khoob study kare.</w:t>
      </w:r>
      <w:r>
        <w:br/>
      </w:r>
      <w:r>
        <w:rPr>
          <w:sz w:val="20"/>
        </w:rPr>
        <w:t>48:50  yahan tak ke woh discovery tak pahunch jaye. to woh apni discovery par qaim ho jaye woh.</w:t>
      </w:r>
      <w:r>
        <w:br/>
      </w:r>
      <w:r>
        <w:rPr>
          <w:sz w:val="20"/>
        </w:rPr>
        <w:t>48:58  agar is ke paas time nahi hai to kisi aise shakhs ko apna murshid maan le, jis par us ko aitmad ho, jis par trust ho.</w:t>
      </w:r>
      <w:r>
        <w:br/>
      </w:r>
      <w:r>
        <w:rPr>
          <w:sz w:val="20"/>
        </w:rPr>
        <w:t>49:07  bas. aur aur koi. agar aap kahein ke mere paas itna time kahan hai to theek hai, time nahi hai to aap kisi ko murshid maan lijiye.</w:t>
      </w:r>
      <w:r>
        <w:br/>
      </w:r>
      <w:r>
        <w:rPr>
          <w:sz w:val="20"/>
        </w:rPr>
        <w:t>49:17  time hai to study kijiye aur khud discover kijiye. time nahi hai to kisi ko murshid maan lijiye.</w:t>
      </w:r>
      <w:r>
        <w:br/>
      </w:r>
      <w:r>
        <w:rPr>
          <w:sz w:val="20"/>
        </w:rPr>
        <w:t>49:24  is par trust kar ke, is ke jo woh kahe, us ko us par chaliye. aur koi teesra rasta nahi hai.</w:t>
      </w:r>
    </w:p>
    <w:p>
      <w:pPr>
        <w:pStyle w:val="Heading2"/>
      </w:pPr>
      <w:r>
        <w:t>How can I discover my true role?</w:t>
      </w:r>
    </w:p>
    <w:p>
      <w:r>
        <w:rPr>
          <w:color w:val="666666"/>
          <w:sz w:val="18"/>
        </w:rPr>
        <w:t>Life &amp; Wisdom · Hadith Prediction November 3, 2013 · 2m 01s · at 1:13:43 · https://youtu.be/cb5Lzw9c8aE?t=4423</w:t>
      </w:r>
    </w:p>
    <w:p>
      <w:r>
        <w:rPr>
          <w:i/>
        </w:rPr>
        <w:t>“Maulana, I want to know from you how I can discover my true role which I can fulfill wholeheartedly. Please guide me.”</w:t>
      </w:r>
    </w:p>
    <w:p>
      <w:r>
        <w:rPr>
          <w:sz w:val="20"/>
        </w:rPr>
        <w:t>1:13:43  maulana, agla sawal islamabad pakistan se hai waseem bari sahib ka. Unhon ne likha hai maulana sahib, mujhe yeh jaanna hai aap se ke main apna sahi role kaise daryaft karoon jis ko main poore dil se nibha sakoon?</w:t>
      </w:r>
      <w:r>
        <w:br/>
      </w:r>
      <w:r>
        <w:rPr>
          <w:sz w:val="20"/>
        </w:rPr>
        <w:t>1:14:01  is ke baray mein mere ko please guide karen. Bhai, mujh se poochhiye to main kahoon ke aap dawat Allah ka kaam kijiye, yeh role hai aap ka.</w:t>
      </w:r>
      <w:r>
        <w:br/>
      </w:r>
      <w:r>
        <w:rPr>
          <w:sz w:val="20"/>
        </w:rPr>
        <w:t>1:14:12  aur agar meri baat par itminan nahin hue to quran ko padhiye, ek baar padhiye, das baar padhiye, jo is mein role mile aap ko, woh ikhtiyar kar li jiye. Yaani mere kehne ka maani hai to ab main kahoon ke dawat Allah sab se bada kaam hai,</w:t>
      </w:r>
      <w:r>
        <w:br/>
      </w:r>
      <w:r>
        <w:rPr>
          <w:sz w:val="20"/>
        </w:rPr>
        <w:t>1:14:26  ladna bharna nahin. Ladaai bhadaai jo musalman karte hain, woh bilkul mein is ghair islami samajhta hoon. To meri baat yeh hai, aap aap ko khud daryaft karna ho to aap quran padhiye, is mein mil jayega aap ko.</w:t>
      </w:r>
      <w:r>
        <w:br/>
      </w:r>
      <w:r>
        <w:rPr>
          <w:sz w:val="20"/>
        </w:rPr>
        <w:t>1:14:44  okay, we weel end the session now. Thank you.</w:t>
      </w:r>
    </w:p>
    <w:p>
      <w:pPr>
        <w:pStyle w:val="Heading2"/>
      </w:pPr>
      <w:r>
        <w:t>How can I identify my role wholeheartedly?</w:t>
      </w:r>
    </w:p>
    <w:p>
      <w:r>
        <w:rPr>
          <w:color w:val="666666"/>
          <w:sz w:val="18"/>
        </w:rPr>
        <w:t>Life &amp; Wisdom · Lessons from My Journey to Agra October 27, 2013 · 2m 20s · at 1:07:52 · https://youtu.be/Gg2N0h4ETH8?t=4072</w:t>
      </w:r>
    </w:p>
    <w:p>
      <w:r>
        <w:rPr>
          <w:i/>
        </w:rPr>
        <w:t>“Maulana, I want to know how I can identify my role so that I can do it wholeheartedly. Please guide me in this matter.”</w:t>
      </w:r>
    </w:p>
    <w:p>
      <w:r>
        <w:rPr>
          <w:sz w:val="20"/>
        </w:rPr>
        <w:t>1:07:52  Maulana, agla sawal Islamabad Pakistan se hai Waseem Bari sahab ka. unhon ne likha hai: "Maulana sahab, i want to know how i can identify my role so that i can do it wholeheartedly.</w:t>
      </w:r>
      <w:r>
        <w:br/>
      </w:r>
      <w:r>
        <w:rPr>
          <w:sz w:val="20"/>
        </w:rPr>
        <w:t>1:08:07  please guide me in this matter."</w:t>
      </w:r>
      <w:r>
        <w:br/>
      </w:r>
      <w:r>
        <w:rPr>
          <w:sz w:val="20"/>
        </w:rPr>
        <w:t>1:08:12  ye ajib sa sawal hai. bhai, is ko puchne ki koi zaroorat aap ko pesh aayi hai. ye puchne ki baat hai. dekhen, role yani ka matlab agar zimmedari ke ma'ne mein len to ek momin ke liye sirf do hi zimmedari hai:</w:t>
      </w:r>
      <w:r>
        <w:br/>
      </w:r>
      <w:r>
        <w:rPr>
          <w:sz w:val="20"/>
        </w:rPr>
        <w:t>1:08:33  baqadr zaroorat kamana, zaroorat ke baqadr kamana. is ke baad Allah ke mission, dawat Allah ka kaam karna.</w:t>
      </w:r>
      <w:r>
        <w:br/>
      </w:r>
      <w:r>
        <w:rPr>
          <w:sz w:val="20"/>
        </w:rPr>
        <w:t>1:08:42  bas ye aur koi teesri cheez hai nahi. ye dunya mein aap agar aap yani</w:t>
      </w:r>
      <w:r>
        <w:br/>
      </w:r>
      <w:r>
        <w:rPr>
          <w:sz w:val="20"/>
        </w:rPr>
        <w:t>1:08:52  is ke siwa kuch aur banayenge to isi ka naam hai gumrahi. zaroorat ke baqadr kamana aur Allah ke mission ke liye, Allah ki dawat ke liye kaam karna.</w:t>
      </w:r>
      <w:r>
        <w:br/>
      </w:r>
      <w:r>
        <w:rPr>
          <w:sz w:val="20"/>
        </w:rPr>
        <w:t>1:09:06  bas is ke siwa aur kuch hai hi nahi. koi koi role ya koi zimmedari momin ki. jo kuch hai wo khud sakhta hai.</w:t>
      </w:r>
      <w:r>
        <w:br/>
      </w:r>
      <w:r>
        <w:rPr>
          <w:sz w:val="20"/>
        </w:rPr>
        <w:t>1:09:17  misalan ye ke kuch log siyasi hangame karte hain, wo Islami hukumat qaim karne ke naam par. wo koi goal role nahi, wo khud sakhta hai. wo to main is ko political bid'at kehta hoon.</w:t>
      </w:r>
      <w:r>
        <w:br/>
      </w:r>
      <w:r>
        <w:rPr>
          <w:sz w:val="20"/>
        </w:rPr>
        <w:t>1:09:28  political bid'at.</w:t>
      </w:r>
      <w:r>
        <w:br/>
      </w:r>
      <w:r>
        <w:rPr>
          <w:sz w:val="20"/>
        </w:rPr>
        <w:t>1:09:33  role sirf ye hai ya zimmedari sirf ye hai ke aap apni jitni haqiqatan jitni zaroorat hai jeene ke liye, jitna zaroori hai utna kamayen aur Allah ka jo mission hai us ko phailayen.</w:t>
      </w:r>
      <w:r>
        <w:br/>
      </w:r>
      <w:r>
        <w:rPr>
          <w:sz w:val="20"/>
        </w:rPr>
        <w:t>1:09:49  bas aap ke paas agar zyada paisa hai to is paise ko aap lagayen dawat ke kaam mein. zaati aaram rahat mein nahi.</w:t>
      </w:r>
      <w:r>
        <w:br/>
      </w:r>
      <w:r>
        <w:rPr>
          <w:sz w:val="20"/>
        </w:rPr>
        <w:t>1:09:59  bas ye yehi kul deen hai aur kuch bajne wali jo cheezen log deen ke naam se karte hain wo un ka khud sakhta hai.</w:t>
      </w:r>
    </w:p>
    <w:p>
      <w:pPr>
        <w:pStyle w:val="Heading2"/>
      </w:pPr>
      <w:r>
        <w:t>How can man become predictable like nature?</w:t>
      </w:r>
    </w:p>
    <w:p>
      <w:r>
        <w:rPr>
          <w:color w:val="666666"/>
          <w:sz w:val="18"/>
        </w:rPr>
        <w:t>Life &amp; Wisdom · The Existence of God-7th October 2012 · 2m 00s · at 1:10:42 · https://youtu.be/XWFqKwm-LPM?t=4242</w:t>
      </w:r>
    </w:p>
    <w:p>
      <w:r>
        <w:rPr>
          <w:i/>
        </w:rPr>
        <w:t>“Just as things in nature are predictable, how can man become predictable?”</w:t>
      </w:r>
    </w:p>
    <w:p>
      <w:r>
        <w:rPr>
          <w:sz w:val="20"/>
        </w:rPr>
        <w:t>1:10:42  maulana, agla sawal dilli se hai miss naghma siddiqui ka.</w:t>
      </w:r>
      <w:r>
        <w:br/>
      </w:r>
      <w:r>
        <w:rPr>
          <w:sz w:val="20"/>
        </w:rPr>
        <w:t>1:10:48  انہوں نے آپ سے پوچھا ہے کہ "Just as things in nature are predictable, how can man become</w:t>
      </w:r>
      <w:r>
        <w:br/>
      </w:r>
      <w:r>
        <w:rPr>
          <w:sz w:val="20"/>
        </w:rPr>
        <w:t>1:10:55  predictable?" kya matlab ke maulana, nature jaise predictable hai, jaise maulana aap ne bataya, to insaan kaise predictable</w:t>
      </w:r>
      <w:r>
        <w:br/>
      </w:r>
      <w:r>
        <w:rPr>
          <w:sz w:val="20"/>
        </w:rPr>
        <w:t>1:11:02  ban sakta hai? is ke bare mein bataein nature ki tarah.</w:t>
      </w:r>
      <w:r>
        <w:br/>
      </w:r>
      <w:r>
        <w:rPr>
          <w:sz w:val="20"/>
        </w:rPr>
        <w:t>1:11:08  dekhein, nature ki jo predictability hai, woh to woh to law of nature ke tehat hoti hai.</w:t>
      </w:r>
      <w:r>
        <w:br/>
      </w:r>
      <w:r>
        <w:rPr>
          <w:sz w:val="20"/>
        </w:rPr>
        <w:t>1:11:15  yaani maaf corruption hai, yaani loha loha rahega, pani pani rahega.</w:t>
      </w:r>
      <w:r>
        <w:br/>
      </w:r>
      <w:r>
        <w:rPr>
          <w:sz w:val="20"/>
        </w:rPr>
        <w:t>1:11:22  lekin insaan mein to, yaani insaan to aik shaoor ke tehat govern hota hai, khud apne faisle se</w:t>
      </w:r>
      <w:r>
        <w:br/>
      </w:r>
      <w:r>
        <w:rPr>
          <w:sz w:val="20"/>
        </w:rPr>
        <w:t>1:11:29  govern hota hai.</w:t>
      </w:r>
      <w:r>
        <w:br/>
      </w:r>
      <w:r>
        <w:rPr>
          <w:sz w:val="20"/>
        </w:rPr>
        <w:t>1:11:35  to insaan predictable woh ho sakta hai jo Allah se darta ho, yaani lohe aur pani ki tarah</w:t>
      </w:r>
      <w:r>
        <w:br/>
      </w:r>
      <w:r>
        <w:rPr>
          <w:sz w:val="20"/>
        </w:rPr>
        <w:t>1:11:42  nahi ho sakta hai woh.</w:t>
      </w:r>
      <w:r>
        <w:br/>
      </w:r>
      <w:r>
        <w:rPr>
          <w:sz w:val="20"/>
        </w:rPr>
        <w:t>1:11:49  lekin agar woh is ke andar Allah yeh yeh ehsaas jaag jaag parre ke Allah ke haan is</w:t>
      </w:r>
      <w:r>
        <w:br/>
      </w:r>
      <w:r>
        <w:rPr>
          <w:sz w:val="20"/>
        </w:rPr>
        <w:t>1:11:56  ki pooch hogi, woh woh accountable accountable hai Allah ke samne, to yaqeenan aisa ban jayega.</w:t>
      </w:r>
      <w:r>
        <w:br/>
      </w:r>
      <w:r>
        <w:rPr>
          <w:sz w:val="20"/>
        </w:rPr>
        <w:t>1:12:02  woh to insaan apne ko banata hai predictable, aur matter to woh aisi waisi hai, yaani woh is</w:t>
      </w:r>
      <w:r>
        <w:br/>
      </w:r>
      <w:r>
        <w:rPr>
          <w:sz w:val="20"/>
        </w:rPr>
        <w:t>1:12:09  ka, is ka, woh is ki jo creation hai, woh is ke creation hi ke andar hai maujood.</w:t>
      </w:r>
      <w:r>
        <w:br/>
      </w:r>
      <w:r>
        <w:rPr>
          <w:sz w:val="20"/>
        </w:rPr>
        <w:t>1:12:16  is is ke ab is ka aisa hona baqi insaan to khud se apne ko banata hai, aisa</w:t>
      </w:r>
      <w:r>
        <w:br/>
      </w:r>
      <w:r>
        <w:rPr>
          <w:sz w:val="20"/>
        </w:rPr>
        <w:t>1:12:22  na chahe to na banaye.</w:t>
      </w:r>
      <w:r>
        <w:br/>
      </w:r>
      <w:r>
        <w:rPr>
          <w:sz w:val="20"/>
        </w:rPr>
        <w:t>1:12:29  aur isi par jannat dozakh ka faisla hota hai.</w:t>
      </w:r>
      <w:r>
        <w:br/>
      </w:r>
      <w:r>
        <w:rPr>
          <w:sz w:val="20"/>
        </w:rPr>
        <w:t>1:12:36  yeh to bohat bari neki hai, bohat bara virtue hai ke insaan apne aap ko predictable character banaye apne andar.</w:t>
      </w:r>
    </w:p>
    <w:p>
      <w:pPr>
        <w:pStyle w:val="Heading2"/>
      </w:pPr>
      <w:r>
        <w:t>How to Become a Strong Personality</w:t>
      </w:r>
    </w:p>
    <w:p>
      <w:r>
        <w:rPr>
          <w:color w:val="666666"/>
          <w:sz w:val="18"/>
        </w:rPr>
        <w:t>Life &amp; Wisdom · Message of the Quran August 20, 2017 · 2m 54s · at 26:04 · https://youtu.be/BrbrZxP37pk?t=1564</w:t>
      </w:r>
    </w:p>
    <w:p>
      <w:r>
        <w:rPr>
          <w:i/>
        </w:rPr>
        <w:t>“How can I become a strong personality? Please advise me.”</w:t>
      </w:r>
    </w:p>
    <w:p>
      <w:r>
        <w:rPr>
          <w:sz w:val="20"/>
        </w:rPr>
        <w:t>26:04  meri yahi discovery hai. molana, agla sawal lene se pehle comment parhna chahenge jo ah Sameer Pre sahib ne bheja hai.</w:t>
      </w:r>
      <w:r>
        <w:br/>
      </w:r>
      <w:r>
        <w:rPr>
          <w:sz w:val="20"/>
        </w:rPr>
        <w:t>26:14  unki location nahi pata chal pa rahi hai. unhon ne yeh likha hai ke: "I have no words for today lecture. A very happy emotional moment." molana, agla sawal bheja hai Farooq sahib ne Doha Qatar se.</w:t>
      </w:r>
      <w:r>
        <w:br/>
      </w:r>
      <w:r>
        <w:rPr>
          <w:sz w:val="20"/>
        </w:rPr>
        <w:t>26:34  unhon ne aap se poocha hai ke: "molana sahib, how can I become a strong personality? Please advise me."</w:t>
      </w:r>
      <w:r>
        <w:br/>
      </w:r>
      <w:r>
        <w:rPr>
          <w:sz w:val="20"/>
        </w:rPr>
        <w:t>26:45  bhai, main to yahi kahoon ga ke sab se bari taqat dua hai.</w:t>
      </w:r>
      <w:r>
        <w:br/>
      </w:r>
      <w:r>
        <w:rPr>
          <w:sz w:val="20"/>
        </w:rPr>
        <w:t>26:53  pray-wise power, pray-wise power ko main bohat manta hoon. to aap apni niyat ko durust rakhiye aur dua karte rahiye.</w:t>
      </w:r>
      <w:r>
        <w:br/>
      </w:r>
      <w:r>
        <w:rPr>
          <w:sz w:val="20"/>
        </w:rPr>
        <w:t>27:06  bas yeh rasta hai aur koi rasta nahi hai.</w:t>
      </w:r>
      <w:r>
        <w:br/>
      </w:r>
      <w:r>
        <w:rPr>
          <w:sz w:val="20"/>
        </w:rPr>
        <w:t>27:13  molana, agla comment bheja hai Aamir Mori sahib ne Srinagar se. unhon ne likha hai: "Our mission is based on peace and God is so happy with this mission that He is assigning the angels in the form of humans to help this mission to spread across all people.</w:t>
      </w:r>
      <w:r>
        <w:br/>
      </w:r>
      <w:r>
        <w:rPr>
          <w:sz w:val="20"/>
        </w:rPr>
        <w:t>27:35  I would like to thank brother Harpreet and his friends for achieving such a noble deed. God bless you." mashallah!</w:t>
      </w:r>
      <w:r>
        <w:br/>
      </w:r>
      <w:r>
        <w:rPr>
          <w:sz w:val="20"/>
        </w:rPr>
        <w:t>27:50  so, we will end the session now. we will be back with the next session next Sunday same time.</w:t>
      </w:r>
      <w:r>
        <w:br/>
      </w:r>
      <w:r>
        <w:rPr>
          <w:sz w:val="20"/>
        </w:rPr>
        <w:t>27:58  thank you.</w:t>
      </w:r>
    </w:p>
    <w:p>
      <w:pPr>
        <w:pStyle w:val="Heading2"/>
      </w:pPr>
      <w:r>
        <w:t>How to Distinguish Calamity from Punishment</w:t>
      </w:r>
    </w:p>
    <w:p>
      <w:r>
        <w:rPr>
          <w:color w:val="666666"/>
          <w:sz w:val="18"/>
        </w:rPr>
        <w:t>Life &amp; Wisdom · Art of Thinking November 02, 2014 Maulana Wahiduddin Khan · 2m 40s · at 1:01:48 · https://youtu.be/jxGjv30RG1Q?t=3708</w:t>
      </w:r>
    </w:p>
    <w:p>
      <w:r>
        <w:rPr>
          <w:i/>
        </w:rPr>
        <w:t>“Is a calamity a punishment for us, or is it just a calamity? How can we know? Please explain.”</w:t>
      </w:r>
    </w:p>
    <w:p>
      <w:r>
        <w:rPr>
          <w:sz w:val="20"/>
        </w:rPr>
        <w:t>1:01:48  maulana, agla sawal dilli se hai doctor anwar abbas ka aur unhon ne likha hai: "koi museebat hamare liye saza hai ya museebat?</w:t>
      </w:r>
      <w:r>
        <w:br/>
      </w:r>
      <w:r>
        <w:rPr>
          <w:sz w:val="20"/>
        </w:rPr>
        <w:t>1:02:00  is ka andaza kaisay ho sakta hai? is ke baray mein bataein." andaza yeh hai ke museebat saza hai hi nahin. is mein andaza karne ki zaroorat hi nahin hai.</w:t>
      </w:r>
      <w:r>
        <w:br/>
      </w:r>
      <w:r>
        <w:rPr>
          <w:sz w:val="20"/>
        </w:rPr>
        <w:t>1:02:15  is mein do ka masla hi nahin hai, aik hi ka masla hai. har koi bhi museebat saza ke liye hoti hi nahin.</w:t>
      </w:r>
      <w:r>
        <w:br/>
      </w:r>
      <w:r>
        <w:rPr>
          <w:sz w:val="20"/>
        </w:rPr>
        <w:t>1:02:27  agar do ka masla ho tab sochne ki baat hai. misaal ke tor par aadmi beemar ho gaya to woh saza nahin hai.</w:t>
      </w:r>
      <w:r>
        <w:br/>
      </w:r>
      <w:r>
        <w:rPr>
          <w:sz w:val="20"/>
        </w:rPr>
        <w:t>1:02:40  mein khud mujhe kuch takleef thi, aaj hi ki baat mein kar raha hoon, aaj hi subah mujhe kuch takleef thi to mujhe woh dour yaad aaya, apni jawani ka dour.</w:t>
      </w:r>
      <w:r>
        <w:br/>
      </w:r>
      <w:r>
        <w:rPr>
          <w:sz w:val="20"/>
        </w:rPr>
        <w:t>1:02:53  jawani ke dour mein kaha karta tha mein ke mein kankar ke oopar bhi aaram ke sath so sakta hoon. yaani eent ka takiya laga kar ke kankar ke oopar so sakta hoon.</w:t>
      </w:r>
      <w:r>
        <w:br/>
      </w:r>
      <w:r>
        <w:rPr>
          <w:sz w:val="20"/>
        </w:rPr>
        <w:t>1:03:04  jawani umar mein yahi kehta tha mein ke eent ka takiya aur kankar ka bistar aur aaram se mujhe neend aa jaye gi mujhe.</w:t>
      </w:r>
      <w:r>
        <w:br/>
      </w:r>
      <w:r>
        <w:rPr>
          <w:sz w:val="20"/>
        </w:rPr>
        <w:t>1:03:15  to aaj mein subah mein so jata hoon ke aaj mein.</w:t>
      </w:r>
      <w:r>
        <w:br/>
      </w:r>
      <w:r>
        <w:rPr>
          <w:sz w:val="20"/>
        </w:rPr>
        <w:t>1:03:18  gadhe ko bhi neend nahin aati. to mujhe is yeh kyun aisa hai? yeh Allah ki nematoun ko yaad karne ke liye.</w:t>
      </w:r>
      <w:r>
        <w:br/>
      </w:r>
      <w:r>
        <w:rPr>
          <w:sz w:val="20"/>
        </w:rPr>
        <w:t>1:03:29  jab hum nematoun ko yaad karein ge to woh jo dour hai, jawani ka dour, dobara mad afzaay ke sath hamein koi jannat mile ga. yaani barhapay ke dour mein aap jawani ki nematoun ko yaad karein to aap ko jawani wali nemat aakhirat mein</w:t>
      </w:r>
    </w:p>
    <w:p>
      <w:pPr>
        <w:pStyle w:val="Heading2"/>
      </w:pPr>
      <w:r>
        <w:t>How to align thinking correctly</w:t>
      </w:r>
    </w:p>
    <w:p>
      <w:r>
        <w:rPr>
          <w:color w:val="666666"/>
          <w:sz w:val="18"/>
        </w:rPr>
        <w:t>Life &amp; Wisdom · Divine Help September 22, 2015 · 2m 10s · at 55:22 · https://youtu.be/sozrNCif0Gg?t=3322</w:t>
      </w:r>
    </w:p>
    <w:p>
      <w:r>
        <w:rPr>
          <w:i/>
        </w:rPr>
        <w:t>“What should we do to bring our thinking on the right track? Please advise.”</w:t>
      </w:r>
    </w:p>
    <w:p>
      <w:r>
        <w:rPr>
          <w:sz w:val="20"/>
        </w:rPr>
        <w:t>55:22  maulana sajid ahmed khan sahab ne nagpur se likha hai: "maulana sahab, mera ek dost ka sawal hai ke jis tarah aap baat karte hain aur jo kuch unhon ne aap ka literature padha hai to to unhon ne yeh paya hai ke hum log aisa nahi soch sakte.</w:t>
      </w:r>
      <w:r>
        <w:br/>
      </w:r>
      <w:r>
        <w:rPr>
          <w:sz w:val="20"/>
        </w:rPr>
        <w:t>55:41  maulana, woh pooch rahe hain ke apni apni soch ko right track par laane ke liye kya karna chahiye? is ke baray mein batayen."</w:t>
      </w:r>
      <w:r>
        <w:br/>
      </w:r>
      <w:r>
        <w:rPr>
          <w:sz w:val="20"/>
        </w:rPr>
        <w:t>55:51  bhai, dekhiye, main to sochta hoon ke ek hi bara rukta hai. You have to save yourself from all kinds of distraction.</w:t>
      </w:r>
      <w:r>
        <w:br/>
      </w:r>
      <w:r>
        <w:rPr>
          <w:sz w:val="20"/>
        </w:rPr>
        <w:t>56:06  You have to save yourself from all kinds of distraction. sab se bari jo bhagane wali cheez hai, woh distraction hai.</w:t>
      </w:r>
      <w:r>
        <w:br/>
      </w:r>
      <w:r>
        <w:rPr>
          <w:sz w:val="20"/>
        </w:rPr>
        <w:t>56:25  kal parson ki baat hai, ek sahab mere paas aaye, yahi yahi sawal kiya unhon ne. Yahi sawal.</w:t>
      </w:r>
      <w:r>
        <w:br/>
      </w:r>
      <w:r>
        <w:rPr>
          <w:sz w:val="20"/>
        </w:rPr>
        <w:t>56:35  to ittefaq se us waqt main kha raha tha to mera khana kya hai? Mera khana yeh hai ke ek pyala hota hai,</w:t>
      </w:r>
      <w:r>
        <w:br/>
      </w:r>
      <w:r>
        <w:rPr>
          <w:sz w:val="20"/>
        </w:rPr>
        <w:t>56:47  is pyale mein hamara jo kaam karti hai bano, is mein roti aur salan la ke de deti hai.</w:t>
      </w:r>
      <w:r>
        <w:br/>
      </w:r>
      <w:r>
        <w:rPr>
          <w:sz w:val="20"/>
        </w:rPr>
        <w:t>56:55  aur main apne haath mein leta hoon use aur use bhi khana shuru karta hoon. To main ne kaha, dekhiye, yahi asal hai. Aap phanse rehte hain dastarkhwan aur woh dining table aur yeh item, woh item.</w:t>
      </w:r>
      <w:r>
        <w:br/>
      </w:r>
      <w:r>
        <w:rPr>
          <w:sz w:val="20"/>
        </w:rPr>
        <w:t>57:13  main khata hoon aisa jaise ek aam aadmi khata hai. Kuch bhi ab distraction hota hi nahin.</w:t>
      </w:r>
      <w:r>
        <w:br/>
      </w:r>
      <w:r>
        <w:rPr>
          <w:sz w:val="20"/>
        </w:rPr>
        <w:t>57:22  aaj se aap ban jaiye, bas sab kuch theek ho jayega.</w:t>
      </w:r>
    </w:p>
    <w:p>
      <w:pPr>
        <w:pStyle w:val="Heading2"/>
      </w:pPr>
      <w:r>
        <w:t>How to avoid negative thinking?</w:t>
      </w:r>
    </w:p>
    <w:p>
      <w:r>
        <w:rPr>
          <w:color w:val="666666"/>
          <w:sz w:val="18"/>
        </w:rPr>
        <w:t>Life &amp; Wisdom · Jihad Fillah June 23, 2013 · 2m 14s · at 1:02:05 · https://youtu.be/NRTno1eQTos?t=3725</w:t>
      </w:r>
    </w:p>
    <w:p>
      <w:r>
        <w:rPr>
          <w:i/>
        </w:rPr>
        <w:t>“How can I avoid negative thinking? I try hard to be positive, but I feel at times. Please guide me.”</w:t>
      </w:r>
    </w:p>
    <w:p>
      <w:r>
        <w:rPr>
          <w:sz w:val="20"/>
        </w:rPr>
        <w:t>1:02:05  molana, agla sawal ahmedabad se hai mr waqas jain ka. unhon ne likha hai: "molana sahib, how can i avoid negative thinking?" i try hard to be positive, but i fail each time.</w:t>
      </w:r>
      <w:r>
        <w:br/>
      </w:r>
      <w:r>
        <w:rPr>
          <w:sz w:val="20"/>
        </w:rPr>
        <w:t>1:02:19  please guide me.</w:t>
      </w:r>
      <w:r>
        <w:br/>
      </w:r>
      <w:r>
        <w:rPr>
          <w:sz w:val="20"/>
        </w:rPr>
        <w:t>1:02:24  dekhein, apna main tajurba batata hoon.</w:t>
      </w:r>
      <w:r>
        <w:br/>
      </w:r>
      <w:r>
        <w:rPr>
          <w:sz w:val="20"/>
        </w:rPr>
        <w:t>1:02:29  main keh sakta hoon ke main hundred percent positive mind ke sath rehta hoon hamesha. to kyun?</w:t>
      </w:r>
      <w:r>
        <w:br/>
      </w:r>
      <w:r>
        <w:rPr>
          <w:sz w:val="20"/>
        </w:rPr>
        <w:t>1:02:38  kyun ke maine yeh paya ke negative thinking khud mere liye mujhe kill karti hai.</w:t>
      </w:r>
      <w:r>
        <w:br/>
      </w:r>
      <w:r>
        <w:rPr>
          <w:sz w:val="20"/>
        </w:rPr>
        <w:t>1:02:48  yani main negative hota hoon kisi doosre ko le kar ke, lekin nuksan uthata hoon. main</w:t>
      </w:r>
      <w:r>
        <w:br/>
      </w:r>
      <w:r>
        <w:rPr>
          <w:sz w:val="20"/>
        </w:rPr>
        <w:t>1:02:55  yeh yeh bari jab maine yeh discover kiya to maine kaha kisi doosre ki khatir. negative ko main</w:t>
      </w:r>
      <w:r>
        <w:br/>
      </w:r>
      <w:r>
        <w:rPr>
          <w:sz w:val="20"/>
        </w:rPr>
        <w:t>1:03:03  jab bhi ghussa hota hoon, kisi doosre ke khilaaf nafrat karta hoon to us ko to us ko to kuch bhi nahi hua.</w:t>
      </w:r>
      <w:r>
        <w:br/>
      </w:r>
      <w:r>
        <w:rPr>
          <w:sz w:val="20"/>
        </w:rPr>
        <w:t>1:03:12  is ka to kuch nahi bigra. bigra mera, bigra mera. kyun ke positive thinking rokhsat ho gayi aur positive mind agar nahi hua aadmi ke andar to sari bari bari baatein is se chhoot jaati hain.</w:t>
      </w:r>
      <w:r>
        <w:br/>
      </w:r>
      <w:r>
        <w:rPr>
          <w:sz w:val="20"/>
        </w:rPr>
        <w:t>1:03:27  positive mind hi woh mind hai jo bari bari baaton ko graph kar sakta hai.</w:t>
      </w:r>
      <w:r>
        <w:br/>
      </w:r>
      <w:r>
        <w:rPr>
          <w:sz w:val="20"/>
        </w:rPr>
        <w:t>1:03:34  positive mind ke baghair sachai ka development nahi ho sakta. to main ne socha ke aakhir mein negative koi doosre ke liye, yaani apna nuksan uthaoon, doosra to nuksan kuch bhi nahi hota.</w:t>
      </w:r>
      <w:r>
        <w:br/>
      </w:r>
      <w:r>
        <w:rPr>
          <w:sz w:val="20"/>
        </w:rPr>
        <w:t>1:03:49  kisi se nafrat karta hoon to kaha woh doosre ko nuksan ho gaya hai. k</w:t>
      </w:r>
      <w:r>
        <w:br/>
      </w:r>
      <w:r>
        <w:rPr>
          <w:sz w:val="20"/>
        </w:rPr>
        <w:t>1:03:52  chhe doosre ko kuch bhi nuksan nahi hua. nuksan to mera hua. meri positivity khatam ho gayi aur phir main is qabil nahi raha ke sachai mere dimagh mein jagah paaye.</w:t>
      </w:r>
      <w:r>
        <w:br/>
      </w:r>
      <w:r>
        <w:rPr>
          <w:sz w:val="20"/>
        </w:rPr>
        <w:t>1:04:05  isi liye mera formula hai ke "save your self". "save your self" ka formula jo hai yeh mujh ko bachata hai negativity se.</w:t>
      </w:r>
    </w:p>
    <w:p>
      <w:pPr>
        <w:pStyle w:val="Heading2"/>
      </w:pPr>
      <w:r>
        <w:t>How to become wise and your formula for wisdom</w:t>
      </w:r>
    </w:p>
    <w:p>
      <w:r>
        <w:rPr>
          <w:color w:val="666666"/>
          <w:sz w:val="18"/>
        </w:rPr>
        <w:t>Life &amp; Wisdom · Islam in Daily Life May 26, 2013 · 2m 26s · at 1:08:03 · https://youtu.be/iNyWPrbyyhA?t=4083</w:t>
      </w:r>
    </w:p>
    <w:p>
      <w:r>
        <w:rPr>
          <w:i/>
        </w:rPr>
        <w:t>“How can one become wise? What is your formula for all of us?”</w:t>
      </w:r>
    </w:p>
    <w:p>
      <w:r>
        <w:rPr>
          <w:sz w:val="20"/>
        </w:rPr>
        <w:t>1:08:03  مولانا اگلا سوال کلکتہ سے ہے، خالد صاحب کا۔ انہوں نے لکھا ہے: "How can one become wise?" مولانا صاحب "What is your formula for all of us?" وائز۔</w:t>
      </w:r>
      <w:r>
        <w:br/>
      </w:r>
      <w:r>
        <w:rPr>
          <w:sz w:val="20"/>
        </w:rPr>
        <w:t>1:08:18  وائز۔ ڈبلیو آئی ایس سی؟ جی۔ دیکھیے، سب سے مشکل کام ہے وائز بننا۔ یعنی وزڈم کو اچیو کرنا سب سے مشکل کام ہے۔</w:t>
      </w:r>
      <w:r>
        <w:br/>
      </w:r>
      <w:r>
        <w:rPr>
          <w:sz w:val="20"/>
        </w:rPr>
        <w:t>1:08:29  مشکل اس لیے کہ اس کی کوئی پرائز دیت</w:t>
      </w:r>
      <w:r>
        <w:br/>
      </w:r>
      <w:r>
        <w:rPr>
          <w:sz w:val="20"/>
        </w:rPr>
        <w:t>1:08:32  ا نہیں ہے۔ وائز بننا تو سب چاہتے ہیں۔ پرائز کوئی دیتا نہیں۔ اور پرائز کیا ہے؟</w:t>
      </w:r>
      <w:r>
        <w:br/>
      </w:r>
      <w:r>
        <w:rPr>
          <w:sz w:val="20"/>
        </w:rPr>
        <w:t>1:08:41  پورے معنوں میں ابجیکٹو تھنکنگ۔</w:t>
      </w:r>
      <w:r>
        <w:br/>
      </w:r>
      <w:r>
        <w:rPr>
          <w:sz w:val="20"/>
        </w:rPr>
        <w:t>1:08:45  یعنی آپ کے اندر باعث نہ ہو، تعصب نہ ہو، نفرت نہ ہو۔ اپنے اور غیر کا کانسیپٹ نہ ہو۔ ہر انسان کو آپ انسان سمجھیں۔</w:t>
      </w:r>
      <w:r>
        <w:br/>
      </w:r>
      <w:r>
        <w:rPr>
          <w:sz w:val="20"/>
        </w:rPr>
        <w:t>1:08:55  اور پھر آپ کی سوچ میں یہ چیز ہو کہ میں جو بول رہا ہوں، جو میں سوچ رہا ہوں، وہ اللہ کے سامنے مجھے اس کا جواب دینا ہے۔ اس اسپیٹ کے ساتھ جب آپ سوچیں گے تو وزڈم آپ کو ملے گی۔</w:t>
      </w:r>
      <w:r>
        <w:br/>
      </w:r>
      <w:r>
        <w:rPr>
          <w:sz w:val="20"/>
        </w:rPr>
        <w:t>1:09:08  لیکن یہ قیمت دیتے نہیں لوگ۔ جب سمجھتے ہیں کہ مجھے وزڈم مل جائے گ</w:t>
      </w:r>
      <w:r>
        <w:br/>
      </w:r>
      <w:r>
        <w:rPr>
          <w:sz w:val="20"/>
        </w:rPr>
        <w:t>1:09:13  ی تو یہ اس اس اس اس قیمت کو دیے ہوئے کسی کو وزڈم ملنے والی نہیں ہے۔</w:t>
      </w:r>
      <w:r>
        <w:br/>
      </w:r>
      <w:r>
        <w:rPr>
          <w:sz w:val="20"/>
        </w:rPr>
        <w:t>1:09:23  وزڈم کا ایک فارمولا احادیث میں یہ ہے کہ آپ رسول اللہ صلی اللہ علیہ وسلم نے ایک دعا میں کہا کہ "اللهم ار الحق حقا و رکن تباہ و ان الباطل باطلا و رکن تناوہ و ان الاشیاء کما ہے" ۔</w:t>
      </w:r>
      <w:r>
        <w:br/>
      </w:r>
      <w:r>
        <w:rPr>
          <w:sz w:val="20"/>
        </w:rPr>
        <w:t>1:09:42  اے اللہ، مجھے چیزوں کو، اے اللہ، مجھے حق کو حق کے روپ میں دکھا۔ اور اے اللہ، مجھے باطل کو باطل کے روپ میں دکھا۔</w:t>
      </w:r>
      <w:r>
        <w:br/>
      </w:r>
      <w:r>
        <w:rPr>
          <w:sz w:val="20"/>
        </w:rPr>
        <w:t>1:09:55  اے اللہ، مجھے چیزوں کو ویسے ہی دکھا جیسا کہ وہ ہیں۔ یہ ہے وزڈم۔ تو پھر اس وزڈم کے لیے تو آپ کو آخری حد تک ابجیکٹو ڈالنی پڑتی ہے۔</w:t>
      </w:r>
      <w:r>
        <w:br/>
      </w:r>
      <w:r>
        <w:rPr>
          <w:sz w:val="20"/>
        </w:rPr>
        <w:t>1:10:05  آج آپ آپ جانتے ہیں کہ ابجیکٹیوٹی مشکل ترین کام ہے انسان کے اندر۔ ہر آدمی کہیں نہ کہیں باعث ہوتا ہے۔ کہیں نہ کہیں اس کو جذبات سے مغلوب رہتا ہے۔</w:t>
      </w:r>
      <w:r>
        <w:br/>
      </w:r>
      <w:r>
        <w:rPr>
          <w:sz w:val="20"/>
        </w:rPr>
        <w:t>1:10:14  کہیں نہ کہیں اس کے یعنی پرسنل سوچ غالب رہتی ہے اس کے اوپر۔ تو ایز اٹ از وہ دیکھ نہیں پاتا۔</w:t>
      </w:r>
      <w:r>
        <w:br/>
      </w:r>
      <w:r>
        <w:rPr>
          <w:sz w:val="20"/>
        </w:rPr>
        <w:t>1:10:23  اور جو آدمی یہ یہ کنڈیشن پوری کرے، اس کو وزڈم مل جائے گی۔</w:t>
      </w:r>
    </w:p>
    <w:p>
      <w:pPr>
        <w:pStyle w:val="Heading2"/>
      </w:pPr>
      <w:r>
        <w:t>How to build confidence in oneself</w:t>
      </w:r>
    </w:p>
    <w:p>
      <w:r>
        <w:rPr>
          <w:color w:val="666666"/>
          <w:sz w:val="18"/>
        </w:rPr>
        <w:t>Life &amp; Wisdom · Dars-e-Quran, Chapter 2, Verses 44-46, January 28, 2018 · 2m 00s · at 1:13:57 · https://youtu.be/3Kd5InuBtFA?t=4437</w:t>
      </w:r>
    </w:p>
    <w:p>
      <w:r>
        <w:rPr>
          <w:i/>
        </w:rPr>
        <w:t>“Please tell me how to build confidence in oneself.”</w:t>
      </w:r>
    </w:p>
    <w:p>
      <w:r>
        <w:rPr>
          <w:sz w:val="20"/>
        </w:rPr>
        <w:t>1:13:57  maulana, agla sawal ahmedabad se bheja hai shariq khan sahab ne, aur unhone aapse poocha</w:t>
      </w:r>
      <w:r>
        <w:br/>
      </w:r>
      <w:r>
        <w:rPr>
          <w:sz w:val="20"/>
        </w:rPr>
        <w:t>1:14:03  ہے کہ مولانا صاحب، please tell me how to build confidence in oneself.</w:t>
      </w:r>
      <w:r>
        <w:br/>
      </w:r>
      <w:r>
        <w:rPr>
          <w:sz w:val="20"/>
        </w:rPr>
        <w:t>1:14:10  dekhiye, asal cheez hai ke ye by product hai.</w:t>
      </w:r>
      <w:r>
        <w:br/>
      </w:r>
      <w:r>
        <w:rPr>
          <w:sz w:val="20"/>
        </w:rPr>
        <w:t>1:14:16  self confidence by product hai.</w:t>
      </w:r>
      <w:r>
        <w:br/>
      </w:r>
      <w:r>
        <w:rPr>
          <w:sz w:val="20"/>
        </w:rPr>
        <w:t>1:14:22  pehle aap ko</w:t>
      </w:r>
      <w:r>
        <w:br/>
      </w:r>
      <w:r>
        <w:rPr>
          <w:sz w:val="20"/>
        </w:rPr>
        <w:t>1:14:28  karna padega confidence allah par, to is ke nateeje ke taur par apne aap par confidence aayega.</w:t>
      </w:r>
      <w:r>
        <w:br/>
      </w:r>
      <w:r>
        <w:rPr>
          <w:sz w:val="20"/>
        </w:rPr>
        <w:t>1:14:34  یہ تو آپ جو بول رہے ہیں، وہ تو "put it the cart before the horse" ہے۔</w:t>
      </w:r>
      <w:r>
        <w:br/>
      </w:r>
      <w:r>
        <w:rPr>
          <w:sz w:val="20"/>
        </w:rPr>
        <w:t>1:14:40  "Put it the cart before the horse" hai.</w:t>
      </w:r>
      <w:r>
        <w:br/>
      </w:r>
      <w:r>
        <w:rPr>
          <w:sz w:val="20"/>
        </w:rPr>
        <w:t>1:14:46  to self confidence product hai, by product hai allah par confidence ka.</w:t>
      </w:r>
      <w:r>
        <w:br/>
      </w:r>
      <w:r>
        <w:rPr>
          <w:sz w:val="20"/>
        </w:rPr>
        <w:t>1:14:52  agar aap chahen ke allah ko ha</w:t>
      </w:r>
      <w:r>
        <w:br/>
      </w:r>
      <w:r>
        <w:rPr>
          <w:sz w:val="20"/>
        </w:rPr>
        <w:t>1:14:58  zaf kar ke self confidence develop karen, to woh "put it the cart before the horse" ke mani hoga. okay, so we will end today session. thank you.</w:t>
      </w:r>
    </w:p>
    <w:p>
      <w:pPr>
        <w:pStyle w:val="Heading2"/>
      </w:pPr>
      <w:r>
        <w:t>How to develop a different perspective</w:t>
      </w:r>
    </w:p>
    <w:p>
      <w:r>
        <w:rPr>
          <w:color w:val="666666"/>
          <w:sz w:val="18"/>
        </w:rPr>
        <w:t>Life &amp; Wisdom · Divine Help January 04, 2015 · 2m 02s · at 1:07:01 · https://youtu.be/IsFIb5jI5u8?t=4021</w:t>
      </w:r>
    </w:p>
    <w:p>
      <w:r>
        <w:rPr>
          <w:i/>
        </w:rPr>
        <w:t>“I would like to know as to how you develop this skill of looking at various things from a different perspective.”</w:t>
      </w:r>
    </w:p>
    <w:p>
      <w:r>
        <w:rPr>
          <w:sz w:val="20"/>
        </w:rPr>
        <w:t>1:07:01  Maulana, agla sawal kya hai Tariq Ali sahib ne Tampa USA se aur unhon ne likha</w:t>
      </w:r>
      <w:r>
        <w:br/>
      </w:r>
      <w:r>
        <w:rPr>
          <w:sz w:val="20"/>
        </w:rPr>
        <w:t>1:07:06  hai ke Maulana Sahab I would like to know as to how you develop this skill of looking</w:t>
      </w:r>
      <w:r>
        <w:br/>
      </w:r>
      <w:r>
        <w:rPr>
          <w:sz w:val="20"/>
        </w:rPr>
        <w:t>1:07:12  at various things from a different perspective.</w:t>
      </w:r>
      <w:r>
        <w:br/>
      </w:r>
      <w:r>
        <w:rPr>
          <w:sz w:val="20"/>
        </w:rPr>
        <w:t>1:07:18  Did you learn this art from some scholar or is it your own work?</w:t>
      </w:r>
      <w:r>
        <w:br/>
      </w:r>
      <w:r>
        <w:rPr>
          <w:sz w:val="20"/>
        </w:rPr>
        <w:t>1:07:24  Any suggestion or advice you would like to make for people like me so that we can also learn to look at things in a different manner?</w:t>
      </w:r>
      <w:r>
        <w:br/>
      </w:r>
      <w:r>
        <w:rPr>
          <w:sz w:val="20"/>
        </w:rPr>
        <w:t>1:07:33  dekhein bhai, mein apna jo aap ko advice doon ga, woh to yahi hai ke meri kitabein aap parhein.</w:t>
      </w:r>
      <w:r>
        <w:br/>
      </w:r>
      <w:r>
        <w:rPr>
          <w:sz w:val="20"/>
        </w:rPr>
        <w:t>1:07:38  poori zindagi maine isi mein bitai hai.</w:t>
      </w:r>
      <w:r>
        <w:br/>
      </w:r>
      <w:r>
        <w:rPr>
          <w:sz w:val="20"/>
        </w:rPr>
        <w:t>1:07:43  ab is waqt mein is unnis bees hazar pandrah jab poora hoga to meri umar nawwe saal ho jaye gi.</w:t>
      </w:r>
      <w:r>
        <w:br/>
      </w:r>
      <w:r>
        <w:rPr>
          <w:sz w:val="20"/>
        </w:rPr>
        <w:t>1:07:48  aap boliye ninety years.</w:t>
      </w:r>
      <w:r>
        <w:br/>
      </w:r>
      <w:r>
        <w:rPr>
          <w:sz w:val="20"/>
        </w:rPr>
        <w:t>1:07:53  puri zindagi maine sirf parha, sirf parha, sirf parha.</w:t>
      </w:r>
      <w:r>
        <w:br/>
      </w:r>
      <w:r>
        <w:rPr>
          <w:sz w:val="20"/>
        </w:rPr>
        <w:t>1:07:58  to aap meri kitabon ko jab tak aap gehrai ke sath na mutala karen, aap ka mind clear</w:t>
      </w:r>
      <w:r>
        <w:br/>
      </w:r>
      <w:r>
        <w:rPr>
          <w:sz w:val="20"/>
        </w:rPr>
        <w:t>1:08:03  nahi ho sakta.</w:t>
      </w:r>
      <w:r>
        <w:br/>
      </w:r>
      <w:r>
        <w:rPr>
          <w:sz w:val="20"/>
        </w:rPr>
        <w:t>1:08:08  ek sahab mere pas aye, unhon ne kaha ke bhai, main mutala karna chahta hoon.</w:t>
      </w:r>
      <w:r>
        <w:br/>
      </w:r>
      <w:r>
        <w:rPr>
          <w:sz w:val="20"/>
        </w:rPr>
        <w:t>1:08:13  to maine kaha ke bhai, aap mutala karne ke liye aap ko jo sacrifice deni pare gi,</w:t>
      </w:r>
      <w:r>
        <w:br/>
      </w:r>
      <w:r>
        <w:rPr>
          <w:sz w:val="20"/>
        </w:rPr>
        <w:t>1:08:18  woh aap nahi kar sakte.</w:t>
      </w:r>
      <w:r>
        <w:br/>
      </w:r>
      <w:r>
        <w:rPr>
          <w:sz w:val="20"/>
        </w:rPr>
        <w:t>1:08:23  har yani har cheez se katna, har cheez se katna, har cheez se katna, yeh aap nahi kar sakte.</w:t>
      </w:r>
      <w:r>
        <w:br/>
      </w:r>
      <w:r>
        <w:rPr>
          <w:sz w:val="20"/>
        </w:rPr>
        <w:t>1:08:28  main kisi wajah se aisa halaat paida hi hue ke main har cheez se kat sakun.</w:t>
      </w:r>
      <w:r>
        <w:br/>
      </w:r>
      <w:r>
        <w:rPr>
          <w:sz w:val="20"/>
        </w:rPr>
        <w:t>1:08:33  to maine parha, parh kar ke kitaben dekhen.</w:t>
      </w:r>
      <w:r>
        <w:br/>
      </w:r>
      <w:r>
        <w:rPr>
          <w:sz w:val="20"/>
        </w:rPr>
        <w:t>1:08:38  to ab aap in kitabon ko study kijiye.</w:t>
      </w:r>
      <w:r>
        <w:br/>
      </w:r>
      <w:r>
        <w:rPr>
          <w:sz w:val="20"/>
        </w:rPr>
        <w:t>1:08:43  pehle study kijiye ache tareeqe se, phir agar aap ko kami nazar aye to mujhe bataiye.</w:t>
      </w:r>
      <w:r>
        <w:br/>
      </w:r>
      <w:r>
        <w:rPr>
          <w:sz w:val="20"/>
        </w:rPr>
        <w:t>1:08:48  to main aap ko bhi aur har har har ek ko main kahunga ke meri kitabon ko,</w:t>
      </w:r>
      <w:r>
        <w:br/>
      </w:r>
      <w:r>
        <w:rPr>
          <w:sz w:val="20"/>
        </w:rPr>
        <w:t>1:08:53  chahe woh choti hon, bari, har kitab ka bohat baqayeda parhen woh.</w:t>
      </w:r>
      <w:r>
        <w:br/>
      </w:r>
      <w:r>
        <w:rPr>
          <w:sz w:val="20"/>
        </w:rPr>
        <w:t>1:08:58  aur is ke baad inshallah us ko us ka mind ban jaye ga aur us ka rasta khul jaye ga.</w:t>
      </w:r>
    </w:p>
    <w:p>
      <w:pPr>
        <w:pStyle w:val="Heading2"/>
      </w:pPr>
      <w:r>
        <w:t>How to free from complaint culture</w:t>
      </w:r>
    </w:p>
    <w:p>
      <w:r>
        <w:rPr>
          <w:color w:val="666666"/>
          <w:sz w:val="18"/>
        </w:rPr>
        <w:t>Life &amp; Wisdom · God in the Age of Science January 08, 2017 · 2m 51s · at 46:12 · https://youtu.be/au1bRdQDZ0U?t=2772</w:t>
      </w:r>
    </w:p>
    <w:p>
      <w:r>
        <w:rPr>
          <w:i/>
        </w:rPr>
        <w:t>“Today's talk was very deep and I loved every word of your talk. How can we free ourselves from the complaint culture?”</w:t>
      </w:r>
    </w:p>
    <w:p>
      <w:r>
        <w:rPr>
          <w:sz w:val="20"/>
        </w:rPr>
        <w:t>46:12  Maulana pehla sawal aaya hai Karnataka se unhone Zaman sahib ne kiya hai pehla sawal unhone</w:t>
      </w:r>
      <w:r>
        <w:br/>
      </w:r>
      <w:r>
        <w:rPr>
          <w:sz w:val="20"/>
        </w:rPr>
        <w:t>46:20  لکھا ہے مولانا Today's talk was very deep and I loved every word of your talk. How can</w:t>
      </w:r>
      <w:r>
        <w:br/>
      </w:r>
      <w:r>
        <w:rPr>
          <w:sz w:val="20"/>
        </w:rPr>
        <w:t>46:27  we free ourself from the complaint culture.</w:t>
      </w:r>
      <w:r>
        <w:br/>
      </w:r>
      <w:r>
        <w:rPr>
          <w:sz w:val="20"/>
        </w:rPr>
        <w:t>46:35  complaint culture to most institute culture hai aaj subah mein soch raha tha ke meri jo body hai</w:t>
      </w:r>
      <w:r>
        <w:br/>
      </w:r>
      <w:r>
        <w:rPr>
          <w:sz w:val="20"/>
        </w:rPr>
        <w:t>46:42  ismein 78 organs hain 78 organ is organ se sara function mere body ka ho raha hai</w:t>
      </w:r>
      <w:r>
        <w:br/>
      </w:r>
      <w:r>
        <w:rPr>
          <w:sz w:val="20"/>
        </w:rPr>
        <w:t>46:50  aap pani piyein aap khana khayein aap oxygen lein jo bhi aap karein woh is 48 is 78</w:t>
      </w:r>
      <w:r>
        <w:br/>
      </w:r>
      <w:r>
        <w:rPr>
          <w:sz w:val="20"/>
        </w:rPr>
        <w:t>46:57  organ is ko organize karte hain is ko convert karte hain mukhtalif ke cell mein khoon haddi gosht</w:t>
      </w:r>
      <w:r>
        <w:br/>
      </w:r>
      <w:r>
        <w:rPr>
          <w:sz w:val="20"/>
        </w:rPr>
        <w:t>47:04  auto automatic ho raha hai mujhe agar khud karna pade jaise aap car chalata hai aadmi to khud</w:t>
      </w:r>
      <w:r>
        <w:br/>
      </w:r>
      <w:r>
        <w:rPr>
          <w:sz w:val="20"/>
        </w:rPr>
        <w:t>47:12  kar chalana pade to main zinda nahi reh sakta itne saare function body mein hote hain woh</w:t>
      </w:r>
      <w:r>
        <w:br/>
      </w:r>
      <w:r>
        <w:rPr>
          <w:sz w:val="20"/>
        </w:rPr>
        <w:t>47:19  sab 78 organ karte rehte hain maslan aap khana khaya hazam ho kar ke woh khoon bana haddi</w:t>
      </w:r>
      <w:r>
        <w:br/>
      </w:r>
      <w:r>
        <w:rPr>
          <w:sz w:val="20"/>
        </w:rPr>
        <w:t>47:27  bina gosht bina yeh hum karte hain automatic hota hai aise beshumar cheezein life system hamare is</w:t>
      </w:r>
      <w:r>
        <w:br/>
      </w:r>
      <w:r>
        <w:rPr>
          <w:sz w:val="20"/>
        </w:rPr>
        <w:t>47:34  paas hai woh hum ko zindagi ka haan haan zindagi ka tohfa deta hai yaani million billion trillion</w:t>
      </w:r>
      <w:r>
        <w:br/>
      </w:r>
      <w:r>
        <w:rPr>
          <w:sz w:val="20"/>
        </w:rPr>
        <w:t>47:42  se bhi zyada agar insaan in baaton ko jaane is mein jiye toh complaint bilkul us ko maloom</w:t>
      </w:r>
      <w:r>
        <w:br/>
      </w:r>
      <w:r>
        <w:rPr>
          <w:sz w:val="20"/>
        </w:rPr>
        <w:t>47:49  ho gayi toh nothing se bhi koi haq haqeer cheez hai jis ko kehte hain touch bilkul hi</w:t>
      </w:r>
      <w:r>
        <w:br/>
      </w:r>
      <w:r>
        <w:rPr>
          <w:sz w:val="20"/>
        </w:rPr>
        <w:t>47:57  haqeer yeh complaint kya bana hai itne zyada nehmato ko jeeta hai jo insaan toh complaint toh ek</w:t>
      </w:r>
      <w:r>
        <w:br/>
      </w:r>
      <w:r>
        <w:rPr>
          <w:sz w:val="20"/>
        </w:rPr>
        <w:t>48:04  eenta ke barabar bhi nahi hua kisi ne kuch keh diya tha aap aap ghussa ho gaye aur</w:t>
      </w:r>
      <w:r>
        <w:br/>
      </w:r>
      <w:r>
        <w:rPr>
          <w:sz w:val="20"/>
        </w:rPr>
        <w:t>48:12  jo Allah ki baarish ho rahi hai blessing ki nehmato ki woh toh bhool gaye aap toh complaint</w:t>
      </w:r>
      <w:r>
        <w:br/>
      </w:r>
      <w:r>
        <w:rPr>
          <w:sz w:val="20"/>
        </w:rPr>
        <w:t>48:19  ko khatam karne ko us ko root out karne ka tareeqa sirf yeh hai ke aap Allah ki</w:t>
      </w:r>
      <w:r>
        <w:br/>
      </w:r>
      <w:r>
        <w:rPr>
          <w:sz w:val="20"/>
        </w:rPr>
        <w:t>48:27  nehmato ko yaad karein complaint ko khatam karne ka tareeqa sab se bada yahi hai ke aap Allah</w:t>
      </w:r>
      <w:r>
        <w:br/>
      </w:r>
      <w:r>
        <w:rPr>
          <w:sz w:val="20"/>
        </w:rPr>
        <w:t>48:34  ki nehmato ki yaad karein ji buri haalat baarish ho rahi hai aap ke upar nehmato ki aap</w:t>
      </w:r>
      <w:r>
        <w:br/>
      </w:r>
      <w:r>
        <w:rPr>
          <w:sz w:val="20"/>
        </w:rPr>
        <w:t>48:41  bol rahe hain tab bhi chal rahe hain tab bhi soch rahe hain tab bhi sab Allah ki</w:t>
      </w:r>
      <w:r>
        <w:br/>
      </w:r>
      <w:r>
        <w:rPr>
          <w:sz w:val="20"/>
        </w:rPr>
        <w:t>48:49  rehmaton ka maamla hota hai toh complaint toh mein itni haqeer samajhta hoon itna itna worthless samajhta hoon</w:t>
      </w:r>
      <w:r>
        <w:br/>
      </w:r>
      <w:r>
        <w:rPr>
          <w:sz w:val="20"/>
        </w:rPr>
        <w:t>48:56  ke jo complaint jeeta hai woh toh kya cheez hai insaan nahi hai woh kuch aur hai ji</w:t>
      </w:r>
    </w:p>
    <w:p>
      <w:pPr>
        <w:pStyle w:val="Heading2"/>
      </w:pPr>
      <w:r>
        <w:t>How to identify trivial issues and ignore them?</w:t>
      </w:r>
    </w:p>
    <w:p>
      <w:r>
        <w:rPr>
          <w:color w:val="666666"/>
          <w:sz w:val="18"/>
        </w:rPr>
        <w:t>Life &amp; Wisdom · The Importance of Wisdom November 4, 2012 · 3m 59s · at 54:02 · https://youtu.be/7e6FvqRSHic?t=3242</w:t>
      </w:r>
    </w:p>
    <w:p>
      <w:r>
        <w:rPr>
          <w:i/>
        </w:rPr>
        <w:t>“At the spur of the moment, one is not able to identify an issue as trivial and ends up reacting. How can we cultivate this ability to identify an issue as trivial and learn to ignore?”</w:t>
      </w:r>
    </w:p>
    <w:p>
      <w:r>
        <w:rPr>
          <w:sz w:val="20"/>
        </w:rPr>
        <w:t>54:02  maulana agla sawal dilli se hai miss raziya siddiqui ka unhone likha hai at the spur of the moment one is not able to identify an issue as trivial and ends up reacting how can we cultivate this ability to identify an issue as trivial and learn to ignore</w:t>
      </w:r>
      <w:r>
        <w:br/>
      </w:r>
      <w:r>
        <w:rPr>
          <w:sz w:val="20"/>
        </w:rPr>
        <w:t>54:29  dekhiye yeh sawal jo hai bohat aham hai lekin do halatein hain ek hai ke abhi masla bilkul naya paida hua ho abhi aap jante hi na hon ke is masle mein agar hum uljhein to kya result milega</w:t>
      </w:r>
      <w:r>
        <w:br/>
      </w:r>
      <w:r>
        <w:rPr>
          <w:sz w:val="20"/>
        </w:rPr>
        <w:t>54:48  tab to aap ke liye goya excuse hai lekin ek kaam aisa masla jo bar bar paida ho kar ke bar bar paida hua aur musalman is mein involve hue aur nateeja bhi samne aaya ulta nateeja ab kya jo excuse hai maslan yeh masla dekhiye rasool Allah ki shan mein gustakhi wala</w:t>
      </w:r>
      <w:r>
        <w:br/>
      </w:r>
      <w:r>
        <w:rPr>
          <w:sz w:val="20"/>
        </w:rPr>
        <w:t>55:12  ek bar nahi bar bar yeh masla paida hua aur is par logon ne hangame kiye yani aur peeche chale jaiye peeche chale jaiye aath sau saal pehle imam taybah ne kitab likhi al sarim al batur ala shatib al rasool kya is se masla khatam ho gaya jo gustakhi kare us ko maar dalo</w:t>
      </w:r>
      <w:r>
        <w:br/>
      </w:r>
      <w:r>
        <w:rPr>
          <w:sz w:val="20"/>
        </w:rPr>
        <w:t>55:39  to kya us waqt bhi hangame unhone bhi durust ek ek ek ek bheedhe ka aktha keti sultan ke paas le gaye the us ko us ke khilaf us waqt bheed uthi thi karne ke liye aath sau saal pehle ka yeh waqia hai ke us zamane mein ek christian ne kiya kiya woh pata nahi aaj tak kitab mein yeh likha hua nahi hai ke kiya kiya tha us ne</w:t>
      </w:r>
      <w:r>
        <w:br/>
      </w:r>
      <w:r>
        <w:rPr>
          <w:sz w:val="20"/>
        </w:rPr>
        <w:t>56:03  musalmanon ne kaha ke us ne gustakhi ki hai aur bheed khadi ki us ko aur kitab likhi gayi phir aur kai kitabein likhi gayi aur mazameen likhe gaye aaj tak gama jari hai mujhe bataiye ke kya khatam hua woh balkeh us waqt agar ek feesad tha to aaj hundred feesad hai us ke muqable mein aaj bohat zyada to jab bar bar yeh pata chal gaya ke is hangame se kuch milta nahi hai ulta hamari be</w:t>
      </w:r>
      <w:r>
        <w:br/>
      </w:r>
      <w:r>
        <w:rPr>
          <w:sz w:val="20"/>
        </w:rPr>
        <w:t>56:32  izati hoti hai to ab ab kya excuse kya hai ab kya excuse hai to dekhein us waqt jab ke abhi woh masla naya naya ho tab to excuse ho sakta hai lekin woh masla jab naya na rahe balkeh bar bar paida hua aur bar bar us ke khilaf khade hue musalman aur ulta nateeja nikalta raha ab to koi excuse nahi</w:t>
      </w:r>
      <w:r>
        <w:br/>
      </w:r>
      <w:r>
        <w:rPr>
          <w:sz w:val="20"/>
        </w:rPr>
        <w:t>56:58  isi liye hadith mein hai ke al momin la yuladugh min juhrin murtayn ek momin kisi bil se do bar nahi dasa jata is ka matlab yeh hai ke pehli bar to excuse hai ke hum ko pata nahi tha ke bil mein kya hai doosri bar ke liye koi excuse nahi is hadith ka matlab yahi hai ke ek bil hai is mein kya hai hamein pata nahi hai</w:t>
      </w:r>
      <w:r>
        <w:br/>
      </w:r>
      <w:r>
        <w:rPr>
          <w:sz w:val="20"/>
        </w:rPr>
        <w:t>57:26  ek bar hath mein daal diya us par lekin is mein saanp tha aur kaat liya us ne to dobara us bil mein hath dalne ka koi excuse nahi rehta to musalman do bar ka do hazar bar ka yahi kaam kar kar chuke hain to main samajhta hoon ke yeh sawal bilkul sahi hai lekin yeh sawal us waqt hai jab ke masla pehli bar paida hua ho</w:t>
      </w:r>
      <w:r>
        <w:br/>
      </w:r>
      <w:r>
        <w:rPr>
          <w:sz w:val="20"/>
        </w:rPr>
        <w:t>57:51  ab bar bar jab masla paida hua aur bar bar is ka result samne aaya tab koi excuse nahi hai</w:t>
      </w:r>
    </w:p>
    <w:p>
      <w:pPr>
        <w:pStyle w:val="Heading2"/>
      </w:pPr>
      <w:r>
        <w:t>How to increase wisdom for managing crises?</w:t>
      </w:r>
    </w:p>
    <w:p>
      <w:r>
        <w:rPr>
          <w:color w:val="666666"/>
          <w:sz w:val="18"/>
        </w:rPr>
        <w:t>Life &amp; Wisdom · Art of Crisis Management I 3 October, 2010 Maulana Wahiduddin Khan · 3m 05s · at 1:04:20 · https://youtu.be/mcJZ0YEOolk?t=3860</w:t>
      </w:r>
    </w:p>
    <w:p>
      <w:r>
        <w:rPr>
          <w:i/>
        </w:rPr>
        <w:t>“How can we increase our wisdom to manage any type of crisis?”</w:t>
      </w:r>
    </w:p>
    <w:p>
      <w:r>
        <w:rPr>
          <w:sz w:val="20"/>
        </w:rPr>
        <w:t>1:04:20  maulana, agla sawal kya hai? miss nuzhat bano ne, mauood, madhya pradesh se, unhon ne likha hai ke "how can we increase our wisdom to manage any type of crisis?" is ke bare mein aap batayen.</w:t>
      </w:r>
      <w:r>
        <w:br/>
      </w:r>
      <w:r>
        <w:rPr>
          <w:sz w:val="20"/>
        </w:rPr>
        <w:t>1:04:37  bahut aasan hai,</w:t>
      </w:r>
      <w:r>
        <w:br/>
      </w:r>
      <w:r>
        <w:rPr>
          <w:sz w:val="20"/>
        </w:rPr>
        <w:t>1:04:42  jab koi waqea pesh aaye to aap react na kijiye, sochiye, quran o hadees mein talash kijiye.</w:t>
      </w:r>
      <w:r>
        <w:br/>
      </w:r>
      <w:r>
        <w:rPr>
          <w:sz w:val="20"/>
        </w:rPr>
        <w:t>1:04:54  bahut hi aasan hai crisis ko manage karna. fail hote hain</w:t>
      </w:r>
      <w:r>
        <w:br/>
      </w:r>
      <w:r>
        <w:rPr>
          <w:sz w:val="20"/>
        </w:rPr>
        <w:t>1:04:59  log, kyun? foran react karne lagte hain. koi baat hui, khare ho gaye, jhanda le kar ke. yeh ghar mein hota hai, miyan biwi ke mamle mein ke koi baat hui, dhar se khare ho gaye.</w:t>
      </w:r>
      <w:r>
        <w:br/>
      </w:r>
      <w:r>
        <w:rPr>
          <w:sz w:val="20"/>
        </w:rPr>
        <w:t>1:05:13  yeh hota hai yeh desh ke andar.</w:t>
      </w:r>
      <w:r>
        <w:br/>
      </w:r>
      <w:r>
        <w:rPr>
          <w:sz w:val="20"/>
        </w:rPr>
        <w:t>1:05:19  jab koi aisi cheez pesh aaye, koi serious situation pesh aaye to aap chup ho kar ke sochiye, discuss kijiye, quran o hadees ko padhiye.</w:t>
      </w:r>
      <w:r>
        <w:br/>
      </w:r>
      <w:r>
        <w:rPr>
          <w:sz w:val="20"/>
        </w:rPr>
        <w:t>1:05:34  bas aap ko</w:t>
      </w:r>
      <w:r>
        <w:br/>
      </w:r>
      <w:r>
        <w:rPr>
          <w:sz w:val="20"/>
        </w:rPr>
        <w:t>1:05:36  rasta maloom ho jaye ga. main ne arz kiya na ke inaction bhi crisis ko manage kar leta hai. inaction jab chahen aap tajurba kar li jiye.</w:t>
      </w:r>
      <w:r>
        <w:br/>
      </w:r>
      <w:r>
        <w:rPr>
          <w:sz w:val="20"/>
        </w:rPr>
        <w:t>1:05:46  na karna bhi ek bahut bara karna hai. yaad rakhiye, na karna bhi ek bahut bara karna hai.</w:t>
      </w:r>
      <w:r>
        <w:br/>
      </w:r>
      <w:r>
        <w:rPr>
          <w:sz w:val="20"/>
        </w:rPr>
        <w:t>1:05:54  har family mein dekhiye, kabhi miyan biwi mein jhagda ho jata hai, kabhi ek rishtedar, doosre rishtedar ke darmiyan jhagda hota hai. hote rehte hain har jagah.</w:t>
      </w:r>
      <w:r>
        <w:br/>
      </w:r>
      <w:r>
        <w:rPr>
          <w:sz w:val="20"/>
        </w:rPr>
        <w:t>1:06:03  sirf aap yeh kijiye, kuch na kijiye, aur ek do din ke baad sab sab thanda ho jaye ga.</w:t>
      </w:r>
      <w:r>
        <w:br/>
      </w:r>
      <w:r>
        <w:rPr>
          <w:sz w:val="20"/>
        </w:rPr>
        <w:t>1:06:10  jab chahen kar ke dekh li jiye.</w:t>
      </w:r>
      <w:r>
        <w:br/>
      </w:r>
      <w:r>
        <w:rPr>
          <w:sz w:val="20"/>
        </w:rPr>
        <w:t>1:06:15  to agar aadmi aql na kaam kar rahi ho to itna to ho sakta hai na, kuch na kare. woh agar aap ki aql kaam karti hai, aap wise planning karne ki position mein hain to wise planning kijiye.</w:t>
      </w:r>
      <w:r>
        <w:br/>
      </w:r>
      <w:r>
        <w:rPr>
          <w:sz w:val="20"/>
        </w:rPr>
        <w:t>1:06:27  agar aap is ki position mein nahi hain to aap kuch na kijiye, sirf bas</w:t>
      </w:r>
      <w:r>
        <w:br/>
      </w:r>
      <w:r>
        <w:rPr>
          <w:sz w:val="20"/>
        </w:rPr>
        <w:t>1:06:31  kuch na kijiye, aur mamla khatam ho jaye ga.</w:t>
      </w:r>
      <w:r>
        <w:br/>
      </w:r>
      <w:r>
        <w:rPr>
          <w:sz w:val="20"/>
        </w:rPr>
        <w:t>1:06:39  na karna bhi karna hai, inaction bhi action hai. yani is se zyada aasan formula koi ho sakta hai?</w:t>
      </w:r>
      <w:r>
        <w:br/>
      </w:r>
      <w:r>
        <w:rPr>
          <w:sz w:val="20"/>
        </w:rPr>
        <w:t>1:06:49  yaad rakhiye, main aap ko itni bari misaal de di ke musalmanon ne tatariyon ki jab masjid dhai thi, kuch nahi kiya</w:t>
      </w:r>
      <w:r>
        <w:br/>
      </w:r>
      <w:r>
        <w:rPr>
          <w:sz w:val="20"/>
        </w:rPr>
        <w:t>1:06:59  to kitna bara is ka reward mila in ko? na karne ka reward</w:t>
      </w:r>
      <w:r>
        <w:br/>
      </w:r>
      <w:r>
        <w:rPr>
          <w:sz w:val="20"/>
        </w:rPr>
        <w:t>1:07:09  to crises ko manage karna bohat asan hai. ya to aap soch samajh kar ke jo jo jo wise rasta hai, us ko daryaft kijiye, us pe chaliye.</w:t>
      </w:r>
      <w:r>
        <w:br/>
      </w:r>
      <w:r>
        <w:rPr>
          <w:sz w:val="20"/>
        </w:rPr>
        <w:t>1:07:22  agar aap ka aql nahi hai to chup ho jaiye, bas</w:t>
      </w:r>
    </w:p>
    <w:p>
      <w:pPr>
        <w:pStyle w:val="Heading2"/>
      </w:pPr>
      <w:r>
        <w:t>How to manage unlimited human desires</w:t>
      </w:r>
    </w:p>
    <w:p>
      <w:r>
        <w:rPr>
          <w:color w:val="666666"/>
          <w:sz w:val="18"/>
        </w:rPr>
        <w:t>Life &amp; Wisdom · The Road to Paradise December 11, 2016 · 4m 13s · at 1:21:59 · https://youtu.be/iW2QmcY1_yU?t=4919</w:t>
      </w:r>
    </w:p>
    <w:p>
      <w:r>
        <w:rPr>
          <w:i/>
        </w:rPr>
        <w:t>“How can we manage our unlimited desire?”</w:t>
      </w:r>
    </w:p>
    <w:p>
      <w:r>
        <w:rPr>
          <w:sz w:val="20"/>
        </w:rPr>
        <w:t>1:21:59  Maulana, agla sawal Dhampur se Mahtab Ahmed sahib ne kiya hai.</w:t>
      </w:r>
      <w:r>
        <w:br/>
      </w:r>
      <w:r>
        <w:rPr>
          <w:sz w:val="20"/>
        </w:rPr>
        <w:t>1:22:05  Unhon ne aap se poocha hai ke Maulana sahib how can we manage our unlimited desire bohat aasan hai.</w:t>
      </w:r>
      <w:r>
        <w:br/>
      </w:r>
      <w:r>
        <w:rPr>
          <w:sz w:val="20"/>
        </w:rPr>
        <w:t>1:22:11  Apne tajrube se seekhein, apne tajrube se seekhein ke unlimited desire aap ke haan is se milta kya</w:t>
      </w:r>
      <w:r>
        <w:br/>
      </w:r>
      <w:r>
        <w:rPr>
          <w:sz w:val="20"/>
        </w:rPr>
        <w:t>1:22:18  hai? Aap ko milta kya hai? Roz aise log barhte hain jo apne bare bare ghar banate hain.</w:t>
      </w:r>
      <w:r>
        <w:br/>
      </w:r>
      <w:r>
        <w:rPr>
          <w:sz w:val="20"/>
        </w:rPr>
        <w:t>1:22:24  Abhi, abhi mein ne dekha woh jo Spain aata hai, America se ek parcha to us mein Spain</w:t>
      </w:r>
      <w:r>
        <w:br/>
      </w:r>
      <w:r>
        <w:rPr>
          <w:sz w:val="20"/>
        </w:rPr>
        <w:t>1:22:30  mein nikalta hai kai language mein.</w:t>
      </w:r>
      <w:r>
        <w:br/>
      </w:r>
      <w:r>
        <w:rPr>
          <w:sz w:val="20"/>
        </w:rPr>
        <w:t>1:22:36  Ameriki parcha to us mein bohat sare shandar ghar ki tasveerein theen.</w:t>
      </w:r>
      <w:r>
        <w:br/>
      </w:r>
      <w:r>
        <w:rPr>
          <w:sz w:val="20"/>
        </w:rPr>
        <w:t>1:22:43  Mehal, ghar ka mehal tha, us mein likha hua tha palace presidential palace to America mein jo sadar</w:t>
      </w:r>
      <w:r>
        <w:br/>
      </w:r>
      <w:r>
        <w:rPr>
          <w:sz w:val="20"/>
        </w:rPr>
        <w:t>1:22:49  hota hai, to har sadar ek mehal banata hai.</w:t>
      </w:r>
      <w:r>
        <w:br/>
      </w:r>
      <w:r>
        <w:rPr>
          <w:sz w:val="20"/>
        </w:rPr>
        <w:t>1:22:55  Ek area hai America mein, bohat hi shandar area hai.</w:t>
      </w:r>
      <w:r>
        <w:br/>
      </w:r>
      <w:r>
        <w:rPr>
          <w:sz w:val="20"/>
        </w:rPr>
        <w:t>1:23:01  To har sadar ka wahan mehal hai, lekin koi sadar is mehal mein reh nahi saka.</w:t>
      </w:r>
      <w:r>
        <w:br/>
      </w:r>
      <w:r>
        <w:rPr>
          <w:sz w:val="20"/>
        </w:rPr>
        <w:t>1:23:08  Bana diya hai, bas rehta hai white house mein, marta hai hospital mein.</w:t>
      </w:r>
      <w:r>
        <w:br/>
      </w:r>
      <w:r>
        <w:rPr>
          <w:sz w:val="20"/>
        </w:rPr>
        <w:t>1:23:14  Yaani zindagi bhar is ki ambitions hoti hain ke mere paas ek shandar ghar ho, woh bana dalta</w:t>
      </w:r>
      <w:r>
        <w:br/>
      </w:r>
      <w:r>
        <w:rPr>
          <w:sz w:val="20"/>
        </w:rPr>
        <w:t>1:23:20  hai woh ghar.</w:t>
      </w:r>
      <w:r>
        <w:br/>
      </w:r>
      <w:r>
        <w:rPr>
          <w:sz w:val="20"/>
        </w:rPr>
        <w:t>1:23:26  lekin hota kya hai? rehta hai white house mein, marta hai hospital mein.</w:t>
      </w:r>
      <w:r>
        <w:br/>
      </w:r>
      <w:r>
        <w:rPr>
          <w:sz w:val="20"/>
        </w:rPr>
        <w:t>1:23:33  to faida kya hai? is tajrube se seekhiye ke jab hum desire ko fulfill nahi kar sakte to</w:t>
      </w:r>
      <w:r>
        <w:br/>
      </w:r>
      <w:r>
        <w:rPr>
          <w:sz w:val="20"/>
        </w:rPr>
        <w:t>1:23:39  is mein dorne se faida kya hai? is ke phir jab hum desire ko fulfill nahi kar sakte</w:t>
      </w:r>
      <w:r>
        <w:br/>
      </w:r>
      <w:r>
        <w:rPr>
          <w:sz w:val="20"/>
        </w:rPr>
        <w:t>1:23:45  to is mein dorne se kya faida hai? to content jis ko kehte hain qana'at, content best policy hai. hai!</w:t>
      </w:r>
      <w:r>
        <w:br/>
      </w:r>
      <w:r>
        <w:rPr>
          <w:sz w:val="20"/>
        </w:rPr>
        <w:t>1:23:52  mein ne apni zindagi mein bohat se shandar ghar dekhe hain.</w:t>
      </w:r>
      <w:r>
        <w:br/>
      </w:r>
      <w:r>
        <w:rPr>
          <w:sz w:val="20"/>
        </w:rPr>
        <w:t>1:23:58  sab se bare ghar dekha mein ne Adam World mein.</w:t>
      </w:r>
      <w:r>
        <w:br/>
      </w:r>
      <w:r>
        <w:rPr>
          <w:sz w:val="20"/>
        </w:rPr>
        <w:t>1:24:04  Raja ek the wahan par, Raja Harkal.</w:t>
      </w:r>
      <w:r>
        <w:br/>
      </w:r>
      <w:r>
        <w:rPr>
          <w:sz w:val="20"/>
        </w:rPr>
        <w:t>1:24:10  bohat zabardast kothiyan banai theen unhon ne.</w:t>
      </w:r>
      <w:r>
        <w:br/>
      </w:r>
      <w:r>
        <w:rPr>
          <w:sz w:val="20"/>
        </w:rPr>
        <w:t>1:24:16  lekin kya hua? idhar ghar ban kar tayyar hue, idhar bhar gaye.</w:t>
      </w:r>
      <w:r>
        <w:br/>
      </w:r>
      <w:r>
        <w:rPr>
          <w:sz w:val="20"/>
        </w:rPr>
        <w:t>1:24:23  wo reh nahi sake.</w:t>
      </w:r>
      <w:r>
        <w:br/>
      </w:r>
      <w:r>
        <w:rPr>
          <w:sz w:val="20"/>
        </w:rPr>
        <w:t>1:24:29  aise bohat si shandar kothiyan dekhein mein ne, mahal dekhe jis mein koi banane wala reh nahi saka.</w:t>
      </w:r>
      <w:r>
        <w:br/>
      </w:r>
      <w:r>
        <w:rPr>
          <w:sz w:val="20"/>
        </w:rPr>
        <w:t>1:24:35  to sawal yeh hai ke apne experience se seekhna chahiye aadmi ko ke jo daulat ka pahaar mere</w:t>
      </w:r>
      <w:r>
        <w:br/>
      </w:r>
      <w:r>
        <w:rPr>
          <w:sz w:val="20"/>
        </w:rPr>
        <w:t>1:24:41  kaam na aaye, jo mahal mere kaam na aaye, jo political stage aakhir kar mere kaam na aaye,</w:t>
      </w:r>
      <w:r>
        <w:br/>
      </w:r>
      <w:r>
        <w:rPr>
          <w:sz w:val="20"/>
        </w:rPr>
        <w:t>1:24:48  to mein is ke peeche daurrun kyun? mein kyun daurrun is ke peeche? mein apne liye daurrun ga,</w:t>
      </w:r>
      <w:r>
        <w:br/>
      </w:r>
      <w:r>
        <w:rPr>
          <w:sz w:val="20"/>
        </w:rPr>
        <w:t>1:24:54  apne spiritual development ke liye, apne intellectual development ke liye, apne peace of mind ke liye.</w:t>
      </w:r>
      <w:r>
        <w:br/>
      </w:r>
      <w:r>
        <w:rPr>
          <w:sz w:val="20"/>
        </w:rPr>
        <w:t>1:25:00  Unachievable goal ke liye kyun daurrun ga? jo achievable hai, us ke liye kyun na kaam karun ga?</w:t>
      </w:r>
      <w:r>
        <w:br/>
      </w:r>
      <w:r>
        <w:rPr>
          <w:sz w:val="20"/>
        </w:rPr>
        <w:t>1:25:06  ji, Maulana sahib, aap ne ek baar yeh kaha tha ke peace is in contentment and not in abundance.</w:t>
      </w:r>
      <w:r>
        <w:br/>
      </w:r>
      <w:r>
        <w:rPr>
          <w:sz w:val="20"/>
        </w:rPr>
        <w:t>1:25:13  Haan, sahi hai. So we will end this session now. If you want to join CPS International, please write to us on info@cpsglobal.org. We will be back next Sunday, same time. Thank you.</w:t>
      </w:r>
    </w:p>
    <w:p>
      <w:pPr>
        <w:pStyle w:val="Heading2"/>
      </w:pPr>
      <w:r>
        <w:t>How to overcome carelessness and achieve goals?</w:t>
      </w:r>
    </w:p>
    <w:p>
      <w:r>
        <w:rPr>
          <w:color w:val="666666"/>
          <w:sz w:val="18"/>
        </w:rPr>
        <w:t>Life &amp; Wisdom · The Character of a Dayee 4 March 2012 - Maulana Wahiduddin Khan · 2m 30s · at 1:35:07 · https://youtu.be/YtavJpVNbEM?t=5707</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1:35:07  maulana, agla sawal haiderabad se aaya hai mr ahad sham hasnain sahib ka. unhon ne likha hai: "maulana, I am very careless at times, despite knowing all the pros and cons of being careless, and knowing that the path I have chosen will surely lead to failure.</w:t>
      </w:r>
      <w:r>
        <w:br/>
      </w:r>
      <w:r>
        <w:rPr>
          <w:sz w:val="20"/>
        </w:rPr>
        <w:t>1:35:28  why does this happen? please suggest and advise me, how should i become consistent in achieving my goals?"</w:t>
      </w:r>
      <w:r>
        <w:br/>
      </w:r>
      <w:r>
        <w:rPr>
          <w:sz w:val="20"/>
        </w:rPr>
        <w:t>1:35:36  yeh to koi, yeh to koi sawal nahi hai. main yeh kahunga ke aap ya to apni aql ko develop kijiye, nahi to kisi ko apne guru bana lijiye.</w:t>
      </w:r>
      <w:r>
        <w:br/>
      </w:r>
      <w:r>
        <w:rPr>
          <w:sz w:val="20"/>
        </w:rPr>
        <w:t>1:35:48  do mein se ek kaam kijiye, aap ne third option le rakha hai.</w:t>
      </w:r>
      <w:r>
        <w:br/>
      </w:r>
      <w:r>
        <w:rPr>
          <w:sz w:val="20"/>
        </w:rPr>
        <w:t>1:35:54  ya to apne apna intellectual development andaza kijiye ke aap, aap ke saare action aap ki, aap ki aql ke pakad mein aa jayein.</w:t>
      </w:r>
      <w:r>
        <w:br/>
      </w:r>
      <w:r>
        <w:rPr>
          <w:sz w:val="20"/>
        </w:rPr>
        <w:t>1:36:06  yaani itna aap is apne mind ko develop karein, itna develop karein ke woh control kare aap ke saare actions ko.</w:t>
      </w:r>
      <w:r>
        <w:br/>
      </w:r>
      <w:r>
        <w:rPr>
          <w:sz w:val="20"/>
        </w:rPr>
        <w:t>1:36:14  agar aap nahi kar paate hain to phir kisi ko apne guru bana lijiye, murshid bana lijiye. aksar log teesra, aathwan le rakhe hain ke na to kisi ko murshid banate hain, na khud apni aql, na development karte hain apni aql ka, aur yun hi bhagte hain idhar udhar.</w:t>
      </w:r>
      <w:r>
        <w:br/>
      </w:r>
      <w:r>
        <w:rPr>
          <w:sz w:val="20"/>
        </w:rPr>
        <w:t>1:36:30  to woh third position le rakha hai unhon ne.</w:t>
      </w:r>
      <w:r>
        <w:br/>
      </w:r>
      <w:r>
        <w:rPr>
          <w:sz w:val="20"/>
        </w:rPr>
        <w:t>1:36:34  to main yeh kahunga ke aap ke liye do mein se ek ka option hai: ya to study kar ke, gaur o fikr kar ke, aur jo bhi tareeqa hai learning ko badhane ka,</w:t>
      </w:r>
      <w:r>
        <w:br/>
      </w:r>
      <w:r>
        <w:rPr>
          <w:sz w:val="20"/>
        </w:rPr>
        <w:t>1:36:48  is ko ikhtiyar kar ke apna intellectual development ka intezaam karein ke woh aap ke poore,</w:t>
      </w:r>
      <w:r>
        <w:br/>
      </w:r>
      <w:r>
        <w:rPr>
          <w:sz w:val="20"/>
        </w:rPr>
        <w:t>1:36:56  yaani poori life ko control karne lage, aap ke actions ko control karne lage. kyun ke main samajhta hoon ke yeh jo phenomena hai, woh haqeeqat mein hota hai jab intellectual development mein kami ho, tab hota hai.</w:t>
      </w:r>
      <w:r>
        <w:br/>
      </w:r>
      <w:r>
        <w:rPr>
          <w:sz w:val="20"/>
        </w:rPr>
        <w:t>1:37:14  aisa</w:t>
      </w:r>
      <w:r>
        <w:br/>
      </w:r>
      <w:r>
        <w:rPr>
          <w:sz w:val="20"/>
        </w:rPr>
        <w:t>1:37:17  ya to aisa kijiye, ya phir kisi ko murshid maan lijiye, yaani jis ko main kehta hoon, yaani unconditional guru, jis par aap ko bharosa ho, jis aalim par, us ko aap bana lijiye.</w:t>
      </w:r>
      <w:r>
        <w:br/>
      </w:r>
      <w:r>
        <w:rPr>
          <w:sz w:val="20"/>
        </w:rPr>
        <w:t>1:37:31  koi teesra option mumkin nahi hai, woh jo kaha hai, us ko kijiye.</w:t>
      </w:r>
    </w:p>
    <w:p>
      <w:pPr>
        <w:pStyle w:val="Heading2"/>
      </w:pPr>
      <w:r>
        <w:t>How to overcome unawareness of obsessions?</w:t>
      </w:r>
    </w:p>
    <w:p>
      <w:r>
        <w:rPr>
          <w:color w:val="666666"/>
          <w:sz w:val="18"/>
        </w:rPr>
        <w:t>Life &amp; Wisdom · Revival of Muslims March 08, 2015 · 2m 40s · at 59:23 · https://youtu.be/8ShFcr8YozI?t=3563</w:t>
      </w:r>
    </w:p>
    <w:p>
      <w:r>
        <w:rPr>
          <w:i/>
        </w:rPr>
        <w:t>“Our problem is that we are not aware of our obsessions. We think that it is a reality and not an obsession. How to overcome this problem?”</w:t>
      </w:r>
    </w:p>
    <w:p>
      <w:r>
        <w:rPr>
          <w:sz w:val="20"/>
        </w:rPr>
        <w:t>59:23  hai. Maulana, agla sawal Dilli se kiya hai Dr. Muslima Siddiqui ne aur unhon ne likha hai ke our problem is that we are not aware of our obsessions.</w:t>
      </w:r>
      <w:r>
        <w:br/>
      </w:r>
      <w:r>
        <w:rPr>
          <w:sz w:val="20"/>
        </w:rPr>
        <w:t>59:36  We think that it is a reality and not an obsession. How to overcome this problem? Sirf sochna, aur kuch nahi hai.</w:t>
      </w:r>
      <w:r>
        <w:br/>
      </w:r>
      <w:r>
        <w:rPr>
          <w:sz w:val="20"/>
        </w:rPr>
        <w:t>59:50  Aap dekhein, husband wife ke beech mein ladaai jhagda kyun hota hai? Woh bhi obsession ki wajah se hota hai.</w:t>
      </w:r>
      <w:r>
        <w:br/>
      </w:r>
      <w:r>
        <w:rPr>
          <w:sz w:val="20"/>
        </w:rPr>
        <w:t>1:00:00  Yaani hota yeh hai ke woh dono pre-marriage period mein blood relationship mein jeete hain.</w:t>
      </w:r>
      <w:r>
        <w:br/>
      </w:r>
      <w:r>
        <w:rPr>
          <w:sz w:val="20"/>
        </w:rPr>
        <w:t>1:00:12  Post-marriage period mein unko non-blood relationship mein jeena padta hai.</w:t>
      </w:r>
      <w:r>
        <w:br/>
      </w:r>
      <w:r>
        <w:rPr>
          <w:sz w:val="20"/>
        </w:rPr>
        <w:t>1:00:17  To pichla obsession jo hai, woh iski wajah se woh chahte hain ke jisse mera blood ka ta'alluq tha, waise hi yahan bhi ho.</w:t>
      </w:r>
      <w:r>
        <w:br/>
      </w:r>
      <w:r>
        <w:rPr>
          <w:sz w:val="20"/>
        </w:rPr>
        <w:t>1:00:26  Dono yeh chahte hain. Yaani jin logon se unka blood ka ta'alluq tha, woh us se jis tareeqe se pyaar mohabbat karte the, waise hi yahan bhi ho.</w:t>
      </w:r>
      <w:r>
        <w:br/>
      </w:r>
      <w:r>
        <w:rPr>
          <w:sz w:val="20"/>
        </w:rPr>
        <w:t>1:00:38  Woh possible nahi hai. Non-blood relationship mein woh possible nahi hai jo blood relationship mein hota hai.</w:t>
      </w:r>
      <w:r>
        <w:br/>
      </w:r>
      <w:r>
        <w:rPr>
          <w:sz w:val="20"/>
        </w:rPr>
        <w:t>1:00:46  To saare jhagde isi liye hote hain.</w:t>
      </w:r>
      <w:r>
        <w:br/>
      </w:r>
      <w:r>
        <w:rPr>
          <w:sz w:val="20"/>
        </w:rPr>
        <w:t>1:00:51  Saare jhagde. Yaani isko main kahunga ke over expectation mein dono mubtala rehte hain.</w:t>
      </w:r>
      <w:r>
        <w:br/>
      </w:r>
      <w:r>
        <w:rPr>
          <w:sz w:val="20"/>
        </w:rPr>
        <w:t>1:01:01  To iska hal hai sochna, siwaye iske ke so</w:t>
      </w:r>
      <w:r>
        <w:br/>
      </w:r>
      <w:r>
        <w:rPr>
          <w:sz w:val="20"/>
        </w:rPr>
        <w:t>1:01:04  chein. Main khud soch kar jaana, maine is baat ko, is baat ko maine soch kar jaana ke wahan kyun aisa hota hai ke shaadi ke baad ladte jhagadte hain.</w:t>
      </w:r>
      <w:r>
        <w:br/>
      </w:r>
      <w:r>
        <w:rPr>
          <w:sz w:val="20"/>
        </w:rPr>
        <w:t>1:01:15  Love marriage ho tab bhi.</w:t>
      </w:r>
      <w:r>
        <w:br/>
      </w:r>
      <w:r>
        <w:rPr>
          <w:sz w:val="20"/>
        </w:rPr>
        <w:t>1:01:17  To soch kar maine jaana, yeh baat kahin kitaab mein nahi paaya, likha hua maine ke shaadi se pehle khooni rishte ke darmiyan aadmi hota hai.</w:t>
      </w:r>
      <w:r>
        <w:br/>
      </w:r>
      <w:r>
        <w:rPr>
          <w:sz w:val="20"/>
        </w:rPr>
        <w:t>1:01:28  To wahan to yaani sirf mohabbat hi mohabbat hoti hai. Shaadi ke baad isko rehna padta hai ghair khooni rishte ke darmiyan.</w:t>
      </w:r>
      <w:r>
        <w:br/>
      </w:r>
      <w:r>
        <w:rPr>
          <w:sz w:val="20"/>
        </w:rPr>
        <w:t>1:01:40  To yahan par woh woh fitri mohabbat nahi hoti. To soch kar aap ko ta'alluq banana padta hai.</w:t>
      </w:r>
      <w:r>
        <w:br/>
      </w:r>
      <w:r>
        <w:rPr>
          <w:sz w:val="20"/>
        </w:rPr>
        <w:t>1:01:46  Wahan beghair soche ta'alluq hota hai. Yeh baat maine soch kar jaani. To har aadmi soche, apni aqal ko istemaal kare.</w:t>
      </w:r>
    </w:p>
    <w:p>
      <w:pPr>
        <w:pStyle w:val="Heading2"/>
      </w:pPr>
      <w:r>
        <w:t>How to resist external influences and live simply</w:t>
      </w:r>
    </w:p>
    <w:p>
      <w:r>
        <w:rPr>
          <w:color w:val="666666"/>
          <w:sz w:val="18"/>
        </w:rPr>
        <w:t>Life &amp; Wisdom · Spirituality in Simple Living, High Thinking October 27, 2019 Maulana Wahiduddin Khan · 2m 22s · at 46:07 · https://youtu.be/Kr28g15eFr8?t=2767</w:t>
      </w:r>
    </w:p>
    <w:p>
      <w:r>
        <w:rPr>
          <w:i/>
        </w:rPr>
        <w:t>“Maulana sahib, I have been trying to live simple life as you have advocated it personally to me number of times, but sometimes due to external influences, I'm not able to implement it in complete sense. Kindly guide how can we save our self from getting influence from the surrounding environment.”</w:t>
      </w:r>
    </w:p>
    <w:p>
      <w:r>
        <w:rPr>
          <w:sz w:val="20"/>
        </w:rPr>
        <w:t>46:07  Maulana, agla sawal Aamir Mori sahab ne Goa se kiya hai.</w:t>
      </w:r>
      <w:r>
        <w:br/>
      </w:r>
      <w:r>
        <w:rPr>
          <w:sz w:val="20"/>
        </w:rPr>
        <w:t>46:12  Unhon ne likha hai: "Maulana sahib, I have been trying to live simple life as you have advocated it personally to me number of times, but sometimes due to external influences, I am not able to implement it in complete sense.</w:t>
      </w:r>
      <w:r>
        <w:br/>
      </w:r>
      <w:r>
        <w:rPr>
          <w:sz w:val="20"/>
        </w:rPr>
        <w:t>46:31  Kindly guide how can we save our self from getting influence from the surrounding environment."</w:t>
      </w:r>
      <w:r>
        <w:br/>
      </w:r>
      <w:r>
        <w:rPr>
          <w:sz w:val="20"/>
        </w:rPr>
        <w:t>46:43  Bhai, yeh to pehli condition hai</w:t>
      </w:r>
      <w:r>
        <w:br/>
      </w:r>
      <w:r>
        <w:rPr>
          <w:sz w:val="20"/>
        </w:rPr>
        <w:t>46:49  ke environment ka jo influence hota hai, us ko aap. Us se aap ignore karen, us se aap influence na hon.</w:t>
      </w:r>
      <w:r>
        <w:br/>
      </w:r>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r>
        <w:br/>
      </w:r>
      <w:r>
        <w:rPr>
          <w:sz w:val="20"/>
        </w:rPr>
        <w:t>47:58  mein ne Allah ke fazl se apni merciless de conditioning ki hai,</w:t>
      </w:r>
      <w:r>
        <w:br/>
      </w:r>
      <w:r>
        <w:rPr>
          <w:sz w:val="20"/>
        </w:rPr>
        <w:t>48:08  is ki bohat example mere paas hai. to yeh to yeh to koi excuse chalega nahi.</w:t>
      </w:r>
      <w:r>
        <w:br/>
      </w:r>
      <w:r>
        <w:rPr>
          <w:sz w:val="20"/>
        </w:rPr>
        <w:t>48:20  wahan to wohi hai ke ya to hai ya nahi, beech ka koi rasta nahi hai.</w:t>
      </w:r>
    </w:p>
    <w:p>
      <w:pPr>
        <w:pStyle w:val="Heading2"/>
      </w:pPr>
      <w:r>
        <w:t>How to stay positive in all circumstances</w:t>
      </w:r>
    </w:p>
    <w:p>
      <w:r>
        <w:rPr>
          <w:color w:val="666666"/>
          <w:sz w:val="18"/>
        </w:rPr>
        <w:t>Life &amp; Wisdom · Personality of A Believer February 2, 2014 · 2m 13s · at 1:00:22 · https://youtu.be/EiK_-O-Bjps?t=3622</w:t>
      </w:r>
    </w:p>
    <w:p>
      <w:r>
        <w:rPr>
          <w:i/>
        </w:rPr>
        <w:t>“I really thank you for providing us with the guidance to make oneself a Jannati personality. I have a question: Can you please tell us how to easily motivate ourselves to remain positive in all circumstances?”</w:t>
      </w:r>
    </w:p>
    <w:p>
      <w:r>
        <w:rPr>
          <w:sz w:val="20"/>
        </w:rPr>
        <w:t>1:00:22  it all depends upon receptivity. maulana ajmer se doctor safina tabassum ne agla sawal bheja hai. unhon ne likha hai: "maulana sahib, i really thank you for providing us with the guidance to make oneself a jannati personality.</w:t>
      </w:r>
      <w:r>
        <w:br/>
      </w:r>
      <w:r>
        <w:rPr>
          <w:sz w:val="20"/>
        </w:rPr>
        <w:t>1:00:41  i have a question: can you please tell us how to easily motivate our self to remain positive in all the circumstances?"</w:t>
      </w:r>
      <w:r>
        <w:br/>
      </w:r>
      <w:r>
        <w:rPr>
          <w:sz w:val="20"/>
        </w:rPr>
        <w:t>1:00:55  dekhiye, yeh is ka koi technical method nahi hai.</w:t>
      </w:r>
      <w:r>
        <w:br/>
      </w:r>
      <w:r>
        <w:rPr>
          <w:sz w:val="20"/>
        </w:rPr>
        <w:t>1:01:01  aaj hi subah mein kisi se keh raha tha ke agar aap waqai aadmi jaan le zindagi ki haqeeqat ko ke hum hum ko marna hai, koi aadmi aisa duniya mein nahi paida hua jo na mare,</w:t>
      </w:r>
      <w:r>
        <w:br/>
      </w:r>
      <w:r>
        <w:rPr>
          <w:sz w:val="20"/>
        </w:rPr>
        <w:t>1:01:19  aur marne ke baad hum ko aakhirat mein dakhil hona hai,</w:t>
      </w:r>
      <w:r>
        <w:br/>
      </w:r>
      <w:r>
        <w:rPr>
          <w:sz w:val="20"/>
        </w:rPr>
        <w:t>1:01:26  aur wahan par jannat hai aur jahannum hai.</w:t>
      </w:r>
      <w:r>
        <w:br/>
      </w:r>
      <w:r>
        <w:rPr>
          <w:sz w:val="20"/>
        </w:rPr>
        <w:t>1:01:30  to agar aadmi yaqeen ke sath is baat ko apne mind mein baitha le ke agar mujhe jannat mili to kya mera haal hoga? mein no behan ban jaunga.</w:t>
      </w:r>
      <w:r>
        <w:br/>
      </w:r>
      <w:r>
        <w:rPr>
          <w:sz w:val="20"/>
        </w:rPr>
        <w:t>1:01:42  jannat na mili to kuch bhi nahi mila.</w:t>
      </w:r>
      <w:r>
        <w:br/>
      </w:r>
      <w:r>
        <w:rPr>
          <w:sz w:val="20"/>
        </w:rPr>
        <w:t>1:01:45  yeh yaqeen jitna zyada aadmi ke dimagh mein baithega, utna hi uska ek, yani ek, yani, yani us ke andar wasayat paida ho jayegi.</w:t>
      </w:r>
      <w:r>
        <w:br/>
      </w:r>
      <w:r>
        <w:rPr>
          <w:sz w:val="20"/>
        </w:rPr>
        <w:t>1:02:03  yeh sab kuch depend karta hai yaqeen par. yeh yeh agar aadmi ko yaqeen ho jaye ke agar mujhe jannat jannat na mili to mein to no bahn reh jaunga.</w:t>
      </w:r>
      <w:r>
        <w:br/>
      </w:r>
      <w:r>
        <w:rPr>
          <w:sz w:val="20"/>
        </w:rPr>
        <w:t>1:02:13  mein kuch bhi nahi hoga, mera</w:t>
      </w:r>
      <w:r>
        <w:br/>
      </w:r>
      <w:r>
        <w:rPr>
          <w:sz w:val="20"/>
        </w:rPr>
        <w:t>1:02:15  kya karunga? eternity ko kaise face karunga? mein jitna zyada yeh yaqeen aadmi ke andar hoga, utne zyada is ke andar doosri baatein aati chali jayengi.</w:t>
      </w:r>
    </w:p>
    <w:p>
      <w:pPr>
        <w:pStyle w:val="Heading2"/>
      </w:pPr>
      <w:r>
        <w:t>How to stay strong and positive</w:t>
      </w:r>
    </w:p>
    <w:p>
      <w:r>
        <w:rPr>
          <w:color w:val="666666"/>
          <w:sz w:val="18"/>
        </w:rPr>
        <w:t>Life &amp; Wisdom · Study of The Quran 23 June 2019 - Maulana Wahiduddin Khan · 3m 52s · at 47:40 · https://youtu.be/tFQnqhFtPko?t=2860</w:t>
      </w:r>
    </w:p>
    <w:p>
      <w:r>
        <w:rPr>
          <w:i/>
        </w:rPr>
        <w:t>“How can we always remain strong and positive in life? Please tell us about this. You can elaborate on this.”</w:t>
      </w:r>
    </w:p>
    <w:p>
      <w:r>
        <w:rPr>
          <w:sz w:val="20"/>
        </w:rPr>
        <w:t>47:40  It is a new and most convincing point for me. Jazak Allah." Maulana, agla sawal lete hain.</w:t>
      </w:r>
      <w:r>
        <w:br/>
      </w:r>
      <w:r>
        <w:rPr>
          <w:sz w:val="20"/>
        </w:rPr>
        <w:t>47:48  Yeh ah sawal bheja hai Karim Nagar se Muhammad Imran Talha sahib ne. Unhon ne aap se poocha hai ke hamesha strong aur positive hum life mein kaise bane rahein, is ke bare mein bataein.</w:t>
      </w:r>
      <w:r>
        <w:br/>
      </w:r>
      <w:r>
        <w:rPr>
          <w:sz w:val="20"/>
        </w:rPr>
        <w:t>48:15  Is ko aap elaborate kar sakte hain.</w:t>
      </w:r>
      <w:r>
        <w:br/>
      </w:r>
      <w:r>
        <w:rPr>
          <w:sz w:val="20"/>
        </w:rPr>
        <w:t>48:21  Maulana, aksar logon ke sath yeh hota hai ke weak moments ate hain life mein, ah aur tabhi woh ghaltiyan karta hai, ah aur slip bhi karta hai life mein.</w:t>
      </w:r>
      <w:r>
        <w:br/>
      </w:r>
      <w:r>
        <w:rPr>
          <w:sz w:val="20"/>
        </w:rPr>
        <w:t>48:32  To hamesha kya hum strong ban ke reh sakte hain? Strong personality kaise bana sakte hain apne aap ko? Aap ka sawal jo hai, mere khayal se, yani ambiguous sawal hai, clear nahi hai.</w:t>
      </w:r>
      <w:r>
        <w:br/>
      </w:r>
      <w:r>
        <w:rPr>
          <w:sz w:val="20"/>
        </w:rPr>
        <w:t>48:50  Is liye ke jab bhi aap yeh dekhein ke aap ji is tarah nahi reh sake, kuch aap se ghalti ho gayi,</w:t>
      </w:r>
      <w:r>
        <w:br/>
      </w:r>
      <w:r>
        <w:rPr>
          <w:sz w:val="20"/>
        </w:rPr>
        <w:t>49:07  kuch aap ne kho diya, to dekhiye, ek hamesha chahe kuch bhi aap ke sath guzar jaye, lekin ek ek imkan baqi rehta hai, ek possibility hai, woh hai replanning.</w:t>
      </w:r>
      <w:r>
        <w:br/>
      </w:r>
      <w:r>
        <w:rPr>
          <w:sz w:val="20"/>
        </w:rPr>
        <w:t>49:23  Replanning.</w:t>
      </w:r>
      <w:r>
        <w:br/>
      </w:r>
      <w:r>
        <w:rPr>
          <w:sz w:val="20"/>
        </w:rPr>
        <w:t>49:26  Japan ke upar do atom bomb gira diye gaye, history mein kabhi kisi ke paas nahi giraye gaye the. Do atom bomb, phir bhi ek naya imkan baqi tha, replanning baqi thi, aur Japan phir rise kar gaya.</w:t>
      </w:r>
      <w:r>
        <w:br/>
      </w:r>
      <w:r>
        <w:rPr>
          <w:sz w:val="20"/>
        </w:rPr>
        <w:t>49:42  To zindagi mein kuch bhi beet jaye, kuch bhi beet jaye, lekin hamesha ek possibility baqi rehti hai, aur woh hai replanning.</w:t>
      </w:r>
      <w:r>
        <w:br/>
      </w:r>
      <w:r>
        <w:rPr>
          <w:sz w:val="20"/>
        </w:rPr>
        <w:t>49:54  To aap replanning kijiye, replanning kijiye. Aap</w:t>
      </w:r>
      <w:r>
        <w:br/>
      </w:r>
      <w:r>
        <w:rPr>
          <w:sz w:val="20"/>
        </w:rPr>
        <w:t>50:03  , main bohat se logon ko janta hoon jinhon ne replanning ki aur kamyab ho gaye.</w:t>
      </w:r>
      <w:r>
        <w:br/>
      </w:r>
      <w:r>
        <w:rPr>
          <w:sz w:val="20"/>
        </w:rPr>
        <w:t>50:12  Aap bhi kijiye.</w:t>
      </w:r>
      <w:r>
        <w:br/>
      </w:r>
      <w:r>
        <w:rPr>
          <w:sz w:val="20"/>
        </w:rPr>
        <w:t>50:22  Maulana, agla comment bheja hai. Mazhar, aaj mein aaj apna ek thought, aaj ka ek thought batata hoon aap ko.</w:t>
      </w:r>
      <w:r>
        <w:br/>
      </w:r>
      <w:r>
        <w:rPr>
          <w:sz w:val="20"/>
        </w:rPr>
        <w:t>50:32  Is</w:t>
      </w:r>
    </w:p>
    <w:p>
      <w:pPr>
        <w:pStyle w:val="Heading2"/>
      </w:pPr>
      <w:r>
        <w:t>How to turn a negative person positive</w:t>
      </w:r>
    </w:p>
    <w:p>
      <w:r>
        <w:rPr>
          <w:color w:val="666666"/>
          <w:sz w:val="18"/>
        </w:rPr>
        <w:t>Life &amp; Wisdom · Double Reward 15 Feb 2020 - Maulana Wahiduddin Khan · 3m 29s · at 43:20 · https://youtu.be/Os-Kuq1-wAk?t=2600</w:t>
      </w:r>
    </w:p>
    <w:p>
      <w:r>
        <w:rPr>
          <w:i/>
        </w:rPr>
        <w:t>“How can a negative person be made into a positive person? Because once someone becomes negative, it becomes very difficult to make them positive.”</w:t>
      </w:r>
    </w:p>
    <w:p>
      <w:r>
        <w:rPr>
          <w:sz w:val="20"/>
        </w:rPr>
        <w:t>43:20  maulana, agla sawal bheja hai chennai se maulana iqbal umri ne. unhon ne likha hai: "negative person ko positive person kaise bana sakte hain?"</w:t>
      </w:r>
      <w:r>
        <w:br/>
      </w:r>
      <w:r>
        <w:rPr>
          <w:sz w:val="20"/>
        </w:rPr>
        <w:t>43:32  kyunke koi ek martaba negative ho jata hai to bari mushkil hoti hai kisi ko positive banana.</w:t>
      </w:r>
      <w:r>
        <w:br/>
      </w:r>
      <w:r>
        <w:rPr>
          <w:sz w:val="20"/>
        </w:rPr>
        <w:t>43:42  nahi, is ki kitab hai, is mein kitabein aise thi nahi. Hum ne ek kitab alag se tayyar ki aur chhapi.</w:t>
      </w:r>
      <w:r>
        <w:br/>
      </w:r>
      <w:r>
        <w:rPr>
          <w:sz w:val="20"/>
        </w:rPr>
        <w:t>43:51  Hamari kitabein parh parh ke bohat log badal gaye kyunke kitabein nahi thi. Aisa nahi hai.</w:t>
      </w:r>
      <w:r>
        <w:br/>
      </w:r>
      <w:r>
        <w:rPr>
          <w:sz w:val="20"/>
        </w:rPr>
        <w:t>44:09  Wo mein apna tajurba bataungi ke mein bhi university mein parhati thi to mujhe bhi yeh sare tajurbe hote thay. Universityon ka yeh culture hai, har aadmi aage barh jana chahta hai.</w:t>
      </w:r>
      <w:r>
        <w:br/>
      </w:r>
      <w:r>
        <w:rPr>
          <w:sz w:val="20"/>
        </w:rPr>
        <w:t>44:19  Group bane hue hotay hain, sab doosre group walon ko hamesha wo necha dikhana chahte hain. Un ko koi support nahi karte hain. To yeh sab hota hai, lekin hamein bilkul is ko is ko bura nahi manna chahiye.</w:t>
      </w:r>
      <w:r>
        <w:br/>
      </w:r>
      <w:r>
        <w:rPr>
          <w:sz w:val="20"/>
        </w:rPr>
        <w:t>44:33  Agar koi kuch kar raha hai to wo apne, is ko apna interest kuch hoga, kar raha hai. Hum apna kaam karein, wo apna kaam kare. Lets agree to disagree, aur hum is ko toleration is mani mein, matlab positive toleration.</w:t>
      </w:r>
      <w:r>
        <w:br/>
      </w:r>
      <w:r>
        <w:rPr>
          <w:sz w:val="20"/>
        </w:rPr>
        <w:t>44:47  To hum is ko tolerate karte thay. Is liye hamara shayad 24 saal hum ne parhaya aur aur hamesha yeh sab hota raha hai. Is ko tolerate karte thay, hum kabhi na jhagda hua, na kabhi kuch hua.</w:t>
      </w:r>
      <w:r>
        <w:br/>
      </w:r>
      <w:r>
        <w:rPr>
          <w:sz w:val="20"/>
        </w:rPr>
        <w:t>44:59  Aaram se poora term kar ke hum retire hue, warna to har jagah aise ladte rahenge to kuch bhi kaam nahi kar sakenge. Ghar mein baith ke kaise time</w:t>
      </w:r>
      <w:r>
        <w:br/>
      </w:r>
      <w:r>
        <w:rPr>
          <w:sz w:val="20"/>
        </w:rPr>
        <w:t>45:09  zarrega? Bohat se misalein hain, bohat se misalein.</w:t>
      </w:r>
      <w:r>
        <w:br/>
      </w:r>
      <w:r>
        <w:rPr>
          <w:sz w:val="20"/>
        </w:rPr>
        <w:t>45:18  Maulana, ek Chennai se Maulana Iqbal Umri aap se pooch rahe hain ke option sirf apni positivity ko qaim rakhna hi hai.</w:t>
      </w:r>
      <w:r>
        <w:br/>
      </w:r>
      <w:r>
        <w:rPr>
          <w:sz w:val="20"/>
        </w:rPr>
        <w:t>45:32  Yeh baat kahan tak sahi hai? Unhon ne likha hai: "Option sirf apni positivity ko qaim rakhna hi mumkin hai." Maulana, yeh baat kahan tak sahi hai?</w:t>
      </w:r>
      <w:r>
        <w:br/>
      </w:r>
      <w:r>
        <w:rPr>
          <w:sz w:val="20"/>
        </w:rPr>
        <w:t>45:44  Nahi, aap dawat dijiye, samjhaiye.</w:t>
      </w:r>
      <w:r>
        <w:br/>
      </w:r>
      <w:r>
        <w:rPr>
          <w:sz w:val="20"/>
        </w:rPr>
        <w:t>45:50  Chhodiye mat kisi ko.</w:t>
      </w:r>
    </w:p>
    <w:p>
      <w:pPr>
        <w:pStyle w:val="Heading2"/>
      </w:pPr>
      <w:r>
        <w:t>Identifying Weaknesses to Improve Thinking</w:t>
      </w:r>
    </w:p>
    <w:p>
      <w:r>
        <w:rPr>
          <w:color w:val="666666"/>
          <w:sz w:val="18"/>
        </w:rPr>
        <w:t>Life &amp; Wisdom · Surah Al-'Asr I November 23, 2014 Maulana Wahiduddin Khan · 2m 43s · at 1:08:36 · https://youtu.be/3dBMIUC0Dqw?t=4116</w:t>
      </w:r>
    </w:p>
    <w:p>
      <w:r>
        <w:rPr>
          <w:i/>
        </w:rPr>
        <w:t>“To develop the art of thinking, one must discover one's weakness. But to do this is not easy, as most of the times we feel we are on the right path. My question is, how can we rationally identify one's weakness so that we can improve ourselves?”</w:t>
      </w:r>
    </w:p>
    <w:p>
      <w:r>
        <w:rPr>
          <w:sz w:val="20"/>
        </w:rPr>
        <w:t>1:08:36  maulana, agla sawal ludhiyana se kya hai fahmeed khan sahab ne aur unhon ne likha hai To develop art of thinking, one must discover one's weakness.</w:t>
      </w:r>
      <w:r>
        <w:br/>
      </w:r>
      <w:r>
        <w:rPr>
          <w:sz w:val="20"/>
        </w:rPr>
        <w:t>1:08:50  But to do this is not easy, as most of the times we feel we are on theright path. My question is, how can we rationally identify one's weakness so that we can improve ourselves?</w:t>
      </w:r>
      <w:r>
        <w:br/>
      </w:r>
      <w:r>
        <w:rPr>
          <w:sz w:val="20"/>
        </w:rPr>
        <w:t>1:09:07  dekhen, identify thinking bas yahi chahiye. ek hadith hai ke momin mar'at al-momin.</w:t>
      </w:r>
      <w:r>
        <w:br/>
      </w:r>
      <w:r>
        <w:rPr>
          <w:sz w:val="20"/>
        </w:rPr>
        <w:t>1:09:20  momin momin ke liye aaina hai. aap aaine ke samne khare hue</w:t>
      </w:r>
      <w:r>
        <w:br/>
      </w:r>
      <w:r>
        <w:rPr>
          <w:sz w:val="20"/>
        </w:rPr>
        <w:t>1:09:26  to wahi dikhayega aap ko jaise ke aap hain. koi spot hai to spot dikhayega. aisa nahi ke black spot ko white kar de. aisa woh nahi karega.</w:t>
      </w:r>
      <w:r>
        <w:br/>
      </w:r>
      <w:r>
        <w:rPr>
          <w:sz w:val="20"/>
        </w:rPr>
        <w:t>1:09:39  to sacha yani momin woh hai jo doosre ka aaina ban jaye. jab ek sacha insan aap ki ghalti ko bataye to us ko accept kijiye.</w:t>
      </w:r>
      <w:r>
        <w:br/>
      </w:r>
      <w:r>
        <w:rPr>
          <w:sz w:val="20"/>
        </w:rPr>
        <w:t>1:09:50  jis tarah aaine ki baat ko aap accept karte hain.</w:t>
      </w:r>
      <w:r>
        <w:br/>
      </w:r>
      <w:r>
        <w:rPr>
          <w:sz w:val="20"/>
        </w:rPr>
        <w:t>1:09:55  to khud sochna aur doosra aadmi agar aap ki ghalti ko point out kare to us ko accept karna. bas yeh yeh do two point formula hai.</w:t>
      </w:r>
      <w:r>
        <w:br/>
      </w:r>
      <w:r>
        <w:rPr>
          <w:sz w:val="20"/>
        </w:rPr>
        <w:t>1:10:07  yeh khud objective tor par socheye.</w:t>
      </w:r>
      <w:r>
        <w:br/>
      </w:r>
      <w:r>
        <w:rPr>
          <w:sz w:val="20"/>
        </w:rPr>
        <w:t>1:10:14  khud objective tor par socheye. aur doosra aadmi jab aap ko nishandahi kare to us ko isi tarah lijiye jis tarah aaine ki baat ko lete hain.</w:t>
      </w:r>
      <w:r>
        <w:br/>
      </w:r>
      <w:r>
        <w:rPr>
          <w:sz w:val="20"/>
        </w:rPr>
        <w:t>1:10:24  aaina agar aap ko dikhaye ke yahan par kuch mitti lag gayi hai to aap aane par ghussa nahi honge. us ko dhoyenge.</w:t>
      </w:r>
      <w:r>
        <w:br/>
      </w:r>
      <w:r>
        <w:rPr>
          <w:sz w:val="20"/>
        </w:rPr>
        <w:t>1:10:35  al-momin mar'at al-momin. momin momin ke liye aaina hota hai. momin ka matlab hai ek sacha insan. to aap ko agar ek shakhs</w:t>
      </w:r>
      <w:r>
        <w:br/>
      </w:r>
      <w:r>
        <w:rPr>
          <w:sz w:val="20"/>
        </w:rPr>
        <w:t>1:10:49  point out kare ke dekho bhai tumhare andar yeh weakness hai to foran aap us ko sochnay lagiye aur us ko door karne ki koshish kijiye.</w:t>
      </w:r>
      <w:r>
        <w:br/>
      </w:r>
      <w:r>
        <w:rPr>
          <w:sz w:val="20"/>
        </w:rPr>
        <w:t>1:11:01  foran.</w:t>
      </w:r>
      <w:r>
        <w:br/>
      </w:r>
      <w:r>
        <w:rPr>
          <w:sz w:val="20"/>
        </w:rPr>
        <w:t>1:11:06  mera to tajruba yahi hai ke yahi do yahi two point formula hai aur koi teesra koi formula nahi hai.</w:t>
      </w:r>
    </w:p>
    <w:p>
      <w:pPr>
        <w:pStyle w:val="Heading2"/>
      </w:pPr>
      <w:r>
        <w:t>Importance of Monthly Team Meetings</w:t>
      </w:r>
    </w:p>
    <w:p>
      <w:r>
        <w:rPr>
          <w:color w:val="666666"/>
          <w:sz w:val="18"/>
        </w:rPr>
        <w:t>Life &amp; Wisdom · Experience of Hyderabad CPS Meet December 1, 2013 · 2m 23s · at 1:17:18 · https://youtu.be/Y8mcxF2Lhyc?t=4638</w:t>
      </w:r>
    </w:p>
    <w:p>
      <w:r>
        <w:rPr>
          <w:i/>
        </w:rPr>
        <w:t>“What is the importance of monthly team meetings?”</w:t>
      </w:r>
    </w:p>
    <w:p>
      <w:r>
        <w:rPr>
          <w:sz w:val="20"/>
        </w:rPr>
        <w:t>1:17:18  maulana, in ka aik aur sawal hai. unhon ne likha hai: "what is the importance of monthly team meetings?" is ke baray mein bataein.</w:t>
      </w:r>
      <w:r>
        <w:br/>
      </w:r>
      <w:r>
        <w:rPr>
          <w:sz w:val="20"/>
        </w:rPr>
        <w:t>1:17:28  monthly kya? aap roz kar sakte hain? roz kijiye. yeh importance ki baat kya hai? bhai, to yeh to yeh to discussion hai, sochna hai. agar</w:t>
      </w:r>
      <w:r>
        <w:br/>
      </w:r>
      <w:r>
        <w:rPr>
          <w:sz w:val="20"/>
        </w:rPr>
        <w:t>1:17:39  monthly mumkin hai to monthly kijiye, weekly mumkin hai weekly kijiye, by weekly ki mumkin hai by weekly kijiye, daily bilkul daily kijiye.</w:t>
      </w:r>
      <w:r>
        <w:br/>
      </w:r>
      <w:r>
        <w:rPr>
          <w:sz w:val="20"/>
        </w:rPr>
        <w:t>1:17:51  sahaba ki meeting to rozana hoti thi masjid nabwi mein.</w:t>
      </w:r>
      <w:r>
        <w:br/>
      </w:r>
      <w:r>
        <w:rPr>
          <w:sz w:val="20"/>
        </w:rPr>
        <w:t>1:17:56  is ka koi yaani yeh koi sawal karne ki baat nahin hai. yeh to aap ke apne halaat ki baat hai, jitne halaat hain. aur dekhiye, yeh bhi samajh lijiye ke yeh meeting hoti hai mission ki nisbat se.</w:t>
      </w:r>
      <w:r>
        <w:br/>
      </w:r>
      <w:r>
        <w:rPr>
          <w:sz w:val="20"/>
        </w:rPr>
        <w:t>1:18:12  yeh insaan se meeting to number do par hai, woh farishton se meeting hoti hai. kyunke hadees mein aata hai ke jahan Allah ke liye koi log ikattha hon to wahan farishtay utarte hain.</w:t>
      </w:r>
      <w:r>
        <w:br/>
      </w:r>
      <w:r>
        <w:rPr>
          <w:sz w:val="20"/>
        </w:rPr>
        <w:t>1:18:28  to agar aap sach much woh is ko yaani is tarah ki aap ki bias agar hai to wahan to aap aap jitna bhi karein, woh acha hai.</w:t>
      </w:r>
      <w:r>
        <w:br/>
      </w:r>
      <w:r>
        <w:rPr>
          <w:sz w:val="20"/>
        </w:rPr>
        <w:t>1:18:39  kyunke jitne ziyada aap se mulaqat hogi farishton se, acha hai. yeh mat samjhiye ke mister a se milne ja rahe hain, mister b se milne ja rahe hain.</w:t>
      </w:r>
      <w:r>
        <w:br/>
      </w:r>
      <w:r>
        <w:rPr>
          <w:sz w:val="20"/>
        </w:rPr>
        <w:t>1:18:49  balkeh yaani jab bhi aap Allah taala ko bohat pasand hai ke jamaati tor par aap koi Allah ka kaam karein, jamaati tor par.</w:t>
      </w:r>
      <w:r>
        <w:br/>
      </w:r>
      <w:r>
        <w:rPr>
          <w:sz w:val="20"/>
        </w:rPr>
        <w:t>1:19:02  yeh hadees mein is se pehle suna chuka hoon, bohat hi aik bohat hi ajeeb hadees hai ke jahan aisay log ikattha hote hain ke Allah ke liye ikattha hote hain, woh sirf to farishtay toot padte hain wahan par.</w:t>
      </w:r>
      <w:r>
        <w:br/>
      </w:r>
      <w:r>
        <w:rPr>
          <w:sz w:val="20"/>
        </w:rPr>
        <w:t>1:19:16  to aap monthly ka ke woh kyun nikalte hain? is jab mauqa ho, aap kijiye daily, weekly, by monthly, by weekly, jaise jaise bhi ho.</w:t>
      </w:r>
      <w:r>
        <w:br/>
      </w:r>
      <w:r>
        <w:rPr>
          <w:sz w:val="20"/>
        </w:rPr>
        <w:t>1:19:31  kyunke jahan aap ikattha honge to farishtay aayenge. farishton se milna zaahir hai ke har aadmi ki tamanna honi chahiye.</w:t>
      </w:r>
    </w:p>
    <w:p>
      <w:pPr>
        <w:pStyle w:val="Heading2"/>
      </w:pPr>
      <w:r>
        <w:t>Importance of converting negativity to positivity</w:t>
      </w:r>
    </w:p>
    <w:p>
      <w:r>
        <w:rPr>
          <w:color w:val="666666"/>
          <w:sz w:val="18"/>
        </w:rPr>
        <w:t>Life &amp; Wisdom · Importance of Patience October 26, 2014 · 2m 23s · at 1:19:24 · https://youtu.be/XdOlp9-fPG0?t=4764</w:t>
      </w:r>
    </w:p>
    <w:p>
      <w:r>
        <w:rPr>
          <w:i/>
        </w:rPr>
        <w:t>“You always emphasize on doing conversion, that is converting negativity to positivity. Can you please elaborate on the same as to why is it so important?”</w:t>
      </w:r>
    </w:p>
    <w:p>
      <w:r>
        <w:rPr>
          <w:sz w:val="20"/>
        </w:rPr>
        <w:t>1:19:24  maulana, agla sawal kya hai faisal sahab ne bhopal se, aur unhon ne likha hai: "maulana, you always emphasize on doing conversion, that is converting negativity to positivity.</w:t>
      </w:r>
      <w:r>
        <w:br/>
      </w:r>
      <w:r>
        <w:rPr>
          <w:sz w:val="20"/>
        </w:rPr>
        <w:t>1:19:38  can you please elaborate on the same as to why is it so important?" important is liye hai ke yeh dunya convert negative ideas se bhari hui hai.</w:t>
      </w:r>
      <w:r>
        <w:br/>
      </w:r>
      <w:r>
        <w:rPr>
          <w:sz w:val="20"/>
        </w:rPr>
        <w:t>1:19:54  yeh dunya mein khud Allah taala ne shaitan ko chhod diya hai, har waqt shaitan hamare saath hai. kya aap shaitan ko baandh sakte hain? shaitan ko khatam kar sakte hain?</w:t>
      </w:r>
      <w:r>
        <w:br/>
      </w:r>
      <w:r>
        <w:rPr>
          <w:sz w:val="20"/>
        </w:rPr>
        <w:t>1:20:06  shaitan ne Allah ki aazadi pa kar ke har waqt hamare dayen bayen, aage peeche daud raha hai. to woh woh is ki wajah se negative thought aate hain, is ki wajah se negative waqt waqt hote hain, to logon ko mis lead karta hai.</w:t>
      </w:r>
      <w:r>
        <w:br/>
      </w:r>
      <w:r>
        <w:rPr>
          <w:sz w:val="20"/>
        </w:rPr>
        <w:t>1:20:22  to yeh to shaitan se jo hamein woh is se jo fight karna hai, yeh fight hi galat hai jo musalman kar rahe hain idhar udhar, yani so called enemies se.</w:t>
      </w:r>
      <w:r>
        <w:br/>
      </w:r>
      <w:r>
        <w:rPr>
          <w:sz w:val="20"/>
        </w:rPr>
        <w:t>1:20:34  asal fighting to hamein shaitan se karna hai, aur fighting yahi hai ke is ke negative thought ko hum is ka asar na lein, balkeh is ko badal lein positive thought mein.</w:t>
      </w:r>
      <w:r>
        <w:br/>
      </w:r>
      <w:r>
        <w:rPr>
          <w:sz w:val="20"/>
        </w:rPr>
        <w:t>1:20:48  yahi baat quran mein hai ke ashaddul kuffar, yani un ki jo negative thought se mutasir na hona, aur apne aap ko positivity par baqi rakhna.</w:t>
      </w:r>
    </w:p>
    <w:p>
      <w:pPr>
        <w:pStyle w:val="Heading2"/>
      </w:pPr>
      <w:r>
        <w:t>Inability to relate science with Islamic philosophy</w:t>
      </w:r>
    </w:p>
    <w:p>
      <w:r>
        <w:rPr>
          <w:color w:val="666666"/>
          <w:sz w:val="18"/>
        </w:rPr>
        <w:t>Life &amp; Wisdom · Realization of God December 18, 2016 Maulana Wahiduddin Khan · 2m 55s · at 1:08:25 · https://youtu.be/LHKb2btTIT8?t=4105</w:t>
      </w:r>
    </w:p>
    <w:p>
      <w:r>
        <w:rPr>
          <w:i/>
        </w:rPr>
        <w:t>“What is the reason that in spite of having an army of ulema and scholars and having authority on Arabic and Hadith, they are unable to relate scientific laws and knowledge with Islamic philosophy?”</w:t>
      </w:r>
    </w:p>
    <w:p>
      <w:r>
        <w:rPr>
          <w:sz w:val="20"/>
        </w:rPr>
        <w:t>1:08:25  baat khatam Maulana agla sawal miss qrooot ul lain ne kiya hai srinagar kashmir se aur unhon ne</w:t>
      </w:r>
      <w:r>
        <w:br/>
      </w:r>
      <w:r>
        <w:rPr>
          <w:sz w:val="20"/>
        </w:rPr>
        <w:t>1:08:33  likha hai what is the reason that in spite of having an army of ulema and scholars and</w:t>
      </w:r>
      <w:r>
        <w:br/>
      </w:r>
      <w:r>
        <w:rPr>
          <w:sz w:val="20"/>
        </w:rPr>
        <w:t>1:08:41  having authority on arabic and hadith they are unable to relate scientific laws and knowledge with islamic philosophy</w:t>
      </w:r>
      <w:r>
        <w:br/>
      </w:r>
      <w:r>
        <w:rPr>
          <w:sz w:val="20"/>
        </w:rPr>
        <w:t>1:08:48  and they still support and justify jihad against establishment what is the reason for this Maulana sahib sari</w:t>
      </w:r>
      <w:r>
        <w:br/>
      </w:r>
      <w:r>
        <w:rPr>
          <w:sz w:val="20"/>
        </w:rPr>
        <w:t>1:08:56  jar yahi mere dekh ke log negative ban gaye yani western jo collaboration tha jis ne ke jis</w:t>
      </w:r>
      <w:r>
        <w:br/>
      </w:r>
      <w:r>
        <w:rPr>
          <w:sz w:val="20"/>
        </w:rPr>
        <w:t>1:09:04  ke baad jo hai musalmanon ke hukumatain un ke paas khatam hue bas bhadak uthe log negative ho</w:t>
      </w:r>
      <w:r>
        <w:br/>
      </w:r>
      <w:r>
        <w:rPr>
          <w:sz w:val="20"/>
        </w:rPr>
        <w:t>1:09:11  gaye haan negative hona yeh apne aap hi mein jaiz nahi rasool Allah ne kaba mein buton ko</w:t>
      </w:r>
      <w:r>
        <w:br/>
      </w:r>
      <w:r>
        <w:rPr>
          <w:sz w:val="20"/>
        </w:rPr>
        <w:t>1:09:19  dekha to aap negative to nahi hue bhadke nahi aap kitna zyada provocative woh scene hoga jab ke</w:t>
      </w:r>
      <w:r>
        <w:br/>
      </w:r>
      <w:r>
        <w:rPr>
          <w:sz w:val="20"/>
        </w:rPr>
        <w:t>1:09:27  kaba mein aap ne dekha hoga but ko kitna zyada provocative scene hoga lekin aap bhadke nahi aap</w:t>
      </w:r>
      <w:r>
        <w:br/>
      </w:r>
      <w:r>
        <w:rPr>
          <w:sz w:val="20"/>
        </w:rPr>
        <w:t>1:09:35  stage nahi hue ulama bhadak uthe bas yeh to bhadakna apne aap mein bilkul ek najais feal hai</w:t>
      </w:r>
      <w:r>
        <w:br/>
      </w:r>
      <w:r>
        <w:rPr>
          <w:sz w:val="20"/>
        </w:rPr>
        <w:t>1:09:42  kya zaroorat bhadakne ki aap study kijiye study kijiye samjhiye is ko to woh badhte badhte kyun ke jab</w:t>
      </w:r>
      <w:r>
        <w:br/>
      </w:r>
      <w:r>
        <w:rPr>
          <w:sz w:val="20"/>
        </w:rPr>
        <w:t>1:09:50  aap bhadkayenge to bhadakne ke baad woh badhega badhega badhega badhega yahan tak</w:t>
      </w:r>
      <w:r>
        <w:br/>
      </w:r>
      <w:r>
        <w:rPr>
          <w:sz w:val="20"/>
        </w:rPr>
        <w:t>1:09:58  ke suicide bombing tak pahunch jayega is sunnat ko pakdiye ke rasool Allah ne dekha makkah mein</w:t>
      </w:r>
      <w:r>
        <w:br/>
      </w:r>
      <w:r>
        <w:rPr>
          <w:sz w:val="20"/>
        </w:rPr>
        <w:t>1:10:05  ke muqaddas kaba mein 360 but rakhe hue hain to bhadke nahi aap stage nahi hue aap is</w:t>
      </w:r>
      <w:r>
        <w:br/>
      </w:r>
      <w:r>
        <w:rPr>
          <w:sz w:val="20"/>
        </w:rPr>
        <w:t>1:10:13  sunnat ko pakdiye is sunnat ko logon ne chhod rakha hai okay we will end this session now</w:t>
      </w:r>
      <w:r>
        <w:br/>
      </w:r>
      <w:r>
        <w:rPr>
          <w:sz w:val="20"/>
        </w:rPr>
        <w:t>1:10:21  we will be back next Sunday same time thank you.</w:t>
      </w:r>
    </w:p>
    <w:p>
      <w:pPr>
        <w:pStyle w:val="Heading2"/>
      </w:pPr>
      <w:r>
        <w:t>Increasing Wisdom to Manage Any Crisis</w:t>
      </w:r>
    </w:p>
    <w:p>
      <w:r>
        <w:rPr>
          <w:color w:val="666666"/>
          <w:sz w:val="18"/>
        </w:rPr>
        <w:t>Life &amp; Wisdom · Art of Crisis Management October 3, 2010 · 3m 11s · at 1:04:23 · https://youtu.be/sKdyThFThXo?t=3863</w:t>
      </w:r>
    </w:p>
    <w:p>
      <w:r>
        <w:rPr>
          <w:i/>
        </w:rPr>
        <w:t>“How can we increase our wisdom to manage any type of crisis?”</w:t>
      </w:r>
    </w:p>
    <w:p>
      <w:r>
        <w:rPr>
          <w:sz w:val="20"/>
        </w:rPr>
        <w:t>1:04:23  maulana, agla sawal kya hai? miss nuzhat bano ne, mauood, madhya pradesh se, unho ne likha hai ke how can we increase our wisdom to manage any type of crises?</w:t>
      </w:r>
      <w:r>
        <w:br/>
      </w:r>
      <w:r>
        <w:rPr>
          <w:sz w:val="20"/>
        </w:rPr>
        <w:t>1:04:37  is ke baray mein aap batayen.</w:t>
      </w:r>
      <w:r>
        <w:br/>
      </w:r>
      <w:r>
        <w:rPr>
          <w:sz w:val="20"/>
        </w:rPr>
        <w:t>1:04:40  bohat asan hai,</w:t>
      </w:r>
      <w:r>
        <w:br/>
      </w:r>
      <w:r>
        <w:rPr>
          <w:sz w:val="20"/>
        </w:rPr>
        <w:t>1:04:45  jab koi waqia paish aaye to aap react na kijiye, sochiye, quran o hadith mein talash kijiye.</w:t>
      </w:r>
      <w:r>
        <w:br/>
      </w:r>
      <w:r>
        <w:rPr>
          <w:sz w:val="20"/>
        </w:rPr>
        <w:t>1:04:57  bohat hi asan hai crises ko manage karna. fail hotay hain log, kyun? foran react kar letay hain. koi baat hui, kharay hogaye, jhanda le kar ke.</w:t>
      </w:r>
      <w:r>
        <w:br/>
      </w:r>
      <w:r>
        <w:rPr>
          <w:sz w:val="20"/>
        </w:rPr>
        <w:t>1:05:10  yeh ghar mein hota hai, miyan biwi ke mamle mein ke koi baat hui, dhar se khare hogaye. yeh ek hota hai yeh desh ke andar.</w:t>
      </w:r>
      <w:r>
        <w:br/>
      </w:r>
      <w:r>
        <w:rPr>
          <w:sz w:val="20"/>
        </w:rPr>
        <w:t>1:05:22  jab koi aisi cheez pesh aaye, koi serious situation pesh aaye to aap chup ho kar ke sochiye, discuss kijiye, quran o hadees ko padhiye.</w:t>
      </w:r>
      <w:r>
        <w:br/>
      </w:r>
      <w:r>
        <w:rPr>
          <w:sz w:val="20"/>
        </w:rPr>
        <w:t>1:05:37  bas, aap ko rasta maloom ho jayega. maine arz kiya na ke inaction bhi crises ko manage kar leta hai. inaction, jab chahein aap tajurba kar lijiye.</w:t>
      </w:r>
      <w:r>
        <w:br/>
      </w:r>
      <w:r>
        <w:rPr>
          <w:sz w:val="20"/>
        </w:rPr>
        <w:t>1:05:49  na karna bhi ek bahut bada karna hai. yaad rakhiye, na karna bhi ek bahut bada karna hai. har family mein dekhiye, kabhi miyan biwi mein jhagda ho jata hai, kabhi ek rishtedar, doosre rishtedar ke darmiyan jhagda hota hai.</w:t>
      </w:r>
      <w:r>
        <w:br/>
      </w:r>
      <w:r>
        <w:rPr>
          <w:sz w:val="20"/>
        </w:rPr>
        <w:t>1:06:05  hote rehte hain har jagah. sirf aap yeh kijiye, kuch na kijiye, aur ek do din ke baad sab sab thanda ho jayega. jab chahein kar ke dekh lijiye.</w:t>
      </w:r>
      <w:r>
        <w:br/>
      </w:r>
      <w:r>
        <w:rPr>
          <w:sz w:val="20"/>
        </w:rPr>
        <w:t>1:06:18  to agar aadmi aql na kaam kar rahi ho to itna to ho sakta hai na, kuch na kare woh. agar aap ki aql kaam karti hai, aap wise planning karne ki position mein hain to wise planning kijiye.</w:t>
      </w:r>
      <w:r>
        <w:br/>
      </w:r>
      <w:r>
        <w:rPr>
          <w:sz w:val="20"/>
        </w:rPr>
        <w:t>1:06:31  agar aap is ki position mein nahi hain to aap kuch na kijiye, sirf bas</w:t>
      </w:r>
      <w:r>
        <w:br/>
      </w:r>
      <w:r>
        <w:rPr>
          <w:sz w:val="20"/>
        </w:rPr>
        <w:t>1:06:35  kuch na kijiye, aur mamla khatam ho jayega.</w:t>
      </w:r>
      <w:r>
        <w:br/>
      </w:r>
      <w:r>
        <w:rPr>
          <w:sz w:val="20"/>
        </w:rPr>
        <w:t>1:06:43  na karna bhi karna hai, inaction bhi action hai. yaani is se zyada aasan formula koi ho sakta hai?</w:t>
      </w:r>
      <w:r>
        <w:br/>
      </w:r>
      <w:r>
        <w:rPr>
          <w:sz w:val="20"/>
        </w:rPr>
        <w:t>1:06:52  yaad rakhiye, main aap ko itni badi misaal de di ke musalmanon ne tatariyon ki jab masjid dhai thi, kuch nahi kiya</w:t>
      </w:r>
      <w:r>
        <w:br/>
      </w:r>
      <w:r>
        <w:rPr>
          <w:sz w:val="20"/>
        </w:rPr>
        <w:t>1:07:02  to kitna bada is ka reward mila un ko? na karne ka reward.</w:t>
      </w:r>
      <w:r>
        <w:br/>
      </w:r>
      <w:r>
        <w:rPr>
          <w:sz w:val="20"/>
        </w:rPr>
        <w:t>1:07:12  to crises ko manage karna bahut aasan hai. ya to aap soch samajh kar ke jo ek jo jo wise rasta hai, us ko daryaft kijiye, us pe chaliye.</w:t>
      </w:r>
      <w:r>
        <w:br/>
      </w:r>
      <w:r>
        <w:rPr>
          <w:sz w:val="20"/>
        </w:rPr>
        <w:t>1:07:25  agar aap ka aql nahi hai to chup ho jaiye, bas simply chup ho jaiye, idhar sab theek ho jayega. is ke baad</w:t>
      </w:r>
    </w:p>
    <w:p>
      <w:pPr>
        <w:pStyle w:val="Heading2"/>
      </w:pPr>
      <w:r>
        <w:t>Increasing will power for strong personality</w:t>
      </w:r>
    </w:p>
    <w:p>
      <w:r>
        <w:rPr>
          <w:color w:val="666666"/>
          <w:sz w:val="18"/>
        </w:rPr>
        <w:t>Life &amp; Wisdom · The Meaning of Ummat-i-Wasat Nov 25, 2018 · 4m 12s · at 48:37 · https://youtu.be/3POFfvXaFss?t=2917</w:t>
      </w:r>
    </w:p>
    <w:p>
      <w:r>
        <w:rPr>
          <w:i/>
        </w:rPr>
        <w:t>“How to become a strong personality like you? I am always making mistakes and feel that it is a result of my low will power. Please guide me on how to increase my will power and become a strong personality.”</w:t>
      </w:r>
    </w:p>
    <w:p>
      <w:r>
        <w:rPr>
          <w:sz w:val="20"/>
        </w:rPr>
        <w:t>48:37  commenting such people, the quran says: 'who speaks better than one who calls to allah, does good work and says: 'i am surely one of the muslims.'" maulana, agla sawal lete hain.</w:t>
      </w:r>
      <w:r>
        <w:br/>
      </w:r>
      <w:r>
        <w:rPr>
          <w:sz w:val="20"/>
        </w:rPr>
        <w:t>48:52  yeh sawal ah bhejha hai farooq ahmed sahib ne bhopal se. unhon ne likha hai: "Maulana, how to become a strong personality like you?</w:t>
      </w:r>
      <w:r>
        <w:br/>
      </w:r>
      <w:r>
        <w:rPr>
          <w:sz w:val="20"/>
        </w:rPr>
        <w:t>49:08  i am always making mistakes and feel that it is a result of my low will power. so please guide me as to how can i increase my will power and become like you a strong personality."</w:t>
      </w:r>
      <w:r>
        <w:br/>
      </w:r>
      <w:r>
        <w:rPr>
          <w:sz w:val="20"/>
        </w:rPr>
        <w:t>49:32  bhai, dua kijiye aur seerat ko padhiye. bas dua kijiye aur seerat ko padhiye.</w:t>
      </w:r>
      <w:r>
        <w:br/>
      </w:r>
      <w:r>
        <w:rPr>
          <w:sz w:val="20"/>
        </w:rPr>
        <w:t>49:41  har cheez isi se paida hoti hai.</w:t>
      </w:r>
      <w:r>
        <w:br/>
      </w:r>
      <w:r>
        <w:rPr>
          <w:sz w:val="20"/>
        </w:rPr>
        <w:t>49:54  ab main dekhen, kal ek waqia soch raha tha rasool allah ka.</w:t>
      </w:r>
      <w:r>
        <w:br/>
      </w:r>
      <w:r>
        <w:rPr>
          <w:sz w:val="20"/>
        </w:rPr>
        <w:t>50:00  kaisa ajeeb waqia hai</w:t>
      </w:r>
      <w:r>
        <w:br/>
      </w:r>
      <w:r>
        <w:rPr>
          <w:sz w:val="20"/>
        </w:rPr>
        <w:t>50:06  ke ghazwa-e-uhud jo tha, us mein aap jante hain ke sahaba mein se taqreeban 70 aadmi maare gaye the,</w:t>
      </w:r>
      <w:r>
        <w:br/>
      </w:r>
      <w:r>
        <w:rPr>
          <w:sz w:val="20"/>
        </w:rPr>
        <w:t>50:21  taqreeban 70 aadmi.</w:t>
      </w:r>
      <w:r>
        <w:br/>
      </w:r>
      <w:r>
        <w:rPr>
          <w:sz w:val="20"/>
        </w:rPr>
        <w:t>50:26  aur us waqt jo hai, jo quraish ka sardaar tha, pahad par chada hua tha, fateh ka jazba le kar.</w:t>
      </w:r>
      <w:r>
        <w:br/>
      </w:r>
      <w:r>
        <w:rPr>
          <w:sz w:val="20"/>
        </w:rPr>
        <w:t>50:41  wahan se woh zor se awaz de kar bola</w:t>
      </w:r>
      <w:r>
        <w:br/>
      </w:r>
      <w:r>
        <w:rPr>
          <w:sz w:val="20"/>
        </w:rPr>
        <w:t>50:49  ke: "lana uzza wa la allah lakum." uzza ek but ka naam tha. allah ne uzza wa la uzza lakum.</w:t>
      </w:r>
      <w:r>
        <w:br/>
      </w:r>
      <w:r>
        <w:rPr>
          <w:sz w:val="20"/>
        </w:rPr>
        <w:t>51:03  to rasool allah ne sahaba se kaha ke: "kaho lana maula wa la maula lakum."</w:t>
      </w:r>
      <w:r>
        <w:br/>
      </w:r>
      <w:r>
        <w:rPr>
          <w:sz w:val="20"/>
        </w:rPr>
        <w:t>51:13  main sochta hoon ke 70 sahaba ki laashein padi hui hain, kya manzar hoga woh?</w:t>
      </w:r>
      <w:r>
        <w:br/>
      </w:r>
      <w:r>
        <w:rPr>
          <w:sz w:val="20"/>
        </w:rPr>
        <w:t>51:24  aur us waqt aap sahaba se keh rahe hain ke: "hamare hamari madad par allah hai, tumhari madad par allah nahin."</w:t>
      </w:r>
      <w:r>
        <w:br/>
      </w:r>
      <w:r>
        <w:rPr>
          <w:sz w:val="20"/>
        </w:rPr>
        <w:t>51:38  meri poori mind-boggling yeh soch jab main yeh jab main sochta hoon to bilkul dimagh hil jata hai.</w:t>
      </w:r>
      <w:r>
        <w:br/>
      </w:r>
      <w:r>
        <w:rPr>
          <w:sz w:val="20"/>
        </w:rPr>
        <w:t>51:56  to aap is padhiye seerat ki kitabon ko, rasool allah ki seerat, sahaba ki seerat, phir apne aap sari sifatain paida hoti hain.</w:t>
      </w:r>
      <w:r>
        <w:br/>
      </w:r>
      <w:r>
        <w:rPr>
          <w:sz w:val="20"/>
        </w:rPr>
        <w:t>52:15  maulana, agla comment bhejha hai mr. naveed kapoor ne dilli se. unhon ne likha hai: "maulana, i learn today that the development in today's world has been created by god, so that we can easily do dawah work.</w:t>
      </w:r>
      <w:r>
        <w:br/>
      </w:r>
      <w:r>
        <w:rPr>
          <w:sz w:val="20"/>
        </w:rPr>
        <w:t>52:31  now we have no reason not to spread the message to entire humanity."</w:t>
      </w:r>
      <w:r>
        <w:br/>
      </w:r>
      <w:r>
        <w:rPr>
          <w:sz w:val="20"/>
        </w:rPr>
        <w:t>52:40  kya matlab hua? sawali ke comment tha? maulana, achha achha.</w:t>
      </w:r>
    </w:p>
    <w:p>
      <w:pPr>
        <w:pStyle w:val="Heading2"/>
      </w:pPr>
      <w:r>
        <w:t>Intellectual development without material things</w:t>
      </w:r>
    </w:p>
    <w:p>
      <w:r>
        <w:rPr>
          <w:color w:val="666666"/>
          <w:sz w:val="18"/>
        </w:rPr>
        <w:t>Life &amp; Wisdom · The Purpose of Existence-9th September 2012 · 3m 57s · at 1:48:14 · https://youtu.be/KxCy8m6k_MQ?t=6494</w:t>
      </w:r>
    </w:p>
    <w:p>
      <w:r>
        <w:rPr>
          <w:i/>
        </w:rPr>
        <w:t>“In your lecture you said that for intellectual development no material thing is needed. Could you elaborate?”</w:t>
      </w:r>
    </w:p>
    <w:p>
      <w:r>
        <w:rPr>
          <w:sz w:val="20"/>
        </w:rPr>
        <w:t>1:48:14  maulana, agla sawal dilli se hai nadeem ahmed sahab ka.</w:t>
      </w:r>
      <w:r>
        <w:br/>
      </w:r>
      <w:r>
        <w:rPr>
          <w:sz w:val="20"/>
        </w:rPr>
        <w:t>1:48:18  unhon ne likha hai: "aap ne apne lecture mein farmaya ke intellectual development ke liye kisi material cheez</w:t>
      </w:r>
      <w:r>
        <w:br/>
      </w:r>
      <w:r>
        <w:rPr>
          <w:sz w:val="20"/>
        </w:rPr>
        <w:t>1:48:26  ki zaroorat nahin.</w:t>
      </w:r>
      <w:r>
        <w:br/>
      </w:r>
      <w:r>
        <w:rPr>
          <w:sz w:val="20"/>
        </w:rPr>
        <w:t>1:48:27  sawal yeh hai ke intellectual development ke liye education ki zaroorat hai, aur study ke liye books ki</w:t>
      </w:r>
      <w:r>
        <w:br/>
      </w:r>
      <w:r>
        <w:rPr>
          <w:sz w:val="20"/>
        </w:rPr>
        <w:t>1:48:35  zaroorat hai, aur aaj ke samay mein dono ke liye paisa chahiye.</w:t>
      </w:r>
      <w:r>
        <w:br/>
      </w:r>
      <w:r>
        <w:rPr>
          <w:sz w:val="20"/>
        </w:rPr>
        <w:t>1:48:40  aisi halat mein ek aisa aadmi jis ke paas education aur books ke liye paise nahin hain, woh</w:t>
      </w:r>
      <w:r>
        <w:br/>
      </w:r>
      <w:r>
        <w:rPr>
          <w:sz w:val="20"/>
        </w:rPr>
        <w:t>1:48:48  apna intellectual development kaise karega? is ka practical formula kya hai?" aisa koi aadmi hai hi nahin.</w:t>
      </w:r>
      <w:r>
        <w:br/>
      </w:r>
      <w:r>
        <w:rPr>
          <w:sz w:val="20"/>
        </w:rPr>
        <w:t>1:48:56  is ka is ka naam bataiye jo aisa aadmi ho.</w:t>
      </w:r>
      <w:r>
        <w:br/>
      </w:r>
      <w:r>
        <w:rPr>
          <w:sz w:val="20"/>
        </w:rPr>
        <w:t>1:49:00  is ko book na hone ki wajah se sahi nahin kar pa raha hai.</w:t>
      </w:r>
      <w:r>
        <w:br/>
      </w:r>
      <w:r>
        <w:rPr>
          <w:sz w:val="20"/>
        </w:rPr>
        <w:t>1:49:06  is ko is ka naam bataiye.</w:t>
      </w:r>
      <w:r>
        <w:br/>
      </w:r>
      <w:r>
        <w:rPr>
          <w:sz w:val="20"/>
        </w:rPr>
        <w:t>1:49:09  yeh to ek farzi sawal hai.</w:t>
      </w:r>
      <w:r>
        <w:br/>
      </w:r>
      <w:r>
        <w:rPr>
          <w:sz w:val="20"/>
        </w:rPr>
        <w:t>1:49:11  yeh sawal kitabein aati hain.</w:t>
      </w:r>
      <w:r>
        <w:br/>
      </w:r>
      <w:r>
        <w:rPr>
          <w:sz w:val="20"/>
        </w:rPr>
        <w:t>1:49:13  yani itni zyada available hain ke aap library mein jaiye, kitabein padhiye, kisi ka yeh woh kitabein de</w:t>
      </w:r>
      <w:r>
        <w:br/>
      </w:r>
      <w:r>
        <w:rPr>
          <w:sz w:val="20"/>
        </w:rPr>
        <w:t>1:49:21  de ga</w:t>
      </w:r>
      <w:r>
        <w:br/>
      </w:r>
      <w:r>
        <w:rPr>
          <w:sz w:val="20"/>
        </w:rPr>
        <w:t>1:49:22  yeh to koi rukawat nahi hai</w:t>
      </w:r>
      <w:r>
        <w:br/>
      </w:r>
      <w:r>
        <w:rPr>
          <w:sz w:val="20"/>
        </w:rPr>
        <w:t>1:49:25  main ne mujhe aisa insan nahi maloom jis ko yani jis ko yani jo kehte hain dirt of</w:t>
      </w:r>
      <w:r>
        <w:br/>
      </w:r>
      <w:r>
        <w:rPr>
          <w:sz w:val="20"/>
        </w:rPr>
        <w:t>1:49:33  dirt dirt of book ka problem paida ho gaya ho.</w:t>
      </w:r>
      <w:r>
        <w:br/>
      </w:r>
      <w:r>
        <w:rPr>
          <w:sz w:val="20"/>
        </w:rPr>
        <w:t>1:49:37  ab to kitabein ifraat hain</w:t>
      </w:r>
      <w:r>
        <w:br/>
      </w:r>
      <w:r>
        <w:rPr>
          <w:sz w:val="20"/>
        </w:rPr>
        <w:t>1:49:39  jahan jaiye wohin kitabein hain</w:t>
      </w:r>
      <w:r>
        <w:br/>
      </w:r>
      <w:r>
        <w:rPr>
          <w:sz w:val="20"/>
        </w:rPr>
        <w:t>1:49:41  library hai, koi dukanein hain</w:t>
      </w:r>
      <w:r>
        <w:br/>
      </w:r>
      <w:r>
        <w:rPr>
          <w:sz w:val="20"/>
        </w:rPr>
        <w:t>1:49:43  kitne log milenge jo aap kitabein dene ke tayyar hain? Aap to yeh ek farzi sawal hai</w:t>
      </w:r>
      <w:r>
        <w:br/>
      </w:r>
      <w:r>
        <w:rPr>
          <w:sz w:val="20"/>
        </w:rPr>
        <w:t>1:49:51  aisa koi nahi hai</w:t>
      </w:r>
      <w:r>
        <w:br/>
      </w:r>
      <w:r>
        <w:rPr>
          <w:sz w:val="20"/>
        </w:rPr>
        <w:t>1:49:53  baqi education to dekhiye, ek hoti hai professional education</w:t>
      </w:r>
      <w:r>
        <w:br/>
      </w:r>
      <w:r>
        <w:rPr>
          <w:sz w:val="20"/>
        </w:rPr>
        <w:t>1:49:57  professional education ke baghair job to nahi mile ga</w:t>
      </w:r>
      <w:r>
        <w:br/>
      </w:r>
      <w:r>
        <w:rPr>
          <w:sz w:val="20"/>
        </w:rPr>
        <w:t>1:50:01  yeh sahi hai</w:t>
      </w:r>
      <w:r>
        <w:br/>
      </w:r>
      <w:r>
        <w:rPr>
          <w:sz w:val="20"/>
        </w:rPr>
        <w:t>1:50:02  lekin baqi jo is ke liye koi professional education nahi hoti</w:t>
      </w:r>
      <w:r>
        <w:br/>
      </w:r>
      <w:r>
        <w:rPr>
          <w:sz w:val="20"/>
        </w:rPr>
        <w:t>1:50:07  degree aap ke paas ho ya na ho</w:t>
      </w:r>
      <w:r>
        <w:br/>
      </w:r>
      <w:r>
        <w:rPr>
          <w:sz w:val="20"/>
        </w:rPr>
        <w:t>1:50:10  thomas alwa ke paas, woh thomas alwa edition ke paas koi degree nahi thi</w:t>
      </w:r>
      <w:r>
        <w:br/>
      </w:r>
      <w:r>
        <w:rPr>
          <w:sz w:val="20"/>
        </w:rPr>
        <w:t>1:50:16  aap jante hain, thomas alwa edition jo bohat well known scientist hai, us ke paas koi degree nahi</w:t>
      </w:r>
      <w:r>
        <w:br/>
      </w:r>
      <w:r>
        <w:rPr>
          <w:sz w:val="20"/>
        </w:rPr>
        <w:t>1:50:24  thi</w:t>
      </w:r>
      <w:r>
        <w:br/>
      </w:r>
      <w:r>
        <w:rPr>
          <w:sz w:val="20"/>
        </w:rPr>
        <w:t>1:50:25  schools ka certificate bhi nahi tha us ke paas</w:t>
      </w:r>
      <w:r>
        <w:br/>
      </w:r>
      <w:r>
        <w:rPr>
          <w:sz w:val="20"/>
        </w:rPr>
        <w:t>1:50:29  aur is mein ek hazar se ziyada invention is ki hain</w:t>
      </w:r>
      <w:r>
        <w:br/>
      </w:r>
      <w:r>
        <w:rPr>
          <w:sz w:val="20"/>
        </w:rPr>
        <w:t>1:50:34  ek hazar se ziyada</w:t>
      </w:r>
      <w:r>
        <w:br/>
      </w:r>
      <w:r>
        <w:rPr>
          <w:sz w:val="20"/>
        </w:rPr>
        <w:t>1:50:36  yeh schools ka certificate nahi</w:t>
      </w:r>
      <w:r>
        <w:br/>
      </w:r>
      <w:r>
        <w:rPr>
          <w:sz w:val="20"/>
        </w:rPr>
        <w:t>1:50:38  koi degree nahi</w:t>
      </w:r>
      <w:r>
        <w:br/>
      </w:r>
      <w:r>
        <w:rPr>
          <w:sz w:val="20"/>
        </w:rPr>
        <w:t>1:50:39  yeh sab koi rukawatein nahi hain</w:t>
      </w:r>
      <w:r>
        <w:br/>
      </w:r>
      <w:r>
        <w:rPr>
          <w:sz w:val="20"/>
        </w:rPr>
        <w:t>1:50:42  main main kuch bhi nahi</w:t>
      </w:r>
      <w:r>
        <w:br/>
      </w:r>
      <w:r>
        <w:rPr>
          <w:sz w:val="20"/>
        </w:rPr>
        <w:t>1:50:44  آپ یعنی when there is a will, there is a way.</w:t>
      </w:r>
      <w:r>
        <w:br/>
      </w:r>
      <w:r>
        <w:rPr>
          <w:sz w:val="20"/>
        </w:rPr>
        <w:t>1:50:49  agar aap ka just sach much khwahish hai to rasta khulta chala jaye ga aap ke liye</w:t>
      </w:r>
      <w:r>
        <w:br/>
      </w:r>
      <w:r>
        <w:rPr>
          <w:sz w:val="20"/>
        </w:rPr>
        <w:t>1:50:56  When there is a will, there is a way. Ko Arabi mein kehte hain mujaddid ka wajah tha.</w:t>
      </w:r>
      <w:r>
        <w:br/>
      </w:r>
      <w:r>
        <w:rPr>
          <w:sz w:val="20"/>
        </w:rPr>
        <w:t>1:51:04  mujaddid ka waja tha</w:t>
      </w:r>
      <w:r>
        <w:br/>
      </w:r>
      <w:r>
        <w:rPr>
          <w:sz w:val="20"/>
        </w:rPr>
        <w:t>1:51:06  jo koshish karega wo payega.</w:t>
      </w:r>
      <w:r>
        <w:br/>
      </w:r>
      <w:r>
        <w:rPr>
          <w:sz w:val="20"/>
        </w:rPr>
        <w:t>1:51:09  okay, we will end the session now.</w:t>
      </w:r>
      <w:r>
        <w:br/>
      </w:r>
      <w:r>
        <w:rPr>
          <w:sz w:val="20"/>
        </w:rPr>
        <w:t>1:51:12  there is one announcement.</w:t>
      </w:r>
    </w:p>
    <w:p>
      <w:pPr>
        <w:pStyle w:val="Heading2"/>
      </w:pPr>
      <w:r>
        <w:t>Is it possible to find a perfect partner?</w:t>
      </w:r>
    </w:p>
    <w:p>
      <w:r>
        <w:rPr>
          <w:color w:val="666666"/>
          <w:sz w:val="18"/>
        </w:rPr>
        <w:t>Life &amp; Wisdom · The Purpose of Life | April 30, 2017 · 2m 46s · at 31:23 · https://youtu.be/ue3I3uQEYb8?t=1883</w:t>
      </w:r>
    </w:p>
    <w:p>
      <w:r>
        <w:rPr>
          <w:i/>
        </w:rPr>
        <w:t>“Most of the human beings are in search of a perfect partner in this world and this is a proven fact. Maulana, my question is: Is there any possibility to search a perfect partner in this limited world?”</w:t>
      </w:r>
    </w:p>
    <w:p>
      <w:r>
        <w:rPr>
          <w:sz w:val="20"/>
        </w:rPr>
        <w:t>31:23  keh dunya mein jo kuch hai us ko lena yeh momin ka nishan nahi hai. balkeh momin ka nishan yeh hai keh dunya se woh akhirat ko le. bohat clear hai yeh baat quran o hadees mein. doctor muhammad iqbal pardhan ne dilli se sawal bheja hai maulana unhon ne aap se poocha hai keh most of the human beings are in search of</w:t>
      </w:r>
      <w:r>
        <w:br/>
      </w:r>
      <w:r>
        <w:rPr>
          <w:sz w:val="20"/>
        </w:rPr>
        <w:t>31:53  perfect partner in this world and this is a proven fact maulana my question is is there any possibility to search a perfect partner in this limited world. dekhen perfect partner milta nahi hai aap ko banana parta hai woh banane ki cheez hai milne ki cheez hai nahi. kyunkeh history batati hai keh har aurat h</w:t>
      </w:r>
      <w:r>
        <w:br/>
      </w:r>
      <w:r>
        <w:rPr>
          <w:sz w:val="20"/>
        </w:rPr>
        <w:t>32:23  ہر مرد الگ الگ ساخت پر بنائے گئے ہیں ہر مرد مسٹر ڈفرنٹ ہے ہر عورت مس ڈفرنٹ ہے.</w:t>
      </w:r>
      <w:r>
        <w:br/>
      </w:r>
      <w:r>
        <w:rPr>
          <w:sz w:val="20"/>
        </w:rPr>
        <w:t>32:34  to kaise ho sakta hai yeh to aap ko ek imperfect ko perfect banana hai aap ko aap</w:t>
      </w:r>
      <w:r>
        <w:br/>
      </w:r>
      <w:r>
        <w:rPr>
          <w:sz w:val="20"/>
        </w:rPr>
        <w:t>32:45  ko khud hi yeh kaam karna hai.</w:t>
      </w:r>
      <w:r>
        <w:br/>
      </w:r>
      <w:r>
        <w:rPr>
          <w:sz w:val="20"/>
        </w:rPr>
        <w:t>32:56  میں سمجھتا ہوں کہ جو لوگ perfect partner کو گول بناتے ہیں وہ creation plan of God کے</w:t>
      </w:r>
      <w:r>
        <w:br/>
      </w:r>
      <w:r>
        <w:rPr>
          <w:sz w:val="20"/>
        </w:rPr>
        <w:t>33:04  khilaf chalte hain jab creation plan of god jo hai us ke andar kisi ko aisa banaya hi</w:t>
      </w:r>
      <w:r>
        <w:br/>
      </w:r>
      <w:r>
        <w:rPr>
          <w:sz w:val="20"/>
        </w:rPr>
        <w:t>33:11  nahi gaya hai to aap payein kahan aap apne behavior se us ko apne apne liye favorable banayein</w:t>
      </w:r>
      <w:r>
        <w:br/>
      </w:r>
      <w:r>
        <w:rPr>
          <w:sz w:val="20"/>
        </w:rPr>
        <w:t>33:19  favorable wohi hai aap ka perfect partner.</w:t>
      </w:r>
      <w:r>
        <w:br/>
      </w:r>
      <w:r>
        <w:rPr>
          <w:sz w:val="20"/>
        </w:rPr>
        <w:t>33:27  is mein se aik shart yeh hai keh aap apne partner ki creation ko negative sense mein na lein balkeh positive sense mein lein. agar apne partner ko baaton ko agar aap negative sense mein lein to maloom hoga yeh to perfect nahi tha lekin us ke baaton ko positive sense mein lein to aap</w:t>
      </w:r>
      <w:r>
        <w:br/>
      </w:r>
      <w:r>
        <w:rPr>
          <w:sz w:val="20"/>
        </w:rPr>
        <w:t>33:57  discover karein ge yeh to bilkul meri perfect partner tha.</w:t>
      </w:r>
      <w:r>
        <w:br/>
      </w:r>
      <w:r>
        <w:rPr>
          <w:sz w:val="20"/>
        </w:rPr>
        <w:t>34:03  isi art ko janne ki baat hai.</w:t>
      </w:r>
    </w:p>
    <w:p>
      <w:pPr>
        <w:pStyle w:val="Heading2"/>
      </w:pPr>
      <w:r>
        <w:t>Is self-accounting peaceful and judging others stressful?</w:t>
      </w:r>
    </w:p>
    <w:p>
      <w:r>
        <w:rPr>
          <w:color w:val="666666"/>
          <w:sz w:val="18"/>
        </w:rPr>
        <w:t>Life &amp; Wisdom · Don't Be Angry Culture January 15, 2012 Maulana Wahiduddin Khan · 2m 53s · at 1:19:59 · https://youtu.be/rY1Ikwmwwdk?t=4799</w:t>
      </w:r>
    </w:p>
    <w:p>
      <w:r>
        <w:rPr>
          <w:i/>
        </w:rPr>
        <w:t>“In self-accounting there is peace, and in accounting for others there is stress. Is this correct?”</w:t>
      </w:r>
    </w:p>
    <w:p>
      <w:r>
        <w:rPr>
          <w:sz w:val="20"/>
        </w:rPr>
        <w:t>1:19:59  agla sawal kya hai Maulana Iqbal Umri ne Tamil Nadu se. unhon ne likha hai: "zaati muhasba mein sukoon milta hai aur ghair ke muhasbe se stress paida hota hai.</w:t>
      </w:r>
      <w:r>
        <w:br/>
      </w:r>
      <w:r>
        <w:rPr>
          <w:sz w:val="20"/>
        </w:rPr>
        <w:t>1:20:11  kya yeh sahi hai?" haan, yeh baat bilkul sahi hai. is ki wajah dekhiye yeh hai. yeh bohat gehri baat hai.</w:t>
      </w:r>
      <w:r>
        <w:br/>
      </w:r>
      <w:r>
        <w:rPr>
          <w:sz w:val="20"/>
        </w:rPr>
        <w:t>1:20:21  yeh bohat ziyada gehri baat hai. dekhiye, aadmi jab muhasba karte hain introspection ko, introspection to jab aadmi apna muhasba karta hai to kya hota hai woh?</w:t>
      </w:r>
      <w:r>
        <w:br/>
      </w:r>
      <w:r>
        <w:rPr>
          <w:sz w:val="20"/>
        </w:rPr>
        <w:t>1:20:37  is waqt, is waqt woh farishton ki sohbat mein hota hai.</w:t>
      </w:r>
      <w:r>
        <w:br/>
      </w:r>
      <w:r>
        <w:rPr>
          <w:sz w:val="20"/>
        </w:rPr>
        <w:t>1:20:41  zaati muhasba ek bohat hi bara musbat amal hai. ek bohat bara positive kaam hai. aur khalish rabbani kaam hai.</w:t>
      </w:r>
      <w:r>
        <w:br/>
      </w:r>
      <w:r>
        <w:rPr>
          <w:sz w:val="20"/>
        </w:rPr>
        <w:t>1:20:50  jis mein Allah ka khauf hota hai. aur aur akhirat ki pakad hoti hai. yeh sab baatein dil mein aati hain to aap apna muhasba karte hain.</w:t>
      </w:r>
      <w:r>
        <w:br/>
      </w:r>
      <w:r>
        <w:rPr>
          <w:sz w:val="20"/>
        </w:rPr>
        <w:t>1:21:01  to woh sara kaam farishton ki sohbat mein hota hai.</w:t>
      </w:r>
      <w:r>
        <w:br/>
      </w:r>
      <w:r>
        <w:rPr>
          <w:sz w:val="20"/>
        </w:rPr>
        <w:t>1:21:06  jo aadmi sahi maano mein zaat ka muhasba karta hai to farishte jowq dar jowq is ke paas aate hain. zahir hai ke is mein sukoon to aaye ga. jab lekin jab doosre ke khilaf aap bolte hain to woh to khalish shaitani kaam hai.</w:t>
      </w:r>
      <w:r>
        <w:br/>
      </w:r>
      <w:r>
        <w:rPr>
          <w:sz w:val="20"/>
        </w:rPr>
        <w:t>1:21:23  aap ghore kijiye. yaani Quran mein jo Iblees ka aur Adam ka qissa bayan kiya hai, is mein itne aspects hain ke main sochta hoon ke shayad saare hi aspects mein shamil hain.</w:t>
      </w:r>
      <w:r>
        <w:br/>
      </w:r>
      <w:r>
        <w:rPr>
          <w:sz w:val="20"/>
        </w:rPr>
        <w:t>1:21:35  saare aspects. sab se pehle kis ne yeh kaam kiya hai? shaitan ne. ke Allah ke khilaf naoozubillah bola woh. ke kisi ke khilaf bolna, yaani opposition ke boli bolna, yeh to shaitani kaam hai.</w:t>
      </w:r>
      <w:r>
        <w:br/>
      </w:r>
      <w:r>
        <w:rPr>
          <w:sz w:val="20"/>
        </w:rPr>
        <w:t>1:21:50  yaani shaitan ne is is yeh jo tradition hai, is ko shaitan ne shuru kiya sab se pehle. ke kisi ke khilaf bolna, jhanda le ke khara hona.</w:t>
      </w:r>
      <w:r>
        <w:br/>
      </w:r>
      <w:r>
        <w:rPr>
          <w:sz w:val="20"/>
        </w:rPr>
        <w:t>1:22:02  to shaitan naoozubillah Allah ke khilaf jhanda jhanda le ke khara ho jaye ga, ho gaya.</w:t>
      </w:r>
      <w:r>
        <w:br/>
      </w:r>
      <w:r>
        <w:rPr>
          <w:sz w:val="20"/>
        </w:rPr>
        <w:t>1:22:08  to jo log opposition ka kaam karte hain, kisi ke khilaf jhanda le ke khare hote hain aur doosre ke khilaf taqreerein karte hain, un ko bohat ziyada darna chahiye.</w:t>
      </w:r>
      <w:r>
        <w:br/>
      </w:r>
      <w:r>
        <w:rPr>
          <w:sz w:val="20"/>
        </w:rPr>
        <w:t>1:22:18  yeh to ek shaitani kaam hai. aur is shaitani ki sohbat ki wajah se woh kaifiyat hoti hai jo aap ne farmaya.</w:t>
      </w:r>
      <w:r>
        <w:br/>
      </w:r>
      <w:r>
        <w:rPr>
          <w:sz w:val="20"/>
        </w:rPr>
        <w:t>1:22:27  to jis aadmi ko zaati muhasba ki tofeeq mile, us ko bohat ziyada shukr ada karna chahiye. aur jo aadmi doosre ke muhasbe mein pada hua hai, us ko yaani panah mangni chahiye Allah taala se ke main shaitan ke chakkar mein pad gaya tha aur khudaya meri toba qabool kar.</w:t>
      </w:r>
    </w:p>
    <w:p>
      <w:pPr>
        <w:pStyle w:val="Heading2"/>
      </w:pPr>
      <w:r>
        <w:t>Is vegetarianism allowed in Islam?</w:t>
      </w:r>
    </w:p>
    <w:p>
      <w:r>
        <w:rPr>
          <w:color w:val="666666"/>
          <w:sz w:val="18"/>
        </w:rPr>
        <w:t>Life &amp; Wisdom · God in the Age of Science January 08, 2017 · 4m 28s · at 56:24 · https://youtu.be/au1bRdQDZ0U?t=3384</w:t>
      </w:r>
    </w:p>
    <w:p>
      <w:r>
        <w:rPr>
          <w:i/>
        </w:rPr>
        <w:t>“I would like to know your views on vegetarianism. Is it contrary to the spirit of Islam? Secondly, is there any evidence to support it?”</w:t>
      </w:r>
    </w:p>
    <w:p>
      <w:r>
        <w:rPr>
          <w:sz w:val="20"/>
        </w:rPr>
        <w:t>56:24  khud Rasool Allah bhi isi pe jeete the humein bhi isi pe jeena hai Maulana agla sawal Dilli</w:t>
      </w:r>
      <w:r>
        <w:br/>
      </w:r>
      <w:r>
        <w:rPr>
          <w:sz w:val="20"/>
        </w:rPr>
        <w:t>56:31  سے کیا ہے امس کرونا مدان نے انہوں نے لکھا ہے I would like to know your views</w:t>
      </w:r>
      <w:r>
        <w:br/>
      </w:r>
      <w:r>
        <w:rPr>
          <w:sz w:val="20"/>
        </w:rPr>
        <w:t>56:39  Is vegetarianism is it contrary to the spirit of Islam? Secondly, is there any evidence to</w:t>
      </w:r>
      <w:r>
        <w:br/>
      </w:r>
      <w:r>
        <w:rPr>
          <w:sz w:val="20"/>
        </w:rPr>
        <w:t>56:46  suggest that Prophet Muhammad was vegetarian. دیکھیں پہلی بات یہ ہے کہ میں خود ایک ویجیٹیرین ہوں کبھی</w:t>
      </w:r>
      <w:r>
        <w:br/>
      </w:r>
      <w:r>
        <w:rPr>
          <w:sz w:val="20"/>
        </w:rPr>
        <w:t>56:54  to wusti mushkil log gosht khilate hain aisa hota hai lekin mera jo meri pasand ka jo khana</w:t>
      </w:r>
      <w:r>
        <w:br/>
      </w:r>
      <w:r>
        <w:rPr>
          <w:sz w:val="20"/>
        </w:rPr>
        <w:t>57:01  hai woh vegetarian hai food hai pehli baat doosri baat yeh hai ke vegetarian non vegetarian dono relative</w:t>
      </w:r>
      <w:r>
        <w:br/>
      </w:r>
      <w:r>
        <w:rPr>
          <w:sz w:val="20"/>
        </w:rPr>
        <w:t>57:08  word hain jiska taluq na mazhab se hai na akhlaq se hai aap ka taste hai aap</w:t>
      </w:r>
      <w:r>
        <w:br/>
      </w:r>
      <w:r>
        <w:rPr>
          <w:sz w:val="20"/>
        </w:rPr>
        <w:t>57:16  ka zawq hai chahiye khaiye chahe woh khaiye ya aadmi ka apne taste ki baat hai mislan main</w:t>
      </w:r>
      <w:r>
        <w:br/>
      </w:r>
      <w:r>
        <w:rPr>
          <w:sz w:val="20"/>
        </w:rPr>
        <w:t>57:23  vegetarian hoon to is liye nahi ke main mera mazhab vegetarianism hai nahi mazhab nahi hai mera zawq</w:t>
      </w:r>
      <w:r>
        <w:br/>
      </w:r>
      <w:r>
        <w:rPr>
          <w:sz w:val="20"/>
        </w:rPr>
        <w:t>57:31  hai mera taste hai mere taste buds se hain shayad aise honge main to aisa hoon ke</w:t>
      </w:r>
      <w:r>
        <w:br/>
      </w:r>
      <w:r>
        <w:rPr>
          <w:sz w:val="20"/>
        </w:rPr>
        <w:t>57:38  yani main ek martaba safar par tha to ek airport par thehra tha jahaz badalne ke liye to</w:t>
      </w:r>
      <w:r>
        <w:br/>
      </w:r>
      <w:r>
        <w:rPr>
          <w:sz w:val="20"/>
        </w:rPr>
        <w:t>57:46  ek Indian baitha hua tha court par ek Indian aaya to Indian dekh kar maine unko</w:t>
      </w:r>
      <w:r>
        <w:br/>
      </w:r>
      <w:r>
        <w:rPr>
          <w:sz w:val="20"/>
        </w:rPr>
        <w:t>57:53  pehchana to maine kaha ke aaiye baithe hain kuch baatein karen to unhon ne ek ek ek</w:t>
      </w:r>
      <w:r>
        <w:br/>
      </w:r>
      <w:r>
        <w:rPr>
          <w:sz w:val="20"/>
        </w:rPr>
        <w:t>58:01  botl dikhaya ke matlab yeh mere hath mein hai is ko pi kar aaon ga mein ne kaha</w:t>
      </w:r>
      <w:r>
        <w:br/>
      </w:r>
      <w:r>
        <w:rPr>
          <w:sz w:val="20"/>
        </w:rPr>
        <w:t>58:08  mujhe kuch nahi farq parta aap baithiye to woh wine ka botl le ke mere pas baithe aur</w:t>
      </w:r>
      <w:r>
        <w:br/>
      </w:r>
      <w:r>
        <w:rPr>
          <w:sz w:val="20"/>
        </w:rPr>
        <w:t>58:16  mein bilkul yani normal tareeqe se baat karta raha to jo log is mein phanse hue hain ke</w:t>
      </w:r>
      <w:r>
        <w:br/>
      </w:r>
      <w:r>
        <w:rPr>
          <w:sz w:val="20"/>
        </w:rPr>
        <w:t>58:23  woh meat khata hai is liye mujhe is ke pas nahi baithna hai woh apne aap ko bare</w:t>
      </w:r>
      <w:r>
        <w:br/>
      </w:r>
      <w:r>
        <w:rPr>
          <w:sz w:val="20"/>
        </w:rPr>
        <w:t>58:30  bare josh se mahroom kiye rahe hain kon wine leta hai kon meat leta hai is se ooper</w:t>
      </w:r>
      <w:r>
        <w:br/>
      </w:r>
      <w:r>
        <w:rPr>
          <w:sz w:val="20"/>
        </w:rPr>
        <w:t>58:38  ko uth ke sochiye high thinking paida kijiye aap woh logon ka un ka test hai un ka</w:t>
      </w:r>
      <w:r>
        <w:br/>
      </w:r>
      <w:r>
        <w:rPr>
          <w:sz w:val="20"/>
        </w:rPr>
        <w:t>58:45  un ka zaouq hai un ka culture hai har aadmi ko apne bare mein sochna chahiye aaj hi</w:t>
      </w:r>
      <w:r>
        <w:br/>
      </w:r>
      <w:r>
        <w:rPr>
          <w:sz w:val="20"/>
        </w:rPr>
        <w:t>58:53  mein ne kisi se kaha hai ke it is me that matters matters is ko pakriye aap is</w:t>
      </w:r>
      <w:r>
        <w:br/>
      </w:r>
      <w:r>
        <w:rPr>
          <w:sz w:val="20"/>
        </w:rPr>
        <w:t>59:00  usool ko it is me that matters doosra kya karta hai kar deti hai is se aap ka</w:t>
      </w:r>
      <w:r>
        <w:br/>
      </w:r>
      <w:r>
        <w:rPr>
          <w:sz w:val="20"/>
        </w:rPr>
        <w:t>59:08  development rukega nahi aur samaj mein peace aayega samaj mein peace aayega kyunke dekhiye aap</w:t>
      </w:r>
      <w:r>
        <w:br/>
      </w:r>
      <w:r>
        <w:rPr>
          <w:sz w:val="20"/>
        </w:rPr>
        <w:t>59:15  is ko naam ke nikah duniya se yani meat khana band kar dein kyunke bohat se ilaqe aise</w:t>
      </w:r>
      <w:r>
        <w:br/>
      </w:r>
      <w:r>
        <w:rPr>
          <w:sz w:val="20"/>
        </w:rPr>
        <w:t>59:23  hain ke wahan koi cheez available nahi machhli milti hai wahi khana wahan koi available nahi koi na</w:t>
      </w:r>
      <w:r>
        <w:br/>
      </w:r>
      <w:r>
        <w:rPr>
          <w:sz w:val="20"/>
        </w:rPr>
        <w:t>59:30  phal hai na ghalla hai na kuch kiya karen ge aap kahen ge ke maro maro bhooke maro</w:t>
      </w:r>
      <w:r>
        <w:br/>
      </w:r>
      <w:r>
        <w:rPr>
          <w:sz w:val="20"/>
        </w:rPr>
        <w:t>59:38  khud india mein aise ilaqe hain jahan log gosht khate hain un ke pas koi alternative nahi hai</w:t>
      </w:r>
      <w:r>
        <w:br/>
      </w:r>
      <w:r>
        <w:rPr>
          <w:sz w:val="20"/>
        </w:rPr>
        <w:t>59:45  yeh soch jo hai unnatural hai mein hoon vegetarian lekin yaqeen kijiye ke mere mere dil mein</w:t>
      </w:r>
      <w:r>
        <w:br/>
      </w:r>
      <w:r>
        <w:rPr>
          <w:sz w:val="20"/>
        </w:rPr>
        <w:t>59:52  zara bhi in logon ki kuch nahi hai negative thought woh woh woh meat khayen is wine</w:t>
      </w:r>
      <w:r>
        <w:br/>
      </w:r>
      <w:r>
        <w:rPr>
          <w:sz w:val="20"/>
        </w:rPr>
        <w:t>1:00:00  len mujhe un se insaan ki satah par muamla karna hai kyun is se mera self development jo</w:t>
      </w:r>
      <w:r>
        <w:br/>
      </w:r>
      <w:r>
        <w:rPr>
          <w:sz w:val="20"/>
        </w:rPr>
        <w:t>1:00:07  hai non stop chalta rehta hai mein apne self self development ko dekhta hoon jo mein ne kaha</w:t>
      </w:r>
      <w:r>
        <w:br/>
      </w:r>
      <w:r>
        <w:rPr>
          <w:sz w:val="20"/>
        </w:rPr>
        <w:t>1:00:15  na kahin se aaj hi subah un ko bataya mein ne formula yeh formula pakriye it is me</w:t>
      </w:r>
      <w:r>
        <w:br/>
      </w:r>
      <w:r>
        <w:rPr>
          <w:sz w:val="20"/>
        </w:rPr>
        <w:t>1:00:22  that matters log jo hain aap logon ki soch apne se nahi chalti doosron ki chalti hai doosra</w:t>
      </w:r>
      <w:r>
        <w:br/>
      </w:r>
      <w:r>
        <w:rPr>
          <w:sz w:val="20"/>
        </w:rPr>
        <w:t>1:00:30  kaisa hai mein kaisa hoon yeh dekhiye to mein yeh arz karon ga ke mein khud vegetarian hoon</w:t>
      </w:r>
      <w:r>
        <w:br/>
      </w:r>
      <w:r>
        <w:rPr>
          <w:sz w:val="20"/>
        </w:rPr>
        <w:t>1:00:37  aur vegetarian food ko pasand karta hoon lekin agar mein aisa na karon yani agar mein doosron ko</w:t>
      </w:r>
      <w:r>
        <w:br/>
      </w:r>
      <w:r>
        <w:rPr>
          <w:sz w:val="20"/>
        </w:rPr>
        <w:t>1:00:45  accept na karon to mein apna nuksan karon ga kyunke mera development apna jo development hai ruk jaye</w:t>
      </w:r>
    </w:p>
    <w:p>
      <w:pPr>
        <w:pStyle w:val="Heading2"/>
      </w:pPr>
      <w:r>
        <w:t>Islam's Permission for Luxurious Lifestyle</w:t>
      </w:r>
    </w:p>
    <w:p>
      <w:r>
        <w:rPr>
          <w:color w:val="666666"/>
          <w:sz w:val="18"/>
        </w:rPr>
        <w:t>Life &amp; Wisdom · Spiritual Light of The Believers (Itmam-E-Noor ) May 12, 2013 · 2m 22s · at 55:51 · https://youtu.be/SmjmddWA1Jo?t=3351</w:t>
      </w:r>
    </w:p>
    <w:p>
      <w:r>
        <w:rPr>
          <w:i/>
        </w:rPr>
        <w:t>“Maulana, you often emphasize a simple lifestyle and say to avoid a luxurious lifestyle. Does Islam not permit a luxurious lifestyle?”</w:t>
      </w:r>
    </w:p>
    <w:p>
      <w:r>
        <w:rPr>
          <w:sz w:val="20"/>
        </w:rPr>
        <w:t>55:51  maulana, agla sawal bangalore se hai, bilal sahab ka. unhon ne likha hai: "maulana! aap aksar simple lifestyle pe zor dete hain, aur aap yeh kehte hain ke luxurious lifestyle ko avoid karein.</w:t>
      </w:r>
      <w:r>
        <w:br/>
      </w:r>
      <w:r>
        <w:rPr>
          <w:sz w:val="20"/>
        </w:rPr>
        <w:t>56:06  kya islam luxurious lifestyle ki ijazat nahin deta?" dekhiye, is se pehle main keh chuka hoon ke haram ki do qismein hain:</w:t>
      </w:r>
      <w:r>
        <w:br/>
      </w:r>
      <w:r>
        <w:rPr>
          <w:sz w:val="20"/>
        </w:rPr>
        <w:t>56:18  ek muharram haram, ek ghair muharram haram. yaani declared haram aur undeclared haram.</w:t>
      </w:r>
      <w:r>
        <w:br/>
      </w:r>
      <w:r>
        <w:rPr>
          <w:sz w:val="20"/>
        </w:rPr>
        <w:t>56:27  to dekhiye, jaise kuch cheezon ko declared taur par haram bataya gaya hai, jaise khanzir ka gosht hai ya sharab hai.</w:t>
      </w:r>
      <w:r>
        <w:br/>
      </w:r>
      <w:r>
        <w:rPr>
          <w:sz w:val="20"/>
        </w:rPr>
        <w:t>56:36  lekin kuch doosri cheezon ko bhi wahi usi tareeqe se hamein bachna hai. aur woh main is ko main kehta hoon ke woh woh cheezein hain jo aap ko distract karti hain.</w:t>
      </w:r>
      <w:r>
        <w:br/>
      </w:r>
      <w:r>
        <w:rPr>
          <w:sz w:val="20"/>
        </w:rPr>
        <w:t>56:46  distract jo distract karti hain. aur yeh baatein main is se pehle keh chuka hoon, aur yahan bhi keh chuka hoon, likh bhi chuka hoon.</w:t>
      </w:r>
      <w:r>
        <w:br/>
      </w:r>
      <w:r>
        <w:rPr>
          <w:sz w:val="20"/>
        </w:rPr>
        <w:t>56:58  hadithon se bataya hai maine ke ghair muharram ko haram ka jo concept hai, woh meri zaati nahin hai.</w:t>
      </w:r>
      <w:r>
        <w:br/>
      </w:r>
      <w:r>
        <w:rPr>
          <w:sz w:val="20"/>
        </w:rPr>
        <w:t>57:04  aap mere mazameen ko padhiye, maine hawale diye hain ke bohat si cheezein aisi hain jo aap ko distract karti hain, woh bhi ghair muharram haram hai.</w:t>
      </w:r>
      <w:r>
        <w:br/>
      </w:r>
      <w:r>
        <w:rPr>
          <w:sz w:val="20"/>
        </w:rPr>
        <w:t>57:16  to luxury jo hai, woh mere nazdeek ghair muharram haram hai. simple life mein kya hota hai ke aap distraction se bache rehte hain, aur jab bhi aap aaram aur rahat chahenge to distraction hoga.</w:t>
      </w:r>
      <w:r>
        <w:br/>
      </w:r>
      <w:r>
        <w:rPr>
          <w:sz w:val="20"/>
        </w:rPr>
        <w:t>57:33  aur distreshan hoga to aap kahan hain? aap aap ka jo waqt hai, quran ka tadabbur, marifat ka atom dhoondhna, apna spiritual development, yeh sab is ke liye waqt hi nahin rahega aap ke paas.</w:t>
      </w:r>
      <w:r>
        <w:br/>
      </w:r>
      <w:r>
        <w:rPr>
          <w:sz w:val="20"/>
        </w:rPr>
        <w:t>57:48  to asal cheez yeh hai ke simple life mein aadmi distreshan se bacha rehta hai, aur jab aaram o rahat ki life raah ko ikhtiyar kare to is mein distreshan mein phans jata hai.</w:t>
      </w:r>
      <w:r>
        <w:br/>
      </w:r>
      <w:r>
        <w:rPr>
          <w:sz w:val="20"/>
        </w:rPr>
        <w:t>57:59  woh</w:t>
      </w:r>
      <w:r>
        <w:br/>
      </w:r>
      <w:r>
        <w:rPr>
          <w:sz w:val="20"/>
        </w:rPr>
        <w:t>58:00  to main yeh nahin kehta ke haram hai woh, lekin woh haram se badtar hai, kyunke aap ko animal bana kar deta hai. animal, animal bana kar deta hai woh.</w:t>
      </w:r>
    </w:p>
    <w:p>
      <w:pPr>
        <w:pStyle w:val="Heading2"/>
      </w:pPr>
      <w:r>
        <w:t>Islamic perspective on multitasking</w:t>
      </w:r>
    </w:p>
    <w:p>
      <w:r>
        <w:rPr>
          <w:color w:val="666666"/>
          <w:sz w:val="18"/>
        </w:rPr>
        <w:t>Life &amp; Wisdom · Save Yourself from Distraction August 21, 2016 · 4m 06s · at 1:03:23 · https://youtu.be/wP3Dj-tccDQ?t=3803</w:t>
      </w:r>
    </w:p>
    <w:p>
      <w:r>
        <w:rPr>
          <w:i/>
        </w:rPr>
        <w:t>“In today's day and age, multitasking is considered a skill. What is your view on multitasking?”</w:t>
      </w:r>
    </w:p>
    <w:p>
      <w:r>
        <w:rPr>
          <w:sz w:val="20"/>
        </w:rPr>
        <w:t>1:03:23  maulana, agla sawal Jeddah se Arshad Saeed sahib ka hai.</w:t>
      </w:r>
      <w:r>
        <w:br/>
      </w:r>
      <w:r>
        <w:rPr>
          <w:sz w:val="20"/>
        </w:rPr>
        <w:t>1:03:28  انہوں نے لکھا ہے: "In today's day and age, multitasking is considered a skill." مائی کوئسچن: ملٹی</w:t>
      </w:r>
      <w:r>
        <w:br/>
      </w:r>
      <w:r>
        <w:rPr>
          <w:sz w:val="20"/>
        </w:rPr>
        <w:t>1:03:35  ٹاسکنگ؟ ہاں، in today's day and age, multitasking is considered a skill.</w:t>
      </w:r>
      <w:r>
        <w:br/>
      </w:r>
      <w:r>
        <w:rPr>
          <w:sz w:val="20"/>
        </w:rPr>
        <w:t>1:03:41  My question is: Is multitasking a form of distraction as one is not focused on a single</w:t>
      </w:r>
      <w:r>
        <w:br/>
      </w:r>
      <w:r>
        <w:rPr>
          <w:sz w:val="20"/>
        </w:rPr>
        <w:t>1:03:49  activity? isi Maulana, isi se mila jula ek aur sawal aaya hai, is se aur wazeh ho jaye</w:t>
      </w:r>
      <w:r>
        <w:br/>
      </w:r>
      <w:r>
        <w:rPr>
          <w:sz w:val="20"/>
        </w:rPr>
        <w:t>1:03:56  ga.</w:t>
      </w:r>
      <w:r>
        <w:br/>
      </w:r>
      <w:r>
        <w:rPr>
          <w:sz w:val="20"/>
        </w:rPr>
        <w:t>1:03:58  Bilal sahib hain Dubai se, unhon ne bhi aisa hi sawal kiya hai.</w:t>
      </w:r>
      <w:r>
        <w:br/>
      </w:r>
      <w:r>
        <w:rPr>
          <w:sz w:val="20"/>
        </w:rPr>
        <w:t>1:04:03  انہوں نے لکھا ہے: "مولانا صاحب، I work in a company at senior level where I have to</w:t>
      </w:r>
      <w:r>
        <w:br/>
      </w:r>
      <w:r>
        <w:rPr>
          <w:sz w:val="20"/>
        </w:rPr>
        <w:t>1:04:11  do multitasking like business planning, recruitment, administration and compliance, because I am involved in so many things,</w:t>
      </w:r>
      <w:r>
        <w:br/>
      </w:r>
      <w:r>
        <w:rPr>
          <w:sz w:val="20"/>
        </w:rPr>
        <w:t>1:04:19  so mind does not remain focused on one thing.</w:t>
      </w:r>
      <w:r>
        <w:br/>
      </w:r>
      <w:r>
        <w:rPr>
          <w:sz w:val="20"/>
        </w:rPr>
        <w:t>1:04:23  is this distraction?" dekhen, boojhdar zamane ki baat nahi hai, yeh to hamesha hi multi tasking hai, yeh</w:t>
      </w:r>
      <w:r>
        <w:br/>
      </w:r>
      <w:r>
        <w:rPr>
          <w:sz w:val="20"/>
        </w:rPr>
        <w:t>1:04:30  insan ka masla hai.</w:t>
      </w:r>
      <w:r>
        <w:br/>
      </w:r>
      <w:r>
        <w:rPr>
          <w:sz w:val="20"/>
        </w:rPr>
        <w:t>1:04:32  har waqt kai baaten rahen gi, pehle bhi theen, ab bhi rahen gi.</w:t>
      </w:r>
      <w:r>
        <w:br/>
      </w:r>
      <w:r>
        <w:rPr>
          <w:sz w:val="20"/>
        </w:rPr>
        <w:t>1:04:38  kabhi kabhi pyas lage gi to pani chahiye, kabhi bhook lage gi to khana chahiye, kabhi andhi aaye</w:t>
      </w:r>
      <w:r>
        <w:br/>
      </w:r>
      <w:r>
        <w:rPr>
          <w:sz w:val="20"/>
        </w:rPr>
        <w:t>1:04:45  gi to humein bachna hoga, kabhi thanda hai, kabhi garam hai.</w:t>
      </w:r>
      <w:r>
        <w:br/>
      </w:r>
      <w:r>
        <w:rPr>
          <w:sz w:val="20"/>
        </w:rPr>
        <w:t>1:04:50  yeh yeh ek ek ek term ban gaya hai, warna yeh hamesha tha.</w:t>
      </w:r>
      <w:r>
        <w:br/>
      </w:r>
      <w:r>
        <w:rPr>
          <w:sz w:val="20"/>
        </w:rPr>
        <w:t>1:04:56  kab aisa nahi hota? yani adam bhi the jab jab jannat mein to bohat se darakht the, kabhi</w:t>
      </w:r>
      <w:r>
        <w:br/>
      </w:r>
      <w:r>
        <w:rPr>
          <w:sz w:val="20"/>
        </w:rPr>
        <w:t>1:05:03  yeh dekhte hain, kabhi woh dekhte hain, kabhi woh hai jo jo five ordinary hai.</w:t>
      </w:r>
      <w:r>
        <w:br/>
      </w:r>
      <w:r>
        <w:rPr>
          <w:sz w:val="20"/>
        </w:rPr>
        <w:t>1:05:09  to yeh ek term bana liya logon ne, multitasking, woh insan ke andar, insan ki zindagi ka</w:t>
      </w:r>
      <w:r>
        <w:br/>
      </w:r>
      <w:r>
        <w:rPr>
          <w:sz w:val="20"/>
        </w:rPr>
        <w:t>1:05:17  part hai, hamesha part tha, woh hamesha rahe ga.</w:t>
      </w:r>
      <w:r>
        <w:br/>
      </w:r>
      <w:r>
        <w:rPr>
          <w:sz w:val="20"/>
        </w:rPr>
        <w:t>1:05:21  mein is ko nahi manta, ek term bana lete hain log, samajhte hain koi nai cheez hai.</w:t>
      </w:r>
      <w:r>
        <w:br/>
      </w:r>
      <w:r>
        <w:rPr>
          <w:sz w:val="20"/>
        </w:rPr>
        <w:t>1:05:28  woh kaisa? kya khayal hai aap ka? ji haan, ji Maulana, kab dunya mein multitasking nahi thi?</w:t>
      </w:r>
      <w:r>
        <w:br/>
      </w:r>
      <w:r>
        <w:rPr>
          <w:sz w:val="20"/>
        </w:rPr>
        <w:t>1:05:36  hmm hain ji, ab ab subah maslan mein naha raha tha to nahane mein bohat sari cheezen mein</w:t>
      </w:r>
      <w:r>
        <w:br/>
      </w:r>
      <w:r>
        <w:rPr>
          <w:sz w:val="20"/>
        </w:rPr>
        <w:t>1:05:44  involve hoon.</w:t>
      </w:r>
      <w:r>
        <w:br/>
      </w:r>
      <w:r>
        <w:rPr>
          <w:sz w:val="20"/>
        </w:rPr>
        <w:t>1:05:45  mein phir barcchi khane lagi to ab chhak chhak ka masla ho gaya.</w:t>
      </w:r>
      <w:r>
        <w:br/>
      </w:r>
      <w:r>
        <w:rPr>
          <w:sz w:val="20"/>
        </w:rPr>
        <w:t>1:05:51  to yani ek chhota sa kaam hai, nahana, is mein pani hai aur aur woh hai mug hai,</w:t>
      </w:r>
      <w:r>
        <w:br/>
      </w:r>
      <w:r>
        <w:rPr>
          <w:sz w:val="20"/>
        </w:rPr>
        <w:t>1:05:59  saban hai aur woh hai stool hai.</w:t>
      </w:r>
      <w:r>
        <w:br/>
      </w:r>
      <w:r>
        <w:rPr>
          <w:sz w:val="20"/>
        </w:rPr>
        <w:t>1:06:02  to wohi multitasking ke qisse the ke is par jaye ga dhyan, is par dhyan jaye ga,</w:t>
      </w:r>
      <w:r>
        <w:br/>
      </w:r>
      <w:r>
        <w:rPr>
          <w:sz w:val="20"/>
        </w:rPr>
        <w:t>1:06:09  is par dhyan jaye ga.</w:t>
      </w:r>
      <w:r>
        <w:br/>
      </w:r>
      <w:r>
        <w:rPr>
          <w:sz w:val="20"/>
        </w:rPr>
        <w:t>1:06:11  yani Maulana, kya yahan par woh cheez keh sakte hain jo aap ne kai talks mein kaha hai</w:t>
      </w:r>
      <w:r>
        <w:br/>
      </w:r>
      <w:r>
        <w:rPr>
          <w:sz w:val="20"/>
        </w:rPr>
        <w:t>1:06:19  ke "a man is large enough to contain contradictions" ke kai cheezen woh woh apni jagah par? mein</w:t>
      </w:r>
      <w:r>
        <w:br/>
      </w:r>
      <w:r>
        <w:rPr>
          <w:sz w:val="20"/>
        </w:rPr>
        <w:t>1:06:27  kehta hoon ke life life hai hi is mein kai kaam par.</w:t>
      </w:r>
      <w:r>
        <w:br/>
      </w:r>
      <w:r>
        <w:rPr>
          <w:sz w:val="20"/>
        </w:rPr>
        <w:t>1:06:32  mein yeh keh raha hoon ji, life itself is bas multitasking.</w:t>
      </w:r>
      <w:r>
        <w:br/>
      </w:r>
      <w:r>
        <w:rPr>
          <w:sz w:val="20"/>
        </w:rPr>
        <w:t>1:06:38  aap is ko ek term bana kar ke do hadith ko jodte hain.</w:t>
      </w:r>
      <w:r>
        <w:br/>
      </w:r>
      <w:r>
        <w:rPr>
          <w:sz w:val="20"/>
        </w:rPr>
        <w:t>1:06:43  koi mein ne kaha nahi ke mein naha raha hoon to nahane mein kya hai? pani garam karna</w:t>
      </w:r>
      <w:r>
        <w:br/>
      </w:r>
      <w:r>
        <w:rPr>
          <w:sz w:val="20"/>
        </w:rPr>
        <w:t>1:06:51  hai, phir woh us ko button, us ke switch ko off karna hai, phir dekhna hai ke phir</w:t>
      </w:r>
      <w:r>
        <w:br/>
      </w:r>
      <w:r>
        <w:rPr>
          <w:sz w:val="20"/>
        </w:rPr>
        <w:t>1:06:59  woh stool hai ke nahi.</w:t>
      </w:r>
      <w:r>
        <w:br/>
      </w:r>
      <w:r>
        <w:rPr>
          <w:sz w:val="20"/>
        </w:rPr>
        <w:t>1:07:01  mein stool par nahata hoon, stool sahi tareeqay say rakha hai ke galat tareeqay say rakha hai.</w:t>
      </w:r>
      <w:r>
        <w:br/>
      </w:r>
      <w:r>
        <w:rPr>
          <w:sz w:val="20"/>
        </w:rPr>
        <w:t>1:07:08  yeh aap ab jab dakhil hotay hain bathroom mein to is mein aik cheezen, bohat cheezen hoti</w:t>
      </w:r>
      <w:r>
        <w:br/>
      </w:r>
      <w:r>
        <w:rPr>
          <w:sz w:val="20"/>
        </w:rPr>
        <w:t>1:07:16  hain, woh bhi multitasking hai.</w:t>
      </w:r>
      <w:r>
        <w:br/>
      </w:r>
      <w:r>
        <w:rPr>
          <w:sz w:val="20"/>
        </w:rPr>
        <w:t>1:07:18  to life at itself is multitasking, aik term bana kar is ko aap kehtay hain modern age.</w:t>
      </w:r>
      <w:r>
        <w:br/>
      </w:r>
      <w:r>
        <w:rPr>
          <w:sz w:val="20"/>
        </w:rPr>
        <w:t>1:07:26  yeh sab bilkul mein is ko nahi manta.</w:t>
      </w:r>
    </w:p>
    <w:p>
      <w:pPr>
        <w:pStyle w:val="Heading2"/>
      </w:pPr>
      <w:r>
        <w:t>Learning creative thinking</w:t>
      </w:r>
    </w:p>
    <w:p>
      <w:r>
        <w:rPr>
          <w:color w:val="666666"/>
          <w:sz w:val="18"/>
        </w:rPr>
        <w:t>Life &amp; Wisdom · Creative Thinking February 19, 2017 · 2m 47s · at 54:14 · https://youtu.be/L-x1xNJc__8?t=3254</w:t>
      </w:r>
    </w:p>
    <w:p>
      <w:r>
        <w:rPr>
          <w:i/>
        </w:rPr>
        <w:t>“Maulana sahib, how have you learned creative thinking in your life? Please tell all of us.”</w:t>
      </w:r>
    </w:p>
    <w:p>
      <w:r>
        <w:rPr>
          <w:sz w:val="20"/>
        </w:rPr>
        <w:t>54:14  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r>
        <w:br/>
      </w:r>
      <w:r>
        <w:rPr>
          <w:sz w:val="20"/>
        </w:rPr>
        <w:t>54:44  Please tell all of us." dekhen, ek waqea to main ne aaj hi bata diya ke ek shakhs</w:t>
      </w:r>
      <w:r>
        <w:br/>
      </w:r>
      <w:r>
        <w:rPr>
          <w:sz w:val="20"/>
        </w:rPr>
        <w:t>54:49  ne meri baat se differ kiya, ikhtilaf kiya to main offend nahin hua, ghussa nahin hua.</w:t>
      </w:r>
      <w:r>
        <w:br/>
      </w:r>
      <w:r>
        <w:rPr>
          <w:sz w:val="20"/>
        </w:rPr>
        <w:t>54:55  to sochne laga, yaani yaqeen kijiye ke main ek chaubis ghante socha hai, main ne is par ek</w:t>
      </w:r>
      <w:r>
        <w:br/>
      </w:r>
      <w:r>
        <w:rPr>
          <w:sz w:val="20"/>
        </w:rPr>
        <w:t>55:00  pura din, ek puri raat jab jab trigger hua to main sochne laga.</w:t>
      </w:r>
      <w:r>
        <w:br/>
      </w:r>
      <w:r>
        <w:rPr>
          <w:sz w:val="20"/>
        </w:rPr>
        <w:t>55:06  to sochte sochte itni bari baaten samne aayin ke main hairaan reh gaya.</w:t>
      </w:r>
      <w:r>
        <w:br/>
      </w:r>
      <w:r>
        <w:rPr>
          <w:sz w:val="20"/>
        </w:rPr>
        <w:t>55:11  tab main ne discover kiya ke ke offend na hona, ghussa na hona kya hota hai.</w:t>
      </w:r>
      <w:r>
        <w:br/>
      </w:r>
      <w:r>
        <w:rPr>
          <w:sz w:val="20"/>
        </w:rPr>
        <w:t>55:17  is ke baad aap ka mind positive way mein trigger karta hai.</w:t>
      </w:r>
      <w:r>
        <w:br/>
      </w:r>
      <w:r>
        <w:rPr>
          <w:sz w:val="20"/>
        </w:rPr>
        <w:t>55:22  Positive way mein jab positive way mein trigger karta hai to aap ke mind ki window khulne lagti hain.</w:t>
      </w:r>
      <w:r>
        <w:br/>
      </w:r>
      <w:r>
        <w:rPr>
          <w:sz w:val="20"/>
        </w:rPr>
        <w:t>55:28  jis tarah nature ki window khuli to science daryaft ho gayi.</w:t>
      </w:r>
      <w:r>
        <w:br/>
      </w:r>
      <w:r>
        <w:rPr>
          <w:sz w:val="20"/>
        </w:rPr>
        <w:t>55:33  to jo quran mein jo kaha gaya hai: "kalmatullah, ayatullah, ilahullah" in sab ka ilm</w:t>
      </w:r>
      <w:r>
        <w:br/>
      </w:r>
      <w:r>
        <w:rPr>
          <w:sz w:val="20"/>
        </w:rPr>
        <w:t>55:39  insan ke andar allah ne rakh diya hai.</w:t>
      </w:r>
      <w:r>
        <w:br/>
      </w:r>
      <w:r>
        <w:rPr>
          <w:sz w:val="20"/>
        </w:rPr>
        <w:t>55:44  allah to allah ne hamare mind mein sare kalmat, sari ayat, sare aala ka ilm rakh diya hai,</w:t>
      </w:r>
      <w:r>
        <w:br/>
      </w:r>
      <w:r>
        <w:rPr>
          <w:sz w:val="20"/>
        </w:rPr>
        <w:t>55:50  lekin woh hai band halat mein.</w:t>
      </w:r>
      <w:r>
        <w:br/>
      </w:r>
      <w:r>
        <w:rPr>
          <w:sz w:val="20"/>
        </w:rPr>
        <w:t>55:55  jab koi window khulti hai to woh samne aa jate hain.</w:t>
      </w:r>
      <w:r>
        <w:br/>
      </w:r>
      <w:r>
        <w:rPr>
          <w:sz w:val="20"/>
        </w:rPr>
        <w:t>56:01  to mera allah ke fazal se main ghussa nahin hota, yaani ghussa is mere khilaf koi bole to</w:t>
      </w:r>
      <w:r>
        <w:br/>
      </w:r>
      <w:r>
        <w:rPr>
          <w:sz w:val="20"/>
        </w:rPr>
        <w:t>56:06  ghussa nahin aata mujhe.</w:t>
      </w:r>
      <w:r>
        <w:br/>
      </w:r>
      <w:r>
        <w:rPr>
          <w:sz w:val="20"/>
        </w:rPr>
        <w:t>56:12  waise koi principle ke khilaf chale to ghussa aaye ga mujhe.</w:t>
      </w:r>
      <w:r>
        <w:br/>
      </w:r>
      <w:r>
        <w:rPr>
          <w:sz w:val="20"/>
        </w:rPr>
        <w:t>56:17  mere khilaf kuch bhi karen, mujhe gaali den, mujhe bura bhala kahen, mujhe kuch bhi kahen, mujhe aap</w:t>
      </w:r>
      <w:r>
        <w:br/>
      </w:r>
      <w:r>
        <w:rPr>
          <w:sz w:val="20"/>
        </w:rPr>
        <w:t>56:23  shaitan ke agent kahen, mujhe ghussa nahin aayega.</w:t>
      </w:r>
      <w:r>
        <w:br/>
      </w:r>
      <w:r>
        <w:rPr>
          <w:sz w:val="20"/>
        </w:rPr>
        <w:t>56:28  to yeh mere raaz hain.</w:t>
      </w:r>
      <w:r>
        <w:br/>
      </w:r>
      <w:r>
        <w:rPr>
          <w:sz w:val="20"/>
        </w:rPr>
        <w:t>56:34  mere waqeatan unhon ne kaha bhi: "tum shaitan ho" yeh kaha mujh ko, lekin mujhe ghussa nahin aaya.</w:t>
      </w:r>
      <w:r>
        <w:br/>
      </w:r>
      <w:r>
        <w:rPr>
          <w:sz w:val="20"/>
        </w:rPr>
        <w:t>56:39  to jab ghussa nahin aata to mere mind ki windows khulti hain aur phir woh kalmaat Allah, ayaat</w:t>
      </w:r>
      <w:r>
        <w:br/>
      </w:r>
      <w:r>
        <w:rPr>
          <w:sz w:val="20"/>
        </w:rPr>
        <w:t>56:45  Allah aur ilah Allah ka.</w:t>
      </w:r>
      <w:r>
        <w:br/>
      </w:r>
      <w:r>
        <w:rPr>
          <w:sz w:val="20"/>
        </w:rPr>
        <w:t>56:50  ke meri rasai hone lagti hai.</w:t>
      </w:r>
      <w:r>
        <w:br/>
      </w:r>
      <w:r>
        <w:rPr>
          <w:sz w:val="20"/>
        </w:rPr>
        <w:t>56:56  That is creative thinking.</w:t>
      </w:r>
    </w:p>
    <w:p>
      <w:pPr>
        <w:pStyle w:val="Heading2"/>
      </w:pPr>
      <w:r>
        <w:t>Limits of intellectual freedom in Islam</w:t>
      </w:r>
    </w:p>
    <w:p>
      <w:r>
        <w:rPr>
          <w:color w:val="666666"/>
          <w:sz w:val="18"/>
        </w:rPr>
        <w:t>Life &amp; Wisdom · Age of Peace November 18, 2012 · 2m 59s · at 1:17:41 · https://youtu.be/Y9nkQnBqbrs?t=4661</w:t>
      </w:r>
    </w:p>
    <w:p>
      <w:r>
        <w:rPr>
          <w:i/>
        </w:rPr>
        <w:t>“Mawlana! What are the limits of intellectual freedom? Because Muslims say that intellectual freedom leads a person astray. But you said in a talk that an atheist scientist was getting closer to God through thinking, and then he suddenly stopped thinking, fearing that he might come to believe in God.”</w:t>
      </w:r>
    </w:p>
    <w:p>
      <w:r>
        <w:rPr>
          <w:sz w:val="20"/>
        </w:rPr>
        <w:t>1:17:41  maulana, agla sawal aaya hai maulana farhad salafi sahab ka, tamil nadu se. unhone likha hai: "maulana sahab!</w:t>
      </w:r>
      <w:r>
        <w:br/>
      </w:r>
      <w:r>
        <w:rPr>
          <w:sz w:val="20"/>
        </w:rPr>
        <w:t>1:17:49  fikri azadi ke hudood kya hain?"</w:t>
      </w:r>
      <w:r>
        <w:br/>
      </w:r>
      <w:r>
        <w:rPr>
          <w:sz w:val="20"/>
        </w:rPr>
        <w:t>1:17:53  kyunke musalman yeh kehte hain ke fikri azadi se aadmi gumrah ho jata hai. magar aap ne ek talk mein kaha tha ke ek atheist scientist sochte sochte Khuda se qareeb ho raha tha, to achanak usne sochna rok diya, is dar se ke kahin woh Khuda ko na maan le.</w:t>
      </w:r>
      <w:r>
        <w:br/>
      </w:r>
      <w:r>
        <w:rPr>
          <w:sz w:val="20"/>
        </w:rPr>
        <w:t>1:18:14  yeh waqia batata hai ke fikri azadi se insan Khuda ke qareeb bhi ho sakta hai. is ke bare mein aap batayen. bhai, fikri azadi to mili hui hai insan ko</w:t>
      </w:r>
      <w:r>
        <w:br/>
      </w:r>
      <w:r>
        <w:rPr>
          <w:sz w:val="20"/>
        </w:rPr>
        <w:t>1:18:23  . aap kaise rokenge? fiqh ka amal yahan hota hai khamoshi ke sath. ke aap rok denge? is log, log laga denge. koi itna powerful hai ke insan ke mind ko control kare?</w:t>
      </w:r>
      <w:r>
        <w:br/>
      </w:r>
      <w:r>
        <w:rPr>
          <w:sz w:val="20"/>
        </w:rPr>
        <w:t>1:18:38  ek shayar the, woh azadi ke streak mein bhi shareek the. woh carbon faiz ka sher hai ke angrezon ne unko jail mein daal diya.</w:t>
      </w:r>
      <w:r>
        <w:br/>
      </w:r>
      <w:r>
        <w:rPr>
          <w:sz w:val="20"/>
        </w:rPr>
        <w:t>1:18:48  to jab jail mein daal diya to us waqt unhone sher kaha tha ke: "zinda mein to mujh ko daal diya, ae sahib! zinda tu ne, magar parwaz jo meri rok sake, aisi bhi koi deewar utha." to kaise rokenge?</w:t>
      </w:r>
      <w:r>
        <w:br/>
      </w:r>
      <w:r>
        <w:rPr>
          <w:sz w:val="20"/>
        </w:rPr>
        <w:t>1:19:03  aap sochte hain koi insan ki? yeh aap ke liye, aap ki basti mein nahin hai? yeh sawal hi jhoota hai.</w:t>
      </w:r>
      <w:r>
        <w:br/>
      </w:r>
      <w:r>
        <w:rPr>
          <w:sz w:val="20"/>
        </w:rPr>
        <w:t>1:19:13  aap insan ki fikr ko rok nahin sakte</w:t>
      </w:r>
      <w:r>
        <w:br/>
      </w:r>
      <w:r>
        <w:rPr>
          <w:sz w:val="20"/>
        </w:rPr>
        <w:t>1:19:16  , aap sirf insan ko lead de sakte hain. lead, yani view of thinking bata sakte hain. bas rokna aap bas mein hai nahin.</w:t>
      </w:r>
      <w:r>
        <w:br/>
      </w:r>
      <w:r>
        <w:rPr>
          <w:sz w:val="20"/>
        </w:rPr>
        <w:t>1:19:27  view of thinking bataiye, art of thinking bataiye ke sachi soch kya hai, jhooti soch kya hai, yeh bataiye aap. to ajeeb ghareeb qism ke aise sawalat hain.</w:t>
      </w:r>
      <w:r>
        <w:br/>
      </w:r>
      <w:r>
        <w:rPr>
          <w:sz w:val="20"/>
        </w:rPr>
        <w:t>1:19:41  aur doosri baat dekhiye, yeh hai ke fikr ki soch ki azadi khatam karne ke maani kya hain? creativity khatam, development khatam, intellectual progress khatam.</w:t>
      </w:r>
      <w:r>
        <w:br/>
      </w:r>
      <w:r>
        <w:rPr>
          <w:sz w:val="20"/>
        </w:rPr>
        <w:t>1:19:56  jaise dictatorship jahan hoti hai, dekh lijiye aap, dictatorship mein koi bara scientist nahin paida hota, koi bara scholar nahin paida hota, kyunke us ko mauqa hi nahin kaam karne ka.</w:t>
      </w:r>
      <w:r>
        <w:br/>
      </w:r>
      <w:r>
        <w:rPr>
          <w:sz w:val="20"/>
        </w:rPr>
        <w:t>1:20:07  ghut ghut karata hai us ko.</w:t>
      </w:r>
      <w:r>
        <w:br/>
      </w:r>
      <w:r>
        <w:rPr>
          <w:sz w:val="20"/>
        </w:rPr>
        <w:t>1:20:10  to mere nazdeek Islam mein fikri azadi pure maani mein summ bonum ke taur par hai. azadi summ bonum, har aadmi ko azadi, har aadmi ko azadi, azadi.</w:t>
      </w:r>
      <w:r>
        <w:br/>
      </w:r>
      <w:r>
        <w:rPr>
          <w:sz w:val="20"/>
        </w:rPr>
        <w:t>1:20:25  jo kaam hamein karna hai, woh yeh hai ke insan ko batayen ke right view of thinking kya hai. bas right view of thinking yahan par us ko lead dein, yeh kaam hamein karna hai.</w:t>
      </w:r>
    </w:p>
    <w:p>
      <w:pPr>
        <w:pStyle w:val="Heading2"/>
      </w:pPr>
      <w:r>
        <w:t>Living in past hinders future orientation</w:t>
      </w:r>
    </w:p>
    <w:p>
      <w:r>
        <w:rPr>
          <w:color w:val="666666"/>
          <w:sz w:val="18"/>
        </w:rPr>
        <w:t>Life &amp; Wisdom · Why Violence 17 Nov 2019 - Maulana Wahiduddin Khan · 4m 03s · at 40:31 · https://youtu.be/W8ybr-qO96c?t=2431</w:t>
      </w:r>
    </w:p>
    <w:p>
      <w:r>
        <w:rPr>
          <w:i/>
        </w:rPr>
        <w:t>“Maulana, Muslims as you have rightly said are living in their past. I believe every person, irrespective of his religion and background, lives in the past and as a result fails to become future oriented.”</w:t>
      </w:r>
    </w:p>
    <w:p>
      <w:r>
        <w:rPr>
          <w:sz w:val="20"/>
        </w:rPr>
        <w:t>40:31  aap ki rethinking pure wisdom hai. you are truly working according to the age. may allah make people understand that this is the age of peace and everything that we want to achieve can be attained through peace." maulana, agla sawal lena chahenge jo ahmedabad se qurban ali sahib ne bheja hai.</w:t>
      </w:r>
      <w:r>
        <w:br/>
      </w:r>
      <w:r>
        <w:rPr>
          <w:sz w:val="20"/>
        </w:rPr>
        <w:t>40:56  unhon ne likha hai: "maulana, muslims as you have rightly said are living in their past.</w:t>
      </w:r>
      <w:r>
        <w:br/>
      </w:r>
      <w:r>
        <w:rPr>
          <w:sz w:val="20"/>
        </w:rPr>
        <w:t>41:04  i believe every person, irrespective of his religion and background, lives in past and as a result fails to become future oriented.</w:t>
      </w:r>
      <w:r>
        <w:br/>
      </w:r>
      <w:r>
        <w:rPr>
          <w:sz w:val="20"/>
        </w:rPr>
        <w:t>41:16  maulana, how can an individual forget his or her past and focus on his present and future</w:t>
      </w:r>
      <w:r>
        <w:br/>
      </w:r>
      <w:r>
        <w:rPr>
          <w:sz w:val="20"/>
        </w:rPr>
        <w:t>41:24  ? please give us your advice so we can let go of our past, whether good or bad." bhai, jo hamare saathi, hamari team ke log kar rahe hain, wahi aap bhi kijiye.</w:t>
      </w:r>
      <w:r>
        <w:br/>
      </w:r>
      <w:r>
        <w:rPr>
          <w:sz w:val="20"/>
        </w:rPr>
        <w:t>41:37  literature phailaiye, quran phailaiye, peaceful tareeqe se logon ko bataiye. yeh to koi mushkil kaam hi nahi hai. har jagah hamari team ke log already ek kaam to kar rahe hain,</w:t>
      </w:r>
      <w:r>
        <w:br/>
      </w:r>
      <w:r>
        <w:rPr>
          <w:sz w:val="20"/>
        </w:rPr>
        <w:t>41:55  aap phir un ke saath lag jaiye. maulana, un ka sawal ka yeh hissa bhi tha ke aksar log past mein jeete hain, to woh kaise stop karein apne aap ko ke past mein na jein aur future oriented hon?</w:t>
      </w:r>
      <w:r>
        <w:br/>
      </w:r>
      <w:r>
        <w:rPr>
          <w:sz w:val="20"/>
        </w:rPr>
        <w:t>42:17  yeh bhi, yeh bhi samjhane se chal jayega. aap un ke mind ko address kijiye, un ke mind ko address kijiye, kitabein un ko parhne ke liye dijiye.</w:t>
      </w:r>
      <w:r>
        <w:br/>
      </w:r>
      <w:r>
        <w:rPr>
          <w:sz w:val="20"/>
        </w:rPr>
        <w:t>42:38  miss shabina ali ne kolkata se likha hai: "maulana, you have rightly said and conveyed to all from the day one that this is the age of peace, age of opportunity and age of peaceful activism.</w:t>
      </w:r>
      <w:r>
        <w:br/>
      </w:r>
      <w:r>
        <w:rPr>
          <w:sz w:val="20"/>
        </w:rPr>
        <w:t>42:56  war and violence is obsolete and has no meaning in this age. the two examples are the biggest example and it is an eye opener for all of us that dawa work is the only workable formula for attaining pe</w:t>
      </w:r>
      <w:r>
        <w:br/>
      </w:r>
      <w:r>
        <w:rPr>
          <w:sz w:val="20"/>
        </w:rPr>
        <w:t>43:14  ace. thank you maulana for this enlightening lecture."</w:t>
      </w:r>
      <w:r>
        <w:br/>
      </w:r>
      <w:r>
        <w:rPr>
          <w:sz w:val="20"/>
        </w:rPr>
        <w:t>43:21  aamir mori sahib ne goa se likha hai: "your every lecture is like a spiritual hammering to me. listening to you always motivates me and creates an urge to do good in life.</w:t>
      </w:r>
      <w:r>
        <w:br/>
      </w:r>
      <w:r>
        <w:rPr>
          <w:sz w:val="20"/>
        </w:rPr>
        <w:t>43:34  thank you maulana sahib for guiding and helping us to become true muslims rather than feel like muslims." mol</w:t>
      </w:r>
    </w:p>
    <w:p>
      <w:pPr>
        <w:pStyle w:val="Heading2"/>
      </w:pPr>
      <w:r>
        <w:t>Making death a lesson for all</w:t>
      </w:r>
    </w:p>
    <w:p>
      <w:r>
        <w:rPr>
          <w:color w:val="666666"/>
          <w:sz w:val="18"/>
        </w:rPr>
        <w:t>Life &amp; Wisdom · Concept of God December 7, 2014 · 2m 09s · at 1:17:31 · https://youtu.be/dCgL9lp8EAo?t=4651</w:t>
      </w:r>
    </w:p>
    <w:p>
      <w:r>
        <w:rPr>
          <w:i/>
        </w:rPr>
        <w:t>“How can we make death a lesson for all of us? Is there any hadith or verse which can become our guiding principle?”</w:t>
      </w:r>
    </w:p>
    <w:p>
      <w:r>
        <w:rPr>
          <w:sz w:val="20"/>
        </w:rPr>
        <w:t>1:17:31  bilkul sahi baat hai. Maulana, agla sawal Bhopal se hai Javed sahib ka, aur unhon ne aap se poocha hai ke "Moulana, how can we make death a lesson for all of us</w:t>
      </w:r>
      <w:r>
        <w:br/>
      </w:r>
      <w:r>
        <w:rPr>
          <w:sz w:val="20"/>
        </w:rPr>
        <w:t>1:17:46  ? Is there any hadith or verse which can become our guiding principle?" kisi ke bare mein? "Death. How can death become a lesson for all of us?" to woh janna chahte hain ke hadith ya quran mein koi...</w:t>
      </w:r>
      <w:r>
        <w:br/>
      </w:r>
      <w:r>
        <w:rPr>
          <w:sz w:val="20"/>
        </w:rPr>
        <w:t>1:18:00  sara bhara hua hai hadith quran mein koi ek kya? maut aur akhirat yeh to sab se bara subject hai quran o hadith ka.</w:t>
      </w:r>
      <w:r>
        <w:br/>
      </w:r>
      <w:r>
        <w:rPr>
          <w:sz w:val="20"/>
        </w:rPr>
        <w:t>1:18:12  yeh yeh yeh yehi cheez to is ka yani sab se ahem mozu hai. koi ek cheez ki zaroorat nahi hai.</w:t>
      </w:r>
      <w:r>
        <w:br/>
      </w:r>
      <w:r>
        <w:rPr>
          <w:sz w:val="20"/>
        </w:rPr>
        <w:t>1:18:23  sara quran bhara hua hai maut se, akhirat se. aur Allah se daro, warna pakre jaoge in baaton se.</w:t>
      </w:r>
      <w:r>
        <w:br/>
      </w:r>
      <w:r>
        <w:rPr>
          <w:sz w:val="20"/>
        </w:rPr>
        <w:t>1:18:32  to musalman to parhte hain bas aur sawab ke liye quran ko. Study kaun karta hai quran ka? agar</w:t>
      </w:r>
      <w:r>
        <w:br/>
      </w:r>
      <w:r>
        <w:rPr>
          <w:sz w:val="20"/>
        </w:rPr>
        <w:t>1:18:40  musalman study ki taraf parhen is se guidance lene ke liye to sara quran bhara hua hai is se.</w:t>
      </w:r>
    </w:p>
    <w:p>
      <w:pPr>
        <w:pStyle w:val="Heading2"/>
      </w:pPr>
      <w:r>
        <w:t>Managing emotions during controversy</w:t>
      </w:r>
    </w:p>
    <w:p>
      <w:r>
        <w:rPr>
          <w:color w:val="666666"/>
          <w:sz w:val="18"/>
        </w:rPr>
        <w:t>Life &amp; Wisdom · How to Manage Controversy 10 Nov 2019 - Maulana Wahiduddin Khan · 3m 44s · at 31:25 · https://youtu.be/UafTzJXHrSA?t=1885</w:t>
      </w:r>
    </w:p>
    <w:p>
      <w:r>
        <w:rPr>
          <w:i/>
        </w:rPr>
        <w:t>“How to manage one's emotions which run very high during a period of controversy? In such a situation, temper usually flares up and it is difficult to see reason. What is your advice?”</w:t>
      </w:r>
    </w:p>
    <w:p>
      <w:r>
        <w:rPr>
          <w:sz w:val="20"/>
        </w:rPr>
        <w:t>31:25  Maulana, ab sawal lena chahenge. Yeh sawal Lucknow se bheja hai Sanaullah Khan sahab ne. unhon ne likha hai: "Maulana, how to manage one's emotions which run very high during the period of controversy?</w:t>
      </w:r>
      <w:r>
        <w:br/>
      </w:r>
      <w:r>
        <w:rPr>
          <w:sz w:val="20"/>
        </w:rPr>
        <w:t>31:44  In such a situation, temper usually flares up and it is difficult to see reason. What</w:t>
      </w:r>
      <w:r>
        <w:br/>
      </w:r>
      <w:r>
        <w:rPr>
          <w:sz w:val="20"/>
        </w:rPr>
        <w:t>31:52  is your advice?"</w:t>
      </w:r>
      <w:r>
        <w:br/>
      </w:r>
      <w:r>
        <w:rPr>
          <w:sz w:val="20"/>
        </w:rPr>
        <w:t>31:56  Dekhiye.</w:t>
      </w:r>
      <w:r>
        <w:br/>
      </w:r>
      <w:r>
        <w:rPr>
          <w:sz w:val="20"/>
        </w:rPr>
        <w:t>32:05  Controversy ko ladaai banana ya controversy ko management banana, management ka usool, dono ek</w:t>
      </w:r>
      <w:r>
        <w:br/>
      </w:r>
      <w:r>
        <w:rPr>
          <w:sz w:val="20"/>
        </w:rPr>
        <w:t>32:22  second ki baatein hain. Yeh mera tajurba hai.</w:t>
      </w:r>
      <w:r>
        <w:br/>
      </w:r>
      <w:r>
        <w:rPr>
          <w:sz w:val="20"/>
        </w:rPr>
        <w:t>32:30  Maine apne ghusse ko is tarah se manage kiya hai ke jab ghussa bharkta hai to main foran chup ho jata hoon.</w:t>
      </w:r>
      <w:r>
        <w:br/>
      </w:r>
      <w:r>
        <w:rPr>
          <w:sz w:val="20"/>
        </w:rPr>
        <w:t>32:44  Poori tareekh mein maine apni apni tareekh mein aisa kiya hai ke ghussa aaya to main chup ho gaya. Chup honay ke maani kya hain?</w:t>
      </w:r>
      <w:r>
        <w:br/>
      </w:r>
      <w:r>
        <w:rPr>
          <w:sz w:val="20"/>
        </w:rPr>
        <w:t>32:56  Let your mind to manage the issue. Apne mind ko mauqa do.</w:t>
      </w:r>
      <w:r>
        <w:br/>
      </w:r>
      <w:r>
        <w:rPr>
          <w:sz w:val="20"/>
        </w:rPr>
        <w:t>33:07  Chup hona ek ek ek bohat bara tareeqa hai, method hai. Jaise hi aap chup hote hain, mind</w:t>
      </w:r>
      <w:r>
        <w:br/>
      </w:r>
      <w:r>
        <w:rPr>
          <w:sz w:val="20"/>
        </w:rPr>
        <w:t>33:23  mind work karne lagta hai.</w:t>
      </w:r>
      <w:r>
        <w:br/>
      </w:r>
      <w:r>
        <w:rPr>
          <w:sz w:val="20"/>
        </w:rPr>
        <w:t>33:27  Jab aap bol bol, jab ghussa aaya aur bol pade aap to aap ka ego bharkta hai. Lekin jab aap chup ho jayein to aap ka jo wisdom, wisdom amal karta hai.</w:t>
      </w:r>
      <w:r>
        <w:br/>
      </w:r>
      <w:r>
        <w:rPr>
          <w:sz w:val="20"/>
        </w:rPr>
        <w:t>33:48  ek ego, ek wisdom. to bohat aasan tareeqa hai ke jab bhi aap ko ghussa aaye to aap chup ho jaiye aur wisdom ko mauqa diye ke woh manage karey.</w:t>
      </w:r>
      <w:r>
        <w:br/>
      </w:r>
      <w:r>
        <w:rPr>
          <w:sz w:val="20"/>
        </w:rPr>
        <w:t>34:06  is ke bar aks agar aap bolenge, takrao ki baatein karenge to aap ka ego bhadkega aur woh sirf ego hamesha sirf yeh badhata hai, maslay ko badhata hai,</w:t>
      </w:r>
      <w:r>
        <w:br/>
      </w:r>
      <w:r>
        <w:rPr>
          <w:sz w:val="20"/>
        </w:rPr>
        <w:t>34:32  maslay ko hal nahi karta.</w:t>
      </w:r>
      <w:r>
        <w:br/>
      </w:r>
      <w:r>
        <w:rPr>
          <w:sz w:val="20"/>
        </w:rPr>
        <w:t>34:39  doctor naghma siddiqui ne dilli se likha hai: "today i understood the importance of managing controversies by taking a step b</w:t>
      </w:r>
      <w:r>
        <w:br/>
      </w:r>
      <w:r>
        <w:rPr>
          <w:sz w:val="20"/>
        </w:rPr>
        <w:t>34:49  ack. it is really an amazing principle of life given by prophet muhammad. we receive god's help then.</w:t>
      </w:r>
      <w:r>
        <w:br/>
      </w:r>
      <w:r>
        <w:rPr>
          <w:sz w:val="20"/>
        </w:rPr>
        <w:t>34:58  i will definitely follow this in my life." mahboob bhai ne mumbai se likha hai: "aage barhne ke liye peeche hatna ka formula hum ne aap se hi seekha hai, Maulana.</w:t>
      </w:r>
    </w:p>
    <w:p>
      <w:pPr>
        <w:pStyle w:val="Heading2"/>
      </w:pPr>
      <w:r>
        <w:t>Managing stress from unmet expectations</w:t>
      </w:r>
    </w:p>
    <w:p>
      <w:r>
        <w:rPr>
          <w:color w:val="666666"/>
          <w:sz w:val="18"/>
        </w:rPr>
        <w:t>Life &amp; Wisdom · Islam &amp; Prophet of Islam 21 Oct, 2012 - Maulana Wahiduddin Khan · 2m 32s · at 1:18:45 · https://youtu.be/2hwtfOyNeS0?t=4725</w:t>
      </w:r>
    </w:p>
    <w:p>
      <w:r>
        <w:rPr>
          <w:i/>
        </w:rPr>
        <w:t>“This world is for test, we get less than ideal, but our nature wants ideal. This results in stress. How can we manage stress? Please guide us.”</w:t>
      </w:r>
    </w:p>
    <w:p>
      <w:r>
        <w:rPr>
          <w:sz w:val="20"/>
        </w:rPr>
        <w:t>1:18:45  maulana, agla sawal hai dilli se miss naghma siddiqui ka. unhon ne likha hai: "as this world is for test, we get less than ideal, but our nature wants ideal."</w:t>
      </w:r>
      <w:r>
        <w:br/>
      </w:r>
      <w:r>
        <w:rPr>
          <w:sz w:val="20"/>
        </w:rPr>
        <w:t>1:18:59  das results in stress. how can we manage stress? please guide us." dekhiye, maine jahan tak samjha apne tajrube se, woh yeh hai ke stress ya tension naam hai over expectation ka.</w:t>
      </w:r>
      <w:r>
        <w:br/>
      </w:r>
      <w:r>
        <w:rPr>
          <w:sz w:val="20"/>
        </w:rPr>
        <w:t>1:19:19  over expectation. chahe woh shohar biwi ki baat ho, chahe government ki baat ho.</w:t>
      </w:r>
      <w:r>
        <w:br/>
      </w:r>
      <w:r>
        <w:rPr>
          <w:sz w:val="20"/>
        </w:rPr>
        <w:t>1:19:28  jab shadi hoti hai aur husband wife ekatha hote hain ek ghar mein, to dono ek doosre se over expect karne lagte hain.</w:t>
      </w:r>
      <w:r>
        <w:br/>
      </w:r>
      <w:r>
        <w:rPr>
          <w:sz w:val="20"/>
        </w:rPr>
        <w:t>1:19:38  wahin se shikayat paida ho jati hai. yaani husband chahta hai jo us se zyada chahta hai, jo jo chahta hai woh us se zyada hota hai jo biwi de sakti hai us ko.</w:t>
      </w:r>
      <w:r>
        <w:br/>
      </w:r>
      <w:r>
        <w:rPr>
          <w:sz w:val="20"/>
        </w:rPr>
        <w:t>1:19:49  biwi jo chahti hai woh us se zyada hota hai jo shohar us ko de sakta hai. to married life mein jitne bhi conflict hain, woh paida hote hain over expectation ki wajah se.</w:t>
      </w:r>
      <w:r>
        <w:br/>
      </w:r>
      <w:r>
        <w:rPr>
          <w:sz w:val="20"/>
        </w:rPr>
        <w:t>1:19:59  aisi mamla government ka hai. government se sab log shikayat karte hain, aap jante hain. jis ko dekhein, woh government ki shikayat hi bole ga. kyun?</w:t>
      </w:r>
      <w:r>
        <w:br/>
      </w:r>
      <w:r>
        <w:rPr>
          <w:sz w:val="20"/>
        </w:rPr>
        <w:t>1:20:09  woh over expect kar raha hai. to over expectation jo hai, woh kabhi bhi aap ko shikayat se khali nahi kar sakta.</w:t>
      </w:r>
      <w:r>
        <w:br/>
      </w:r>
      <w:r>
        <w:rPr>
          <w:sz w:val="20"/>
        </w:rPr>
        <w:t>1:20:18  to sahi tareeqa kya hai? ke aap realist banen. realist. aap yeh janen ke kaun kya kuch de sakta hai aap ko. balkeh mera tareeqa to yeh hai ke main kisi se expect hi nahi karta.</w:t>
      </w:r>
      <w:r>
        <w:br/>
      </w:r>
      <w:r>
        <w:rPr>
          <w:sz w:val="20"/>
        </w:rPr>
        <w:t>1:20:30  jo us ne de diya to bara acha. hamare gaon mein, jahan UP ka rehne wala hoon main, to bachpan mein mujhe yaad aata hai ke ek ek faqeer aata aata tha.</w:t>
      </w:r>
      <w:r>
        <w:br/>
      </w:r>
      <w:r>
        <w:rPr>
          <w:sz w:val="20"/>
        </w:rPr>
        <w:t>1:20:39  ek faqeer. boodha faqeer tha. to woh awaz lagata tha ke jo de us ka hi bhala, jo na de us ka hi bhala.</w:t>
      </w:r>
      <w:r>
        <w:br/>
      </w:r>
      <w:r>
        <w:rPr>
          <w:sz w:val="20"/>
        </w:rPr>
        <w:t>1:20:51  jo de us ka bhi bhala, jo na de us ka bhi bhala. best formula yeh hai. best formula hai. doosron se jo kuch mil gaya aap ko, bohat acha.</w:t>
      </w:r>
      <w:r>
        <w:br/>
      </w:r>
      <w:r>
        <w:rPr>
          <w:sz w:val="20"/>
        </w:rPr>
        <w:t>1:21:01  nahi mila tab bhi acha. doosron se agar mil gaya kuch to tab bhi acha hai. nahi mila tab bhi acha hai. yahi wahid cheez hai jis se aap stress free reh sakte hain.</w:t>
      </w:r>
      <w:r>
        <w:br/>
      </w:r>
      <w:r>
        <w:rPr>
          <w:sz w:val="20"/>
        </w:rPr>
        <w:t>1:21:12  aur koi doosra formula nahi.</w:t>
      </w:r>
    </w:p>
    <w:p>
      <w:pPr>
        <w:pStyle w:val="Heading2"/>
      </w:pPr>
      <w:r>
        <w:t>Meaning of difference and diversity in verse</w:t>
      </w:r>
    </w:p>
    <w:p>
      <w:r>
        <w:rPr>
          <w:color w:val="666666"/>
          <w:sz w:val="18"/>
        </w:rPr>
        <w:t>Life &amp; Wisdom · Life After Death January 22, 2012 · 2m 39s · at 1:36:44 · https://youtu.be/5hVH1BLKBF4?t=5804</w:t>
      </w:r>
    </w:p>
    <w:p>
      <w:r>
        <w:rPr>
          <w:i/>
        </w:rPr>
        <w:t>“The verse says: 'O Zauq! This world is adorned by differences.' Maulana, what is the meaning of this couplet? Here 'difference' does not mean disunity; it means diversity.”</w:t>
      </w:r>
    </w:p>
    <w:p>
      <w:r>
        <w:rPr>
          <w:sz w:val="20"/>
        </w:rPr>
        <w:t>1:36:44  Agla sawal Dilli se hai Mr. Muhammad Samiullah Sah</w:t>
      </w:r>
      <w:r>
        <w:br/>
      </w:r>
      <w:r>
        <w:rPr>
          <w:sz w:val="20"/>
        </w:rPr>
        <w:t>1:36:48  ab ka. Unhon ne likha hai: "Ae zauq! Is jahan ko hai zeeb ikhtilaf se. Maulana Sahab, is shair ka matlab kya hai?</w:t>
      </w:r>
      <w:r>
        <w:br/>
      </w:r>
      <w:r>
        <w:rPr>
          <w:sz w:val="20"/>
        </w:rPr>
        <w:t>1:36:59  Yahan ikhtilaf ke maani Disunity nahi hain. Iska matlab Diversity hai.</w:t>
      </w:r>
      <w:r>
        <w:br/>
      </w:r>
      <w:r>
        <w:rPr>
          <w:sz w:val="20"/>
        </w:rPr>
        <w:t>1:37:07  Disunity nahi hai, is is shair ka matlab. Diversity toh Diversity toh bohat achi cheez hai.</w:t>
      </w:r>
      <w:r>
        <w:br/>
      </w:r>
      <w:r>
        <w:rPr>
          <w:sz w:val="20"/>
        </w:rPr>
        <w:t>1:37:17  Tarah tarah ke logon ki salahiyat hoti hai, har aitbaar se aap contribute karein aadmi. Har aitbaar se aap woh contribute karein Human and Humanity ko.</w:t>
      </w:r>
      <w:r>
        <w:br/>
      </w:r>
      <w:r>
        <w:rPr>
          <w:sz w:val="20"/>
        </w:rPr>
        <w:t>1:37:30  Toh yeh bohat achi baat hogi. Toh jo cheez ghalat hai woh woh ikhtilaf ko le kar ke jhanda uthana, ikhtilaf ko light jhoṛa karna, woh bura hai.</w:t>
      </w:r>
      <w:r>
        <w:br/>
      </w:r>
      <w:r>
        <w:rPr>
          <w:sz w:val="20"/>
        </w:rPr>
        <w:t>1:37:41  Baaki yeh hai ke aap koi ek koi Different way mein sochte hain aap toh usko pesh kijiye, woh aap ko aap ko contribution hoga.</w:t>
      </w:r>
      <w:r>
        <w:br/>
      </w:r>
      <w:r>
        <w:rPr>
          <w:sz w:val="20"/>
        </w:rPr>
        <w:t>1:37:50  Is se logon ko naye goshe milenge sochne ke liye. Woh toh is se Intellectual Development hoga. Merit se Mr. Hakim Muhammad Kaleem Sahab ka sawal hai Maulana.</w:t>
      </w:r>
      <w:r>
        <w:br/>
      </w:r>
      <w:r>
        <w:rPr>
          <w:sz w:val="20"/>
        </w:rPr>
        <w:t>1:38:04  Unhon ne likha hai: "Maulana Sahab! Rooh aur shaoor mein kya farq hai?</w:t>
      </w:r>
      <w:r>
        <w:br/>
      </w:r>
      <w:r>
        <w:rPr>
          <w:sz w:val="20"/>
        </w:rPr>
        <w:t>1:38:11  Quran aur Hadees ki roshni mein wazahat farmayein. Rooh aur shaoor ek hi cheez hai. Yeh science se pehle kai alfaaz bole jaate thay, Spirit aur Soul aur Rooh aur waghera waghera, yeh sab ab woh alfaaz khatam ho chuke hain science ki daryafton ke baad.</w:t>
      </w:r>
      <w:r>
        <w:br/>
      </w:r>
      <w:r>
        <w:rPr>
          <w:sz w:val="20"/>
        </w:rPr>
        <w:t>1:38:28  Ab toh ek hi hai, Mind hai aur Body hai, do hi cheezein hain. Aur koi teesri cheez nahi hai. Wahi Mind ko aap chahe shaoor kahein, chahe Soul kahein, chahe Rooh kahein, ya kuch bhi kahein.</w:t>
      </w:r>
      <w:r>
        <w:br/>
      </w:r>
      <w:r>
        <w:rPr>
          <w:sz w:val="20"/>
        </w:rPr>
        <w:t>1:38:40  Jee haan. Toh woh yeh rawaiti daur mein mukhtalif alfaaz bole jaate thay. Ab toh main samajhta hoon ke yahi alfaaz bolne chahiye, Mind aur Body ke alfaaz.</w:t>
      </w:r>
      <w:r>
        <w:br/>
      </w:r>
      <w:r>
        <w:rPr>
          <w:sz w:val="20"/>
        </w:rPr>
        <w:t>1:38:57  Baaki chounke zamane mein alfaaz jo raaij hote hain toh woh khatam nahi hote. Toh woh adabi aitbaar se unka istemal jaari rahega, adabi istemal se.</w:t>
      </w:r>
      <w:r>
        <w:br/>
      </w:r>
      <w:r>
        <w:rPr>
          <w:sz w:val="20"/>
        </w:rPr>
        <w:t>1:39:07  Lekin insaan ko samajhne ke liye jab baat ho toh aap ko yeh maanna hoga ke insaan ke do hi woh hain: ek uska Physical Being aur ek hai Intellectual Being, bas.</w:t>
      </w:r>
      <w:r>
        <w:br/>
      </w:r>
      <w:r>
        <w:rPr>
          <w:sz w:val="20"/>
        </w:rPr>
        <w:t>1:39:17  Aur koi teesri Being nahi hai.</w:t>
      </w:r>
    </w:p>
    <w:p>
      <w:pPr>
        <w:pStyle w:val="Heading2"/>
      </w:pPr>
      <w:r>
        <w:t>Meaning of necessity making forbidden permissible</w:t>
      </w:r>
    </w:p>
    <w:p>
      <w:r>
        <w:rPr>
          <w:color w:val="666666"/>
          <w:sz w:val="18"/>
        </w:rPr>
        <w:t>Life &amp; Wisdom · Material Science Vs Spiritual Science 20th May 12 SLOW · 2m 46s · at 1:41:31 · https://youtu.be/qYwFExG7cyM?t=6091</w:t>
      </w:r>
    </w:p>
    <w:p>
      <w:r>
        <w:rPr>
          <w:i/>
        </w:rPr>
        <w:t>“Necessity makes the forbidden permissible. What does this mean? It is generally understood that if a person is starving and near death...”</w:t>
      </w:r>
    </w:p>
    <w:p>
      <w:r>
        <w:rPr>
          <w:sz w:val="20"/>
        </w:rPr>
        <w:t>1:41:31  molana, agla sawal dilli se hai misster shah imran hasan sahib ka.</w:t>
      </w:r>
      <w:r>
        <w:br/>
      </w:r>
      <w:r>
        <w:rPr>
          <w:sz w:val="20"/>
        </w:rPr>
        <w:t>1:41:36  unhon ne likha hai: "zarurat haram ko halal kar deti hai, is ka kya matlab hai?" aam tor</w:t>
      </w:r>
      <w:r>
        <w:br/>
      </w:r>
      <w:r>
        <w:rPr>
          <w:sz w:val="20"/>
        </w:rPr>
        <w:t>1:41:44  par yeh samjha jata hai ke yeh sab mislan ek aadmi hai, bhooka hai, marne ke qareeb ho</w:t>
      </w:r>
      <w:r>
        <w:br/>
      </w:r>
      <w:r>
        <w:rPr>
          <w:sz w:val="20"/>
        </w:rPr>
        <w:t>1:41:52  raha hai, khane ko kuch hai nahi, to us waqt is ko khinzir bhi khana ja jata hai.</w:t>
      </w:r>
      <w:r>
        <w:br/>
      </w:r>
      <w:r>
        <w:rPr>
          <w:sz w:val="20"/>
        </w:rPr>
        <w:t>1:42:00  is ke liye to is tarah ki sooraten hain.</w:t>
      </w:r>
      <w:r>
        <w:br/>
      </w:r>
      <w:r>
        <w:rPr>
          <w:sz w:val="20"/>
        </w:rPr>
        <w:t>1:42:03  doosri is ko aap tausee kar sakte hain, aur doosri sooraton par haqeeqi zarurat agar hai, koi haqeeqi</w:t>
      </w:r>
      <w:r>
        <w:br/>
      </w:r>
      <w:r>
        <w:rPr>
          <w:sz w:val="20"/>
        </w:rPr>
        <w:t>1:42:11  zarurat, yani khud sakhta tor par aap kisi ko zarurat samjhen, kisi cheez ko, woh matlab nahi hai.</w:t>
      </w:r>
      <w:r>
        <w:br/>
      </w:r>
      <w:r>
        <w:rPr>
          <w:sz w:val="20"/>
        </w:rPr>
        <w:t>1:42:19  haqeeqi zarurat ya yeh kahein ke zarurat sharai.</w:t>
      </w:r>
      <w:r>
        <w:br/>
      </w:r>
      <w:r>
        <w:rPr>
          <w:sz w:val="20"/>
        </w:rPr>
        <w:t>1:42:22  agar zarurat sharai paida ho gayi ho to wahan par, yani bilashuba haram cheez bhi halal ho jaye</w:t>
      </w:r>
      <w:r>
        <w:br/>
      </w:r>
      <w:r>
        <w:rPr>
          <w:sz w:val="20"/>
        </w:rPr>
        <w:t>1:42:30  gi waqti tor par.</w:t>
      </w:r>
      <w:r>
        <w:br/>
      </w:r>
      <w:r>
        <w:rPr>
          <w:sz w:val="20"/>
        </w:rPr>
        <w:t>1:42:32  lekin is mein zarurat sharai shart lazim hai.</w:t>
      </w:r>
      <w:r>
        <w:br/>
      </w:r>
      <w:r>
        <w:rPr>
          <w:sz w:val="20"/>
        </w:rPr>
        <w:t>1:42:35  bohat ziyada, yani bohat ziyada objective tor par aap ko jaiza lena hoga ke kya waqatan yahan zarurat</w:t>
      </w:r>
      <w:r>
        <w:br/>
      </w:r>
      <w:r>
        <w:rPr>
          <w:sz w:val="20"/>
        </w:rPr>
        <w:t>1:42:43  sharai paida ho gayi hai.</w:t>
      </w:r>
      <w:r>
        <w:br/>
      </w:r>
      <w:r>
        <w:rPr>
          <w:sz w:val="20"/>
        </w:rPr>
        <w:t>1:42:45  jaise misaal ke tor par aata hai islamic zamane ke baaz waqiat ke ek sahabi ko maar peet</w:t>
      </w:r>
      <w:r>
        <w:br/>
      </w:r>
      <w:r>
        <w:rPr>
          <w:sz w:val="20"/>
        </w:rPr>
        <w:t>1:42:53  rahe the, kaho ke lakh do ilah hai, uzza bhi ilah hai.</w:t>
      </w:r>
      <w:r>
        <w:br/>
      </w:r>
      <w:r>
        <w:rPr>
          <w:sz w:val="20"/>
        </w:rPr>
        <w:t>1:42:58  to ab woh masla is ka tha ke ya to kaho ya marwao apne aap ko.</w:t>
      </w:r>
      <w:r>
        <w:br/>
      </w:r>
      <w:r>
        <w:rPr>
          <w:sz w:val="20"/>
        </w:rPr>
        <w:t>1:43:05  to yani maar se bachne ke liye unhon ne kaha jaye ke theek hai, jo tum karoge</w:t>
      </w:r>
      <w:r>
        <w:br/>
      </w:r>
      <w:r>
        <w:rPr>
          <w:sz w:val="20"/>
        </w:rPr>
        <w:t>1:43:12  sach hai.</w:t>
      </w:r>
      <w:r>
        <w:br/>
      </w:r>
      <w:r>
        <w:rPr>
          <w:sz w:val="20"/>
        </w:rPr>
        <w:t>1:43:14  to jaan ka khatra ho, is tarah ka zarurat sharai paida ho jaye to us waqt waqti tor</w:t>
      </w:r>
      <w:r>
        <w:br/>
      </w:r>
      <w:r>
        <w:rPr>
          <w:sz w:val="20"/>
        </w:rPr>
        <w:t>1:43:22  par koi cheez jo haram ho, shariat ko halal ho jati hai.</w:t>
      </w:r>
      <w:r>
        <w:br/>
      </w:r>
      <w:r>
        <w:rPr>
          <w:sz w:val="20"/>
        </w:rPr>
        <w:t>1:43:27  lekin is ka taayun aadmi khud kar sakta hai ke waqai yeh zarurat sharai hai ke nahi hai.</w:t>
      </w:r>
      <w:r>
        <w:br/>
      </w:r>
      <w:r>
        <w:rPr>
          <w:sz w:val="20"/>
        </w:rPr>
        <w:t>1:43:34  molana, agle sawal se pehle ek comment parhna chahenge jo doha, qatar se molana abdul basit tamri sahib</w:t>
      </w:r>
      <w:r>
        <w:br/>
      </w:r>
      <w:r>
        <w:rPr>
          <w:sz w:val="20"/>
        </w:rPr>
        <w:t>1:43:42  ne likha hai.</w:t>
      </w:r>
      <w:r>
        <w:br/>
      </w:r>
      <w:r>
        <w:rPr>
          <w:sz w:val="20"/>
        </w:rPr>
        <w:t>1:43:44  unhon ne likha hai ke molana, main bachpan se sunta aa raha tha ke insaan boodha ho jata</w:t>
      </w:r>
      <w:r>
        <w:br/>
      </w:r>
      <w:r>
        <w:rPr>
          <w:sz w:val="20"/>
        </w:rPr>
        <w:t>1:43:51  hai lekin soch hamesha jawan rehti hai, magar yeh maloom nahi tha ke aisa kyun hai.</w:t>
      </w:r>
      <w:r>
        <w:br/>
      </w:r>
      <w:r>
        <w:rPr>
          <w:sz w:val="20"/>
        </w:rPr>
        <w:t>1:43:58  aaj aap ki taqreer se maloom hua ke asal rohani irtiqaa hai, hamara jismani irtiqaa nahin.</w:t>
      </w:r>
      <w:r>
        <w:br/>
      </w:r>
      <w:r>
        <w:rPr>
          <w:sz w:val="20"/>
        </w:rPr>
        <w:t>1:44:05  is liye zehni irtiqaa par focus karna chahiye.</w:t>
      </w:r>
      <w:r>
        <w:br/>
      </w:r>
      <w:r>
        <w:rPr>
          <w:sz w:val="20"/>
        </w:rPr>
        <w:t>1:44:09  maulana, aaj ki taqreer se zehni irtiqaa par focus karne ki jo soch thi, us soch mein halchal</w:t>
      </w:r>
      <w:r>
        <w:br/>
      </w:r>
      <w:r>
        <w:rPr>
          <w:sz w:val="20"/>
        </w:rPr>
        <w:t>1:44:16  paida hui.</w:t>
      </w:r>
    </w:p>
    <w:p>
      <w:pPr>
        <w:pStyle w:val="Heading2"/>
      </w:pPr>
      <w:r>
        <w:t>Meaning of progress for Muslims</w:t>
      </w:r>
    </w:p>
    <w:p>
      <w:r>
        <w:rPr>
          <w:color w:val="666666"/>
          <w:sz w:val="18"/>
        </w:rPr>
        <w:t>Life &amp; Wisdom · Concept of Death in Islam 26th Aug 12 SLOW · 2m 59s · at 40:36 · https://youtu.be/8dsos0OBM6M?t=2436</w:t>
      </w:r>
    </w:p>
    <w:p>
      <w:r>
        <w:rPr>
          <w:i/>
        </w:rPr>
        <w:t>“Muslim leaders complain about the decline of the community. They say Muslims are far behind in the field of progress. I want to know what is the meaning of progress?”</w:t>
      </w:r>
    </w:p>
    <w:p>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r>
        <w:br/>
      </w:r>
      <w:r>
        <w:rPr>
          <w:sz w:val="20"/>
        </w:rPr>
        <w:t>41:03  Pasti. Muslim rehnuma millat ki pasti ki shikayat. kya main samajh nahi? kya lafz? past hona. pasti, pasti. main samajh nahi pa raha woh kya lafz hai. zawaal. pesheen the yeh. hain? pesheen the yeh. chaliye, khair se padhiye.</w:t>
      </w:r>
      <w:r>
        <w:br/>
      </w:r>
      <w:r>
        <w:rPr>
          <w:sz w:val="20"/>
        </w:rPr>
        <w:t>41:22  Muslim rehnuma millat ki pasti ki shikayat karte hain. woh kehte hain ke Musalman taraqqi ke maidan mein bohat peechay hain. main yeh jaanna chahta hoon ke taraqqi ka matlab kya hai?</w:t>
      </w:r>
      <w:r>
        <w:br/>
      </w:r>
      <w:r>
        <w:rPr>
          <w:sz w:val="20"/>
        </w:rPr>
        <w:t>41:40  woh unhi se poochiye jo aisa kehte hain.</w:t>
      </w:r>
      <w:r>
        <w:br/>
      </w:r>
      <w:r>
        <w:rPr>
          <w:sz w:val="20"/>
        </w:rPr>
        <w:t>41:45  mujhe mat kehta nahi aisa.</w:t>
      </w:r>
      <w:r>
        <w:br/>
      </w:r>
      <w:r>
        <w:rPr>
          <w:sz w:val="20"/>
        </w:rPr>
        <w:t>41:51  mat kehta hoon ke musalman jo hai soch mein peechhe hain.</w:t>
      </w:r>
      <w:r>
        <w:br/>
      </w:r>
      <w:r>
        <w:rPr>
          <w:sz w:val="20"/>
        </w:rPr>
        <w:t>41:56  mera jo kehna hai woh hai ke musalman soch mein peechay hain.</w:t>
      </w:r>
      <w:r>
        <w:br/>
      </w:r>
      <w:r>
        <w:rPr>
          <w:sz w:val="20"/>
        </w:rPr>
        <w:t>42:02  mera kehna yeh hai ke musalmanon ka case intellectual backwardness ka case hai.</w:t>
      </w:r>
      <w:r>
        <w:br/>
      </w:r>
      <w:r>
        <w:rPr>
          <w:sz w:val="20"/>
        </w:rPr>
        <w:t>42:07  tarraqi mein peechay yeh bhai meri boli nahi hai.</w:t>
      </w:r>
      <w:r>
        <w:br/>
      </w:r>
      <w:r>
        <w:rPr>
          <w:sz w:val="20"/>
        </w:rPr>
        <w:t>42:13  musalmanon ka case intellectual backwardness ka case hai.</w:t>
      </w:r>
      <w:r>
        <w:br/>
      </w:r>
      <w:r>
        <w:rPr>
          <w:sz w:val="20"/>
        </w:rPr>
        <w:t>42:18  yani fikri tanazzul.</w:t>
      </w:r>
      <w:r>
        <w:br/>
      </w:r>
      <w:r>
        <w:rPr>
          <w:sz w:val="20"/>
        </w:rPr>
        <w:t>42:24  toh baqi jo jo log kehte hain, unhi se poochien, woh bataien ge kaam.</w:t>
      </w:r>
      <w:r>
        <w:br/>
      </w:r>
      <w:r>
        <w:rPr>
          <w:sz w:val="20"/>
        </w:rPr>
        <w:t>42:29  okay, we will end the session now. thank you.</w:t>
      </w:r>
      <w:r>
        <w:br/>
      </w:r>
      <w:r>
        <w:rPr>
          <w:sz w:val="20"/>
        </w:rPr>
        <w:t>42:35  Okay. Sadia? pen bhi le lena kahin se. Sadia hi the, Sadia? haan haan ji. ji Maulana. Sadia? Sadia.</w:t>
      </w:r>
    </w:p>
    <w:p>
      <w:pPr>
        <w:pStyle w:val="Heading2"/>
      </w:pPr>
      <w:r>
        <w:t>Migration to escape poverty and tension</w:t>
      </w:r>
    </w:p>
    <w:p>
      <w:r>
        <w:rPr>
          <w:color w:val="666666"/>
          <w:sz w:val="18"/>
        </w:rPr>
        <w:t>Life &amp; Wisdom · The Character of a Dayee 4 March 2012 - Maulana Wahiduddin Khan · 3m 22s · at 1:02:24 · https://youtu.be/YtavJpVNbEM?t=3744</w:t>
      </w:r>
    </w:p>
    <w:p>
      <w:r>
        <w:rPr>
          <w:i/>
        </w:rPr>
        <w:t>“People in Asian countries often say that because of poverty and inflation in their countries, their economic needs cannot be met and they have to live in tension, so they turn to countries like Europe and America in order to fulfil their economic needs and live a tension-free life. To what extent is this statement correct?”</w:t>
      </w:r>
    </w:p>
    <w:p>
      <w:r>
        <w:rPr>
          <w:sz w:val="20"/>
        </w:rPr>
        <w:t>1:02:24  Aah Maulana yeh sawal aaya hai Karachi Pakistan se Mr Abdul Latif sahib ka. Unhon ne poocha hai: "Aishai mulkon ke log aksar yeh kehte hain ke chunke hamare mulkon mein ghurbat aur mehngai hai,</w:t>
      </w:r>
      <w:r>
        <w:br/>
      </w:r>
      <w:r>
        <w:rPr>
          <w:sz w:val="20"/>
        </w:rPr>
        <w:t>1:02:40  Jis ki wajah se hamari maashi zarooriyat poori nahi ho sakti, aur hamein tension mein jeena padta hai, is liye hum Europe aur America jaise mulkon ka rukh karte hain, taake hum apni</w:t>
      </w:r>
      <w:r>
        <w:br/>
      </w:r>
      <w:r>
        <w:rPr>
          <w:sz w:val="20"/>
        </w:rPr>
        <w:t>1:02:56  Maashi zarooriyat ko poora kar sakein, aur tension free life mein reh sakein." Maulana sahib, yeh baat kis had tak sahi hai?</w:t>
      </w:r>
      <w:r>
        <w:br/>
      </w:r>
      <w:r>
        <w:rPr>
          <w:sz w:val="20"/>
        </w:rPr>
        <w:t>1:03:08  Bilkul galat hai. America mein har aadmi tension mein jeeta hai.</w:t>
      </w:r>
      <w:r>
        <w:br/>
      </w:r>
      <w:r>
        <w:rPr>
          <w:sz w:val="20"/>
        </w:rPr>
        <w:t>1:03:14  Wahan ka president bhi tension mein jeeta hai. Wahan tension milegi kisi ko? America mein main ghhaliban das baar ya barah baar gaya hoon.</w:t>
      </w:r>
      <w:r>
        <w:br/>
      </w:r>
      <w:r>
        <w:rPr>
          <w:sz w:val="20"/>
        </w:rPr>
        <w:t>1:03:30  Koi aadmi wahan se nahi jo tension free rehta ho.</w:t>
      </w:r>
      <w:r>
        <w:br/>
      </w:r>
      <w:r>
        <w:rPr>
          <w:sz w:val="20"/>
        </w:rPr>
        <w:t>1:03:35  Tension se bachne ka raaz affluence nahi hai, qanaat hai. Ziyada kamane se tension nahi khatam hota kisi ka.</w:t>
      </w:r>
      <w:r>
        <w:br/>
      </w:r>
      <w:r>
        <w:rPr>
          <w:sz w:val="20"/>
        </w:rPr>
        <w:t>1:03:48  Ala bi zikrillah tatma'inn al-quloob Aap jahan hain, wahin par</w:t>
      </w:r>
      <w:r>
        <w:br/>
      </w:r>
      <w:r>
        <w:rPr>
          <w:sz w:val="20"/>
        </w:rPr>
        <w:t>1:03:54  Aap ke liye mauqa hain. Kai ghurbat nahi hai. Yeh yeh bhi ek jhooti ek ek hai ke log ghurbat mein, ghurbat mein nahi, ziyada chahte hain, kam mila hua.</w:t>
      </w:r>
      <w:r>
        <w:br/>
      </w:r>
      <w:r>
        <w:rPr>
          <w:sz w:val="20"/>
        </w:rPr>
        <w:t>1:04:07  Yeh masla hai.</w:t>
      </w:r>
      <w:r>
        <w:br/>
      </w:r>
      <w:r>
        <w:rPr>
          <w:sz w:val="20"/>
        </w:rPr>
        <w:t>1:04:12  Aur ziyada chahanay ka zehan jo hai, America mein ziyada tazkiyah nahi milti hai. Wahan bhi log ziyada aur ziyada aur ziyada ki wajah se wahan phir bhi tension hi baqi rehta hoga.</w:t>
      </w:r>
      <w:r>
        <w:br/>
      </w:r>
      <w:r>
        <w:rPr>
          <w:sz w:val="20"/>
        </w:rPr>
        <w:t>1:04:23  jis ki aakhri had yeh hai ke amreeka mein aik saahib jo rehte hain, bees pachees saal se,</w:t>
      </w:r>
      <w:r>
        <w:br/>
      </w:r>
      <w:r>
        <w:rPr>
          <w:sz w:val="20"/>
        </w:rPr>
        <w:t>1:04:28  unhon ne mujh se kaha ke amreeka mein bohat ziyada stress rehta hai. stress sab stress mein jeete hain.</w:t>
      </w:r>
      <w:r>
        <w:br/>
      </w:r>
      <w:r>
        <w:rPr>
          <w:sz w:val="20"/>
        </w:rPr>
        <w:t>1:04:40  to jo weekend un ka hai, weekend mein unhon ne</w:t>
      </w:r>
      <w:r>
        <w:br/>
      </w:r>
      <w:r>
        <w:rPr>
          <w:sz w:val="20"/>
        </w:rPr>
        <w:t>1:04:45  yeh socha ke holiday karen, jaayen idhar udhar, outing karen, apna stress ko khatm karne ke liye, yani de-stressing ke liye.</w:t>
      </w:r>
      <w:r>
        <w:br/>
      </w:r>
      <w:r>
        <w:rPr>
          <w:sz w:val="20"/>
        </w:rPr>
        <w:t>1:04:57  to unhon ne bataya ke aik naya stress paida ho gaya ke wahan jaate hain to loot'te hain to</w:t>
      </w:r>
      <w:r>
        <w:br/>
      </w:r>
      <w:r>
        <w:rPr>
          <w:sz w:val="20"/>
        </w:rPr>
        <w:t>1:05:03  aik aik aik nai museebat le kar ke. is ka naam hai holiday stress. holiday stress yeh bilkul yeh sab bilkul yani be stress baaten hain.</w:t>
      </w:r>
      <w:r>
        <w:br/>
      </w:r>
      <w:r>
        <w:rPr>
          <w:sz w:val="20"/>
        </w:rPr>
        <w:t>1:05:17  yaad rakhiye, tension free life ka</w:t>
      </w:r>
      <w:r>
        <w:br/>
      </w:r>
      <w:r>
        <w:rPr>
          <w:sz w:val="20"/>
        </w:rPr>
        <w:t>1:05:20  jo formula hai quran majeed mein, woh hai ala bi zikrillah tatmain al quloob yani khuda ko daryaft karen, aap dollar ko nahin.</w:t>
      </w:r>
      <w:r>
        <w:br/>
      </w:r>
      <w:r>
        <w:rPr>
          <w:sz w:val="20"/>
        </w:rPr>
        <w:t>1:05:32  dollar ko aur gold aur silver ko jo daryaft karega, woh is ka tension kabhi khatm nahin hoga. lekin jo khuda ko daryaft karega, woh bilashuba tension free life is ko haasil ho jayegi, inshallah.</w:t>
      </w:r>
    </w:p>
    <w:p>
      <w:pPr>
        <w:pStyle w:val="Heading2"/>
      </w:pPr>
      <w:r>
        <w:t>Necessity making forbidden permissible</w:t>
      </w:r>
    </w:p>
    <w:p>
      <w:r>
        <w:rPr>
          <w:color w:val="666666"/>
          <w:sz w:val="18"/>
        </w:rPr>
        <w:t>Life &amp; Wisdom · Materialism and Intellectual Dwarfism 29th April 2012 · 2m 07s · at 1:36:09 · https://youtu.be/qHzARL_r3I4?t=5769</w:t>
      </w:r>
    </w:p>
    <w:p>
      <w:r>
        <w:rPr>
          <w:i/>
        </w:rPr>
        <w:t>“Necessity makes the forbidden permissible. What does this mean? It is commonly understood that if a person is starving to death and has nothing to eat, then eating pork becomes permissible for him. Are there other situations? Can this be extended to other cases of genuine necessity, or is it only a legal necessity?”</w:t>
      </w:r>
    </w:p>
    <w:p>
      <w:r>
        <w:rPr>
          <w:sz w:val="20"/>
        </w:rPr>
        <w:t>1:36:09  maulana agla sawal dilli se hai mister shah imran hasan sahab ka unhone likha hai zaroorat haram ko halaal kar deti hai is ka kya matlab hai</w:t>
      </w:r>
      <w:r>
        <w:br/>
      </w:r>
      <w:r>
        <w:rPr>
          <w:sz w:val="20"/>
        </w:rPr>
        <w:t>1:36:24  aam taur par yeh samjha jata hai ke jaise maslan ek aadmi hai bhooka hai marne ke qareeb ho raha hai khane ko kuch hai nahi to us waqt us ko khinzir bhi khana jaiz ho jata hai us ke liye</w:t>
      </w:r>
      <w:r>
        <w:br/>
      </w:r>
      <w:r>
        <w:rPr>
          <w:sz w:val="20"/>
        </w:rPr>
        <w:t>1:36:39  to is tarah ki sooraten hain doosri is ko aap tausee kar sakte hain aur doosri soorton par haqeeqi zaroorat agar hai koi haqeeqi zaroorat yani khud sakhta taur par hum kisi ko zaroorat samjhen kisi cheez ko wo matlab nahi hai haqeeqi zaroorat ya yun kahen ke zaroorat sharai agar</w:t>
      </w:r>
      <w:r>
        <w:br/>
      </w:r>
      <w:r>
        <w:rPr>
          <w:sz w:val="20"/>
        </w:rPr>
        <w:t>1:37:00  zaroorat sharai paida ho gayi ho to wahan par yani bilashubah haram cheez bhi halaal ho jayegi waqti taur par lekin is mein zaroorat sharai shart lazim hai bohat zyada yani bohat zyada objective taur par aap ko jaiza lena hoga ke kya waqeatan yahan zaroorat sharai paida ho gayi hai</w:t>
      </w:r>
      <w:r>
        <w:br/>
      </w:r>
      <w:r>
        <w:rPr>
          <w:sz w:val="20"/>
        </w:rPr>
        <w:t>1:37:26  jaise misaal ke taur par aata hai islam ke zamane ke baaz waqiat ke ek sahabi ko maar peet rahe the kaho ke la ilah hai azza bhi ilah hai to ab woh masla is ka tha ke ya to kaho ya to marwao apne aap ko to</w:t>
      </w:r>
      <w:r>
        <w:br/>
      </w:r>
      <w:r>
        <w:rPr>
          <w:sz w:val="20"/>
        </w:rPr>
        <w:t>1:37:49  yani maar se bachne ke liye unhon ne kaha jaye ke theek hai jo tum karo woh bhi sach hai to jaan ka khatra ho is tarah ka zaroorat sharai paida ho jaye to us waqt waqti tor par koi cheez jo haram ho shariyat mein woh halaal ho jati hai lekin is ka taayun aadmi khud kar sakta hai ke waqai yeh zaroorat sharai hai ke nahi hai</w:t>
      </w:r>
    </w:p>
    <w:p>
      <w:pPr>
        <w:pStyle w:val="Heading2"/>
      </w:pPr>
      <w:r>
        <w:t>Need of sincerity for acquiring wisdom</w:t>
      </w:r>
    </w:p>
    <w:p>
      <w:r>
        <w:rPr>
          <w:color w:val="666666"/>
          <w:sz w:val="18"/>
        </w:rPr>
        <w:t>Life &amp; Wisdom · The Secret of Divine Wisdom September 2, 2012 · 2m 07s · at 1:24:04 · https://youtu.be/ZXQlrW7PqAE?t=5044</w:t>
      </w:r>
    </w:p>
    <w:p>
      <w:r>
        <w:rPr>
          <w:i/>
        </w:rPr>
        <w:t>“Please throw light on the need of sincerity for acquiring wisdom. See, this is a law of nature. You should read psychology. Psychology is the study of man.”</w:t>
      </w:r>
    </w:p>
    <w:p>
      <w:r>
        <w:rPr>
          <w:sz w:val="20"/>
        </w:rPr>
        <w:t>1:24:04  maulana agla sawal lene se pehle ek comment padhna chahenge jo maulana abdul basit umri sahib ne likha hai doha qatar se unhon ne likha hai ke maulana aaj ke lecture se ladai bhadai ki zehniyat kitni badi mahroomi ka sabab hoti hai aaj hi maloom hua</w:t>
      </w:r>
      <w:r>
        <w:br/>
      </w:r>
      <w:r>
        <w:rPr>
          <w:sz w:val="20"/>
        </w:rPr>
        <w:t>1:24:23  maulana aaj se pehle main is baat ko nahi janta tha jazak Allah khair agla sawal delhi se hai miss sadia khan ka unhon ne likha hai maulana sahib please throw light on the need of sincerity for acquiring wisdom dekhen yeh yeh law of nature ki baat hai aap psychology ko padhiye aap</w:t>
      </w:r>
      <w:r>
        <w:br/>
      </w:r>
      <w:r>
        <w:rPr>
          <w:sz w:val="20"/>
        </w:rPr>
        <w:t>1:24:52  yeh bilkul yani jo psychology mein jo psychology kya hai study of man ke naam hai psychology</w:t>
      </w:r>
      <w:r>
        <w:br/>
      </w:r>
      <w:r>
        <w:rPr>
          <w:sz w:val="20"/>
        </w:rPr>
        <w:t>1:25:03  to insan ke bare mein jo research ki gayi hai aur har aadmi ka apna tajurba bhi hai yeh ke agar koi baat aap ke sath pesh aati hai aap ke mizaj ke khilaf aur aap yani sanjidgi kho dete hain sincerity kho dete hain to foran kya hoga ke aap ki aql jo hai woh woh kaam karna band kar degi</w:t>
      </w:r>
      <w:r>
        <w:br/>
      </w:r>
      <w:r>
        <w:rPr>
          <w:sz w:val="20"/>
        </w:rPr>
        <w:t>1:25:33  matlab negative baatein aayengi to yeh ek har aadmi ka zahiri tajurba hai aur psychology ki research bhi batati hai ke jab tak aadmi ke andar sanity hai sincerity hai seriousness hai tab tak us ki aql khoob kaam karti hai aur jaise hi sanity gayi sincerity gayi seriousness gayi us ki aql kaam nahi karti</w:t>
      </w:r>
      <w:r>
        <w:br/>
      </w:r>
      <w:r>
        <w:rPr>
          <w:sz w:val="20"/>
        </w:rPr>
        <w:t>1:26:01  yeh har aadmi ka tajurba hai is mein koi yani main nahi samajhta kisi argument ki zaroorat hai</w:t>
      </w:r>
    </w:p>
    <w:p>
      <w:pPr>
        <w:pStyle w:val="Heading2"/>
      </w:pPr>
      <w:r>
        <w:t>Obstacles to a need-based life</w:t>
      </w:r>
    </w:p>
    <w:p>
      <w:r>
        <w:rPr>
          <w:color w:val="666666"/>
          <w:sz w:val="18"/>
        </w:rPr>
        <w:t>Life &amp; Wisdom · Stress and Spirituality January 1, 2012 · 4m 17s · at 1:14:57 · https://youtu.be/TPhXL9-g6ME?t=4497</w:t>
      </w:r>
    </w:p>
    <w:p>
      <w:r>
        <w:rPr>
          <w:i/>
        </w:rPr>
        <w:t>“What are the obstacles to a need-based life? Respect, fame, status, courtesy, family environment, or an individual's own decision? Tell about this.”</w:t>
      </w:r>
    </w:p>
    <w:p>
      <w:r>
        <w:rPr>
          <w:sz w:val="20"/>
        </w:rPr>
        <w:t>1:14:57  agla sawal chennai se aaya hai Maulana Israr Umri Sahab ka. unhone likha hai: "Maulana, need based zindagi ki kya rukawatein hain?</w:t>
      </w:r>
      <w:r>
        <w:br/>
      </w:r>
      <w:r>
        <w:rPr>
          <w:sz w:val="20"/>
        </w:rPr>
        <w:t>1:15:08  izazat, shohrat, martaba, marawwat, family mahol ya khud ek fard ka faisla? is ke bare mein bataye." yeh sab sab yeh sab ki sab rukawatein hain.</w:t>
      </w:r>
      <w:r>
        <w:br/>
      </w:r>
      <w:r>
        <w:rPr>
          <w:sz w:val="20"/>
        </w:rPr>
        <w:t>1:15:21  jo aap ne bataye, woh sab yahi to rukawatein hain. aap ne rukawaton ki face bata di.</w:t>
      </w:r>
      <w:r>
        <w:br/>
      </w:r>
      <w:r>
        <w:rPr>
          <w:sz w:val="20"/>
        </w:rPr>
        <w:t>1:15:31  need based life woh hai jis mein dekhein ek hai insan ka maqsad, ek hai insan ki zaroorat.</w:t>
      </w:r>
      <w:r>
        <w:br/>
      </w:r>
      <w:r>
        <w:rPr>
          <w:sz w:val="20"/>
        </w:rPr>
        <w:t>1:15:42  do cheezen hain. maqsad kya hai?</w:t>
      </w:r>
      <w:r>
        <w:br/>
      </w:r>
      <w:r>
        <w:rPr>
          <w:sz w:val="20"/>
        </w:rPr>
        <w:t>1:15:45  maqsad yeh hai ke Allah ki marzi pe chalna, dawat Allah ka kaam karna, aur is tarah aisi zindagi guzarna ke maut ke baad humein yani jannat ke farishte hamara istiqbal karein.</w:t>
      </w:r>
      <w:r>
        <w:br/>
      </w:r>
      <w:r>
        <w:rPr>
          <w:sz w:val="20"/>
        </w:rPr>
        <w:t>1:16:03  maqsad yeh hai. lekin is maqsad par zindagi guzarnay ke liye humein hamari kuch zarooraten hain. hum ko pyas lagti hai to pani chahiye.</w:t>
      </w:r>
      <w:r>
        <w:br/>
      </w:r>
      <w:r>
        <w:rPr>
          <w:sz w:val="20"/>
        </w:rPr>
        <w:t>1:16:12  bhook lagti hai to khana chahiye.</w:t>
      </w:r>
      <w:r>
        <w:br/>
      </w:r>
      <w:r>
        <w:rPr>
          <w:sz w:val="20"/>
        </w:rPr>
        <w:t>1:16:15  sardi garmi ka mausam aata hai to aap ko ek ek shelter chahiye. hamari body ke liye ek kapda chahiye. to yeh zarooraton ko poora karte hue maqsad ke liye sar-garm rehna yeh matloob hai.</w:t>
      </w:r>
      <w:r>
        <w:br/>
      </w:r>
      <w:r>
        <w:rPr>
          <w:sz w:val="20"/>
        </w:rPr>
        <w:t>1:16:31  to aap ek doosre ko alag kar dijiye. jahan aap mehsoos karein ke jo maqsad hai us mein erosion ho raha hai, us mein kami aa rahi hai.</w:t>
      </w:r>
      <w:r>
        <w:br/>
      </w:r>
      <w:r>
        <w:rPr>
          <w:sz w:val="20"/>
        </w:rPr>
        <w:t>1:16:40  to us ko samjhiye ke woh zaroorat ke ilawa hai woh.</w:t>
      </w:r>
      <w:r>
        <w:br/>
      </w:r>
      <w:r>
        <w:rPr>
          <w:sz w:val="20"/>
        </w:rPr>
        <w:t>1:16:43  chahe woh khandani marawwat ho, chahe family ke taqaze hon, ya aap ki khwahish ho, ya koi bhi fame ho, koi bhi cheez, politics ho,</w:t>
      </w:r>
      <w:r>
        <w:br/>
      </w:r>
      <w:r>
        <w:rPr>
          <w:sz w:val="20"/>
        </w:rPr>
        <w:t>1:16:57  har woh cheez jo aap ke aap jis ko aap mehsoos karein ke mere jo maqsad mera asal hai, us ke mutabiq zindagi guzarnay mein yeh rok ban raha hai.</w:t>
      </w:r>
      <w:r>
        <w:br/>
      </w:r>
      <w:r>
        <w:rPr>
          <w:sz w:val="20"/>
        </w:rPr>
        <w:t>1:17:10  jismaani ki woh zaroorat se bahar chale gaye.</w:t>
      </w:r>
      <w:r>
        <w:br/>
      </w:r>
      <w:r>
        <w:rPr>
          <w:sz w:val="20"/>
        </w:rPr>
        <w:t>1:17:15  to to yeh yeh yeh cheez aadmi khud hi samajh sakta hai. is ki koi fehrist bahar se nahi diya sakti. aadmi apna muhasba kare, apna interest introspection kare to woh khud jaan jaan lega ke yahan tak zaroorat ki had thi aur yahan par zaroorat se bahar mein nikal gaya.</w:t>
      </w:r>
      <w:r>
        <w:br/>
      </w:r>
      <w:r>
        <w:rPr>
          <w:sz w:val="20"/>
        </w:rPr>
        <w:t>1:17:37  to jab bhi aap mehsoos karein ke aap ko koi cheez aisi hai hai jo aap ko maqsad se hata rahi hai to bas woh chahe family ho, chahe aap biwi bachche hon, chahe job ho, chahe business ho, chahe koi bhi habit ho, koi bhi aadatein hon, samjhiye ke woh qabil tark hai.</w:t>
      </w:r>
      <w:r>
        <w:br/>
      </w:r>
      <w:r>
        <w:rPr>
          <w:sz w:val="20"/>
        </w:rPr>
        <w:t>1:17:59  qabil tark hai woh. yaani maqsad ko kisi bhi haal mein na chhoden aap. chahe aap ko doosri cheezon ko chhodna pade.</w:t>
      </w:r>
      <w:r>
        <w:br/>
      </w:r>
      <w:r>
        <w:rPr>
          <w:sz w:val="20"/>
        </w:rPr>
        <w:t>1:18:09  aur is ki fehrist koi doosra aadmi nahi de sakt</w:t>
      </w:r>
      <w:r>
        <w:br/>
      </w:r>
      <w:r>
        <w:rPr>
          <w:sz w:val="20"/>
        </w:rPr>
        <w:t>1:18:12  a aap ko. aap khud hi is ki fehrist banayenge. ke ke aap cheez chhodna hai ke nahi chhodna hai. main apne hisab se yahi kahunga ke zaroorat wahi cheez hai,</w:t>
      </w:r>
      <w:r>
        <w:br/>
      </w:r>
      <w:r>
        <w:rPr>
          <w:sz w:val="20"/>
        </w:rPr>
        <w:t>1:18:24  zaroorat sirf inhi cheezon ka naam hai jis ke baghair aap zinda nahi reh sakte. yaani zinda rehne ke liye jo zaroori hai wahi need hai.</w:t>
      </w:r>
      <w:r>
        <w:br/>
      </w:r>
      <w:r>
        <w:rPr>
          <w:sz w:val="20"/>
        </w:rPr>
        <w:t>1:18:37  ab baqi aaram o aish woh zaroorat nahi hai, woh woh faazil cheezein hain, woh to distraction hain. to zehan ko bahut zyada wazeh taur par is yaani bashaoor banaiye ke aap ko jeena hai maqsad ke liye.</w:t>
      </w:r>
      <w:r>
        <w:br/>
      </w:r>
      <w:r>
        <w:rPr>
          <w:sz w:val="20"/>
        </w:rPr>
        <w:t>1:18:56  baqi cheezein sirf is liye hain ke mujhe jab tak jee raha hoon tab tak meri zarooratein poori na hon to main kaise zinda rahunga.</w:t>
      </w:r>
      <w:r>
        <w:br/>
      </w:r>
      <w:r>
        <w:rPr>
          <w:sz w:val="20"/>
        </w:rPr>
        <w:t>1:19:05  to is farq ko jab aap mehsoos malhooz rakhenge to maamla bilkul aasani se samajh mein aa jayega.</w:t>
      </w:r>
    </w:p>
    <w:p>
      <w:pPr>
        <w:pStyle w:val="Heading2"/>
      </w:pPr>
      <w:r>
        <w:t>One habit everyone should adopt</w:t>
      </w:r>
    </w:p>
    <w:p>
      <w:r>
        <w:rPr>
          <w:color w:val="666666"/>
          <w:sz w:val="18"/>
        </w:rPr>
        <w:t>Life &amp; Wisdom · Self Correction November 09, 2014 · 3m 04s · at 49:11 · https://youtu.be/EgAukdSfGRU?t=2951</w:t>
      </w:r>
    </w:p>
    <w:p>
      <w:r>
        <w:rPr>
          <w:i/>
        </w:rPr>
        <w:t>“In your knowledge, is there any habit which, according to you, should be adopted by everyone?”</w:t>
      </w:r>
    </w:p>
    <w:p>
      <w:r>
        <w:rPr>
          <w:sz w:val="20"/>
        </w:rPr>
        <w:t>49:11  Yeh mera tajurba to yahi hai. agar koi misaal batayega to mein inshallah mazeed wazahat karunga. Maulana, agla sawal Mumbai se aaya hai Miss Yasmeen ka, aur unhon ne aapse poocha hai ke "Molana, in your knowledge, is there any habit which, according to you, should be adopted by everyone?" Koi bhi habit nahi.</w:t>
      </w:r>
      <w:r>
        <w:br/>
      </w:r>
      <w:r>
        <w:rPr>
          <w:sz w:val="20"/>
        </w:rPr>
        <w:t>49:37  Mein to yahi keh raha hoon, koi peeche bator habit nahi karna chahiye.</w:t>
      </w:r>
      <w:r>
        <w:br/>
      </w:r>
      <w:r>
        <w:rPr>
          <w:sz w:val="20"/>
        </w:rPr>
        <w:t>49:42  Adat ke taur par nahi. Hatta ke namaz bhi agar adat ke taur par parhen to kya kya is ka kya purpose hai? Aap tasbeeh parhen adat ke taur par, namaz parhen adat ke taur par.</w:t>
      </w:r>
      <w:r>
        <w:br/>
      </w:r>
      <w:r>
        <w:rPr>
          <w:sz w:val="20"/>
        </w:rPr>
        <w:t>49:55  Shu'oor ke taur par karen tab is ka sawab hai. Aap namaz shu'oor honi chahiye, tilawat shu'oor honi chahiye, zikr-e-ilahi shu'oor hona chahiye.</w:t>
      </w:r>
      <w:r>
        <w:br/>
      </w:r>
      <w:r>
        <w:rPr>
          <w:sz w:val="20"/>
        </w:rPr>
        <w:t>50:08  bator aadat aap karen ge to main nahin samajhta hoon ke woh is ka koi value hai. koi value nahin hai is ki. dekhiye, ek hadith hai ke tum ibadat karte ho, yaani namaz waghera ki ibadaten karte ho.</w:t>
      </w:r>
      <w:r>
        <w:br/>
      </w:r>
      <w:r>
        <w:rPr>
          <w:sz w:val="20"/>
        </w:rPr>
        <w:t>50:26  insan ibadat karta hai, is ke baad yeh lafz hai ke</w:t>
      </w:r>
      <w:r>
        <w:br/>
      </w:r>
      <w:r>
        <w:rPr>
          <w:sz w:val="20"/>
        </w:rPr>
        <w:t>50:34  wala yujzaa idlaa'a biqadr-i aqlih yeh ibadat ke bare mein hai, yeh ibadat ke bare mein</w:t>
      </w:r>
      <w:r>
        <w:br/>
      </w:r>
      <w:r>
        <w:rPr>
          <w:sz w:val="20"/>
        </w:rPr>
        <w:t>50:42  hai. wala yujzaa illa biqadr-i aqlih aql ke baqadr hi is ko is ka badla milta hai.</w:t>
      </w:r>
      <w:r>
        <w:br/>
      </w:r>
      <w:r>
        <w:rPr>
          <w:sz w:val="20"/>
        </w:rPr>
        <w:t>50:52  aql ka matlab hai shaoori, yaani shaoori ibadat Allah taala ke haan value rakhti hai. aadat to aadat ban jo ibadat, aadat ban jaye, Allah ka is ki koi value nahin hai.</w:t>
      </w:r>
      <w:r>
        <w:br/>
      </w:r>
      <w:r>
        <w:rPr>
          <w:sz w:val="20"/>
        </w:rPr>
        <w:t>51:06  wala yujzaa illa biqadr-i aqlih badla milta hai aadmi ko aql ke</w:t>
      </w:r>
      <w:r>
        <w:br/>
      </w:r>
      <w:r>
        <w:rPr>
          <w:sz w:val="20"/>
        </w:rPr>
        <w:t>51:12  biqadr, yaani shaoor ke, yaani shaoor ke etbaar se hatta is ne kiya ho, is ka badla mile ga.</w:t>
      </w:r>
      <w:r>
        <w:br/>
      </w:r>
      <w:r>
        <w:rPr>
          <w:sz w:val="20"/>
        </w:rPr>
        <w:t>51:22  is liye main kisi bhi aadat ko, yaani chahe koi bhi achhi b-zaahir achhi aadat ho, us ko bekar samajhta hoon. har kaam aap ko karna chahiye shaoor ke tehat.</w:t>
      </w:r>
      <w:r>
        <w:br/>
      </w:r>
      <w:r>
        <w:rPr>
          <w:sz w:val="20"/>
        </w:rPr>
        <w:t>51:33  jaise main yahan aata hoon, farz kijiye har sunday ko, agar meri aadat ban jaye to yeh bekar kaam hai.</w:t>
      </w:r>
      <w:r>
        <w:br/>
      </w:r>
      <w:r>
        <w:rPr>
          <w:sz w:val="20"/>
        </w:rPr>
        <w:t>51:40  ek aadat ban jaye, nahin, mujhe shaoor ke taur par yeh kaam karna hai. shaoor to bas soch raha hai ke mujhe sunday ko 10:30 par bolna hai, phir isi tarah se maine sochna hai, apne shaoor ko isi tarah se active karna hai.</w:t>
      </w:r>
      <w:r>
        <w:br/>
      </w:r>
      <w:r>
        <w:rPr>
          <w:sz w:val="20"/>
        </w:rPr>
        <w:t>51:55  tab is ki value hai. aadat ban jaye to is ki koi value nahin hai. is ki mere apne tajrube ke mutabiq to mahaz aadat kisi bhi cheez ke liye bilkul value-less cheez hai.</w:t>
      </w:r>
    </w:p>
    <w:p>
      <w:pPr>
        <w:pStyle w:val="Heading2"/>
      </w:pPr>
      <w:r>
        <w:t>Only healthy personality goes to paradise</w:t>
      </w:r>
    </w:p>
    <w:p>
      <w:r>
        <w:rPr>
          <w:color w:val="666666"/>
          <w:sz w:val="18"/>
        </w:rPr>
        <w:t>Life &amp; Wisdom · Spiritual Goal January 15, 2017 · 2m 21s · at 45:25 · https://youtu.be/D3JYu4p_P34?t=2725</w:t>
      </w:r>
    </w:p>
    <w:p>
      <w:r>
        <w:rPr>
          <w:i/>
        </w:rPr>
        <w:t>“Maulana, today's talk was very useful for me. Jazakallah. My question is that you said that only healthy personality, that is positive personality, will go to paradise.”</w:t>
      </w:r>
    </w:p>
    <w:p>
      <w:r>
        <w:rPr>
          <w:sz w:val="20"/>
        </w:rPr>
        <w:t>45:25  every Muslim." Maulana, agla sawal bheja hai Fauzan sahib ne, Lucknow se.</w:t>
      </w:r>
      <w:r>
        <w:br/>
      </w:r>
      <w:r>
        <w:rPr>
          <w:sz w:val="20"/>
        </w:rPr>
        <w:t>45:33  Unhon ne likha hai: "Maulana sahib, today's talk was very useful for me. Jazak Allah.</w:t>
      </w:r>
      <w:r>
        <w:br/>
      </w:r>
      <w:r>
        <w:rPr>
          <w:sz w:val="20"/>
        </w:rPr>
        <w:t>45:41  My question is that you said that only healthy personality, that is positive personality, will go to paradise.</w:t>
      </w:r>
      <w:r>
        <w:br/>
      </w:r>
      <w:r>
        <w:rPr>
          <w:sz w:val="20"/>
        </w:rPr>
        <w:t>45:49  But Maulana sahib, just like no one is perfect, similarly no person in this world will be completely positive.</w:t>
      </w:r>
      <w:r>
        <w:br/>
      </w:r>
      <w:r>
        <w:rPr>
          <w:sz w:val="20"/>
        </w:rPr>
        <w:t>45:57  Negative experiences will keep happening to a person till his death.</w:t>
      </w:r>
      <w:r>
        <w:br/>
      </w:r>
      <w:r>
        <w:rPr>
          <w:sz w:val="20"/>
        </w:rPr>
        <w:t>46:05  Therefore, there will be some traces of negativity in a person always. In such a scenario, how will a person qualify for paradise?"</w:t>
      </w:r>
      <w:r>
        <w:br/>
      </w:r>
      <w:r>
        <w:rPr>
          <w:sz w:val="20"/>
        </w:rPr>
        <w:t>46:15  "Dekhen, positive goal ki taraf jo insaan ki journey hoti hai, woh ek struggle se bhari hui hai.</w:t>
      </w:r>
      <w:r>
        <w:br/>
      </w:r>
      <w:r>
        <w:rPr>
          <w:sz w:val="20"/>
        </w:rPr>
        <w:t>46:22  Struggle se bhari hui hai.</w:t>
      </w:r>
      <w:r>
        <w:br/>
      </w:r>
      <w:r>
        <w:rPr>
          <w:sz w:val="20"/>
        </w:rPr>
        <w:t>46:29  Woh struggle hota hi negative item ke darmiyan.</w:t>
      </w:r>
      <w:r>
        <w:br/>
      </w:r>
      <w:r>
        <w:rPr>
          <w:sz w:val="20"/>
        </w:rPr>
        <w:t>46:36  To woh aap ke liye helper hai, woh jo aspect hai zindagi ke, woh to helper hai aap ke liye.</w:t>
      </w:r>
      <w:r>
        <w:br/>
      </w:r>
      <w:r>
        <w:rPr>
          <w:sz w:val="20"/>
        </w:rPr>
        <w:t>46:43  Isi se struggle, spiritual struggle, spiritual struggle ka mahol isi se to banta hai.</w:t>
      </w:r>
      <w:r>
        <w:br/>
      </w:r>
      <w:r>
        <w:rPr>
          <w:sz w:val="20"/>
        </w:rPr>
        <w:t>46:50  To positive mind banta hai spiritual struggle ke darmiyan.</w:t>
      </w:r>
      <w:r>
        <w:br/>
      </w:r>
      <w:r>
        <w:rPr>
          <w:sz w:val="20"/>
        </w:rPr>
        <w:t>46:57  Spiritual struggle na ho to positive mind bhi nahin banega.\</w:t>
      </w:r>
      <w:r>
        <w:br/>
      </w:r>
      <w:r>
        <w:rPr>
          <w:sz w:val="20"/>
        </w:rPr>
        <w:t>47:04  phir to stagnation aa jayega.</w:t>
      </w:r>
      <w:r>
        <w:br/>
      </w:r>
      <w:r>
        <w:rPr>
          <w:sz w:val="20"/>
        </w:rPr>
        <w:t>47:11  to woh helpful item hai, woh.</w:t>
      </w:r>
      <w:r>
        <w:br/>
      </w:r>
      <w:r>
        <w:rPr>
          <w:sz w:val="20"/>
        </w:rPr>
        <w:t>47:18  woh anti item nahi hai hamare liye.</w:t>
      </w:r>
      <w:r>
        <w:br/>
      </w:r>
      <w:r>
        <w:rPr>
          <w:sz w:val="20"/>
        </w:rPr>
        <w:t>47:25  isi se to spirituality ek struggle banti hai.</w:t>
      </w:r>
      <w:r>
        <w:br/>
      </w:r>
      <w:r>
        <w:rPr>
          <w:sz w:val="20"/>
        </w:rPr>
        <w:t>47:32  struggle, challenge ka samna pesh aata hai.</w:t>
      </w:r>
      <w:r>
        <w:br/>
      </w:r>
      <w:r>
        <w:rPr>
          <w:sz w:val="20"/>
        </w:rPr>
        <w:t>47:39  agar struggle na ho, challenge na ho to zindagi jamood ka shikar ho jayegi.</w:t>
      </w:r>
      <w:r>
        <w:br/>
      </w:r>
      <w:r>
        <w:rPr>
          <w:sz w:val="20"/>
        </w:rPr>
        <w:t>47:46  maulana, agla sawal srinagar se bheja hai riyaz bhat sahab ne, aur unhon ne likha hai: "maulana</w:t>
      </w:r>
    </w:p>
    <w:p>
      <w:pPr>
        <w:pStyle w:val="Heading2"/>
      </w:pPr>
      <w:r>
        <w:t>Opinion on consumerism in modern technology</w:t>
      </w:r>
    </w:p>
    <w:p>
      <w:r>
        <w:rPr>
          <w:color w:val="666666"/>
          <w:sz w:val="18"/>
        </w:rPr>
        <w:t>Life &amp; Wisdom · Question &amp; Answer Jan 6th 2013 - Maulana Wahiduddin Kahn · 2m 46s · at 19:40 · https://youtu.be/1FAK1QuHEpw?t=1180</w:t>
      </w:r>
    </w:p>
    <w:p>
      <w:r>
        <w:rPr>
          <w:i/>
        </w:rPr>
        <w:t>“I can see here in the hall lots of consumerism like Apple laptops, desktops and Android mobile phones etc. They all are in front of your eyes. What is your opinion?”</w:t>
      </w:r>
    </w:p>
    <w:p>
      <w:r>
        <w:rPr>
          <w:sz w:val="20"/>
        </w:rPr>
        <w:t>19:40  ab theek hai. ji. maulana, un ka aik aur sawal hai, unhon ne likha hai: "i can see here in the hall lots of consumerism like apple laptop, desktop and android mobile phones etc.</w:t>
      </w:r>
      <w:r>
        <w:br/>
      </w:r>
      <w:r>
        <w:rPr>
          <w:sz w:val="20"/>
        </w:rPr>
        <w:t>19:54  they all are in front of your eyes. what is your op</w:t>
      </w:r>
      <w:r>
        <w:br/>
      </w:r>
      <w:r>
        <w:rPr>
          <w:sz w:val="20"/>
        </w:rPr>
        <w:t>19:58  inion؟" is maani mein aap ne meri baat samjhi nahi. aap ne suna bhi nahi meri baat ko shayad. aap apne maani mein jee rahe the. aap yahan nahi the yahan par.</w:t>
      </w:r>
      <w:r>
        <w:br/>
      </w:r>
      <w:r>
        <w:rPr>
          <w:sz w:val="20"/>
        </w:rPr>
        <w:t>20:08  yahan nahi the aap. aap is se pehle jahan the wahin, abhi bhi wahin the aap. dekhiye, hamein hum aik commission chala rahe hain, aik global mission, international mission.</w:t>
      </w:r>
      <w:r>
        <w:br/>
      </w:r>
      <w:r>
        <w:rPr>
          <w:sz w:val="20"/>
        </w:rPr>
        <w:t>20:20  apni baat ko saare dunya mein pahunchana hai. to aap kaise pahunchayenge? yahan jitni cheezein aap dekhenge sab zaroorat ki cheezein hain. yani global modern communication jeete hain hum.</w:t>
      </w:r>
      <w:r>
        <w:br/>
      </w:r>
      <w:r>
        <w:rPr>
          <w:sz w:val="20"/>
        </w:rPr>
        <w:t>20:33  hamein aik global mission hum chala rahe hain. to kaise chalayenge bataiye? is ke baghair chalayenge aap? to aik cheez hoti hai yani apni shauq ko poora karna, apni khwahish ko poora karna, apni shan o shaukat ko poora karna.</w:t>
      </w:r>
      <w:r>
        <w:br/>
      </w:r>
      <w:r>
        <w:rPr>
          <w:sz w:val="20"/>
        </w:rPr>
        <w:t>20:48  woh aik alag cheez hai. yeh to bilkul zaroorat ki cheezein hain. yeh mission ke aitbaar se dekhiye, is ko mission ke aitbaar se. mere khayal se aap yahan tashreef rakhte honge lekin aap maujood nahi yahan par hain.</w:t>
      </w:r>
      <w:r>
        <w:br/>
      </w:r>
      <w:r>
        <w:rPr>
          <w:sz w:val="20"/>
        </w:rPr>
        <w:t>21:04  meri baaton ko suna nahi aap ne.</w:t>
      </w:r>
      <w:r>
        <w:br/>
      </w:r>
      <w:r>
        <w:rPr>
          <w:sz w:val="20"/>
        </w:rPr>
        <w:t>21:09  aik fard woh hai jo bas kahin kamre mein jee raha hai, is ka maamla alag hai. lekin jo jo mun of mission hai us ke maamlaat alag hote hain. mun of mission ki zaroorat hai ke is par telephone ho, is ke paas computer ho, is ke paas laptop ho.</w:t>
      </w:r>
      <w:r>
        <w:br/>
      </w:r>
      <w:r>
        <w:rPr>
          <w:sz w:val="20"/>
        </w:rPr>
        <w:t>21:24  taake saari dunya mein apni baat ko pahuncha sake woh. to aap aap is aitbaar se dekhiye ke meri personal life ko aa ke dekhiye mere kamre mein ke mein kaise rehta hoon.</w:t>
      </w:r>
      <w:r>
        <w:br/>
      </w:r>
      <w:r>
        <w:rPr>
          <w:sz w:val="20"/>
        </w:rPr>
        <w:t>21:37  mishn ke aitbaar se mein kya kar raha hoon is ko is ko ise mat naapiye aap. meri jo personal life hai ke mein kapra kaisa hai, meri kursi kaisi hai, mera khana kaisa hai woh ek alag cheez hai.</w:t>
      </w:r>
      <w:r>
        <w:br/>
      </w:r>
      <w:r>
        <w:rPr>
          <w:sz w:val="20"/>
        </w:rPr>
        <w:t>21:51  is ko alag kar ke dekhiye. aur doosri ke mishn ko chalane ke liye mein kya kar raha hoon woh ek alag cheez hai. ya to mishn ko aap band kar dein.</w:t>
      </w:r>
      <w:r>
        <w:br/>
      </w:r>
      <w:r>
        <w:rPr>
          <w:sz w:val="20"/>
        </w:rPr>
        <w:t>22:01  yeh age jo hai yeh is mein is age mein hum ko apni baat ko saari duniya tak pahunchana hai. to kaise pahunchayein bataiye? Most modern technique jo hai woh hum istemaal karenge is ko.</w:t>
      </w:r>
      <w:r>
        <w:br/>
      </w:r>
      <w:r>
        <w:rPr>
          <w:sz w:val="20"/>
        </w:rPr>
        <w:t>22:13  kyunke woh hamare mun of mishn ki zaroorat hai woh.</w:t>
      </w:r>
      <w:r>
        <w:br/>
      </w:r>
      <w:r>
        <w:rPr>
          <w:sz w:val="20"/>
        </w:rPr>
        <w:t>22:19  aap ise phir se sochiye to aap yeh baat aap ko clear ho jayegi.</w:t>
      </w:r>
    </w:p>
    <w:p>
      <w:pPr>
        <w:pStyle w:val="Heading2"/>
      </w:pPr>
      <w:r>
        <w:t>Opinion on consumerism like laptops and phones</w:t>
      </w:r>
    </w:p>
    <w:p>
      <w:r>
        <w:rPr>
          <w:color w:val="666666"/>
          <w:sz w:val="18"/>
        </w:rPr>
        <w:t>Life &amp; Wisdom · Age Of Consumerism I January 6, 2013 Maulana Wahiduddin Khan · 2m 41s · at 1:19:11 · https://youtu.be/CuRYFl7JuEM?t=4751</w:t>
      </w:r>
    </w:p>
    <w:p>
      <w:r>
        <w:rPr>
          <w:i/>
        </w:rPr>
        <w:t>“I can see here in the hall lots of consumerism, like Apple laptop, desktop and Android mobile phones, etcetera. They all are in front of your eyes. What is your opinion?”</w:t>
      </w:r>
    </w:p>
    <w:p>
      <w:r>
        <w:rPr>
          <w:sz w:val="20"/>
        </w:rPr>
        <w:t>1:19:11  yeh mein samajhta hoon ke sab theek hai. ji, Maulana, un ka aik aur sawal hai. unhon ne likha hai: "I can see here in the hall lots of consumerism, like Apple laptop, desktop and Android mobile phones, etcetera."</w:t>
      </w:r>
      <w:r>
        <w:br/>
      </w:r>
      <w:r>
        <w:rPr>
          <w:sz w:val="20"/>
        </w:rPr>
        <w:t>1:19:28  de al ar an front of your eyes. what</w:t>
      </w:r>
      <w:r>
        <w:br/>
      </w:r>
      <w:r>
        <w:rPr>
          <w:sz w:val="20"/>
        </w:rPr>
        <w:t>1:19:31  as your opinion?" Usman ne kaha: "Aap ne meri baat samjhi nahi, aap ne suna bhi nahi meri baat ko. Shayad aap apne mann mein jee rahe the, aap yahan nahi the, yahan par yahan nahi the.</w:t>
      </w:r>
      <w:r>
        <w:br/>
      </w:r>
      <w:r>
        <w:rPr>
          <w:sz w:val="20"/>
        </w:rPr>
        <w:t>1:19:42  aap aap is se pehle jahan the, wohin abhi bhi wohin the. aap</w:t>
      </w:r>
      <w:r>
        <w:br/>
      </w:r>
      <w:r>
        <w:rPr>
          <w:sz w:val="20"/>
        </w:rPr>
        <w:t>1:19:49  dekhiye, hamein hum ek commission chala rahe hain, ek global mission, international mission. apni baat ko saare duniya mein pahunchana hai, to aap kaise pahunchayenge?</w:t>
      </w:r>
      <w:r>
        <w:br/>
      </w:r>
      <w:r>
        <w:rPr>
          <w:sz w:val="20"/>
        </w:rPr>
        <w:t>1:19:58  yahan jitni cheezein aap dekhenge, sab zaroorat ki cheezein hain. yaani global modern communication jeete hain hum.</w:t>
      </w:r>
      <w:r>
        <w:br/>
      </w:r>
      <w:r>
        <w:rPr>
          <w:sz w:val="20"/>
        </w:rPr>
        <w:t>1:20:07  hamein ek global mission hum chala rahe hain, to kaise chalayenge? bataiye, is ke baghair chalayenge aap?</w:t>
      </w:r>
      <w:r>
        <w:br/>
      </w:r>
      <w:r>
        <w:rPr>
          <w:sz w:val="20"/>
        </w:rPr>
        <w:t>1:20:13  to ek cheez hoti hai, yaani apni shauk ko poora karna, apni khwahish ko poora karna, apni shaan o shaukat ko poora karna, woh ek alag cheez hai.</w:t>
      </w:r>
      <w:r>
        <w:br/>
      </w:r>
      <w:r>
        <w:rPr>
          <w:sz w:val="20"/>
        </w:rPr>
        <w:t>1:20:24  yeh to bilkul zaroorat ki cheezein hain. yeh mission ke aitbaar se dekhiye, is ko mission ke aitbaar se.</w:t>
      </w:r>
      <w:r>
        <w:br/>
      </w:r>
      <w:r>
        <w:rPr>
          <w:sz w:val="20"/>
        </w:rPr>
        <w:t>1:20:33  mere khayal se aap yahan tashreef rakhte honge, lekin aap maujood nahi yahan par hain.</w:t>
      </w:r>
      <w:r>
        <w:br/>
      </w:r>
      <w:r>
        <w:rPr>
          <w:sz w:val="20"/>
        </w:rPr>
        <w:t>1:20:38  meri baaton ko suna nahi aap ne.</w:t>
      </w:r>
      <w:r>
        <w:br/>
      </w:r>
      <w:r>
        <w:rPr>
          <w:sz w:val="20"/>
        </w:rPr>
        <w:t>1:20:43  ek fard woh hai jo bas kahin kamre mein jee raha hai, is ka muamla alag hai. lekin jo jo man of mission hai, is ke muamlaat alag hote hain. man of mission ki zaroorat hai ke is waqt telephone ho, is ke paas computer ho, is ke paas laptop ho taake saari duniya mein apni baat ko pahuncha sake.</w:t>
      </w:r>
      <w:r>
        <w:br/>
      </w:r>
      <w:r>
        <w:rPr>
          <w:sz w:val="20"/>
        </w:rPr>
        <w:t>1:21:00  woh</w:t>
      </w:r>
      <w:r>
        <w:br/>
      </w:r>
      <w:r>
        <w:rPr>
          <w:sz w:val="20"/>
        </w:rPr>
        <w:t>1:21:02  to aap aap is aitbaar se dekhiye ke meri personal life ko aa ke dekhiye, mere kamre mein ke main kaise rehta hoon. mission ke aitbaar se main kya kar raha hoon, is ko is ko ise mat naapiye.</w:t>
      </w:r>
      <w:r>
        <w:br/>
      </w:r>
      <w:r>
        <w:rPr>
          <w:sz w:val="20"/>
        </w:rPr>
        <w:t>1:21:15  aap meri jo personal life hai ke main kapda kaisa hai, meri kursi kaisi hai, mera khana kaisa hai, woh ek alag cheez hai.</w:t>
      </w:r>
      <w:r>
        <w:br/>
      </w:r>
      <w:r>
        <w:rPr>
          <w:sz w:val="20"/>
        </w:rPr>
        <w:t>1:21:25  is ko alag kar ke dekhiye. aur doosri ke mission ko chalane ke liye main kya kar raha hoon, woh ek alag cheez hai. ya to mission ko aap band kar dein.</w:t>
      </w:r>
      <w:r>
        <w:br/>
      </w:r>
      <w:r>
        <w:rPr>
          <w:sz w:val="20"/>
        </w:rPr>
        <w:t>1:21:35  yeh age jo hai, yeh is mein is age mein hum ko apni baat ko saari duniya tak pahunchana hai, to kaise pahunchayen? bataiye,</w:t>
      </w:r>
      <w:r>
        <w:br/>
      </w:r>
      <w:r>
        <w:rPr>
          <w:sz w:val="20"/>
        </w:rPr>
        <w:t>1:21:44  most modern technique jo hai, woh hum istemaal karenge is ko kyunke woh hamare man ambition ki zaroorat hai. woh</w:t>
      </w:r>
    </w:p>
    <w:p>
      <w:pPr>
        <w:pStyle w:val="Heading2"/>
      </w:pPr>
      <w:r>
        <w:t>Overcoming Difficulty in Staying Always Positive</w:t>
      </w:r>
    </w:p>
    <w:p>
      <w:r>
        <w:rPr>
          <w:color w:val="666666"/>
          <w:sz w:val="18"/>
        </w:rPr>
        <w:t>Life &amp; Wisdom · 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Overcoming Disappointments After Failures</w:t>
      </w:r>
    </w:p>
    <w:p>
      <w:r>
        <w:rPr>
          <w:color w:val="666666"/>
          <w:sz w:val="18"/>
        </w:rPr>
        <w:t>Life &amp; Wisdom · Modern Age June 9, 2019 Maulana Wahiduddin Khan · 2m 28s · at 54:48 · https://youtu.be/7mjCvAvHEdA?t=3288</w:t>
      </w:r>
    </w:p>
    <w:p>
      <w:r>
        <w:rPr>
          <w:i/>
        </w:rPr>
        <w:t>“How can we overcome disappointments after failures?”</w:t>
      </w:r>
    </w:p>
    <w:p>
      <w:r>
        <w:rPr>
          <w:sz w:val="20"/>
        </w:rPr>
        <w:t>54:48  maulana, agla sawal miss rutaba hussain ne kiya hai. unhon ne location nahi likhi hai. un ka sawal hai ke "How can we overcome disappointments after failures؟" is ke baray mein batayein.</w:t>
      </w:r>
      <w:r>
        <w:br/>
      </w:r>
      <w:r>
        <w:rPr>
          <w:sz w:val="20"/>
        </w:rPr>
        <w:t>55:02  sirf ek, sirf ek shart hai. doosre ko blame dena chhod dijiye.</w:t>
      </w:r>
      <w:r>
        <w:br/>
      </w:r>
      <w:r>
        <w:rPr>
          <w:sz w:val="20"/>
        </w:rPr>
        <w:t>55:13  hamesha apne ko blame dijiye.</w:t>
      </w:r>
      <w:r>
        <w:br/>
      </w:r>
      <w:r>
        <w:rPr>
          <w:sz w:val="20"/>
        </w:rPr>
        <w:t>55:18  doosre ko blame dena ek dam hi chhod dijiye. main to allah ke fazl se misalein de sakta hoon ke kis tarah maine is ko chhora.</w:t>
      </w:r>
      <w:r>
        <w:br/>
      </w:r>
      <w:r>
        <w:rPr>
          <w:sz w:val="20"/>
        </w:rPr>
        <w:t>55:28  koi khula khula case mere paas aisa tha jis mein doosre ko blame diya karta tha. main pehle is ko chhora, bilkul apne ko blame dena shuru kar diya.</w:t>
      </w:r>
      <w:r>
        <w:br/>
      </w:r>
      <w:r>
        <w:rPr>
          <w:sz w:val="20"/>
        </w:rPr>
        <w:t>55:43  yeh yeh koi mujh se mile to main bataoon ga ke kaise maine aisa kiya. to ek hi cheez number one hai mere nazdeek ke aap apne ko blame dena seekhein.</w:t>
      </w:r>
      <w:r>
        <w:br/>
      </w:r>
      <w:r>
        <w:rPr>
          <w:sz w:val="20"/>
        </w:rPr>
        <w:t>55:55  is art ko seekhein. apne ko blame dena. ghalti apni hoti hai.</w:t>
      </w:r>
      <w:r>
        <w:br/>
      </w:r>
      <w:r>
        <w:rPr>
          <w:sz w:val="20"/>
        </w:rPr>
        <w:t>56:03  aap ko main bataoon ke bohat pehle nawjowani ki umar mein maine ek mazmoon likha tha. ek parcha nikalta tha us zamane mein. uska naam tha "Ismat Ismat Ismat".</w:t>
      </w:r>
      <w:r>
        <w:br/>
      </w:r>
      <w:r>
        <w:rPr>
          <w:sz w:val="20"/>
        </w:rPr>
        <w:t>56:14  is mein likha tha main ne mazmoon. to is ka unwaan tha "hum ilzaam un ko dete thay, qusoor apna nikal aaya". yeh naujawani ki umar mein likha tha aur yeh mazmoon.</w:t>
      </w:r>
      <w:r>
        <w:br/>
      </w:r>
      <w:r>
        <w:rPr>
          <w:sz w:val="20"/>
        </w:rPr>
        <w:t>56:25  aur chupa tha "ismat mein hum ilzaam un ko dete thay, qusoor apna nikal aaya". yeh meri awwal jawani ki discovery thi ke qusoor hota hai apna, blame deta hai doosre ko.</w:t>
      </w:r>
      <w:r>
        <w:br/>
      </w:r>
      <w:r>
        <w:rPr>
          <w:sz w:val="20"/>
        </w:rPr>
        <w:t>56:42  abhi bhi kahin chupa hua maujood hoga yeh. kyunke main apne aik aik aik satr ko, aik aik safhe ko mehfooz rakhta tha.</w:t>
      </w:r>
      <w:r>
        <w:br/>
      </w:r>
      <w:r>
        <w:rPr>
          <w:sz w:val="20"/>
        </w:rPr>
        <w:t>56:52  meri aadat thi. hum ilzaam un ko dete thay, qusoor apna nikal aaya. tanhaiyon mein is is line ko parhta tha aksar.</w:t>
      </w:r>
      <w:r>
        <w:br/>
      </w:r>
      <w:r>
        <w:rPr>
          <w:sz w:val="20"/>
        </w:rPr>
        <w:t>57:04  hum ilzaam un ko dete thay, qusoor apna nikal aaya. bas is art ko seekhiye. apni ghalti ko manna, us ka sahass paida kijiye.</w:t>
      </w:r>
    </w:p>
    <w:p>
      <w:pPr>
        <w:pStyle w:val="Heading2"/>
      </w:pPr>
      <w:r>
        <w:t>Overcoming carelessness and achieving goals</w:t>
      </w:r>
    </w:p>
    <w:p>
      <w:r>
        <w:rPr>
          <w:color w:val="666666"/>
          <w:sz w:val="18"/>
        </w:rPr>
        <w:t>Life &amp; Wisdom · Q&amp;A 04 Mar 2012 Maulana Wahiduddin Khan · 2m 24s · at 31:52 · https://youtu.be/txRmutuvWQI?t=1912</w:t>
      </w:r>
    </w:p>
    <w:p>
      <w:r>
        <w:rPr>
          <w:i/>
        </w:rPr>
        <w:t>“I am very careless at times, despite knowing all the pros and cons of being careless, and knowing that the path I have chosen will surely lead to failure. Why does this happen? Please suggest and advise me, how should I become consistent in achieving my goals?”</w:t>
      </w:r>
    </w:p>
    <w:p>
      <w:r>
        <w:rPr>
          <w:sz w:val="20"/>
        </w:rPr>
        <w:t>31:52  molana, agla sawal haiderabad se aya hai mr ahad sham hasnain sahib ka. unhon ne likha hai: "molana, i am very careless at times, despite knowing all the pros and cons of being careless, and knowing that the path i have chosen will surely lead to failure.</w:t>
      </w:r>
      <w:r>
        <w:br/>
      </w:r>
      <w:r>
        <w:rPr>
          <w:sz w:val="20"/>
        </w:rPr>
        <w:t>32:12  why does this happen? please suggest and advise me, how should i become consistent in achieving my goals?"</w:t>
      </w:r>
      <w:r>
        <w:br/>
      </w:r>
      <w:r>
        <w:rPr>
          <w:sz w:val="20"/>
        </w:rPr>
        <w:t>32:20  yeh to koi, yeh to koi sawal nahi hai. main yeh kahunga ke aap ya to apni aql ko develop kijiye, nahi to kisi ko apna guru bana lijie.</w:t>
      </w:r>
      <w:r>
        <w:br/>
      </w:r>
      <w:r>
        <w:rPr>
          <w:sz w:val="20"/>
        </w:rPr>
        <w:t>32:32  do mein se ek kaam kijiye. aap ne third option le rakha hai.</w:t>
      </w:r>
      <w:r>
        <w:br/>
      </w:r>
      <w:r>
        <w:rPr>
          <w:sz w:val="20"/>
        </w:rPr>
        <w:t>32:37  ya to apne apna intellectual developer andaza kijiye ke aap, aap ke sare action aap ki, aap ki aql ke pakad mein aa jayen.</w:t>
      </w:r>
      <w:r>
        <w:br/>
      </w:r>
      <w:r>
        <w:rPr>
          <w:sz w:val="20"/>
        </w:rPr>
        <w:t>32:49  yaani itna aap is apne mind ko develop karen, itna develop karen ke woh control kare aap ke sare actions ko.</w:t>
      </w:r>
      <w:r>
        <w:br/>
      </w:r>
      <w:r>
        <w:rPr>
          <w:sz w:val="20"/>
        </w:rPr>
        <w:t>32:56  agar aap nahi kar paate hain to phir kisi ko apne guru bana lijie, murshid bana lijie. aksar log teesra, aathwan liya rehte hain ke na to kisi ko murshid banate, na khud apni aql, na development karte hain apni aql ka, aur yun hi bhagte hain idhar udhar.</w:t>
      </w:r>
      <w:r>
        <w:br/>
      </w:r>
      <w:r>
        <w:rPr>
          <w:sz w:val="20"/>
        </w:rPr>
        <w:t>33:12  to woh third position le rakha hai unhon ne.</w:t>
      </w:r>
      <w:r>
        <w:br/>
      </w:r>
      <w:r>
        <w:rPr>
          <w:sz w:val="20"/>
        </w:rPr>
        <w:t>33:16  to main yeh kahunga ke aap ke liye do mein se ek ka option hai: ya to study kar ke, ghor o fikr kar ke, aur jo bhi tareeqa hai learning ko barhane ka,</w:t>
      </w:r>
      <w:r>
        <w:br/>
      </w:r>
      <w:r>
        <w:rPr>
          <w:sz w:val="20"/>
        </w:rPr>
        <w:t>33:29  is ko ikhtiyar kar ke apna intellectual development ka andaza kijiye ke woh aap ke poori,</w:t>
      </w:r>
      <w:r>
        <w:br/>
      </w:r>
      <w:r>
        <w:rPr>
          <w:sz w:val="20"/>
        </w:rPr>
        <w:t>33:37  yaani poori life ko control karne lage, aap ke actions ko control karne lage. kyun ke main samajhta hoon ke yeh jo phenomena hai, woh haqeeqat mein hota hai jab intellectual development mein kami ho, tab hota hai aisa.</w:t>
      </w:r>
      <w:r>
        <w:br/>
      </w:r>
      <w:r>
        <w:rPr>
          <w:sz w:val="20"/>
        </w:rPr>
        <w:t>33:57  ya to aisa kijiye, ya phir kisi ko murshid maan lijie, yaani jis ko main kehta hoon, yaani unconditional guru, jis par aap ko bharosa ho, jis alam par, us ko aap bana lijie.</w:t>
      </w:r>
      <w:r>
        <w:br/>
      </w:r>
      <w:r>
        <w:rPr>
          <w:sz w:val="20"/>
        </w:rPr>
        <w:t>34:10  koi teesra option mumkin nahi hai. woh jo kahe, us ko kijiye.</w:t>
      </w:r>
    </w:p>
    <w:p>
      <w:pPr>
        <w:pStyle w:val="Heading2"/>
      </w:pPr>
      <w:r>
        <w:t>Overcoming fear of failure in planning</w:t>
      </w:r>
    </w:p>
    <w:p>
      <w:r>
        <w:rPr>
          <w:color w:val="666666"/>
          <w:sz w:val="18"/>
        </w:rPr>
        <w:t>Life &amp; Wisdom · Modern Age June 9, 2019 Maulana Wahiduddin Khan · 2m 59s · at 35:02 · https://youtu.be/7mjCvAvHEdA?t=2102</w:t>
      </w:r>
    </w:p>
    <w:p>
      <w:r>
        <w:rPr>
          <w:i/>
        </w:rPr>
        <w:t>“When we plan, there is always a risk of failure in terms of results. The threat of failure sometimes becomes so dominant that we tend to do no planning. Maulana saheb, how can we address this problem?”</w:t>
      </w:r>
    </w:p>
    <w:p>
      <w:r>
        <w:rPr>
          <w:sz w:val="20"/>
        </w:rPr>
        <w:t>35:02  jazak Allah Maulana for asserting such a fantastic message." Maulana, agla sawal lena chahenge.</w:t>
      </w:r>
      <w:r>
        <w:br/>
      </w:r>
      <w:r>
        <w:rPr>
          <w:sz w:val="20"/>
        </w:rPr>
        <w:t>35:11  yeh sawal bheja hai aamir mori sahib ne Sher Nagar se. unhon ne likha hai, "when we plan, there is always a risk of failure in terms of results.</w:t>
      </w:r>
      <w:r>
        <w:br/>
      </w:r>
      <w:r>
        <w:rPr>
          <w:sz w:val="20"/>
        </w:rPr>
        <w:t>35:25  The threat of failure sometimes becomes so dominant that we tend to do no planning. Maulana sahib, how can we address this problem?</w:t>
      </w:r>
      <w:r>
        <w:br/>
      </w:r>
      <w:r>
        <w:rPr>
          <w:sz w:val="20"/>
        </w:rPr>
        <w:t>35:36  Kindly guide us." Bhai, mujhe to is ka koi tajruba nahi hai kyunke mera tajruba to zaati tajruba is ka ulta hai.</w:t>
      </w:r>
      <w:r>
        <w:br/>
      </w:r>
      <w:r>
        <w:rPr>
          <w:sz w:val="20"/>
        </w:rPr>
        <w:t>35:49  Main ne zero se planning ki, Allah ke dua karte hue. To zero se planning ki lekin dua bohat zyada ki, bohat zyada ki.</w:t>
      </w:r>
      <w:r>
        <w:br/>
      </w:r>
      <w:r>
        <w:rPr>
          <w:sz w:val="20"/>
        </w:rPr>
        <w:t>36:01  To mujhe to Allah ke fazl se kamyabi hui. Mujhe to hamesha planning ka acha tajruba hua.</w:t>
      </w:r>
      <w:r>
        <w:br/>
      </w:r>
      <w:r>
        <w:rPr>
          <w:sz w:val="20"/>
        </w:rPr>
        <w:t>36:17  Maulana, un ka woh yeh jaan na chah rahe hain ke kya dar ki wajah se planning ka insaan ko chhodna yeh kya sahi yeh soch hai?</w:t>
      </w:r>
      <w:r>
        <w:br/>
      </w:r>
      <w:r>
        <w:rPr>
          <w:sz w:val="20"/>
        </w:rPr>
        <w:t>36:27  Is is dar, dar kya cheez hai? Dar jo hai haqeeqat mein unawareness ka naam hai.</w:t>
      </w:r>
      <w:r>
        <w:br/>
      </w:r>
      <w:r>
        <w:rPr>
          <w:sz w:val="20"/>
        </w:rPr>
        <w:t>36:38  Dar unawareness ka naam hai, bekhabri ka naam hai aur kisi cheez ka naam nahi hai. Main khud kitni baar aisa hua ke kisi ne daraya, "Yeh to hone wala nahi hai, woh to hone wala nahi hai," lekin main aage badh gaya.</w:t>
      </w:r>
      <w:r>
        <w:br/>
      </w:r>
      <w:r>
        <w:rPr>
          <w:sz w:val="20"/>
        </w:rPr>
        <w:t>36:57  Ya aage badh gaya to wahan koi dar hi nahi tha. To dar aik false andishe ka naam hai, unaware hone ka naam hai.</w:t>
      </w:r>
      <w:r>
        <w:br/>
      </w:r>
      <w:r>
        <w:rPr>
          <w:sz w:val="20"/>
        </w:rPr>
        <w:t>37:15  To mera bara masla yeh hoga ke tajrube se pehle rai na banaya jaye. Tajrube se pehle rai na banayein.</w:t>
      </w:r>
      <w:r>
        <w:br/>
      </w:r>
      <w:r>
        <w:rPr>
          <w:sz w:val="20"/>
        </w:rPr>
        <w:t>37:31  Tajrube se pehle rai na banayein. Yeh mere saath hua.</w:t>
      </w:r>
      <w:r>
        <w:br/>
      </w:r>
      <w:r>
        <w:rPr>
          <w:sz w:val="20"/>
        </w:rPr>
        <w:t>37:38  Ji, yeh maine kiya hai ke logon ne mujhe daraya lekin jab is mein main kood pada to</w:t>
      </w:r>
      <w:r>
        <w:br/>
      </w:r>
      <w:r>
        <w:rPr>
          <w:sz w:val="20"/>
        </w:rPr>
        <w:t>37:52  Allah ne mujhe kamyabi ata farmayi.</w:t>
      </w:r>
    </w:p>
    <w:p>
      <w:pPr>
        <w:pStyle w:val="Heading2"/>
      </w:pPr>
      <w:r>
        <w:t>Overcoming tension from lust as shopkeeper</w:t>
      </w:r>
    </w:p>
    <w:p>
      <w:r>
        <w:rPr>
          <w:color w:val="666666"/>
          <w:sz w:val="18"/>
        </w:rPr>
        <w:t>Life &amp; Wisdom · 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Overcoming tension through contentment</w:t>
      </w:r>
    </w:p>
    <w:p>
      <w:r>
        <w:rPr>
          <w:color w:val="666666"/>
          <w:sz w:val="18"/>
        </w:rPr>
        <w:t>Life &amp; Wisdom · Material Science and Spiritual Science 20 May 2012 · 2m 01s · at 1:06:44 · https://youtu.be/4K6CxjThlxQ?t=4004</w:t>
      </w:r>
    </w:p>
    <w:p>
      <w:r>
        <w:rPr>
          <w:i/>
        </w:rPr>
        <w:t>“Experience shows that those who have everything live with the most tension. Was man created to live a life of tension and then die in despair? How can today's human be saved from this deadly disease?”</w:t>
      </w:r>
    </w:p>
    <w:p>
      <w:r>
        <w:rPr>
          <w:sz w:val="20"/>
        </w:rPr>
        <w:t>1:06:44  Maulana agla sawal mein Samia Latif ka hai Karachi Pakistan se</w:t>
      </w:r>
      <w:r>
        <w:br/>
      </w:r>
      <w:r>
        <w:rPr>
          <w:sz w:val="20"/>
        </w:rPr>
        <w:t>1:06:49  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r>
        <w:br/>
      </w:r>
      <w:r>
        <w:rPr>
          <w:sz w:val="20"/>
        </w:rPr>
        <w:t>1:07:19  is ka formula sirf ye hai ke aap logon ko batayen ke qana'at ka tareeqa ikhtiyar karo hadith mein aata hai ke qad aflaha man aslama wa roze ka kafaafa wa kana Allah bima ata ye yahi yahi philosophy qana'at contentment kyunke aadmi ke andar unlimited khwahish hain</w:t>
      </w:r>
      <w:r>
        <w:br/>
      </w:r>
      <w:r>
        <w:rPr>
          <w:sz w:val="20"/>
        </w:rPr>
        <w:t>1:07:47  ke teh zyada mile phir aap ke liye kam rahega jab kam rahega to phir phir</w:t>
      </w:r>
      <w:r>
        <w:br/>
      </w:r>
      <w:r>
        <w:rPr>
          <w:sz w:val="20"/>
        </w:rPr>
        <w:t>1:07:53  bhi tension paida ho jayega</w:t>
      </w:r>
      <w:r>
        <w:br/>
      </w:r>
      <w:r>
        <w:rPr>
          <w:sz w:val="20"/>
        </w:rPr>
        <w:t>1:07:55  sab kuchh pa len aap tab bhi aap ko kam dikhai deta hai to sirf qanaat se</w:t>
      </w:r>
      <w:r>
        <w:br/>
      </w:r>
      <w:r>
        <w:rPr>
          <w:sz w:val="20"/>
        </w:rPr>
        <w:t>1:08:01  itminan hota hai aur kisi cheez se nahi</w:t>
      </w:r>
      <w:r>
        <w:br/>
      </w:r>
      <w:r>
        <w:rPr>
          <w:sz w:val="20"/>
        </w:rPr>
        <w:t>1:08:06  to logon ko yeh bataiye ke aur yani more and more takathur ki nafsiyat jo hai dekhen ek</w:t>
      </w:r>
      <w:r>
        <w:br/>
      </w:r>
      <w:r>
        <w:rPr>
          <w:sz w:val="20"/>
        </w:rPr>
        <w:t>1:08:13  hai takathur ki nafsiyat ek hai qanaat ki nafsiyat</w:t>
      </w:r>
      <w:r>
        <w:br/>
      </w:r>
      <w:r>
        <w:rPr>
          <w:sz w:val="20"/>
        </w:rPr>
        <w:t>1:08:19  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p>
    <w:p>
      <w:pPr>
        <w:pStyle w:val="Heading2"/>
      </w:pPr>
      <w:r>
        <w:t>Parameters for True Life Ideology</w:t>
      </w:r>
    </w:p>
    <w:p>
      <w:r>
        <w:rPr>
          <w:color w:val="666666"/>
          <w:sz w:val="18"/>
        </w:rPr>
        <w:t>Life &amp; Wisdom · Divine Ideology of Life I 11 July 2010 · 3m 24s · at 1:10:25 · https://youtu.be/wOmHVfyjMJY?t=4225</w:t>
      </w:r>
    </w:p>
    <w:p>
      <w:r>
        <w:rPr>
          <w:i/>
        </w:rPr>
        <w:t>“What are the parameters by which one can recognize or identify the true ideology of life?”</w:t>
      </w:r>
    </w:p>
    <w:p>
      <w:r>
        <w:rPr>
          <w:sz w:val="20"/>
        </w:rPr>
        <w:t>1:10:25  Maulana, agla sawal kya hai? Sadia Khan ne New Delhi se. Unhon ne likha hai ke "What are the parameters by which one can recognize or identify the true ideology of life?"</w:t>
      </w:r>
      <w:r>
        <w:br/>
      </w:r>
      <w:r>
        <w:rPr>
          <w:sz w:val="20"/>
        </w:rPr>
        <w:t>1:10:47  Dekhiye, koi technical subject nahi hai, koi mathematical subject</w:t>
      </w:r>
      <w:r>
        <w:br/>
      </w:r>
      <w:r>
        <w:rPr>
          <w:sz w:val="20"/>
        </w:rPr>
        <w:t>1:10:51  nahi hai. Ya main kahoon ke mathematical criteria possible nahi hai kyunke yeh test ka mamla hai. Khuda test le raha hai. Agar mathematical criteria possible hota toh test hi khatam ho jata.</w:t>
      </w:r>
      <w:r>
        <w:br/>
      </w:r>
      <w:r>
        <w:rPr>
          <w:sz w:val="20"/>
        </w:rPr>
        <w:t>1:11:03  Toh is liye ek element of doubt toh baqi rahega. Yaad rakhiye, agar do do char ki tarah baatein clear ho jayein toh test kahan raha?</w:t>
      </w:r>
      <w:r>
        <w:br/>
      </w:r>
      <w:r>
        <w:rPr>
          <w:sz w:val="20"/>
        </w:rPr>
        <w:t>1:11:13  Phir test khatam.</w:t>
      </w:r>
      <w:r>
        <w:br/>
      </w:r>
      <w:r>
        <w:rPr>
          <w:sz w:val="20"/>
        </w:rPr>
        <w:t>1:11:19  Toh tareeqa sa</w:t>
      </w:r>
      <w:r>
        <w:br/>
      </w:r>
      <w:r>
        <w:rPr>
          <w:sz w:val="20"/>
        </w:rPr>
        <w:t>1:11:20  raf kiya hai? main method batata hoon. method aur aur kuch nahin. method kya hai? aap quran ki study karen. aap khuda ki jo jo takhleeq hai, nature, us ko observe karen.</w:t>
      </w:r>
      <w:r>
        <w:br/>
      </w:r>
      <w:r>
        <w:rPr>
          <w:sz w:val="20"/>
        </w:rPr>
        <w:t>1:11:40  universe mein jo khuda ke jalwe hain, us ko us ki study karen.</w:t>
      </w:r>
      <w:r>
        <w:br/>
      </w:r>
      <w:r>
        <w:rPr>
          <w:sz w:val="20"/>
        </w:rPr>
        <w:t>1:11:49  through study aap pahunch sakte hain wahan par. through study.</w:t>
      </w:r>
      <w:r>
        <w:br/>
      </w:r>
      <w:r>
        <w:rPr>
          <w:sz w:val="20"/>
        </w:rPr>
        <w:t>1:11:55  study karte karte aap ke andar ek development development hota hai. aap ke mind mein ek mind mein ek skill paida hoti hai cheezon ko recognize karne ki.</w:t>
      </w:r>
      <w:r>
        <w:br/>
      </w:r>
      <w:r>
        <w:rPr>
          <w:sz w:val="20"/>
        </w:rPr>
        <w:t>1:12:06  jab bohat study karte hain aap to objectivity aati hai aur recognition ki salahiyat paida hoti hai.</w:t>
      </w:r>
      <w:r>
        <w:br/>
      </w:r>
      <w:r>
        <w:rPr>
          <w:sz w:val="20"/>
        </w:rPr>
        <w:t>1:12:16  to yeh ek process hai. aisa nahin ki achaanak ho jaye. ajab nahin ho sakta hai. study behraal hoti hai. yani study jo hai woh starting point hai is mamle ka.</w:t>
      </w:r>
      <w:r>
        <w:br/>
      </w:r>
      <w:r>
        <w:rPr>
          <w:sz w:val="20"/>
        </w:rPr>
        <w:t>1:12:28  aur is se agar aadmi sincere hai, sincere hai to phir kya hota hai ke 50 percent aadmi khud karta hai. 50 percent Allah ki madad aati hai. agar koi aadmi sincere ho to zaroor madad Allah ki aayegi,</w:t>
      </w:r>
      <w:r>
        <w:br/>
      </w:r>
      <w:r>
        <w:rPr>
          <w:sz w:val="20"/>
        </w:rPr>
        <w:t>1:12:43  zaroor aayegi. aur phir woh khuda ki madad se woh pahunch jayega jahan pahunchna hai. us ko phir us ke andar ek ek cheez develop hogi. andar ek roshni, ek pehchan, ek farq karne wali.</w:t>
      </w:r>
      <w:r>
        <w:br/>
      </w:r>
      <w:r>
        <w:rPr>
          <w:sz w:val="20"/>
        </w:rPr>
        <w:t>1:12:57  quran hai ke furqan tumhare paida karega. agar tum sachche ho, sincere ho to tumhare andar furqan.</w:t>
      </w:r>
      <w:r>
        <w:br/>
      </w:r>
      <w:r>
        <w:rPr>
          <w:sz w:val="20"/>
        </w:rPr>
        <w:t>1:13:05  furqan matlab yeh hai ke yani differentiate, differentiate karne ki quality.</w:t>
      </w:r>
      <w:r>
        <w:br/>
      </w:r>
      <w:r>
        <w:rPr>
          <w:sz w:val="20"/>
        </w:rPr>
        <w:t>1:13:12  black ko white se, sachai ko false fit se differentiate karne ki salahiyat paida hogi. to phir aap khud hi jaan lenge.</w:t>
      </w:r>
      <w:r>
        <w:br/>
      </w:r>
      <w:r>
        <w:rPr>
          <w:sz w:val="20"/>
        </w:rPr>
        <w:t>1:13:25  It requires sincerity. It requires seriousness. It requires study. It requires observation.</w:t>
      </w:r>
      <w:r>
        <w:br/>
      </w:r>
      <w:r>
        <w:rPr>
          <w:sz w:val="20"/>
        </w:rPr>
        <w:t>1:13:34  It requires contemplation.</w:t>
      </w:r>
      <w:r>
        <w:br/>
      </w:r>
      <w:r>
        <w:rPr>
          <w:sz w:val="20"/>
        </w:rPr>
        <w:t>1:13:37  agar yeh yeh aap condition poori kar dein, then you continue to continue the the truth.</w:t>
      </w:r>
    </w:p>
    <w:p>
      <w:pPr>
        <w:pStyle w:val="Heading2"/>
      </w:pPr>
      <w:r>
        <w:t>Planning and success</w:t>
      </w:r>
    </w:p>
    <w:p>
      <w:r>
        <w:rPr>
          <w:color w:val="666666"/>
          <w:sz w:val="18"/>
        </w:rPr>
        <w:t>Life &amp; Wisdom · Roza (Fasting) Shock May 26, 2019 · 4m 06s · at 24:14 · https://youtu.be/GXYhGriFRpM?t=1454</w:t>
      </w:r>
    </w:p>
    <w:p>
      <w:r>
        <w:rPr>
          <w:i/>
        </w:rPr>
        <w:t>“Firstly, I would like to thank you for guiding us to the straight path in this very confusing life. My question for today is: In today's fast paced world, it is often observed and heard that people who do not have few plans in their life, are poor personalities and weak leaders. Successful people often boast that they are rich and successful because they plan their life very well.”</w:t>
      </w:r>
    </w:p>
    <w:p>
      <w:r>
        <w:rPr>
          <w:sz w:val="20"/>
        </w:rPr>
        <w:t>24:14  Maulana, agla sawal Dubai se Mr. Sailesh Malhotra ne bheja hai. Unhon ne likha hai: "Maulana, firstly, I would like to thank you for guiding us to the straight path in this very confusing life.</w:t>
      </w:r>
      <w:r>
        <w:br/>
      </w:r>
      <w:r>
        <w:rPr>
          <w:sz w:val="20"/>
        </w:rPr>
        <w:t>24:30  My question for today is: In today's fast-paced world, it is often observed and heard that people who do not have few plans in their life,</w:t>
      </w:r>
      <w:r>
        <w:br/>
      </w:r>
      <w:r>
        <w:rPr>
          <w:sz w:val="20"/>
        </w:rPr>
        <w:t>24:43  are poor personalities and weak leaders. Successful people often boast that they are rich and successful because they have planned their life very well.</w:t>
      </w:r>
      <w:r>
        <w:br/>
      </w:r>
      <w:r>
        <w:rPr>
          <w:sz w:val="20"/>
        </w:rPr>
        <w:t>24:56  Not all are that lucky. It is true that as a human, while I can do as much planning as possible, I cannot control the outcome.</w:t>
      </w:r>
      <w:r>
        <w:br/>
      </w:r>
      <w:r>
        <w:rPr>
          <w:sz w:val="20"/>
        </w:rPr>
        <w:t>25:09  So it is not the process of planning that determines the person's quality, but the outcome of the plan. Often, I for an instance, will put in my best efforts and leave the outcome to God.</w:t>
      </w:r>
      <w:r>
        <w:br/>
      </w:r>
      <w:r>
        <w:rPr>
          <w:sz w:val="20"/>
        </w:rPr>
        <w:t>25:26  Does this make me a bad leader or a person? Please shed some light on this very confusing topic. Also, what should one do in a such situation like this?</w:t>
      </w:r>
      <w:r>
        <w:br/>
      </w:r>
      <w:r>
        <w:rPr>
          <w:sz w:val="20"/>
        </w:rPr>
        <w:t>25:39  Bhai, main is ka jism bataiye kya hai?</w:t>
      </w:r>
      <w:r>
        <w:br/>
      </w:r>
      <w:r>
        <w:rPr>
          <w:sz w:val="20"/>
        </w:rPr>
        <w:t>25:44  Maulana, un ka yeh sawal hai ke ah jo insaan kamyab nahi hota aaj ki duniya mein, ah woh woh insaan hai jis ne planning nahi ki hai apni life mein.</w:t>
      </w:r>
      <w:r>
        <w:br/>
      </w:r>
      <w:r>
        <w:rPr>
          <w:sz w:val="20"/>
        </w:rPr>
        <w:t>25:55  Lekin yeh bhi dekha gaya hai ke ah jo kamyab log hain, ah woh is baat ke bare mein bohat boast karte hain ke hum ne ah bohat sahi planning ki, isi liye hum kamyab hue.</w:t>
      </w:r>
      <w:r>
        <w:br/>
      </w:r>
      <w:r>
        <w:rPr>
          <w:sz w:val="20"/>
        </w:rPr>
        <w:t>26:08  to un ka sawal yeh hai ke main aksar yeh karta hoon ke main apne best efforts dalta hoon aur phir Khuda pe ah daal deta hoon is ka outcome.</w:t>
      </w:r>
      <w:r>
        <w:br/>
      </w:r>
      <w:r>
        <w:rPr>
          <w:sz w:val="20"/>
        </w:rPr>
        <w:t>26:17  Hmm, to kya is se mere ko yeh ah weak leadership category mein dala jayega? Kyun ke outcome log zyada dekhte hain, ah yeh decide karne ke liye ke kitna strong leader hai, jab ke outcome hamare haath mein nahi hai.</w:t>
      </w:r>
      <w:r>
        <w:br/>
      </w:r>
      <w:r>
        <w:rPr>
          <w:sz w:val="20"/>
        </w:rPr>
        <w:t>26:37  Bhai, mujh par to clear hua ji ji, par main apna tajurba batata hoon ke pehli baat yeh hai ke jo aap planning karte hain to planning karte kis baat se?</w:t>
      </w:r>
      <w:r>
        <w:br/>
      </w:r>
      <w:r>
        <w:rPr>
          <w:sz w:val="20"/>
        </w:rPr>
        <w:t>26:53  Apne mind se. Aur mind kis ne diya hai aap ko? Mind Allah ne diya. To har kamyab planning aap ko Allah ki reminder hai.</w:t>
      </w:r>
      <w:r>
        <w:br/>
      </w:r>
      <w:r>
        <w:rPr>
          <w:sz w:val="20"/>
        </w:rPr>
        <w:t>27:05  Aur doosri baat yeh ke planning ke baad jo aap kamyabi hui to is mein shart ek condition hai, aur woh hai</w:t>
      </w:r>
      <w:r>
        <w:br/>
      </w:r>
      <w:r>
        <w:rPr>
          <w:sz w:val="20"/>
        </w:rPr>
        <w:t>27:17  Yaani apne hadd ke andar rehna. Log hadd ke andar nahi rehte, is liye planning phir ho jati hai, kamyabi bhi phir ho jati hai.</w:t>
      </w:r>
      <w:r>
        <w:br/>
      </w:r>
      <w:r>
        <w:rPr>
          <w:sz w:val="20"/>
        </w:rPr>
        <w:t>27:27  Chahay political success ho ya material success ho, is ke baad zaroori hai ke aap ek hadd ke andar rahein, apni limitation ko jaanein.</w:t>
      </w:r>
      <w:r>
        <w:br/>
      </w:r>
      <w:r>
        <w:rPr>
          <w:sz w:val="20"/>
        </w:rPr>
        <w:t>27:40  To right planning ke baad bhi ek cheez baqi hai ke aap limit ko cross na karein, tab aap kamyab kahe kahe jayenge sahi maano mein.</w:t>
      </w:r>
      <w:r>
        <w:br/>
      </w:r>
      <w:r>
        <w:rPr>
          <w:sz w:val="20"/>
        </w:rPr>
        <w:t>27:54  Maulana, agla comment bheja hai Delhi se Dr. Naghma Siddiqui ne. Unhone likha hai: "Maulana, jazak Allah for clarifying that God and the hereafter should be the focus of her life,</w:t>
      </w:r>
      <w:r>
        <w:br/>
      </w:r>
      <w:r>
        <w:rPr>
          <w:sz w:val="20"/>
        </w:rPr>
        <w:t>28:08  and roza saves us from distraction, so we can focus on God and the hereafter. May God help us to achieve this, insha</w:t>
      </w:r>
      <w:r>
        <w:br/>
      </w:r>
      <w:r>
        <w:rPr>
          <w:sz w:val="20"/>
        </w:rPr>
        <w:t>28:21  Allah." Maulana, agla sawal bheja hai Bilal Shafee Sahab ne Itanagar se. Unhone likha hai: "Hum jo Quran translation print karte hain, is mein agar kahin koi translation mein human error ki wajah se mistake pai jati hai,</w:t>
      </w:r>
    </w:p>
    <w:p>
      <w:pPr>
        <w:pStyle w:val="Heading2"/>
      </w:pPr>
      <w:r>
        <w:t>Planning on what you have vs what you don't</w:t>
      </w:r>
    </w:p>
    <w:p>
      <w:r>
        <w:rPr>
          <w:color w:val="666666"/>
          <w:sz w:val="18"/>
        </w:rPr>
        <w:t>Life &amp; Wisdom · The Method of Planning August 14, 2016 · 4m 24s · at 41:58 · https://youtu.be/84WV8NS2VKQ?t=2518</w:t>
      </w:r>
    </w:p>
    <w:p>
      <w:r>
        <w:rPr>
          <w:i/>
        </w:rPr>
        <w:t>“You said today that to plan on what you have and not what you don't have, but most of the people plan for what they don't have, and the reason is that they think if you...”</w:t>
      </w:r>
    </w:p>
    <w:p>
      <w:r>
        <w:rPr>
          <w:sz w:val="20"/>
        </w:rPr>
        <w:t>41:58  Maulana sahib, pehla sawal aaya hai Ahmedabad se Feroz sahib ka, aur unhon ne likha hai: "Molana,</w:t>
      </w:r>
      <w:r>
        <w:br/>
      </w:r>
      <w:r>
        <w:rPr>
          <w:sz w:val="20"/>
        </w:rPr>
        <w:t>42:04  you said today that to plan on what you have and not what you don't have, but most</w:t>
      </w:r>
      <w:r>
        <w:br/>
      </w:r>
      <w:r>
        <w:rPr>
          <w:sz w:val="20"/>
        </w:rPr>
        <w:t>42:10  of the people plan for what they don't have, and the reason is that they think if you</w:t>
      </w:r>
      <w:r>
        <w:br/>
      </w:r>
      <w:r>
        <w:rPr>
          <w:sz w:val="20"/>
        </w:rPr>
        <w:t>42:16  don't plan this way, then you will not progress in life.</w:t>
      </w:r>
      <w:r>
        <w:br/>
      </w:r>
      <w:r>
        <w:rPr>
          <w:sz w:val="20"/>
        </w:rPr>
        <w:t>42:22  What would you say to that?</w:t>
      </w:r>
      <w:r>
        <w:br/>
      </w:r>
      <w:r>
        <w:rPr>
          <w:sz w:val="20"/>
        </w:rPr>
        <w:t>42:28  "dekhein, yeh planning ke usool ke khilaaf hai.</w:t>
      </w:r>
      <w:r>
        <w:br/>
      </w:r>
      <w:r>
        <w:rPr>
          <w:sz w:val="20"/>
        </w:rPr>
        <w:t>42:34  Planning ke usool kya hai? Ke jo available hai, us ko bharpoor istemaal karna taake jo available nahi</w:t>
      </w:r>
      <w:r>
        <w:br/>
      </w:r>
      <w:r>
        <w:rPr>
          <w:sz w:val="20"/>
        </w:rPr>
        <w:t>42:40  hai, woh hum achieve kar sakein.</w:t>
      </w:r>
      <w:r>
        <w:br/>
      </w:r>
      <w:r>
        <w:rPr>
          <w:sz w:val="20"/>
        </w:rPr>
        <w:t>42:47  Jo available nahi hai, us par planning kiya aati hai? Koi bhi nahi karta.</w:t>
      </w:r>
      <w:r>
        <w:br/>
      </w:r>
      <w:r>
        <w:rPr>
          <w:sz w:val="20"/>
        </w:rPr>
        <w:t>42:53  Available opportunities ko avail karna, yeh hai planning.</w:t>
      </w:r>
      <w:r>
        <w:br/>
      </w:r>
      <w:r>
        <w:rPr>
          <w:sz w:val="20"/>
        </w:rPr>
        <w:t>43:00  aur jo dunya mein kamyab hua hai, woh isi usool par kamyab hua hai ke available opportunities ko</w:t>
      </w:r>
      <w:r>
        <w:br/>
      </w:r>
      <w:r>
        <w:rPr>
          <w:sz w:val="20"/>
        </w:rPr>
        <w:t>43:06  bohat hi wisely istemal karna.</w:t>
      </w:r>
      <w:r>
        <w:br/>
      </w:r>
      <w:r>
        <w:rPr>
          <w:sz w:val="20"/>
        </w:rPr>
        <w:t>43:13  isi ka naam planning hai.</w:t>
      </w:r>
      <w:r>
        <w:br/>
      </w:r>
      <w:r>
        <w:rPr>
          <w:sz w:val="20"/>
        </w:rPr>
        <w:t>43:19  jo is ke khilaf chala, woh kamyab nahi hua, aur jo is ke mutabiq chala, woh kamyab hua.</w:t>
      </w:r>
      <w:r>
        <w:br/>
      </w:r>
      <w:r>
        <w:rPr>
          <w:sz w:val="20"/>
        </w:rPr>
        <w:t>43:26  main ne aap ko misalein dein, un misalon ko jo main ne pesh kiya aap ke samne, un</w:t>
      </w:r>
      <w:r>
        <w:br/>
      </w:r>
      <w:r>
        <w:rPr>
          <w:sz w:val="20"/>
        </w:rPr>
        <w:t>43:32  misalon ki buniyad par aap bataiye ke meri baat sahi hai ya galat.</w:t>
      </w:r>
      <w:r>
        <w:br/>
      </w:r>
      <w:r>
        <w:rPr>
          <w:sz w:val="20"/>
        </w:rPr>
        <w:t>43:39  main ne aap ko history ki misal di, rasool Allah ki misal di.</w:t>
      </w:r>
      <w:r>
        <w:br/>
      </w:r>
      <w:r>
        <w:rPr>
          <w:sz w:val="20"/>
        </w:rPr>
        <w:t>43:45  maulana, aisa hi ek similar question aaya hai Aftab Alam sahib ka Kolkata se, aur unhon ne likha</w:t>
      </w:r>
      <w:r>
        <w:br/>
      </w:r>
      <w:r>
        <w:rPr>
          <w:sz w:val="20"/>
        </w:rPr>
        <w:t>43:52  hai ke generally planning is done targeting to achieve the goal that is beyond our capability, but from</w:t>
      </w:r>
      <w:r>
        <w:br/>
      </w:r>
      <w:r>
        <w:rPr>
          <w:sz w:val="20"/>
        </w:rPr>
        <w:t>43:58  today's lecture it is learned that only result oriented planning is fruitful.</w:t>
      </w:r>
      <w:r>
        <w:br/>
      </w:r>
      <w:r>
        <w:rPr>
          <w:sz w:val="20"/>
        </w:rPr>
        <w:t>44:05  Then Maulana, why is it said do planning according to your aim in life? We know that sometimes aim is beyond the limit.</w:t>
      </w:r>
      <w:r>
        <w:br/>
      </w:r>
      <w:r>
        <w:rPr>
          <w:sz w:val="20"/>
        </w:rPr>
        <w:t>44:15  maulana sahib, please clear the confusion in this regard.</w:t>
      </w:r>
      <w:r>
        <w:br/>
      </w:r>
      <w:r>
        <w:rPr>
          <w:sz w:val="20"/>
        </w:rPr>
        <w:t>44:20  dekhein, aim jo hai, aim jo hamara ideological target hota hai, ek hai ideological target.</w:t>
      </w:r>
      <w:r>
        <w:br/>
      </w:r>
      <w:r>
        <w:rPr>
          <w:sz w:val="20"/>
        </w:rPr>
        <w:t>44:26  rasool Allah sal Allah alaih wasallam ka ideological target yahi tha ke ke kaaba ko buton se pak karein.</w:t>
      </w:r>
      <w:r>
        <w:br/>
      </w:r>
      <w:r>
        <w:rPr>
          <w:sz w:val="20"/>
        </w:rPr>
        <w:t>44:32  nazariyati nishana, nazariyati nishana rasool Allah ka yahi tha, lekin amli jo aap ne planning ki, woh yeh</w:t>
      </w:r>
      <w:r>
        <w:br/>
      </w:r>
      <w:r>
        <w:rPr>
          <w:sz w:val="20"/>
        </w:rPr>
        <w:t>44:38  nahi thi ke buton ko torein, buton ko ghus kar ke nikal ke phenkein.</w:t>
      </w:r>
      <w:r>
        <w:br/>
      </w:r>
      <w:r>
        <w:rPr>
          <w:sz w:val="20"/>
        </w:rPr>
        <w:t>44:44  to dono mein farq karna parega aap ko.</w:t>
      </w:r>
      <w:r>
        <w:br/>
      </w:r>
      <w:r>
        <w:rPr>
          <w:sz w:val="20"/>
        </w:rPr>
        <w:t>44:49  har aadmi ka nazariyati nishana jo hai, woh peacefully hota hai, lekin jo amli planning hai, woh aap</w:t>
      </w:r>
      <w:r>
        <w:br/>
      </w:r>
      <w:r>
        <w:rPr>
          <w:sz w:val="20"/>
        </w:rPr>
        <w:t>44:55  is tarah nahi kar sakte.</w:t>
      </w:r>
      <w:r>
        <w:br/>
      </w:r>
      <w:r>
        <w:rPr>
          <w:sz w:val="20"/>
        </w:rPr>
        <w:t>45:01  amli is tarah karenge to ladai shuru ho jayegi.</w:t>
      </w:r>
      <w:r>
        <w:br/>
      </w:r>
      <w:r>
        <w:rPr>
          <w:sz w:val="20"/>
        </w:rPr>
        <w:t>45:07  amli nishane mein aap ko available opportunity dekhna padta hai.</w:t>
      </w:r>
      <w:r>
        <w:br/>
      </w:r>
      <w:r>
        <w:rPr>
          <w:sz w:val="20"/>
        </w:rPr>
        <w:t>45:13  nazariyati nishana alag cheez hai, aur available opportunities ko, yani present opportunities ko avail karna alag cheez hai.</w:t>
      </w:r>
      <w:r>
        <w:br/>
      </w:r>
      <w:r>
        <w:rPr>
          <w:sz w:val="20"/>
        </w:rPr>
        <w:t>45:18  dono mein farq hai.</w:t>
      </w:r>
      <w:r>
        <w:br/>
      </w:r>
      <w:r>
        <w:rPr>
          <w:sz w:val="20"/>
        </w:rPr>
        <w:t>45:24  ideological nishana to har ek ka wahi rehta hai jo us ke mind mein hai, lekin dekhna padta</w:t>
      </w:r>
      <w:r>
        <w:br/>
      </w:r>
      <w:r>
        <w:rPr>
          <w:sz w:val="20"/>
        </w:rPr>
        <w:t>45:30  hai ke present situation kya hai, available opportunities kya hain.</w:t>
      </w:r>
      <w:r>
        <w:br/>
      </w:r>
      <w:r>
        <w:rPr>
          <w:sz w:val="20"/>
        </w:rPr>
        <w:t>45:36  jaise India mein dekhein, nishana Subhas Chandra Bose ka bhi azadi tha, aur nazariyati nishana, aur Mahatma Gandhi</w:t>
      </w:r>
      <w:r>
        <w:br/>
      </w:r>
      <w:r>
        <w:rPr>
          <w:sz w:val="20"/>
        </w:rPr>
        <w:t>45:42  ka bhi nazriati nishana azadi tha.</w:t>
      </w:r>
      <w:r>
        <w:br/>
      </w:r>
      <w:r>
        <w:rPr>
          <w:sz w:val="20"/>
        </w:rPr>
        <w:t>45:48  lekin gandhi ne dekha ke yeh, woh kehte thay ke "Give me blood and I will give you</w:t>
      </w:r>
      <w:r>
        <w:br/>
      </w:r>
      <w:r>
        <w:rPr>
          <w:sz w:val="20"/>
        </w:rPr>
        <w:t>45:53  freedom." gandhi ne kaha nahin.</w:t>
      </w:r>
      <w:r>
        <w:br/>
      </w:r>
      <w:r>
        <w:rPr>
          <w:sz w:val="20"/>
        </w:rPr>
        <w:t>45:59  to suwar chander bose ne jo, yani khud bhi mare, woh un ke bohat sare sathi mare gaye,</w:t>
      </w:r>
      <w:r>
        <w:br/>
      </w:r>
      <w:r>
        <w:rPr>
          <w:sz w:val="20"/>
        </w:rPr>
        <w:t>46:05  aur gandhi kamyab hue kyunke unhon ne nishana to same tha, lekin method different ikhtiyar kiya unhon ne.</w:t>
      </w:r>
      <w:r>
        <w:br/>
      </w:r>
      <w:r>
        <w:rPr>
          <w:sz w:val="20"/>
        </w:rPr>
        <w:t>46:11  to maine jo baat kahi hai, woh nishane ke bare mein nahin kahi hai, method ke bare</w:t>
      </w:r>
      <w:r>
        <w:br/>
      </w:r>
      <w:r>
        <w:rPr>
          <w:sz w:val="20"/>
        </w:rPr>
        <w:t>46:17  mein kahi hai.</w:t>
      </w:r>
    </w:p>
    <w:p>
      <w:pPr>
        <w:pStyle w:val="Heading2"/>
      </w:pPr>
      <w:r>
        <w:t>Practical Implementation of Paradise Culture</w:t>
      </w:r>
    </w:p>
    <w:p>
      <w:r>
        <w:rPr>
          <w:color w:val="666666"/>
          <w:sz w:val="18"/>
        </w:rPr>
        <w:t>Life &amp; Wisdom · Paradise Culture January 12, 2014 · 3m 27s · at 1:01:36 · https://youtu.be/Z3A6r7XjE00?t=3696</w:t>
      </w:r>
    </w:p>
    <w:p>
      <w:r>
        <w:rPr>
          <w:i/>
        </w:rPr>
        <w:t>“You said today that 'paradise culture' means drawing reference from negative situations and converting them into positive, which is indeed very difficult; please guide us on how we can implement it practically—is there any formula for the same?”</w:t>
      </w:r>
    </w:p>
    <w:p>
      <w:r>
        <w:rPr>
          <w:sz w:val="20"/>
        </w:rPr>
        <w:t>1:01:36  Maulana, agla sawal Hyderabad se hai, Saifullah sahib ka.</w:t>
      </w:r>
      <w:r>
        <w:br/>
      </w:r>
      <w:r>
        <w:rPr>
          <w:sz w:val="20"/>
        </w:rPr>
        <w:t>1:01:40  Unhon ne likha hai: "Maulana, you said today that paradise culture is drawing reference from the negative situation and converting it into positive.</w:t>
      </w:r>
      <w:r>
        <w:br/>
      </w:r>
      <w:r>
        <w:rPr>
          <w:sz w:val="20"/>
        </w:rPr>
        <w:t>1:01:53  This is indeed very difficult. Please guide us how we can implement it practically. Practically, is there any formula for the same?"</w:t>
      </w:r>
      <w:r>
        <w:br/>
      </w:r>
      <w:r>
        <w:rPr>
          <w:sz w:val="20"/>
        </w:rPr>
        <w:t>1:02:07  dekhen, formula to sirf yahi hai ke aap kesh plan of God ko samjhen. Hota yeh hai ke log jo Quran mein hai: "Qul qul yaum awwalun shakirati warbukum alam biman huwa ad sabila." Aap shukr khodawandi is cheezon ko dekhiye, apni shukr shakir sifat dekhiye.</w:t>
      </w:r>
      <w:r>
        <w:br/>
      </w:r>
      <w:r>
        <w:rPr>
          <w:sz w:val="20"/>
        </w:rPr>
        <w:t>1:02:28  yeh ek hi hai hal aur koi hal nahin.</w:t>
      </w:r>
      <w:r>
        <w:br/>
      </w:r>
      <w:r>
        <w:rPr>
          <w:sz w:val="20"/>
        </w:rPr>
        <w:t>1:02:32  aap log apne shukr dekhte hain, yani un ka shukr yeh hai ke duniya mein evil na ho, duniya mein justice injustice na ho, duniya mein fasad na ho.</w:t>
      </w:r>
      <w:r>
        <w:br/>
      </w:r>
      <w:r>
        <w:rPr>
          <w:sz w:val="20"/>
        </w:rPr>
        <w:t>1:02:41  yeh to hone wala hai, yeh to hoga kyun ke Allah taala ne duniya ko banaya hai competition ki duniya, challenge ki duniya, azadi ki duniya.</w:t>
      </w:r>
      <w:r>
        <w:br/>
      </w:r>
      <w:r>
        <w:rPr>
          <w:sz w:val="20"/>
        </w:rPr>
        <w:t>1:02:50  to woh to hoga.</w:t>
      </w:r>
      <w:r>
        <w:br/>
      </w:r>
      <w:r>
        <w:rPr>
          <w:sz w:val="20"/>
        </w:rPr>
        <w:t>1:02:52  to apne apne apne shakir ko badlie aur khuda ka jo shakir hai, us ke lehaz se cheezon ko judge kijiye ke dunya mein ko Allah taala ne banaya hai.</w:t>
      </w:r>
      <w:r>
        <w:br/>
      </w:r>
      <w:r>
        <w:rPr>
          <w:sz w:val="20"/>
        </w:rPr>
        <w:t>1:03:02  darulqabz quran mein hai. aap chahte hain qabar na ho, challenge na ho, koi aap ke khilaf koi harkat na kare, tab aap negativity khatam karenge.</w:t>
      </w:r>
      <w:r>
        <w:br/>
      </w:r>
      <w:r>
        <w:rPr>
          <w:sz w:val="20"/>
        </w:rPr>
        <w:t>1:03:14  to yeh shart to kabhi poori nahi hogi.</w:t>
      </w:r>
      <w:r>
        <w:br/>
      </w:r>
      <w:r>
        <w:rPr>
          <w:sz w:val="20"/>
        </w:rPr>
        <w:t>1:03:18  sara mein mein samajhta hoon ke sara sara mamla yahi hai ke log apne mindset se cheezon ko dekhte hain. aap ko chahiye ke khuda ke mindset se cheezon ko dekhen.</w:t>
      </w:r>
      <w:r>
        <w:br/>
      </w:r>
      <w:r>
        <w:rPr>
          <w:sz w:val="20"/>
        </w:rPr>
        <w:t>1:03:33  aap jaise chahte hain, waisa hone wala nahi hai. hoga wohi jo Allah ka ne muqarrar kiya hai, jo nizam apne qanoon ke mutabiq.</w:t>
      </w:r>
      <w:r>
        <w:br/>
      </w:r>
      <w:r>
        <w:rPr>
          <w:sz w:val="20"/>
        </w:rPr>
        <w:t>1:03:42  to aap is ko adjust kijiye, is ko as a reality, is ko accept kijiye.</w:t>
      </w:r>
      <w:r>
        <w:br/>
      </w:r>
      <w:r>
        <w:rPr>
          <w:sz w:val="20"/>
        </w:rPr>
        <w:t>1:03:49  yani apne aap ko positive banane ka formula itna asan hai jaise misaal ke taur par dekhen, aap ke sath aap ke samne agar aag ka angara hai to aap kuch chhoenge nahi kyunke aap jante hain ke law of nature jo hai, yahan par involve hai.</w:t>
      </w:r>
      <w:r>
        <w:br/>
      </w:r>
      <w:r>
        <w:rPr>
          <w:sz w:val="20"/>
        </w:rPr>
        <w:t>1:04:07  law of nature ke mutabiq aag mujhe jala degi. to ab mein chhoona nahi hoon us ko. to law of nature ko accept ki</w:t>
      </w:r>
      <w:r>
        <w:br/>
      </w:r>
      <w:r>
        <w:rPr>
          <w:sz w:val="20"/>
        </w:rPr>
        <w:t>1:04:17  jiye, Allah ka jo naqsha hai, us ko accept kijiye. to bas us ke baad aap positive ho jayenge kyunke aap chahte hain ek woh cheez jo mumkin hi nahi hai.</w:t>
      </w:r>
      <w:r>
        <w:br/>
      </w:r>
      <w:r>
        <w:rPr>
          <w:sz w:val="20"/>
        </w:rPr>
        <w:t>1:04:27  yani jo cheez mumkin nahi hai ke dunya aap ke naqshe ke mutabiq ban jaye, to woh to ho nahi sakta hai. is liye aap negative ho jate hain.</w:t>
      </w:r>
      <w:r>
        <w:br/>
      </w:r>
      <w:r>
        <w:rPr>
          <w:sz w:val="20"/>
        </w:rPr>
        <w:t>1:04:36  impossible ko aap apna target banaiye. impossible ko target banaiye. jo</w:t>
      </w:r>
      <w:r>
        <w:br/>
      </w:r>
      <w:r>
        <w:rPr>
          <w:sz w:val="20"/>
        </w:rPr>
        <w:t>1:04:44  possible hai, us ko target banaiye. ek hi jumla mein kahunga ke "you have to accept the reality." bas us ke baad achaanak aap positive ho jayenge.</w:t>
      </w:r>
    </w:p>
    <w:p>
      <w:pPr>
        <w:pStyle w:val="Heading2"/>
      </w:pPr>
      <w:r>
        <w:t>Practical Way to Avoid Negativity</w:t>
      </w:r>
    </w:p>
    <w:p>
      <w:r>
        <w:rPr>
          <w:color w:val="666666"/>
          <w:sz w:val="18"/>
        </w:rPr>
        <w:t>Life &amp; Wisdom · How to Become Deserving of Paradise August 16, 2020 Maulana Wahiduddin Khan · 3m 11s · at 35:10 · https://youtu.be/jFXK3TMiqtA?t=2110</w:t>
      </w:r>
    </w:p>
    <w:p>
      <w:r>
        <w:rPr>
          <w:i/>
        </w:rPr>
        <w:t>“You said you do not have any complaint against anyone. Please, can you give us a practical way? We can all do, even if we try, then also negativity does not go away.”</w:t>
      </w:r>
    </w:p>
    <w:p>
      <w:r>
        <w:rPr>
          <w:sz w:val="20"/>
        </w:rPr>
        <w:t>35:10  sajid anwar sahab ne mumbai se likha hai: "my take away from today lecture: to be a self made person, one should focus on self and completely avoid getting engaged in negativity." yeh sawal bheja hai kanpur se</w:t>
      </w:r>
      <w:r>
        <w:br/>
      </w:r>
      <w:r>
        <w:rPr>
          <w:sz w:val="20"/>
        </w:rPr>
        <w:t>35:31  hussain siddiqui sahab ne. unhon ne aap se poocha hai: "maulana, you said you do not have any complaint against anyone.</w:t>
      </w:r>
      <w:r>
        <w:br/>
      </w:r>
      <w:r>
        <w:rPr>
          <w:sz w:val="20"/>
        </w:rPr>
        <w:t>35:44  please, can you give us a practical way? we we can all do, as even if we try, then also negativity does not go away."</w:t>
      </w:r>
      <w:r>
        <w:br/>
      </w:r>
      <w:r>
        <w:rPr>
          <w:sz w:val="20"/>
        </w:rPr>
        <w:t>35:57  aap meri zindagi ka study kijiye. main to kabhi complaint nahin karta. complaint karna meri vocabulary mein hai hi nahin, kyunke is mein jis cheez ko log complaint ka item banate hain, us ko main learning ka item banata hoon.</w:t>
      </w:r>
      <w:r>
        <w:br/>
      </w:r>
      <w:r>
        <w:rPr>
          <w:sz w:val="20"/>
        </w:rPr>
        <w:t>36:19  jis cheez ko log complaint ka item banate hain, us ko main learning ka item banata hoon.</w:t>
      </w:r>
      <w:r>
        <w:br/>
      </w:r>
      <w:r>
        <w:rPr>
          <w:sz w:val="20"/>
        </w:rPr>
        <w:t>36:29  to yeh to insaan ki apni weakness hai. hazrat umar ke bare mein aaya hai ke kan yata'allam min kulli ahad, woh har ek se seekhte the.</w:t>
      </w:r>
      <w:r>
        <w:br/>
      </w:r>
      <w:r>
        <w:rPr>
          <w:sz w:val="20"/>
        </w:rPr>
        <w:t>36:43  har ek ka matlab hai ke</w:t>
      </w:r>
      <w:r>
        <w:br/>
      </w:r>
      <w:r>
        <w:rPr>
          <w:sz w:val="20"/>
        </w:rPr>
        <w:t>36:46  chahe woh ulti ulti baat kahe, seedhi baat kahe,</w:t>
      </w:r>
      <w:r>
        <w:br/>
      </w:r>
      <w:r>
        <w:rPr>
          <w:sz w:val="20"/>
        </w:rPr>
        <w:t>36:54  us ko learning ka item bana dete the. aap bhi aisa kijiye.</w:t>
      </w:r>
      <w:r>
        <w:br/>
      </w:r>
      <w:r>
        <w:rPr>
          <w:sz w:val="20"/>
        </w:rPr>
        <w:t>37:08  maheboob bhai ne mumbai se likha hai: "maulana, aaj maulana, aap ne criticism ko blessing samajhna kaha hai, aur aap hamesha ek baat ko alag aspect se is tarah wazeh kar dete hain ke bilkul nai baat lagti hai.</w:t>
      </w:r>
      <w:r>
        <w:br/>
      </w:r>
      <w:r>
        <w:rPr>
          <w:sz w:val="20"/>
        </w:rPr>
        <w:t>37:27  aaj aap ne criticize karne wale ko farishta samajhna keh kar mere liye paradigm shift kar diya hai.</w:t>
      </w:r>
      <w:r>
        <w:br/>
      </w:r>
      <w:r>
        <w:rPr>
          <w:sz w:val="20"/>
        </w:rPr>
        <w:t>37:36  maulana, aap mere liye allah ki taraf se bheje hue rehmat ho. jazak allah maulana."</w:t>
      </w:r>
      <w:r>
        <w:br/>
      </w:r>
      <w:r>
        <w:rPr>
          <w:sz w:val="20"/>
        </w:rPr>
        <w:t>37:47  miss caroline ne srinagar se likha hai: "managing the problem is better than trying, rather fighting with it.</w:t>
      </w:r>
      <w:r>
        <w:br/>
      </w:r>
      <w:r>
        <w:rPr>
          <w:sz w:val="20"/>
        </w:rPr>
        <w:t>37:57  managing will lead to the solution of problem amicably. jazak Allah Maulana, what an enlighten statement</w:t>
      </w:r>
      <w:r>
        <w:br/>
      </w:r>
      <w:r>
        <w:rPr>
          <w:sz w:val="20"/>
        </w:rPr>
        <w:t>38:06  ! you are really a torch bearer for us. god bless you with great health." mashaa Allah.</w:t>
      </w:r>
    </w:p>
    <w:p>
      <w:pPr>
        <w:pStyle w:val="Heading2"/>
      </w:pPr>
      <w:r>
        <w:t>Practical methods to avoid under-utilization</w:t>
      </w:r>
    </w:p>
    <w:p>
      <w:r>
        <w:rPr>
          <w:color w:val="666666"/>
          <w:sz w:val="18"/>
        </w:rPr>
        <w:t>Life &amp; Wisdom · Life After Death January 22, 2012 · 3m 06s · at 1:23:07 · https://youtu.be/5hVH1BLKBF4?t=4987</w:t>
      </w:r>
    </w:p>
    <w:p>
      <w:r>
        <w:rPr>
          <w:i/>
        </w:rPr>
        <w:t>“Maulana, what are the practical methods to save ourselves from under-utilization?”</w:t>
      </w:r>
    </w:p>
    <w:p>
      <w:r>
        <w:rPr>
          <w:sz w:val="20"/>
        </w:rPr>
        <w:t>1:23:07  Physical sense mein aap ko Distract karna yeh matlab is ka nahi hai. Maulana, agla sawal lene se pehle ek Comment parhna chahenge jo abhi aaya hai Raipur se Mr. Idrees ka aur Ms. Shabana ka.</w:t>
      </w:r>
      <w:r>
        <w:br/>
      </w:r>
      <w:r>
        <w:rPr>
          <w:sz w:val="20"/>
        </w:rPr>
        <w:t>1:23:19  Unhon ne likha hai: "Today we do not have any question but would like to say that it was one of the most thought provoking lectures." Agla sawal Maulana Delhi se hai Dr. Owais</w:t>
      </w:r>
      <w:r>
        <w:br/>
      </w:r>
      <w:r>
        <w:rPr>
          <w:sz w:val="20"/>
        </w:rPr>
        <w:t>1:23:34  Siddiqui ka. Unhon ne likha hai: "Molana, what are the practical methods to save ourselves from under-utilization?" Dekhiye under-utilization ka matlab yeh hai ke aap ko Allah Ta'ala ne dunya mein rakha tha jannat wale kaam karne ke liye.</w:t>
      </w:r>
      <w:r>
        <w:br/>
      </w:r>
      <w:r>
        <w:rPr>
          <w:sz w:val="20"/>
        </w:rPr>
        <w:t>1:23:57  Aap kar rahe hain kaun sa kaam? Dunya wale kaam. Jo kisi kaam ke nahi. Mar jayen sab chhoot gaya.</w:t>
      </w:r>
      <w:r>
        <w:br/>
      </w:r>
      <w:r>
        <w:rPr>
          <w:sz w:val="20"/>
        </w:rPr>
        <w:t>1:24:05  Jo le kar jana hai apne sath us ke liye to kuch kar nahi rahe hain. Jo nahi le ke jana hai us mein apne ko lagaye hue hain. To Distraction ki tamam soortein under-utilization hain.</w:t>
      </w:r>
      <w:r>
        <w:br/>
      </w:r>
      <w:r>
        <w:rPr>
          <w:sz w:val="20"/>
        </w:rPr>
        <w:t>1:24:18  Yaani maine dekha logon ko joke chhod rahe hain, ha ha kar rahe hain, shair padh rahe hain, tafreeh kar rahe hain, qisse kahaniyan suna rahe hain.</w:t>
      </w:r>
      <w:r>
        <w:br/>
      </w:r>
      <w:r>
        <w:rPr>
          <w:sz w:val="20"/>
        </w:rPr>
        <w:t>1:24:29  Aur tarah tarah ke Entertainment yaani main zindagi guzarna, joke mein zindagi guzarna, kahaniyan, qisse mein zindagi guzarna yeh kya hai?</w:t>
      </w:r>
      <w:r>
        <w:br/>
      </w:r>
      <w:r>
        <w:rPr>
          <w:sz w:val="20"/>
        </w:rPr>
        <w:t>1:24:41  Yeh apne ko kam tar istemal hai. Aap ko is se zyada bari kaam ke liye Allah ne paida kiya hai. Matlab Allah ek hai ke aap Allah ki marifat hasil karen, Allah ko Discover karen.</w:t>
      </w:r>
      <w:r>
        <w:br/>
      </w:r>
      <w:r>
        <w:rPr>
          <w:sz w:val="20"/>
        </w:rPr>
        <w:t>1:24:54  Aur ek hai ke Third Class ka jo Entertainment hota hai us mein phanse rahen.</w:t>
      </w:r>
      <w:r>
        <w:br/>
      </w:r>
      <w:r>
        <w:rPr>
          <w:sz w:val="20"/>
        </w:rPr>
        <w:t>1:25:01  Misal ke taur par main ek misal deta hoon ke main TV nahi dekhta. Kyun? Main is ko kam tar istemal samajhta hoon.</w:t>
      </w:r>
      <w:r>
        <w:br/>
      </w:r>
      <w:r>
        <w:rPr>
          <w:sz w:val="20"/>
        </w:rPr>
        <w:t>1:25:14  Maine dekha kitabon mein ilm kitabon mein hai, TV mein nahi hai. Kitab mein padhta hoon to mujhe Wisdom milta hai. TV mein kya hai?</w:t>
      </w:r>
      <w:r>
        <w:br/>
      </w:r>
      <w:r>
        <w:rPr>
          <w:sz w:val="20"/>
        </w:rPr>
        <w:t>1:25:23  Thodi thodi der ke baad ek Advertise aayega, ek Advertisement aayega. Thodi thodi ke baad ek koi tamasha aayega.</w:t>
      </w:r>
      <w:r>
        <w:br/>
      </w:r>
      <w:r>
        <w:rPr>
          <w:sz w:val="20"/>
        </w:rPr>
        <w:t>1:25:32  To is mein kya? Yaani woh us waqt ko maine zaya kiya.</w:t>
      </w:r>
      <w:r>
        <w:br/>
      </w:r>
      <w:r>
        <w:rPr>
          <w:sz w:val="20"/>
        </w:rPr>
        <w:t>1:25:40  To aap khud hisab kar ke laga sakte hain ke yeh jo time mere paas tha, us time ko main kya is se achhe kaam mein laga sakta tha?</w:t>
      </w:r>
      <w:r>
        <w:br/>
      </w:r>
      <w:r>
        <w:rPr>
          <w:sz w:val="20"/>
        </w:rPr>
        <w:t>1:25:48  Jo jis kaam mein maine lagaya us ko? To yeh yeh aadmi bahar se nahi bata bata sakta aap ko. Khud aap Evaluate kijiye. Evaluate kijiye aur janiye.</w:t>
      </w:r>
      <w:r>
        <w:br/>
      </w:r>
      <w:r>
        <w:rPr>
          <w:sz w:val="20"/>
        </w:rPr>
        <w:t>1:26:00  Dusra koi Method is ka hai nahi. Is ko kahenge Self Evaluation. Self Evaluation is the only method.</w:t>
      </w:r>
    </w:p>
    <w:p>
      <w:pPr>
        <w:pStyle w:val="Heading2"/>
      </w:pPr>
      <w:r>
        <w:t>Protecting oneself from greed in materialistic age</w:t>
      </w:r>
    </w:p>
    <w:p>
      <w:r>
        <w:rPr>
          <w:color w:val="666666"/>
          <w:sz w:val="18"/>
        </w:rPr>
        <w:t>Life &amp; Wisdom · Islam and Prophet of Islam 21st October 2012 · 2m 09s · at 1:02:17 · https://youtu.be/pg1Malshh6Y?t=3737</w:t>
      </w:r>
    </w:p>
    <w:p>
      <w:r>
        <w:rPr>
          <w:i/>
        </w:rPr>
        <w:t>“In this materialistic age, how can a person protect himself from greed? Because today human needs have become so great that living a contented life is difficult.”</w:t>
      </w:r>
    </w:p>
    <w:p>
      <w:r>
        <w:rPr>
          <w:sz w:val="20"/>
        </w:rPr>
        <w:t>1:02:17  maulana, agla sawal bhi karachi pakistan se hai abdul lateef sahib ka.</w:t>
      </w:r>
      <w:r>
        <w:br/>
      </w:r>
      <w:r>
        <w:rPr>
          <w:sz w:val="20"/>
        </w:rPr>
        <w:t>1:02:22  unhon ne likha hai: "maulana sahib, is maadi daur mein ek insaan apne aap ko hiras se kis</w:t>
      </w:r>
      <w:r>
        <w:br/>
      </w:r>
      <w:r>
        <w:rPr>
          <w:sz w:val="20"/>
        </w:rPr>
        <w:t>1:02:30  tarah bachaye? kyunke aaj insaan ki zaroorat zaroorat itni zyada ho chuki hai ke qana'at wali zindagi guzarna</w:t>
      </w:r>
      <w:r>
        <w:br/>
      </w:r>
      <w:r>
        <w:rPr>
          <w:sz w:val="20"/>
        </w:rPr>
        <w:t>1:02:37  mushkil ho gaya hai." is ke bare mein bataein.</w:t>
      </w:r>
      <w:r>
        <w:br/>
      </w:r>
      <w:r>
        <w:rPr>
          <w:sz w:val="20"/>
        </w:rPr>
        <w:t>1:02:41  main samajhta hoon ke hiras se bachane ke liye sirf yeh hai ke aap apni aql ko istemal</w:t>
      </w:r>
      <w:r>
        <w:br/>
      </w:r>
      <w:r>
        <w:rPr>
          <w:sz w:val="20"/>
        </w:rPr>
        <w:t>1:02:49  karein, aql ko istemal karein.</w:t>
      </w:r>
      <w:r>
        <w:br/>
      </w:r>
      <w:r>
        <w:rPr>
          <w:sz w:val="20"/>
        </w:rPr>
        <w:t>1:02:51  abhi dekhiye, aaj kal khabron mein aa rahi hain "kingfisher airline" ke bare mein.</w:t>
      </w:r>
      <w:r>
        <w:br/>
      </w:r>
      <w:r>
        <w:rPr>
          <w:sz w:val="20"/>
        </w:rPr>
        <w:t>1:02:58  bahut zyada badhaya aur kaam ko unhon ne, yaani hiras ko apni akhirat tak pahuncha diya.</w:t>
      </w:r>
      <w:r>
        <w:br/>
      </w:r>
      <w:r>
        <w:rPr>
          <w:sz w:val="20"/>
        </w:rPr>
        <w:t>1:03:05  natija kya hua? ke bilkul dham se gir gaye.</w:t>
      </w:r>
      <w:r>
        <w:br/>
      </w:r>
      <w:r>
        <w:rPr>
          <w:sz w:val="20"/>
        </w:rPr>
        <w:t>1:03:09  aap khabron mein parhte honge, tafseel ki zaroorat nahi hai batane ki.</w:t>
      </w:r>
      <w:r>
        <w:br/>
      </w:r>
      <w:r>
        <w:rPr>
          <w:sz w:val="20"/>
        </w:rPr>
        <w:t>1:03:14  aise waqeat rozana hote rehte hain.</w:t>
      </w:r>
      <w:r>
        <w:br/>
      </w:r>
      <w:r>
        <w:rPr>
          <w:sz w:val="20"/>
        </w:rPr>
        <w:t>1:03:17  yani hirs mein aakhir mein kya hai? frustration.</w:t>
      </w:r>
      <w:r>
        <w:br/>
      </w:r>
      <w:r>
        <w:rPr>
          <w:sz w:val="20"/>
        </w:rPr>
        <w:t>1:03:20  qanaat mein kya hai? sukoon, itminan.</w:t>
      </w:r>
      <w:r>
        <w:br/>
      </w:r>
      <w:r>
        <w:rPr>
          <w:sz w:val="20"/>
        </w:rPr>
        <w:t>1:03:23  to natije ko dekh kar faisla kijiye ke hirs mein aadmi ko sukoon milta hai ya qanaat mein</w:t>
      </w:r>
      <w:r>
        <w:br/>
      </w:r>
      <w:r>
        <w:rPr>
          <w:sz w:val="20"/>
        </w:rPr>
        <w:t>1:03:30  milta hai.</w:t>
      </w:r>
      <w:r>
        <w:br/>
      </w:r>
      <w:r>
        <w:rPr>
          <w:sz w:val="20"/>
        </w:rPr>
        <w:t>1:03:32  jitne log hirs mein daudte hain, yani takathur ka rasta ikhtiyar karte hain, aakhir mein unke hisse</w:t>
      </w:r>
      <w:r>
        <w:br/>
      </w:r>
      <w:r>
        <w:rPr>
          <w:sz w:val="20"/>
        </w:rPr>
        <w:t>1:03:40  mein sawab, first side ka kuch bhi nahi aata.</w:t>
      </w:r>
      <w:r>
        <w:br/>
      </w:r>
      <w:r>
        <w:rPr>
          <w:sz w:val="20"/>
        </w:rPr>
        <w:t>1:03:43  kitne log to khud khushi kar lete hain.</w:t>
      </w:r>
      <w:r>
        <w:br/>
      </w:r>
      <w:r>
        <w:rPr>
          <w:sz w:val="20"/>
        </w:rPr>
        <w:t>1:03:47  to asal cheez yeh hai ke natije ko, natije ko samne le kar log nahi sochte.</w:t>
      </w:r>
      <w:r>
        <w:br/>
      </w:r>
      <w:r>
        <w:rPr>
          <w:sz w:val="20"/>
        </w:rPr>
        <w:t>1:03:54  natije ko samne le kar sochein to bohat aasani se masla samajh mein aa jaye ke is dunya</w:t>
      </w:r>
      <w:r>
        <w:br/>
      </w:r>
      <w:r>
        <w:rPr>
          <w:sz w:val="20"/>
        </w:rPr>
        <w:t>1:04:01  میں ممکن نہیں ہے کہ آپ حرص کے راستے پر چل کر کے، یعنی peace of mind ملے،</w:t>
      </w:r>
      <w:r>
        <w:br/>
      </w:r>
      <w:r>
        <w:rPr>
          <w:sz w:val="20"/>
        </w:rPr>
        <w:t>1:04:09  aap ko sukoon mile.</w:t>
      </w:r>
      <w:r>
        <w:br/>
      </w:r>
      <w:r>
        <w:rPr>
          <w:sz w:val="20"/>
        </w:rPr>
        <w:t>1:04:11  qanaat ke raste par chal kar ke aap ko peace of mind milega.</w:t>
      </w:r>
      <w:r>
        <w:br/>
      </w:r>
      <w:r>
        <w:rPr>
          <w:sz w:val="20"/>
        </w:rPr>
        <w:t>1:04:17  to agar natije ko le kar socha jaye to bohat aasani se aap is mamle mein ek sahi</w:t>
      </w:r>
      <w:r>
        <w:br/>
      </w:r>
      <w:r>
        <w:rPr>
          <w:sz w:val="20"/>
        </w:rPr>
        <w:t>1:04:25  faisla le sakte hain.</w:t>
      </w:r>
    </w:p>
    <w:p>
      <w:pPr>
        <w:pStyle w:val="Heading2"/>
      </w:pPr>
      <w:r>
        <w:t>Pruning habits making life dull</w:t>
      </w:r>
    </w:p>
    <w:p>
      <w:r>
        <w:rPr>
          <w:color w:val="666666"/>
          <w:sz w:val="18"/>
        </w:rPr>
        <w:t>Life &amp; Wisdom · Self Correction November 09, 2014 Maulana Wahiduddin Khan · 3m 22s · at 46:11 · https://youtu.be/PpwTmeCQkSQ?t=2771</w:t>
      </w:r>
    </w:p>
    <w:p>
      <w:r>
        <w:rPr>
          <w:i/>
        </w:rPr>
        <w:t>“Maulana, abandoning bad habits is understandable, but pruning every habit, many of which may not be wrong or unlawful, may make life very dull and devoid of any interest. What is your take on this?”</w:t>
      </w:r>
    </w:p>
    <w:p>
      <w:r>
        <w:rPr>
          <w:sz w:val="20"/>
        </w:rPr>
        <w:t>46:11  Maulana, yeh sawal Ashar sahib ka aaya hai Bareilly se, aur unhon ne likha hai: "Molana, abandoning bad habits is understandable, but pruning every habit, many of which may not be wrong or unlawful, may make life very dull and devoid of any interest. What is your take on this?"</w:t>
      </w:r>
      <w:r>
        <w:br/>
      </w:r>
      <w:r>
        <w:rPr>
          <w:sz w:val="20"/>
        </w:rPr>
        <w:t>46:35  " kafi arsa parhi hai. "Molana, abandoning bad habits is understandable, but pruning every habit, many of which may not be wrong or unlawful, may make life very dull and devoid of any interest. What is your take on this?"</w:t>
      </w:r>
      <w:r>
        <w:br/>
      </w:r>
      <w:r>
        <w:rPr>
          <w:sz w:val="20"/>
        </w:rPr>
        <w:t>46:57  "Bhai, dekhiye, is mein koi misaal toh di nahi unhon ne. Misaal chahiye.</w:t>
      </w:r>
      <w:r>
        <w:br/>
      </w:r>
      <w:r>
        <w:rPr>
          <w:sz w:val="20"/>
        </w:rPr>
        <w:t>47:02  Mera tajurba yeh hai ke koi bhi cheez, bator aadat agar karenge aap, bazahir acha kaam, tab</w:t>
      </w:r>
      <w:r>
        <w:br/>
      </w:r>
      <w:r>
        <w:rPr>
          <w:sz w:val="20"/>
        </w:rPr>
        <w:t>47:07  bhi woh aap ko barbaad karega.</w:t>
      </w:r>
      <w:r>
        <w:br/>
      </w:r>
      <w:r>
        <w:rPr>
          <w:sz w:val="20"/>
        </w:rPr>
        <w:t>47:12  Bazahir acha kaam, woh bhi barbaad karega.</w:t>
      </w:r>
      <w:r>
        <w:br/>
      </w:r>
      <w:r>
        <w:rPr>
          <w:sz w:val="20"/>
        </w:rPr>
        <w:t>47:17  Jaise maine arz kiya ke hamare zamane mein shair o shayari ek acha kaam samjhi jaati thi.</w:t>
      </w:r>
      <w:r>
        <w:br/>
      </w:r>
      <w:r>
        <w:rPr>
          <w:sz w:val="20"/>
        </w:rPr>
        <w:t>47:23  Sab log shair o shayari karte the.</w:t>
      </w:r>
      <w:r>
        <w:br/>
      </w:r>
      <w:r>
        <w:rPr>
          <w:sz w:val="20"/>
        </w:rPr>
        <w:t>47:28  Achhe achhe ulama shair o shayari karte the.</w:t>
      </w:r>
      <w:r>
        <w:br/>
      </w:r>
      <w:r>
        <w:rPr>
          <w:sz w:val="20"/>
        </w:rPr>
        <w:t>47:33  Toh woh toh acha tha, lekin maine mehsoos kiya ke shair o shayari agar koi aadat ban</w:t>
      </w:r>
      <w:r>
        <w:br/>
      </w:r>
      <w:r>
        <w:rPr>
          <w:sz w:val="20"/>
        </w:rPr>
        <w:t>47:38  jaayegi toh woh tabaahi hai.</w:t>
      </w:r>
      <w:r>
        <w:br/>
      </w:r>
      <w:r>
        <w:rPr>
          <w:sz w:val="20"/>
        </w:rPr>
        <w:t>47:43  Aisi study acha kaam hai, lekin bator asar ke liye jab study aadat ban gayi toh uska</w:t>
      </w:r>
      <w:r>
        <w:br/>
      </w:r>
      <w:r>
        <w:rPr>
          <w:sz w:val="20"/>
        </w:rPr>
        <w:t>47:49  sochne ka amal hi ruk gaya.</w:t>
      </w:r>
      <w:r>
        <w:br/>
      </w:r>
      <w:r>
        <w:rPr>
          <w:sz w:val="20"/>
        </w:rPr>
        <w:t>47:54  Toh bas samajhta hoon ke is mein mere tajurbe ke mutabiq har aadat, har aadat hi bator aadat hai.</w:t>
      </w:r>
      <w:r>
        <w:br/>
      </w:r>
      <w:r>
        <w:rPr>
          <w:sz w:val="20"/>
        </w:rPr>
        <w:t>47:59  Aadat ke taur par koi kaam nahi karna hai humein.</w:t>
      </w:r>
      <w:r>
        <w:br/>
      </w:r>
      <w:r>
        <w:rPr>
          <w:sz w:val="20"/>
        </w:rPr>
        <w:t>48:04  Humein har kaam ko shauq ke taur par karna hai.</w:t>
      </w:r>
      <w:r>
        <w:br/>
      </w:r>
      <w:r>
        <w:rPr>
          <w:sz w:val="20"/>
        </w:rPr>
        <w:t>48:10  har kaam ko hamein shor ke taur par karna hai.</w:t>
      </w:r>
      <w:r>
        <w:br/>
      </w:r>
      <w:r>
        <w:rPr>
          <w:sz w:val="20"/>
        </w:rPr>
        <w:t>48:15  mera apna tajurba yahi hai.</w:t>
      </w:r>
      <w:r>
        <w:br/>
      </w:r>
      <w:r>
        <w:rPr>
          <w:sz w:val="20"/>
        </w:rPr>
        <w:t>48:20  agar koi aadmi misaal bataye mujhe to main is mein mazeed wazahat kar sakta hoon.</w:t>
      </w:r>
      <w:r>
        <w:br/>
      </w:r>
      <w:r>
        <w:rPr>
          <w:sz w:val="20"/>
        </w:rPr>
        <w:t>48:25  main apni zindagi mein kai cheezein chhori hain, jaise main ne arz kiya ke meetha khana to meetha</w:t>
      </w:r>
      <w:r>
        <w:br/>
      </w:r>
      <w:r>
        <w:rPr>
          <w:sz w:val="20"/>
        </w:rPr>
        <w:t>48:30  khana to koi buri baat nahi hai.</w:t>
      </w:r>
      <w:r>
        <w:br/>
      </w:r>
      <w:r>
        <w:rPr>
          <w:sz w:val="20"/>
        </w:rPr>
        <w:t>48:36  kai log samajhte hain ke meetha khana sunnat hai, lekin main ne mehsoos kiya ke meetha jo hai,</w:t>
      </w:r>
      <w:r>
        <w:br/>
      </w:r>
      <w:r>
        <w:rPr>
          <w:sz w:val="20"/>
        </w:rPr>
        <w:t>48:41  jab meri aadat banne laga to isi mein mashghool ho kar mera sochne ka amal, mera jo sochne</w:t>
      </w:r>
      <w:r>
        <w:br/>
      </w:r>
      <w:r>
        <w:rPr>
          <w:sz w:val="20"/>
        </w:rPr>
        <w:t>48:46  ka amal hai, woh rukne laga.</w:t>
      </w:r>
      <w:r>
        <w:br/>
      </w:r>
      <w:r>
        <w:rPr>
          <w:sz w:val="20"/>
        </w:rPr>
        <w:t>48:51  jab tak main meetha kha raha hoon to sochne ka amal ruka hua hai.</w:t>
      </w:r>
      <w:r>
        <w:br/>
      </w:r>
      <w:r>
        <w:rPr>
          <w:sz w:val="20"/>
        </w:rPr>
        <w:t>48:57  bas test le raha hoon, test le raha hoon, test le raha hoon.</w:t>
      </w:r>
      <w:r>
        <w:br/>
      </w:r>
      <w:r>
        <w:rPr>
          <w:sz w:val="20"/>
        </w:rPr>
        <w:t>49:02  to mera apna tajurba yahi hai ke har aadat hi tamkeen hai.</w:t>
      </w:r>
      <w:r>
        <w:br/>
      </w:r>
      <w:r>
        <w:rPr>
          <w:sz w:val="20"/>
        </w:rPr>
        <w:t>49:07  koi is aitbaar se ke woh haram hai, maslan alcohol haram hai, haram ke maani mein woh tamkeen</w:t>
      </w:r>
      <w:r>
        <w:br/>
      </w:r>
      <w:r>
        <w:rPr>
          <w:sz w:val="20"/>
        </w:rPr>
        <w:t>49:12  hai, lekin kuch cheezein zindagi mein jo main is ko kehta hoon ghair mehram haram, yaani mehram, yaani</w:t>
      </w:r>
      <w:r>
        <w:br/>
      </w:r>
      <w:r>
        <w:rPr>
          <w:sz w:val="20"/>
        </w:rPr>
        <w:t>49:17  haram na ho kar bhi woh tamkeen hai.</w:t>
      </w:r>
      <w:r>
        <w:br/>
      </w:r>
      <w:r>
        <w:rPr>
          <w:sz w:val="20"/>
        </w:rPr>
        <w:t>49:23  yeh mera tajurba yahi hai.</w:t>
      </w:r>
      <w:r>
        <w:br/>
      </w:r>
      <w:r>
        <w:rPr>
          <w:sz w:val="20"/>
        </w:rPr>
        <w:t>49:28  agar koi misaal batayega to main inshallah mazeed wazahat karunga.</w:t>
      </w:r>
    </w:p>
    <w:p>
      <w:pPr>
        <w:pStyle w:val="Heading2"/>
      </w:pPr>
      <w:r>
        <w:t>Pruning habits making life dull and uninteresting</w:t>
      </w:r>
    </w:p>
    <w:p>
      <w:r>
        <w:rPr>
          <w:color w:val="666666"/>
          <w:sz w:val="18"/>
        </w:rPr>
        <w:t>Life &amp; Wisdom · Self Correction November 09, 2014 · 2m 50s · at 46:21 · https://youtu.be/EgAukdSfGRU?t=2781</w:t>
      </w:r>
    </w:p>
    <w:p>
      <w:r>
        <w:rPr>
          <w:i/>
        </w:rPr>
        <w:t>“What is your take on the idea that pruning every habit, even those not wrong, may make life dull?”</w:t>
      </w:r>
    </w:p>
    <w:p>
      <w:r>
        <w:rPr>
          <w:sz w:val="20"/>
        </w:rPr>
        <w:t>46:21  Maulana, yeh sawal ashar sahib ka aaya hai bareilly se, aur unhon ne likha hai: "Molana, abandoning bad habits is understandable, but pruning every habit,</w:t>
      </w:r>
      <w:r>
        <w:br/>
      </w:r>
      <w:r>
        <w:rPr>
          <w:sz w:val="20"/>
        </w:rPr>
        <w:t>46:34  many of which may not be wrong or unlawful, may make life very dull and devoid of any interest. What is your take on this?" bhai, dekhiye ke is mein koi misaal to di nahi unhon ne.</w:t>
      </w:r>
      <w:r>
        <w:br/>
      </w:r>
      <w:r>
        <w:rPr>
          <w:sz w:val="20"/>
        </w:rPr>
        <w:t>46:49  Misaal chahiye.</w:t>
      </w:r>
      <w:r>
        <w:br/>
      </w:r>
      <w:r>
        <w:rPr>
          <w:sz w:val="20"/>
        </w:rPr>
        <w:t>46:52  Mera tajurba yeh hai ke ke koi bhi cheez bator habit agar karen ge aap, bazahir acha kaam, tab bhi woh aap ko ruin kare ga.</w:t>
      </w:r>
      <w:r>
        <w:br/>
      </w:r>
      <w:r>
        <w:rPr>
          <w:sz w:val="20"/>
        </w:rPr>
        <w:t>47:05  Bazahir acha kaam, woh bhi ruin kare ga. jaise maine arz kiya ke hamare zamane mein shair-o-shairi ek acha kaam samajhti thi.</w:t>
      </w:r>
      <w:r>
        <w:br/>
      </w:r>
      <w:r>
        <w:rPr>
          <w:sz w:val="20"/>
        </w:rPr>
        <w:t>47:15  Sab log shair-o-shairi karte the. achhe achhe ulama shair-o-shairi karte the.</w:t>
      </w:r>
      <w:r>
        <w:br/>
      </w:r>
      <w:r>
        <w:rPr>
          <w:sz w:val="20"/>
        </w:rPr>
        <w:t>47:22  To woh to acha acha tha. lekin maine mehsoos kiya ke shair-o-shairi agar koi adat ban jaye gi to woh tabahi hai. aisi study acha kaam hai, lekin but rasal ke liye jab study habit ban gayi to uska thinking process hi,</w:t>
      </w:r>
      <w:r>
        <w:br/>
      </w:r>
      <w:r>
        <w:rPr>
          <w:sz w:val="20"/>
        </w:rPr>
        <w:t>47:39  yani mein stop ho gaya.</w:t>
      </w:r>
      <w:r>
        <w:br/>
      </w:r>
      <w:r>
        <w:rPr>
          <w:sz w:val="20"/>
        </w:rPr>
        <w:t>47:44  To mein samajhta hoon ke is mein mere tajurbe ke mutabiq har adat, har adat hi by by habit hai.</w:t>
      </w:r>
      <w:r>
        <w:br/>
      </w:r>
      <w:r>
        <w:rPr>
          <w:sz w:val="20"/>
        </w:rPr>
        <w:t>47:54  Adat ke taur par koi kaam nahi karna hai humein. humein har kaam ko shor ke taur par karna hai.</w:t>
      </w:r>
      <w:r>
        <w:br/>
      </w:r>
      <w:r>
        <w:rPr>
          <w:sz w:val="20"/>
        </w:rPr>
        <w:t>48:03  Har kaam ko humein shor ke taur par karna hai. mera apna tajurba yahi hai. agar koi aadmi misaal bataye mujhe to mein is mein mazeed wazahat kar sakta hoon.</w:t>
      </w:r>
      <w:r>
        <w:br/>
      </w:r>
      <w:r>
        <w:rPr>
          <w:sz w:val="20"/>
        </w:rPr>
        <w:t>48:14  Mein apni zindagi mein kai cheezein chhori hain, jaise maine arz kiya ke meetha khana to meetha khana to koi buri baat nahi hai. kai log samajhte hain ke meetha khana sunnat hai.</w:t>
      </w:r>
      <w:r>
        <w:br/>
      </w:r>
      <w:r>
        <w:rPr>
          <w:sz w:val="20"/>
        </w:rPr>
        <w:t>48:25  Lekin maine mehsoos kiya ke meetha jo hai, jab meri adat banne laga to isi mein mashgool ho kar mere soch, mere mere mere jo thinking process jo hai, woh rukne laga.</w:t>
      </w:r>
      <w:r>
        <w:br/>
      </w:r>
      <w:r>
        <w:rPr>
          <w:sz w:val="20"/>
        </w:rPr>
        <w:t>48:38  Jab tak mein meetha kha raha hoon to thinking process ruka</w:t>
      </w:r>
      <w:r>
        <w:br/>
      </w:r>
      <w:r>
        <w:rPr>
          <w:sz w:val="20"/>
        </w:rPr>
        <w:t>48:42  hua hai. bas taste le raha hoon, taste le raha hoon, taste le raha hoon. to mera apna tajurba yahi hai ke har adat hi tabah kun hai.</w:t>
      </w:r>
      <w:r>
        <w:br/>
      </w:r>
      <w:r>
        <w:rPr>
          <w:sz w:val="20"/>
        </w:rPr>
        <w:t>48:54  Koi is aitbar se ke woh haram hai, maslan alcohol haram hai, haram ke ma'ne mein woh tabah kun hai. lekin kuch cheezein zindagi mein jo mein is ko kehta hoon ghair-e-muharram haram, yani muharram, yani haram na ho kar bhi woh tabah kun hai.</w:t>
      </w:r>
    </w:p>
    <w:p>
      <w:pPr>
        <w:pStyle w:val="Heading2"/>
      </w:pPr>
      <w:r>
        <w:t>Reacting to workplace mistreatment</w:t>
      </w:r>
    </w:p>
    <w:p>
      <w:r>
        <w:rPr>
          <w:color w:val="666666"/>
          <w:sz w:val="18"/>
        </w:rPr>
        <w:t>Life &amp; Wisdom · Revival of Ummah January 22, 2017 · 2m 17s · at 51:35 · https://youtu.be/vnPsv0TBCfk?t=3095</w:t>
      </w:r>
    </w:p>
    <w:p>
      <w:r>
        <w:rPr>
          <w:i/>
        </w:rPr>
        <w:t>“Maulana sahib, you stress on dealing every issue without any reaction. But what if a person knows that he is being mistreated in his job and he has to leave the job. So how will we stop the wrongs being done in such an organization? If someone is breaking the organization rules and no one is stopping it will affect the whole system. Should we take it that it is in God's hands and we need to be just patient and only observers? Please advise me.”</w:t>
      </w:r>
    </w:p>
    <w:p>
      <w:r>
        <w:rPr>
          <w:sz w:val="20"/>
        </w:rPr>
        <w:t>51:35  molana agla sawal bheja hai pakistan se ansar chaudhary sahib ne. unhon ne likha hai molana sahib you stress on dealing every issue without any reaction. but what if a person knows that he is being mistreated in his job and his to leave the job. so who will stop the wrongs being done in such an organization.</w:t>
      </w:r>
      <w:r>
        <w:br/>
      </w:r>
      <w:r>
        <w:rPr>
          <w:sz w:val="20"/>
        </w:rPr>
        <w:t>52:01  if someone is breaking the organization rules and no one is stopping it will affect the whole system. or should we take it that it is in god's hands and we need to be just patient and only observers. please advise me. dekhiye log alfaaz mein jeete hain. mistreatment koi cheez hi nahi hai sab sab yani false food pe jeena hai.</w:t>
      </w:r>
      <w:r>
        <w:br/>
      </w:r>
      <w:r>
        <w:rPr>
          <w:sz w:val="20"/>
        </w:rPr>
        <w:t>52:31  koi aadmi kisi ko mistreat nahi karta. bilkul hi ghalat hai. aap mujhe bataiye ke woh case to main aap ko us ki pata kar ke bata sakta hoon ke woh mistreatment kaise hi nahi tha. aadmi kaafi ghalati hoti hai doosre pe daal deta hai. main ne bohat aise cases ko examine kiya hai in ki tehqeeq ki hai. apni ghalati na manane ki wajah se kehta hai ke bad treatment mere sath kiya hai doosron ne kiya hai.</w:t>
      </w:r>
      <w:r>
        <w:br/>
      </w:r>
      <w:r>
        <w:rPr>
          <w:sz w:val="20"/>
        </w:rPr>
        <w:t>52:59  bilkul yeh bilkul bilkul baseless baat hai. bad treatment ya mistreatment ka yeh yeh yeh nazariya hi ghalat hai bilkul. sahi baat yeh hai ke aadmi apni ghalati ki price bhugta hai. is duniya mein yahi hota hai hamesha ke you have to pay the price of your fault.</w:t>
      </w:r>
      <w:r>
        <w:br/>
      </w:r>
      <w:r>
        <w:rPr>
          <w:sz w:val="20"/>
        </w:rPr>
        <w:t>53:25  lekin na manane ke liye kehte hain ke falan aisa kiya falan waisa kiya koi koi aisa nahi karta. aap apni ghalati ki price bhugte hain daalte hain doosre ke upar. mujhe particular case bataiye ek falan shakhs to main inshallah us ko tehqeeq kar ke bata doonga aap ko ke yeh aadmi ki apni ghalati thi ek aur us ki doosri koi ghalati nahi thi.</w:t>
      </w:r>
      <w:r>
        <w:br/>
      </w:r>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p>
    <w:p>
      <w:pPr>
        <w:pStyle w:val="Heading2"/>
      </w:pPr>
      <w:r>
        <w:t>Realizing importance of self-study</w:t>
      </w:r>
    </w:p>
    <w:p>
      <w:r>
        <w:rPr>
          <w:color w:val="666666"/>
          <w:sz w:val="18"/>
        </w:rPr>
        <w:t>Life &amp; Wisdom · The Creation Plan December 09, 2018 · 3m 14s · at 58:07 · https://youtu.be/y8tS4vW9lFI?t=3487</w:t>
      </w:r>
    </w:p>
    <w:p>
      <w:r>
        <w:rPr>
          <w:i/>
        </w:rPr>
        <w:t>“You are also a product of madrasa, but you did a lot of self-study in science, philosophy, English, etc. You learned English later in life. How did you realize the importance of self-study on your own?”</w:t>
      </w:r>
    </w:p>
    <w:p>
      <w:r>
        <w:rPr>
          <w:sz w:val="20"/>
        </w:rPr>
        <w:t>58:07  ji, maulana, agla sawal lete hain. yeh bhopal se bheja hai fahad khan sahab ne.</w:t>
      </w:r>
      <w:r>
        <w:br/>
      </w:r>
      <w:r>
        <w:rPr>
          <w:sz w:val="20"/>
        </w:rPr>
        <w:t>58:16  unhone likha hai: "Maulana, you are also a product of madrasa, but you did a lot of self study in the discipline of science, philosophy, English, etc.</w:t>
      </w:r>
      <w:r>
        <w:br/>
      </w:r>
      <w:r>
        <w:rPr>
          <w:sz w:val="20"/>
        </w:rPr>
        <w:t>58:30  you learned english in later part of your life. my question is: how did you realize the importance of self study in your own?"</w:t>
      </w:r>
      <w:r>
        <w:br/>
      </w:r>
      <w:r>
        <w:rPr>
          <w:sz w:val="20"/>
        </w:rPr>
        <w:t>58:49  dekhiye, dilli mein ek sahab hain, abhi bhi dilli mein rehte hain, wo retired ho chuke hain. to unhone deoband ki wajah se padha, yani molvi wali padhai.</w:t>
      </w:r>
      <w:r>
        <w:br/>
      </w:r>
      <w:r>
        <w:rPr>
          <w:sz w:val="20"/>
        </w:rPr>
        <w:t>59:06  to mein ek safar mein un ka saath tha, ek safar mein hum saath the. to mein ne dekha ke wo bohat achhi tarah english bol rahe the,</w:t>
      </w:r>
      <w:r>
        <w:br/>
      </w:r>
      <w:r>
        <w:rPr>
          <w:sz w:val="20"/>
        </w:rPr>
        <w:t>59:25  bohat achhi tarah, fluently. to mein ne poocha un se ke aap to madrasa ke padhe hue hain, english kaise aap jana aur kaise aap seekha?</w:t>
      </w:r>
      <w:r>
        <w:br/>
      </w:r>
      <w:r>
        <w:rPr>
          <w:sz w:val="20"/>
        </w:rPr>
        <w:t>59:43  to ek hi lafz mein jawab diya tha unhone. hum hum dono turki ke safar mein the, ghaliban hum dono turki ja rahe the.</w:t>
      </w:r>
      <w:r>
        <w:br/>
      </w:r>
      <w:r>
        <w:rPr>
          <w:sz w:val="20"/>
        </w:rPr>
        <w:t>59:55  ek hi lafz mein unhone kaha tha: "junoon, junoon!</w:t>
      </w:r>
      <w:r>
        <w:br/>
      </w:r>
      <w:r>
        <w:rPr>
          <w:sz w:val="20"/>
        </w:rPr>
        <w:t>1:00:01  \</w:t>
      </w:r>
      <w:r>
        <w:br/>
      </w:r>
      <w:r>
        <w:rPr>
          <w:sz w:val="20"/>
        </w:rPr>
        <w:t>1:00:05  to wahi jis ko janna hai, wo junoon ka tareeqa ikhtiyar karey.</w:t>
      </w:r>
      <w:r>
        <w:br/>
      </w:r>
      <w:r>
        <w:rPr>
          <w:sz w:val="20"/>
        </w:rPr>
        <w:t>1:00:13  yeh aik hi tareeqa hai, koi bohat se tareeqe nahi hain.</w:t>
      </w:r>
      <w:r>
        <w:br/>
      </w:r>
      <w:r>
        <w:rPr>
          <w:sz w:val="20"/>
        </w:rPr>
        <w:t>1:00:21  seekhne ka junoon paida ho jaye to apne aap hi aap ki fitrat bata di ke kya karna hai, kya nahi karna hai.</w:t>
      </w:r>
    </w:p>
    <w:p>
      <w:pPr>
        <w:pStyle w:val="Heading2"/>
      </w:pPr>
      <w:r>
        <w:t>Reason for Saying Without Farida Apa Nothing</w:t>
      </w:r>
    </w:p>
    <w:p>
      <w:r>
        <w:rPr>
          <w:color w:val="666666"/>
          <w:sz w:val="18"/>
        </w:rPr>
        <w:t>Life &amp; Wisdom · Opportunities of the Modern Age | March 05, 2017 · 4m 53s · at 1:00:26 · https://youtu.be/Cv8QEwvQ_fY?t=3626</w:t>
      </w:r>
    </w:p>
    <w:p>
      <w:r>
        <w:rPr>
          <w:i/>
        </w:rPr>
        <w:t>“We have always heard you saying that without Farida Apa you are nothing. We all want to know why you say this.”</w:t>
      </w:r>
    </w:p>
    <w:p>
      <w:r>
        <w:rPr>
          <w:sz w:val="20"/>
        </w:rPr>
        <w:t>1:00:26  yeh hai ke koi aage ho koi peeche ho koi koi kisi ko loss ho hoga to aap cheekhne se kya faida cheekhne se koi faida nahi aap merit par laiye apne aap ko qualify kijiye apne aap ko to aap ko koi koi aap ke sath naasiafi kabhi bhi nahi hogi maulana agla sawal aah aah mariya miss mariya khan ne kiya hai dilli se unhon ne likha hai: "maulana we have always heard you saying</w:t>
      </w:r>
      <w:r>
        <w:br/>
      </w:r>
      <w:r>
        <w:rPr>
          <w:sz w:val="20"/>
        </w:rPr>
        <w:t>1:00:56  that without farida apa you are nothing we all want to know that why you say this" dekhiye yeh masla farida apa ka nahi hai yeh masla law of nature ka hai yeh bahut serious baat hai is ko main chahta hoon sab log sunein kisi ne bahut sahi kaha hai ke modesty is the beginning of knowledge modesty is the beginning of</w:t>
      </w:r>
      <w:r>
        <w:br/>
      </w:r>
      <w:r>
        <w:rPr>
          <w:sz w:val="20"/>
        </w:rPr>
        <w:t>1:01:26  knowledge modesty ka matlab to tawazu hadith mein aata hai ke man tawada'a arafahullah is matlab ke modesty jo hai is se aap ko milta hai jo jo kuch milne wala hai modesty jadd mein hoti hai to aap modesty ek competitive word hai kisi ke muqable mein modesty to aap ko main is extreme pe jata hoon ke har har ek ko main samajh</w:t>
      </w:r>
      <w:r>
        <w:br/>
      </w:r>
      <w:r>
        <w:rPr>
          <w:sz w:val="20"/>
        </w:rPr>
        <w:t>1:01:56  ta hoon mujh se zyada hai woh hatta ke choti ko bhi jata hoon mujh se zyada samajhta</w:t>
      </w:r>
      <w:r>
        <w:br/>
      </w:r>
      <w:r>
        <w:rPr>
          <w:sz w:val="20"/>
        </w:rPr>
        <w:t>1:02:03  ہوں اپنی ministry کو establish کرنا پڑتا ہے آپ کو تو کوئی بھی dearness آپ کے پاس ہو</w:t>
      </w:r>
      <w:r>
        <w:br/>
      </w:r>
      <w:r>
        <w:rPr>
          <w:sz w:val="20"/>
        </w:rPr>
        <w:t>1:02:11  isi ko maan lijiye ke maslan jo husband wife ke jo jhagde hote hain is ki wajah kya</w:t>
      </w:r>
      <w:r>
        <w:br/>
      </w:r>
      <w:r>
        <w:rPr>
          <w:sz w:val="20"/>
        </w:rPr>
        <w:t>1:02:18  ہے مسٹری نہیں ہے سمجھتا ہوں کہ آپ یہ مان لیجئے کہ without my Mrs. I am nothing</w:t>
      </w:r>
      <w:r>
        <w:br/>
      </w:r>
      <w:r>
        <w:rPr>
          <w:sz w:val="20"/>
        </w:rPr>
        <w:t>1:02:26  yeh maan lijiye taake aap ki tawazu establish ho aap ki modesty establish ho aur phir jab is ke baad aap ko inspiration aayega khuda ka is pe is ke baad aap ko inspiration aayega farishton ka to aap ki qareeb tareen jo koi hai aap mrs aap ki hain to aap dil se maan lijiye ke my mrs is without my mrs i am nothing to dek</w:t>
      </w:r>
      <w:r>
        <w:br/>
      </w:r>
      <w:r>
        <w:rPr>
          <w:sz w:val="20"/>
        </w:rPr>
        <w:t>1:02:56  hie kitna taraqqi hoti hai aap ki aap ghaten ge nahi aap barhen ge na kyunke aap aap</w:t>
      </w:r>
      <w:r>
        <w:br/>
      </w:r>
      <w:r>
        <w:rPr>
          <w:sz w:val="20"/>
        </w:rPr>
        <w:t>1:03:03  نے اس طرح کہا کہ monastery کو establish کیا یہ wisdom کی بات ہے wisdom کی بات میں</w:t>
      </w:r>
      <w:r>
        <w:br/>
      </w:r>
      <w:r>
        <w:rPr>
          <w:sz w:val="20"/>
        </w:rPr>
        <w:t>1:03:11  کہتا ہوں کچھ نہ ملے آپ کو تو ایک لڑکی کھمبے کو کہیے کہ اس سے without</w:t>
      </w:r>
      <w:r>
        <w:br/>
      </w:r>
      <w:r>
        <w:rPr>
          <w:sz w:val="20"/>
        </w:rPr>
        <w:t>1:03:18  This I am nothing, masla hai apni</w:t>
      </w:r>
      <w:r>
        <w:br/>
      </w:r>
      <w:r>
        <w:rPr>
          <w:sz w:val="20"/>
        </w:rPr>
        <w:t>1:03:26  modesty ko establish karna taake aap ke allah ka inspiration aane aane lage farishton ka aap ko inspiration milne lage aap ka mind ke darwaze khulne lage jab aap apni modesty ko establish karte hain tabhi aap ka ka jo mind hai is ki windows khulti hain woh nahi band rehti hain masla yeh hai ke masla hai kisi kisi shakhs ka kisi kh</w:t>
      </w:r>
      <w:r>
        <w:br/>
      </w:r>
      <w:r>
        <w:rPr>
          <w:sz w:val="20"/>
        </w:rPr>
        <w:t>1:03:56  atun ka nahi hai aap ka apne aap apni apne aap ko modesty pe lane ka hai kyunke</w:t>
      </w:r>
      <w:r>
        <w:br/>
      </w:r>
      <w:r>
        <w:rPr>
          <w:sz w:val="20"/>
        </w:rPr>
        <w:t>1:04:04  dekhiye mein quran o hadith se yeh samjha hai ke jab tak aap apne aap ko modesty na</w:t>
      </w:r>
      <w:r>
        <w:br/>
      </w:r>
      <w:r>
        <w:rPr>
          <w:sz w:val="20"/>
        </w:rPr>
        <w:t>1:04:11  banayein to bohat sari cheezein chupi aap ki ruki rehti hain allah ka inspiration nahi aata farishton ka</w:t>
      </w:r>
      <w:r>
        <w:br/>
      </w:r>
      <w:r>
        <w:rPr>
          <w:sz w:val="20"/>
        </w:rPr>
        <w:t>1:04:19  madad aap ko nahi milti aap ke mind ke window nahi khulte</w:t>
      </w:r>
      <w:r>
        <w:br/>
      </w:r>
      <w:r>
        <w:rPr>
          <w:sz w:val="20"/>
        </w:rPr>
        <w:t>1:04:26  logon se aap ka ta'alluq sahi buniyad par qaim nahi hota to modesty is the beginning of all</w:t>
      </w:r>
      <w:r>
        <w:br/>
      </w:r>
      <w:r>
        <w:rPr>
          <w:sz w:val="20"/>
        </w:rPr>
        <w:t>1:04:36  kind of development to kisi ko bhi bana lijiye apna apna apni modesty ko establish karne ke liye</w:t>
      </w:r>
      <w:r>
        <w:br/>
      </w:r>
      <w:r>
        <w:rPr>
          <w:sz w:val="20"/>
        </w:rPr>
        <w:t>1:04:46  aur kahiye ke without this i am nothing mera yeh tajruba yeh hai ke modesty ke baghair kuch nahi</w:t>
      </w:r>
      <w:r>
        <w:br/>
      </w:r>
      <w:r>
        <w:rPr>
          <w:sz w:val="20"/>
        </w:rPr>
        <w:t>1:04:56  aur leader jo fail ho rahe hain isi liye ke un ki modesty nahi hai leader jo fail</w:t>
      </w:r>
      <w:r>
        <w:br/>
      </w:r>
      <w:r>
        <w:rPr>
          <w:sz w:val="20"/>
        </w:rPr>
        <w:t>1:05:04  ho rahe hain isi liye fail ho rahe hain kyunke modesty un ke andar nahi hai to modesty</w:t>
      </w:r>
      <w:r>
        <w:br/>
      </w:r>
      <w:r>
        <w:rPr>
          <w:sz w:val="20"/>
        </w:rPr>
        <w:t>1:05:11  kisi ne sahi kaha ke modesty is the beginning of knowledge modesty baniye tab aap ki taraqqi shuru</w:t>
      </w:r>
    </w:p>
    <w:p>
      <w:pPr>
        <w:pStyle w:val="Heading2"/>
      </w:pPr>
      <w:r>
        <w:t>Reason for Tension Despite Being a Shopkeeper</w:t>
      </w:r>
    </w:p>
    <w:p>
      <w:r>
        <w:rPr>
          <w:color w:val="666666"/>
          <w:sz w:val="18"/>
        </w:rPr>
        <w:t>Life &amp; Wisdom · 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Reason for inability to combine two capacities</w:t>
      </w:r>
    </w:p>
    <w:p>
      <w:r>
        <w:rPr>
          <w:color w:val="666666"/>
          <w:sz w:val="18"/>
        </w:rPr>
        <w:t>Life &amp; Wisdom · Q&amp;A 04 Mar 2012 Maulana Wahiduddin Khan · 2m 02s · at 14:16 · https://youtu.be/txRmutuvWQI?t=856</w:t>
      </w:r>
    </w:p>
    <w:p>
      <w:r>
        <w:rPr>
          <w:i/>
        </w:rPr>
        <w:t>“You said that Allah gave humans the ability to combine two capacities. What is the reason that people are unable to combine these two capacities?”</w:t>
      </w:r>
    </w:p>
    <w:p>
      <w:r>
        <w:rPr>
          <w:sz w:val="20"/>
        </w:rPr>
        <w:t>14:16  maulana, agla sawal misster muhammad adil sahib ka hai dilli se. unhon ne likha hai: "maulana, aap ne kaha ke allah ne insan ko do capacities aik sath jama karne ki salahiyat di hai.</w:t>
      </w:r>
      <w:r>
        <w:br/>
      </w:r>
      <w:r>
        <w:rPr>
          <w:sz w:val="20"/>
        </w:rPr>
        <w:t>14:29  woh kya wajah hai ke log in do salahiyaton ko aik saath jama nahi kar paate?</w:t>
      </w:r>
      <w:r>
        <w:br/>
      </w:r>
      <w:r>
        <w:rPr>
          <w:sz w:val="20"/>
        </w:rPr>
        <w:t>14:43  quran mein hai ke olaye ka yeh hai bon al ajila wa yadrone braham yom thaqeela nahi, kya ayat ke kya alfaaz hain?</w:t>
      </w:r>
      <w:r>
        <w:br/>
      </w:r>
      <w:r>
        <w:rPr>
          <w:sz w:val="20"/>
        </w:rPr>
        <w:t>14:53  ana hawalay hai kal bal tuhibbun al ajila yeh kal bal tuhibbun al ajila yeh</w:t>
      </w:r>
      <w:r>
        <w:br/>
      </w:r>
      <w:r>
        <w:rPr>
          <w:sz w:val="20"/>
        </w:rPr>
        <w:t>15:00  kal bal tuhibbun al ajila wa tazarun al akhira bal tuhibbun ji ke tum log ajila ko pasand karte ho aur akhirat ko bhula rakha hai tum ne.</w:t>
      </w:r>
      <w:r>
        <w:br/>
      </w:r>
      <w:r>
        <w:rPr>
          <w:sz w:val="20"/>
        </w:rPr>
        <w:t>15:15  to aaj ke faiday mein, aaj ka jo faida hai,</w:t>
      </w:r>
      <w:r>
        <w:br/>
      </w:r>
      <w:r>
        <w:rPr>
          <w:sz w:val="20"/>
        </w:rPr>
        <w:t>15:18  to aaj ka faida sach kar bolne se mile, jhoot bolne ke mile, jaise hi mile, is mein log phanse hue hain. aur akhirat ka jo faida hai, woh is ko bhule hue hain.</w:t>
      </w:r>
      <w:r>
        <w:br/>
      </w:r>
      <w:r>
        <w:rPr>
          <w:sz w:val="20"/>
        </w:rPr>
        <w:t>15:29  isi se aadmi ke andar sachai aati hai, aala character aata hai. sare jo positive awsaf hote hain,</w:t>
      </w:r>
      <w:r>
        <w:br/>
      </w:r>
      <w:r>
        <w:rPr>
          <w:sz w:val="20"/>
        </w:rPr>
        <w:t>15:36  jo sare sare positive awsaf hain, woh is waqt aate hain jab akhirat ko le ke koi goal aap ne banaya ho. yeh dunya ka goal banayenge to yahi sab hoga. selfishness aayega aur cheap tareeqe istemal karenge, jhoot bolenge, kamina pan dikhayenge.</w:t>
      </w:r>
      <w:r>
        <w:br/>
      </w:r>
      <w:r>
        <w:rPr>
          <w:sz w:val="20"/>
        </w:rPr>
        <w:t>15:54  to jo dunya ka jo goal banayega, us ke yeh sab baatein us ke andar paida hongi. to aik hi hal hai ke aadmi akhirat ko goal banaye, yani jo jo eternity hai, us ko goal banaye.</w:t>
      </w:r>
      <w:r>
        <w:br/>
      </w:r>
      <w:r>
        <w:rPr>
          <w:sz w:val="20"/>
        </w:rPr>
        <w:t>16:08  to is se aala awsaf paida honge.</w:t>
      </w:r>
      <w:r>
        <w:br/>
      </w:r>
      <w:r>
        <w:rPr>
          <w:sz w:val="20"/>
        </w:rPr>
        <w:t>16:13  yeh mein samjh samjhao is ko.</w:t>
      </w:r>
    </w:p>
    <w:p>
      <w:pPr>
        <w:pStyle w:val="Heading2"/>
      </w:pPr>
      <w:r>
        <w:t>Reason for shopkeepers' capital management worry</w:t>
      </w:r>
    </w:p>
    <w:p>
      <w:r>
        <w:rPr>
          <w:color w:val="666666"/>
          <w:sz w:val="18"/>
        </w:rPr>
        <w:t>Life &amp; Wisdom · Q&amp;A 13 Nov 2011 · 2m 25s · at 24:27 · https://youtu.be/oOZ9h37_pL8?t=1467</w:t>
      </w:r>
    </w:p>
    <w:p>
      <w:r>
        <w:rPr>
          <w:i/>
        </w:rPr>
        <w:t>“I am a shopkeeper. Like me, every shopkeeper remains worried because of not managing his business capital. What is the reason for this?”</w:t>
      </w:r>
    </w:p>
    <w:p>
      <w:r>
        <w:rPr>
          <w:sz w:val="20"/>
        </w:rPr>
        <w:t>24:27  maulana karachi se ek aur sawal aaya hai abhi. mister fazl amin ka hai. unhon ne likha hai ke main ek dukandar hoon.</w:t>
      </w:r>
      <w:r>
        <w:br/>
      </w:r>
      <w:r>
        <w:rPr>
          <w:sz w:val="20"/>
        </w:rPr>
        <w:t>24:37  meri tarah har dukandar apne karobar sarmaaye ko manage na karne ki wajah se pareshan rehta hai. is ki kya wajah hai?</w:t>
      </w:r>
      <w:r>
        <w:br/>
      </w:r>
      <w:r>
        <w:rPr>
          <w:sz w:val="20"/>
        </w:rPr>
        <w:t>24:48  nahi yeh sahi na kaha yeh aap ne sahi baat hai ke main na karen ge waisay. asal cheez yeh hai ke har dukandar apne bas se ziyada bari dukandari karna chahta hai.</w:t>
      </w:r>
      <w:r>
        <w:br/>
      </w:r>
      <w:r>
        <w:rPr>
          <w:sz w:val="20"/>
        </w:rPr>
        <w:t>24:59  jitna bas mein is ke hai us se ziyada bara le leta hai karobar. is liye manage nahi kar pata. aap ke jitne bas mein hai utne ek daire mein aap karobar kijiye.</w:t>
      </w:r>
      <w:r>
        <w:br/>
      </w:r>
      <w:r>
        <w:rPr>
          <w:sz w:val="20"/>
        </w:rPr>
        <w:t>25:12  khoob manage kar saken ge aap. yeh baat galat hai kyun ke main bohat dukandaron ko janta hoon. khud mere ghar mein bohat se tajar hain.</w:t>
      </w:r>
      <w:r>
        <w:br/>
      </w:r>
      <w:r>
        <w:rPr>
          <w:sz w:val="20"/>
        </w:rPr>
        <w:t>25:24  sab ki pareshani ka ek hi sabab hai. woh yeh hai ke jitna apne bas mein hai us se bara karobar phailane na laen. misaal ke taur par main ek sahib ko janta hoon.</w:t>
      </w:r>
      <w:r>
        <w:br/>
      </w:r>
      <w:r>
        <w:rPr>
          <w:sz w:val="20"/>
        </w:rPr>
        <w:t>25:35  achha khasa business tha un ka. yaani kaam ka chal raha tha. har zaroorat poori ho rahi thi lekin unhon ne kya kiya unhon ne</w:t>
      </w:r>
      <w:r>
        <w:br/>
      </w:r>
      <w:r>
        <w:rPr>
          <w:sz w:val="20"/>
        </w:rPr>
        <w:t>25:43  ek bohat hi ambitious plan banaya. aur ek crore rupay bank se loan le liya. ab nateeja kya hua ke bank se loan lene ka matlab yeh hai ke aap ko barabar is ka dena parta hai installment.</w:t>
      </w:r>
      <w:r>
        <w:br/>
      </w:r>
      <w:r>
        <w:rPr>
          <w:sz w:val="20"/>
        </w:rPr>
        <w:t>25:56  is ka interest. woh de nahi paye kyun ke jitna interest dena tha us ke lehaz se nafa nahi ho raha tha. nateeja kya hua</w:t>
      </w:r>
      <w:r>
        <w:br/>
      </w:r>
      <w:r>
        <w:rPr>
          <w:sz w:val="20"/>
        </w:rPr>
        <w:t>26:03  ke bankrupt ho gaye. to yeh jo manage nahi kar paye is liye manage nahi kar paye ke chhalang laga di unhon ne.</w:t>
      </w:r>
      <w:r>
        <w:br/>
      </w:r>
      <w:r>
        <w:rPr>
          <w:sz w:val="20"/>
        </w:rPr>
        <w:t>26:13  business mein dekhen jump nahi hoti. lekin har aadmi jump karta hai. qanaat nahi karta. woh jo qanaat wali baat jo main ne kahi woh yahan bhi hai.</w:t>
      </w:r>
      <w:r>
        <w:br/>
      </w:r>
      <w:r>
        <w:rPr>
          <w:sz w:val="20"/>
        </w:rPr>
        <w:t>26:23  jo business man qanaat par razi rahe ga us ko kabhi yeh problem nahi aye ga. lekin jo qanaat ki wajah has mein daure ga has par usi ko yeh problem hota hai.</w:t>
      </w:r>
      <w:r>
        <w:br/>
      </w:r>
      <w:r>
        <w:rPr>
          <w:sz w:val="20"/>
        </w:rPr>
        <w:t>26:35  to aap has ke case ko keh rahe hain ke manage nahi kar pata. yeh kahiye ke has se azaad nahi ho pata yeh kahiye. has se azaad nahi ho pata.</w:t>
      </w:r>
      <w:r>
        <w:br/>
      </w:r>
      <w:r>
        <w:rPr>
          <w:sz w:val="20"/>
        </w:rPr>
        <w:t>26:45  aur qanaat ka tareeqa ikhtiyar nahi kar pata.</w:t>
      </w:r>
    </w:p>
    <w:p>
      <w:pPr>
        <w:pStyle w:val="Heading2"/>
      </w:pPr>
      <w:r>
        <w:t>Reconciling Statements on Mentorship</w:t>
      </w:r>
    </w:p>
    <w:p>
      <w:r>
        <w:rPr>
          <w:color w:val="666666"/>
          <w:sz w:val="18"/>
        </w:rPr>
        <w:t>Life &amp; Wisdom · Q&amp;A 20 Nov 2011 Maulana Wahiduddin Khan · 2m 36s · at 47:10 · https://youtu.be/7sNDn8Y6jUc?t=2830</w:t>
      </w:r>
    </w:p>
    <w:p>
      <w:r>
        <w:rPr>
          <w:i/>
        </w:rPr>
        <w:t>“You wrote in Al-Risala Tazkiya November that a person should accept someone more knowledgeable as his mentor and seek guidance from him. In today's lecture, you said that every...”</w:t>
      </w:r>
    </w:p>
    <w:p>
      <w:r>
        <w:rPr>
          <w:sz w:val="20"/>
        </w:rPr>
        <w:t>47:10  maulana agla sawal mister abdullah ne kiya hai dilli se unhon ne likha hai ke aap ne al risala</w:t>
      </w:r>
      <w:r>
        <w:br/>
      </w:r>
      <w:r>
        <w:rPr>
          <w:sz w:val="20"/>
        </w:rPr>
        <w:t>47:17  tazkiya november mein likha tha ke insan apne se zyada janne wale kisi insan ko apna murshid man</w:t>
      </w:r>
      <w:r>
        <w:br/>
      </w:r>
      <w:r>
        <w:rPr>
          <w:sz w:val="20"/>
        </w:rPr>
        <w:t>47:25  le aur phir is se rehnumai hasil karta rahe aaj ke lecture mein aap ne farmaya ke har</w:t>
      </w:r>
      <w:r>
        <w:br/>
      </w:r>
      <w:r>
        <w:rPr>
          <w:sz w:val="20"/>
        </w:rPr>
        <w:t>47:32  insan ko creative thinker hona chahiye is se aisa mehsoos hota hai ke kisi murshid se rehnumai lene</w:t>
      </w:r>
      <w:r>
        <w:br/>
      </w:r>
      <w:r>
        <w:rPr>
          <w:sz w:val="20"/>
        </w:rPr>
        <w:t>47:39  ki zarurat nahi</w:t>
      </w:r>
      <w:r>
        <w:br/>
      </w:r>
      <w:r>
        <w:rPr>
          <w:sz w:val="20"/>
        </w:rPr>
        <w:t>47:42  wazahat farmayen</w:t>
      </w:r>
      <w:r>
        <w:br/>
      </w:r>
      <w:r>
        <w:rPr>
          <w:sz w:val="20"/>
        </w:rPr>
        <w:t>47:43  nahi abhi mein is ka jawab de chuka hoon dekhein har maamle ke do darje hote hain har maamle ke yeh bhi aik law of nature hai to</w:t>
      </w:r>
      <w:r>
        <w:br/>
      </w:r>
      <w:r>
        <w:rPr>
          <w:sz w:val="20"/>
        </w:rPr>
        <w:t>47:58  is ke bhi do darje hain agar aap ke paas time hai to aap mutala kijiye khud barah e raast kyunke dekhein mutala karne ke liye aap ka achi arabi zaban honi chahiye quran o hadith ko bohat ziyada padhna chahiye is se jo mutaliq literature hai us ko hi padhna chahiye</w:t>
      </w:r>
      <w:r>
        <w:br/>
      </w:r>
      <w:r>
        <w:rPr>
          <w:sz w:val="20"/>
        </w:rPr>
        <w:t>48:19  chahe is mein chalis saal beet jayen to aik shakal yeh hai ke aap ke paas kafi time hai aap ke paas ilm hai aap ke paas faraghat hai to aap mutala karen mutala karte rahen karte rahen yahan tak ke aap ko khul jaye lekin yeh har ek ke liye mumkin nahi hota</w:t>
      </w:r>
      <w:r>
        <w:br/>
      </w:r>
      <w:r>
        <w:rPr>
          <w:sz w:val="20"/>
        </w:rPr>
        <w:t>48:36  har ek itna time nahi de sakta to doosra darje mein hamesha aik kaha karta hoon ke aik darje ijtihad ka hai doosra taqleed ka hai dono darje hain ijtihad un yani aik to hai rozmarra ka ijtihad is ko mein nahi keh raha hoon</w:t>
      </w:r>
      <w:r>
        <w:br/>
      </w:r>
      <w:r>
        <w:rPr>
          <w:sz w:val="20"/>
        </w:rPr>
        <w:t>48:54  yani haqeeqat taqleed ki daryaft us ke is mani mein keh raha hoon to agar aap ke paas time hai to itna mutala kijiye itna apne aap ko lagayen chalis pachas saal beet jayen beetne dijiye agar aap ke paas waqt hai to yahan tak ke aap ko khule ke deen ki sahi taabeer kya hai</w:t>
      </w:r>
      <w:r>
        <w:br/>
      </w:r>
      <w:r>
        <w:rPr>
          <w:sz w:val="20"/>
        </w:rPr>
        <w:t>49:13  quran ka sahi mafhoom kya hai rasool allah ke ba'sat ka asal maqsad kya tha yeh sari baatein jo hain aur nahi agar aap ka itna time nahi hai to kisi aalim ko apna maan lijiye jis par aap ko bharosa ho apna murshid aur us se aap baatein poochte rahiye aur us ke mutabiq kaam karte rahiye yeh do darje hain yeh do darje hamesha se the aaj bhi hamesha rahen ge baqi</w:t>
      </w:r>
      <w:r>
        <w:br/>
      </w:r>
      <w:r>
        <w:rPr>
          <w:sz w:val="20"/>
        </w:rPr>
        <w:t>49:40  is mein koi yani is mein koi harj nahi hai.</w:t>
      </w:r>
    </w:p>
    <w:p>
      <w:pPr>
        <w:pStyle w:val="Heading2"/>
      </w:pPr>
      <w:r>
        <w:t>Regret over wasted half of life</w:t>
      </w:r>
    </w:p>
    <w:p>
      <w:r>
        <w:rPr>
          <w:color w:val="666666"/>
          <w:sz w:val="18"/>
        </w:rPr>
        <w:t>Life &amp; Wisdom · 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Removing complaints while working with team</w:t>
      </w:r>
    </w:p>
    <w:p>
      <w:r>
        <w:rPr>
          <w:color w:val="666666"/>
          <w:sz w:val="18"/>
        </w:rPr>
        <w:t>Life &amp; Wisdom · The Importance of Team Work February 5, 2012 · 4m 13s · at 1:08:22 · https://youtu.be/qBbwznqIqVw?t=4102</w:t>
      </w:r>
    </w:p>
    <w:p>
      <w:r>
        <w:rPr>
          <w:i/>
        </w:rPr>
        <w:t>“How to remove complaints from the heart while working with a team? Please tell about it.”</w:t>
      </w:r>
    </w:p>
    <w:p>
      <w:r>
        <w:rPr>
          <w:sz w:val="20"/>
        </w:rPr>
        <w:t>1:08:22  Maulana, agla sawal hai Delhi se Maulana Shariq Hussain ne kiya hai. Unhone likha hai: "Team ke sath kaam karte hue pesh aane wali shikayaton ko dil se kaise khatam kiya jaye?</w:t>
      </w:r>
      <w:r>
        <w:br/>
      </w:r>
      <w:r>
        <w:rPr>
          <w:sz w:val="20"/>
        </w:rPr>
        <w:t>1:08:35  Is ke bare mein batayein." Bahut hi aasan hai, bahut hi aasan hai.</w:t>
      </w:r>
      <w:r>
        <w:br/>
      </w:r>
      <w:r>
        <w:rPr>
          <w:sz w:val="20"/>
        </w:rPr>
        <w:t>1:08:43  Aap sirf yeh soch lein ke shikayat ko khatam karna ek bahut bada rewardable kaam hai.</w:t>
      </w:r>
      <w:r>
        <w:br/>
      </w:r>
      <w:r>
        <w:rPr>
          <w:sz w:val="20"/>
        </w:rPr>
        <w:t>1:08:54  Rewardable, qabil-e-inaam.</w:t>
      </w:r>
      <w:r>
        <w:br/>
      </w:r>
      <w:r>
        <w:rPr>
          <w:sz w:val="20"/>
        </w:rPr>
        <w:t>1:08:58  Aap ghaur kijiye ke ek hai ke aap sona chandi kharch karein, paisa kharch karein toh is ka reward milega.</w:t>
      </w:r>
      <w:r>
        <w:br/>
      </w:r>
      <w:r>
        <w:rPr>
          <w:sz w:val="20"/>
        </w:rPr>
        <w:t>1:09:12  Aur shikayat toh ek ehsaas hai, ehsaas zehen mein paida hua, wohin khatam kar dijiye.</w:t>
      </w:r>
      <w:r>
        <w:br/>
      </w:r>
      <w:r>
        <w:rPr>
          <w:sz w:val="20"/>
        </w:rPr>
        <w:t>1:09:21  Ehsaas ko khatam kar ke woh milta hai inaam jo sone chandi ke dher ko khatam karne pe nahi milta.</w:t>
      </w:r>
      <w:r>
        <w:br/>
      </w:r>
      <w:r>
        <w:rPr>
          <w:sz w:val="20"/>
        </w:rPr>
        <w:t>1:09:31  Pichhle Quran mein hai ke innamā yūfaṣṣābirūna ujrahum bighayri ḥisābin toh sone chandi ki qurbani se toh badi qurbani woh hai jo nafsiyat ki sirf ki jaati hai,</w:t>
      </w:r>
      <w:r>
        <w:br/>
      </w:r>
      <w:r>
        <w:rPr>
          <w:sz w:val="20"/>
        </w:rPr>
        <w:t>1:09:44  shikayaton ko bhula kar.</w:t>
      </w:r>
      <w:r>
        <w:br/>
      </w:r>
      <w:r>
        <w:rPr>
          <w:sz w:val="20"/>
        </w:rPr>
        <w:t>1:09:46  Toh agar yeh socha jaye ke agar shikayaton ko maine khatam kar diya dil se toh yeh toh bahut bada rewardable kaam hoga meri taraf se.</w:t>
      </w:r>
      <w:r>
        <w:br/>
      </w:r>
      <w:r>
        <w:rPr>
          <w:sz w:val="20"/>
        </w:rPr>
        <w:t>1:09:58  Toh aadmi ko mushkil nahi lagega, woh aasan maloom hoga. Balkeh woh jis ne shikayat ka mauqa diya, us ka shukriya ada karega ke tum ne mujhe ek bade inaam ke qabil banaya.</w:t>
      </w:r>
      <w:r>
        <w:br/>
      </w:r>
      <w:r>
        <w:rPr>
          <w:sz w:val="20"/>
        </w:rPr>
        <w:t>1:10:14  Sara muamla yeh hai ke hum cheezon ko duniya ke aitbar se dekhte hain, aakhirat ke baad se nahi. Yeh sirf wajah yeh hoti hai ke duniya ke aitbar se bahut bhari lagta hai.</w:t>
      </w:r>
      <w:r>
        <w:br/>
      </w:r>
      <w:r>
        <w:rPr>
          <w:sz w:val="20"/>
        </w:rPr>
        <w:t>1:10:30  shikayat hai ke is ko bulaya jaye, is ko is ko to intiqam lena hai. lekin akhirat ke aitbar se dekhen, agar to maloom hoga ye to kuch bhi nahin.</w:t>
      </w:r>
      <w:r>
        <w:br/>
      </w:r>
      <w:r>
        <w:rPr>
          <w:sz w:val="20"/>
        </w:rPr>
        <w:t>1:10:41  to ye sari cheezon mein buniyadi baat ye hai ke ek hai dunya oriented soch, ek hai akhirat oriented soch. to ye sara masla hai dunya oriented soch walon ke liye.</w:t>
      </w:r>
      <w:r>
        <w:br/>
      </w:r>
      <w:r>
        <w:rPr>
          <w:sz w:val="20"/>
        </w:rPr>
        <w:t>1:10:56  akhirat oriented soch mein ye sab baaten bilkul khatam ho jati hain, be haqeeqat ho jati hain.</w:t>
      </w:r>
      <w:r>
        <w:br/>
      </w:r>
      <w:r>
        <w:rPr>
          <w:sz w:val="20"/>
        </w:rPr>
        <w:t>1:11:06  maulana iqbal umri ne tamil nadu se likha hai:</w:t>
      </w:r>
      <w:r>
        <w:br/>
      </w:r>
      <w:r>
        <w:rPr>
          <w:sz w:val="20"/>
        </w:rPr>
        <w:t>1:11:11  "kya team ke leader se ideology ki base par ikhtilaf kiya ja sakta hai?"</w:t>
      </w:r>
      <w:r>
        <w:br/>
      </w:r>
      <w:r>
        <w:rPr>
          <w:sz w:val="20"/>
        </w:rPr>
        <w:t>1:11:22  dekhen, ikhtilaf alag cheez hai, takrao alag cheez hai.</w:t>
      </w:r>
      <w:r>
        <w:br/>
      </w:r>
      <w:r>
        <w:rPr>
          <w:sz w:val="20"/>
        </w:rPr>
        <w:t>1:11:27  hadith mein bataya: illa an taraf kufra bawwah us waqt tak itaat karna hai jab tak aap kufar bawa na dekha hai, khula khula kufar.</w:t>
      </w:r>
      <w:r>
        <w:br/>
      </w:r>
      <w:r>
        <w:rPr>
          <w:sz w:val="20"/>
        </w:rPr>
        <w:t>1:11:42  to ikhtilaf bilashuba bohat achhi cheez hai. ikhtilaf himmat rahmat ikhtilaf ka matlab hai discussion, dialogue.</w:t>
      </w:r>
      <w:r>
        <w:br/>
      </w:r>
      <w:r>
        <w:rPr>
          <w:sz w:val="20"/>
        </w:rPr>
        <w:t>1:11:54  to wo bohat achhi cheez hai. lekin ikhtilaf ko le kar takrao karna, badnaam karna, jhagda machana, wo sab bilashuba jaiz nahin islam mein</w:t>
      </w:r>
      <w:r>
        <w:br/>
      </w:r>
      <w:r>
        <w:rPr>
          <w:sz w:val="20"/>
        </w:rPr>
        <w:t>1:12:07  . ikhtilaf ko jab discussion ka mozu banaya jaye to kya hoga? intellectual development hoga dono ke liye.</w:t>
      </w:r>
      <w:r>
        <w:br/>
      </w:r>
      <w:r>
        <w:rPr>
          <w:sz w:val="20"/>
        </w:rPr>
        <w:t>1:12:19  nai nai baaten samne ayengi. lekin jab ikhtilaf ko le kar takrao kiya jaye to wo to shaitani kaam hai, is ka koi faida nahin hai tarafain ke liye.</w:t>
      </w:r>
    </w:p>
    <w:p>
      <w:pPr>
        <w:pStyle w:val="Heading2"/>
      </w:pPr>
      <w:r>
        <w:t>Requirements for positive thinker and reformer</w:t>
      </w:r>
    </w:p>
    <w:p>
      <w:r>
        <w:rPr>
          <w:color w:val="666666"/>
          <w:sz w:val="18"/>
        </w:rPr>
        <w:t>Life &amp; Wisdom · Social Reform | December 22, 2013 | Maulana Wahiduddin Khan · 4m 35s · at 48:02 · https://youtu.be/kGP903BvDto?t=2882</w:t>
      </w:r>
    </w:p>
    <w:p>
      <w:r>
        <w:rPr>
          <w:i/>
        </w:rPr>
        <w:t>“Maulana, what are the requirements for a person to become a positive thinker and a positive reformer?”</w:t>
      </w:r>
    </w:p>
    <w:p>
      <w:r>
        <w:rPr>
          <w:sz w:val="20"/>
        </w:rPr>
        <w:t>48:02  Maulana, agla sawal Jammu Kashmir se kiya hai Junah Hassan sahib ne.</w:t>
      </w:r>
      <w:r>
        <w:br/>
      </w:r>
      <w:r>
        <w:rPr>
          <w:sz w:val="20"/>
        </w:rPr>
        <w:t>48:10  unhon ne likha hai: "Maulana, what are the requirements for a person to become a positive thinker and</w:t>
      </w:r>
      <w:r>
        <w:br/>
      </w:r>
      <w:r>
        <w:rPr>
          <w:sz w:val="20"/>
        </w:rPr>
        <w:t>48:18  a positive reformer?" dekhen, Positive thinker ka matlab yahi hai ke woh yani is ke andar Hate na</w:t>
      </w:r>
      <w:r>
        <w:br/>
      </w:r>
      <w:r>
        <w:rPr>
          <w:sz w:val="20"/>
        </w:rPr>
        <w:t>48:26  ho, is ke andar Intolerance na ho, is ke andar</w:t>
      </w:r>
      <w:r>
        <w:br/>
      </w:r>
      <w:r>
        <w:rPr>
          <w:sz w:val="20"/>
        </w:rPr>
        <w:t>48:34  Negative Feeling na ho.</w:t>
      </w:r>
      <w:r>
        <w:br/>
      </w:r>
      <w:r>
        <w:rPr>
          <w:sz w:val="20"/>
        </w:rPr>
        <w:t>48:40  yeh matlab hai Positive thinker honay ka.</w:t>
      </w:r>
      <w:r>
        <w:br/>
      </w:r>
      <w:r>
        <w:rPr>
          <w:sz w:val="20"/>
        </w:rPr>
        <w:t>48:47  kyunke dekhen, aap chahay daai hon ya Reformer hon, agar koi kaam karna chahtay ho aap doosron ke</w:t>
      </w:r>
      <w:r>
        <w:br/>
      </w:r>
      <w:r>
        <w:rPr>
          <w:sz w:val="20"/>
        </w:rPr>
        <w:t>48:53  liye, to doosron ke baray mein zara bhi agar aap ke andar koi nafrat hogi ya un ko</w:t>
      </w:r>
      <w:r>
        <w:br/>
      </w:r>
      <w:r>
        <w:rPr>
          <w:sz w:val="20"/>
        </w:rPr>
        <w:t>48:59  aap kam samjhen gay, un ko Inferior samjhen gay, to aap apna kaam nahi kar saktay.</w:t>
      </w:r>
      <w:r>
        <w:br/>
      </w:r>
      <w:r>
        <w:rPr>
          <w:sz w:val="20"/>
        </w:rPr>
        <w:t>49:05  to Positive thinking ka matlab yeh hai ke doosron ke baray mein aap poori tarah aap ke andar</w:t>
      </w:r>
      <w:r>
        <w:br/>
      </w:r>
      <w:r>
        <w:rPr>
          <w:sz w:val="20"/>
        </w:rPr>
        <w:t>49:09  hamdardi ho, khair khwahi ho, aap Blessure hon un ke.</w:t>
      </w:r>
      <w:r>
        <w:br/>
      </w:r>
      <w:r>
        <w:rPr>
          <w:sz w:val="20"/>
        </w:rPr>
        <w:t>49:14  is ki misaal Allah taala ne qaim kar di hai maa bete ki shakal mein.</w:t>
      </w:r>
      <w:r>
        <w:br/>
      </w:r>
      <w:r>
        <w:rPr>
          <w:sz w:val="20"/>
        </w:rPr>
        <w:t>49:18  yani maa ke dil mein apne bete ke liye jo jazbat hotay hain khair khwahi ke, wohi daai</w:t>
      </w:r>
      <w:r>
        <w:br/>
      </w:r>
      <w:r>
        <w:rPr>
          <w:sz w:val="20"/>
        </w:rPr>
        <w:t>49:22  ya Reformer ke andar hona chahiye doosron ke baray mein.</w:t>
      </w:r>
      <w:r>
        <w:br/>
      </w:r>
      <w:r>
        <w:rPr>
          <w:sz w:val="20"/>
        </w:rPr>
        <w:t>49:27  isi ko kehtay hain Positive thinking.</w:t>
      </w:r>
      <w:r>
        <w:br/>
      </w:r>
      <w:r>
        <w:rPr>
          <w:sz w:val="20"/>
        </w:rPr>
        <w:t>49:31  aur jin ke andar Positive thinking ho, woh</w:t>
      </w:r>
      <w:r>
        <w:br/>
      </w:r>
      <w:r>
        <w:rPr>
          <w:sz w:val="20"/>
        </w:rPr>
        <w:t>49:35  yeh dawat ka ya Reform ka kaam sahi taur par kar saktay hain.</w:t>
      </w:r>
      <w:r>
        <w:br/>
      </w:r>
      <w:r>
        <w:rPr>
          <w:sz w:val="20"/>
        </w:rPr>
        <w:t>49:41  Maulana, un ka aik aur sawal hai.</w:t>
      </w:r>
      <w:r>
        <w:br/>
      </w:r>
      <w:r>
        <w:rPr>
          <w:sz w:val="20"/>
        </w:rPr>
        <w:t>49:47  unho ne likha hai: "I have gone through many books of Hadith like Bukhari, Muslim, etc.</w:t>
      </w:r>
      <w:r>
        <w:br/>
      </w:r>
      <w:r>
        <w:rPr>
          <w:sz w:val="20"/>
        </w:rPr>
        <w:t>49:53  And I found chapters on Faith, Jihad, etc., but did not find any chapter on Dawah.</w:t>
      </w:r>
      <w:r>
        <w:br/>
      </w:r>
      <w:r>
        <w:rPr>
          <w:sz w:val="20"/>
        </w:rPr>
        <w:t>49:59  Do you think that it is the limitation of these bo</w:t>
      </w:r>
      <w:r>
        <w:br/>
      </w:r>
      <w:r>
        <w:rPr>
          <w:sz w:val="20"/>
        </w:rPr>
        <w:t>50:05  oks? What is your comment on this?" yeh to main ne khud kai bar kaha hai keh Hadees ki kitabon mein fiqh ki kitabon mein aur doosri kitabon mein jo likhi gayi hain, sab mein dawat ka chapter hadaf hai. is ka jahan tak main samajhta hoon, is ka sabab yeh hai keh yeh sari kitaben likhi gayi hain is zamanay mein jabkeh dunya mein Muslim Rule qaim ho chuka tha. Empire qaim ho chuka tha. har jagah bas siyasat aur hukoomat ka</w:t>
      </w:r>
      <w:r>
        <w:br/>
      </w:r>
      <w:r>
        <w:rPr>
          <w:sz w:val="20"/>
        </w:rPr>
        <w:t>50:35  mahol bana hua tha. isi daur mein sari kitaben compile likhi gayi hain ya likhi gayi hain. to siyasi mahol mein ya hukoomat ke mahol mein ya Muslim Empire ke mahol mein sara Literature tayyar hua hai. is liye sirf is zamanay mein koi dawat ke andaaz mein sochta hi nahi tha. ghaliban yahi wajah hogi. warna Quran aap parhen to Quran mein to sar</w:t>
      </w:r>
      <w:r>
        <w:br/>
      </w:r>
      <w:r>
        <w:rPr>
          <w:sz w:val="20"/>
        </w:rPr>
        <w:t>51:05  ta pa dawat ki kitab hai.</w:t>
      </w:r>
      <w:r>
        <w:br/>
      </w:r>
      <w:r>
        <w:rPr>
          <w:sz w:val="20"/>
        </w:rPr>
        <w:t>51:10  dawat hi bhari hui hai is ke andar.</w:t>
      </w:r>
      <w:r>
        <w:br/>
      </w:r>
      <w:r>
        <w:rPr>
          <w:sz w:val="20"/>
        </w:rPr>
        <w:t>51:14  to phir yeh kyun nahi in kitabon mein hai? to bazahir to wajah yeh lagti hai ke jo</w:t>
      </w:r>
      <w:r>
        <w:br/>
      </w:r>
      <w:r>
        <w:rPr>
          <w:sz w:val="20"/>
        </w:rPr>
        <w:t>51:19  Environment tha us zamane mein, woh zyada yani in cheezon ka tha hi nahi.</w:t>
      </w:r>
      <w:r>
        <w:br/>
      </w:r>
      <w:r>
        <w:rPr>
          <w:sz w:val="20"/>
        </w:rPr>
        <w:t>51:23  to jin cheezon ka taqaza tha mahaul ke aitbar se, woh unho ne kiya.</w:t>
      </w:r>
      <w:r>
        <w:br/>
      </w:r>
      <w:r>
        <w:rPr>
          <w:sz w:val="20"/>
        </w:rPr>
        <w:t>51:28  to aap yeh mat dekhen ke wahan chapter maujood nahi hain.</w:t>
      </w:r>
      <w:r>
        <w:br/>
      </w:r>
      <w:r>
        <w:rPr>
          <w:sz w:val="20"/>
        </w:rPr>
        <w:t>51:32  yeh theek hai ke chapter Quran mein maujood hain.</w:t>
      </w:r>
      <w:r>
        <w:br/>
      </w:r>
      <w:r>
        <w:rPr>
          <w:sz w:val="20"/>
        </w:rPr>
        <w:t>51:37  chapter ka sara Quran jo hai, dawati kitab hai.</w:t>
      </w:r>
      <w:r>
        <w:br/>
      </w:r>
      <w:r>
        <w:rPr>
          <w:sz w:val="20"/>
        </w:rPr>
        <w:t>51:42  Book of Dawah.</w:t>
      </w:r>
      <w:r>
        <w:br/>
      </w:r>
      <w:r>
        <w:rPr>
          <w:sz w:val="20"/>
        </w:rPr>
        <w:t>51:47  to hadithon mein dekhen, ek baat yeh mein arz karunga ke jo tarajum abwab jo kaha jata</w:t>
      </w:r>
      <w:r>
        <w:br/>
      </w:r>
      <w:r>
        <w:rPr>
          <w:sz w:val="20"/>
        </w:rPr>
        <w:t>51:52  hai ya chapter, is mein to dawat ka nahi hai, kitab ad-dawa wat-tabligh to nahi hai, lekin khud</w:t>
      </w:r>
      <w:r>
        <w:br/>
      </w:r>
      <w:r>
        <w:rPr>
          <w:sz w:val="20"/>
        </w:rPr>
        <w:t>51:57  hadithain jo hain, woh to is mein to dawat ki baat bhari hui hai.</w:t>
      </w:r>
      <w:r>
        <w:br/>
      </w:r>
      <w:r>
        <w:rPr>
          <w:sz w:val="20"/>
        </w:rPr>
        <w:t>52:02  to matn-e-hadith mein bilashuba dawat hai. tarajum mein</w:t>
      </w:r>
      <w:r>
        <w:br/>
      </w:r>
      <w:r>
        <w:rPr>
          <w:sz w:val="20"/>
        </w:rPr>
        <w:t>52:07  nahi hai.</w:t>
      </w:r>
      <w:r>
        <w:br/>
      </w:r>
      <w:r>
        <w:rPr>
          <w:sz w:val="20"/>
        </w:rPr>
        <w:t>52:11  isi liye mein mein yeh manta hoon ke jo musnad ka tareeqa hai, jo musanid jo hain, ke</w:t>
      </w:r>
      <w:r>
        <w:br/>
      </w:r>
      <w:r>
        <w:rPr>
          <w:sz w:val="20"/>
        </w:rPr>
        <w:t>52:16  woh zyada Scientific hai.</w:t>
      </w:r>
      <w:r>
        <w:br/>
      </w:r>
      <w:r>
        <w:rPr>
          <w:sz w:val="20"/>
        </w:rPr>
        <w:t>52:20  yeh jo tarjuma abwab qaim kiye gaye hain, muhaddiseen ne qaim kiye hain, to woh mein samajhta hoon</w:t>
      </w:r>
      <w:r>
        <w:br/>
      </w:r>
      <w:r>
        <w:rPr>
          <w:sz w:val="20"/>
        </w:rPr>
        <w:t>52:25  ke woh hadithon ko mehdood karte hain.</w:t>
      </w:r>
      <w:r>
        <w:br/>
      </w:r>
      <w:r>
        <w:rPr>
          <w:sz w:val="20"/>
        </w:rPr>
        <w:t>52:29  aur hadithon ko sahi numaindagi nahi karte.</w:t>
      </w:r>
      <w:r>
        <w:br/>
      </w:r>
      <w:r>
        <w:rPr>
          <w:sz w:val="20"/>
        </w:rPr>
        <w:t>52:33  to mein musanid ke tareeqay ko zyada Scientific samajhta hoon ba muqabla is tareeqay ke.</w:t>
      </w:r>
    </w:p>
    <w:p>
      <w:pPr>
        <w:pStyle w:val="Heading2"/>
      </w:pPr>
      <w:r>
        <w:t>Reviving companionship for training</w:t>
      </w:r>
    </w:p>
    <w:p>
      <w:r>
        <w:rPr>
          <w:color w:val="666666"/>
          <w:sz w:val="18"/>
        </w:rPr>
        <w:t>Life &amp; Wisdom · Paradise Culture January 12, 2014 · 3m 35s · at 1:08:27 · https://youtu.be/Z3A6r7XjE00?t=4107</w:t>
      </w:r>
    </w:p>
    <w:p>
      <w:r>
        <w:rPr>
          <w:i/>
        </w:rPr>
        <w:t>“Training requires companionship, i.e., staying with a scholar and getting direct training. In the present time, how can this institution of companionship be practically revived?”</w:t>
      </w:r>
    </w:p>
    <w:p>
      <w:r>
        <w:rPr>
          <w:sz w:val="20"/>
        </w:rPr>
        <w:t>1:08:27  Allah hamein zyada se zyada aap se istifada ka mauqa de." Maulana, agla sawal lete hain jo Delhi se kiya hai Maulana Zikwan Nadvi ne.</w:t>
      </w:r>
      <w:r>
        <w:br/>
      </w:r>
      <w:r>
        <w:rPr>
          <w:sz w:val="20"/>
        </w:rPr>
        <w:t>1:08:38  Unhone likha hai: "Tarbiat ke liye sohbat ki be had ahmiyat hai, yani ek aalim ke paas reh kar us se direct training lein.</w:t>
      </w:r>
      <w:r>
        <w:br/>
      </w:r>
      <w:r>
        <w:rPr>
          <w:sz w:val="20"/>
        </w:rPr>
        <w:t>1:08:51  Maujooda zamane mein sohbat ke is institution ko practically kis tarah zinda kiya jaye, us ke bare mein bataein."</w:t>
      </w:r>
      <w:r>
        <w:br/>
      </w:r>
      <w:r>
        <w:rPr>
          <w:sz w:val="20"/>
        </w:rPr>
        <w:t>1:09:03  Dekhein, is par yahan tak ke meri rai hai, woh yeh hai ke</w:t>
      </w:r>
      <w:r>
        <w:br/>
      </w:r>
      <w:r>
        <w:rPr>
          <w:sz w:val="20"/>
        </w:rPr>
        <w:t>1:09:12  har aadmi ko khud sochna hai.</w:t>
      </w:r>
      <w:r>
        <w:br/>
      </w:r>
      <w:r>
        <w:rPr>
          <w:sz w:val="20"/>
        </w:rPr>
        <w:t>1:09:17  Hum yeh nahi keh sakte ke koi institution banayein, kisi insan ke bare mein declare karein ke dekho, yeh hai sohbat wala, wahan par ja ke sohbat lo.</w:t>
      </w:r>
      <w:r>
        <w:br/>
      </w:r>
      <w:r>
        <w:rPr>
          <w:sz w:val="20"/>
        </w:rPr>
        <w:t>1:09:27  Main samajhta hoon ke har aadmi ki apni duty hai ke woh is paas jin ko janta hai, un ko parhe, un ko samjhe, aur jis par uska dil mutmaeen ho, us ki sohbat ikhtiyar kare.</w:t>
      </w:r>
      <w:r>
        <w:br/>
      </w:r>
      <w:r>
        <w:rPr>
          <w:sz w:val="20"/>
        </w:rPr>
        <w:t>1:09:42  Yahan main yeh arz karunga ke</w:t>
      </w:r>
      <w:r>
        <w:br/>
      </w:r>
      <w:r>
        <w:rPr>
          <w:sz w:val="20"/>
        </w:rPr>
        <w:t>1:09:48  yeh duniya ka nizam is tarah se hai ke har aadmi sachai ko poori tarah discover nahi kar pata. To kisi ko Allah tofeeq deta hai ke woh sachai ko poori tarah discover kare, to doosron ko chahiye ke us ko us ka us se faida uthaein.</w:t>
      </w:r>
      <w:r>
        <w:br/>
      </w:r>
      <w:r>
        <w:rPr>
          <w:sz w:val="20"/>
        </w:rPr>
        <w:t>1:10:08  Har aadmi chahe ke woh, yani aala darja marifat ko hasil kar le, to yeh amalan possible nahi hai. Haan, jis ko woh paayein ke us ko aala darja marifat mila hai, to us ko maanein, us ko us ki sohbat ikhtiyar karein, us ko follow karein.</w:t>
      </w:r>
      <w:r>
        <w:br/>
      </w:r>
      <w:r>
        <w:rPr>
          <w:sz w:val="20"/>
        </w:rPr>
        <w:t>1:10:27  Yeh hai, yani beshtar logon ko follow hi karna hai. Liyattakhiz ba'dhukum liba'sin sakhriyah. Quran mein bhi bataya gaya formula</w:t>
      </w:r>
      <w:r>
        <w:br/>
      </w:r>
      <w:r>
        <w:rPr>
          <w:sz w:val="20"/>
        </w:rPr>
        <w:t>1:10:36  ke beshtar logon ko Allah taala ne is tarah paida kiya ke unhone follow hi karna hai. Har aadmi koi leader nahi banna hai, lekin main yahi kahunga ke har aadmi ko khud discover karna hai ke woh kis ko follow kare, kis ki sohbat ikhtiyar kare, kis par aitmad kare, kis par bharosa kare.</w:t>
      </w:r>
      <w:r>
        <w:br/>
      </w:r>
      <w:r>
        <w:rPr>
          <w:sz w:val="20"/>
        </w:rPr>
        <w:t>1:10:56  Hum declare nahi kar sakte ke Mr. So and so jo hai, un ko yeh darja hai, un un un ko tum maan lo.</w:t>
      </w:r>
      <w:r>
        <w:br/>
      </w:r>
      <w:r>
        <w:rPr>
          <w:sz w:val="20"/>
        </w:rPr>
        <w:t>1:11:06  Hum yeh nahi kar sakte. Aadmi ko khud discover karna hai, khud discover karna hai. Jab agar aadmi khud discover karega, tabhi us ko yaqeen bhi hoga ke khud discover nahi karega.</w:t>
      </w:r>
      <w:r>
        <w:br/>
      </w:r>
      <w:r>
        <w:rPr>
          <w:sz w:val="20"/>
        </w:rPr>
        <w:t>1:11:18  Bataein se, bataein se, woh kahan se yaqeen ho jayega us ko?</w:t>
      </w:r>
      <w:r>
        <w:br/>
      </w:r>
      <w:r>
        <w:rPr>
          <w:sz w:val="20"/>
        </w:rPr>
        <w:t>1:11:22  To kuch logon ko agar yeh karna hai ke ke woh direct taur par sachai ko discover karein, to kuch logon ko yeh karna hai ke un logon ko pata karein jin ko sachai discover hui hai.</w:t>
      </w:r>
      <w:r>
        <w:br/>
      </w:r>
      <w:r>
        <w:rPr>
          <w:sz w:val="20"/>
        </w:rPr>
        <w:t>1:11:35  Dono ko discover karna hai, yani ek ko agar direct taur par sachai ko discover karna hai, to doosre logon ka farz hai ke woh un un ko pata karein jin ko sachai discover ki discovery hui hai taake woh follow kar sakein.</w:t>
      </w:r>
      <w:r>
        <w:br/>
      </w:r>
      <w:r>
        <w:rPr>
          <w:sz w:val="20"/>
        </w:rPr>
        <w:t>1:11:50  Un ko</w:t>
      </w:r>
      <w:r>
        <w:br/>
      </w:r>
      <w:r>
        <w:rPr>
          <w:sz w:val="20"/>
        </w:rPr>
        <w:t>1:11:51  To har shakhs ka yeh zimmedari hai, har shakhs ka farz hai. Koi is mein koi aur shakhs mumkin nahi hai, kyunke aap kisi ko bataein to bataein se to yaqeen nahi aayega ke nahi.</w:t>
      </w:r>
    </w:p>
    <w:p>
      <w:pPr>
        <w:pStyle w:val="Heading2"/>
      </w:pPr>
      <w:r>
        <w:t>Role of Personal Sacrifice in Life</w:t>
      </w:r>
    </w:p>
    <w:p>
      <w:r>
        <w:rPr>
          <w:color w:val="666666"/>
          <w:sz w:val="18"/>
        </w:rPr>
        <w:t>Life &amp; Wisdom · Formula of Human Life | March 13, 2016 · 2m 42s · at 1:13:25 · https://youtu.be/Et_ZQTYZzjU?t=4405</w:t>
      </w:r>
    </w:p>
    <w:p>
      <w:r>
        <w:rPr>
          <w:i/>
        </w:rPr>
        <w:t>“What is the role of sacrifice? By sacrifice I mean the personal sacrifice that one makes in life when facing different situations.”</w:t>
      </w:r>
    </w:p>
    <w:p>
      <w:r>
        <w:rPr>
          <w:sz w:val="20"/>
        </w:rPr>
        <w:t>1:13:25  maulana, agla sawal dilli se kiya hai father victor edwin ne.</w:t>
      </w:r>
      <w:r>
        <w:br/>
      </w:r>
      <w:r>
        <w:rPr>
          <w:sz w:val="20"/>
        </w:rPr>
        <w:t>1:13:31  ان کا سوال ہے: "What is the role of sacrifice?" مولانا، by sacrifice he means uh personal sacrifice</w:t>
      </w:r>
      <w:r>
        <w:br/>
      </w:r>
      <w:r>
        <w:rPr>
          <w:sz w:val="20"/>
        </w:rPr>
        <w:t>1:13:37  that one makes in life, uh when uh one faces different situations.</w:t>
      </w:r>
      <w:r>
        <w:br/>
      </w:r>
      <w:r>
        <w:rPr>
          <w:sz w:val="20"/>
        </w:rPr>
        <w:t>1:13:43  so, what is the role of sacrifice</w:t>
      </w:r>
      <w:r>
        <w:br/>
      </w:r>
      <w:r>
        <w:rPr>
          <w:sz w:val="20"/>
        </w:rPr>
        <w:t>1:13:49  in bringing about harmony and reconciliation between communities that are divided for historical or political and other reasons?</w:t>
      </w:r>
      <w:r>
        <w:br/>
      </w:r>
      <w:r>
        <w:rPr>
          <w:sz w:val="20"/>
        </w:rPr>
        <w:t>1:13:59  kya matlab hua is ka? maulana ki just hai, woh just maulana yeh ke jo harmony aur reconciliation</w:t>
      </w:r>
      <w:r>
        <w:br/>
      </w:r>
      <w:r>
        <w:rPr>
          <w:sz w:val="20"/>
        </w:rPr>
        <w:t>1:14:09  ki koshishein sab log karte hain, ah toh is mein personal sacrifice ka kya role hai? woh aap is</w:t>
      </w:r>
      <w:r>
        <w:br/>
      </w:r>
      <w:r>
        <w:rPr>
          <w:sz w:val="20"/>
        </w:rPr>
        <w:t>1:14:19  woh janna chahte hain.</w:t>
      </w:r>
      <w:r>
        <w:br/>
      </w:r>
      <w:r>
        <w:rPr>
          <w:sz w:val="20"/>
        </w:rPr>
        <w:t>1:14:26  matlab sacrifice ka matlab kya? Maulana, sacrifice ka matlab hai ke jo matlab dedication, haan, individual level pe dedication.</w:t>
      </w:r>
      <w:r>
        <w:br/>
      </w:r>
      <w:r>
        <w:rPr>
          <w:sz w:val="20"/>
        </w:rPr>
        <w:t>1:14:32  ji to dedication to har kaam mein zaroori hai, chahe society mein peace lana ho ya logon ko</w:t>
      </w:r>
      <w:r>
        <w:br/>
      </w:r>
      <w:r>
        <w:rPr>
          <w:sz w:val="20"/>
        </w:rPr>
        <w:t>1:14:38  educate karna ho.</w:t>
      </w:r>
      <w:r>
        <w:br/>
      </w:r>
      <w:r>
        <w:rPr>
          <w:sz w:val="20"/>
        </w:rPr>
        <w:t>1:14:45  jitne bhi mission hote hain to har cheez mein</w:t>
      </w:r>
      <w:r>
        <w:br/>
      </w:r>
      <w:r>
        <w:rPr>
          <w:sz w:val="20"/>
        </w:rPr>
        <w:t>1:14:51  iski zaroorat hoti hai sacrifice ki.</w:t>
      </w:r>
      <w:r>
        <w:br/>
      </w:r>
      <w:r>
        <w:rPr>
          <w:sz w:val="20"/>
        </w:rPr>
        <w:t>1:14:56  sacrifice mein yeh istemal kar raha hoon, yeh dedication ke sense mein.</w:t>
      </w:r>
      <w:r>
        <w:br/>
      </w:r>
      <w:r>
        <w:rPr>
          <w:sz w:val="20"/>
        </w:rPr>
        <w:t>1:15:01  apne aap ko aadmi laga de to uske baghair to koi kaam nahi ho sakta, koi bhi</w:t>
      </w:r>
      <w:r>
        <w:br/>
      </w:r>
      <w:r>
        <w:rPr>
          <w:sz w:val="20"/>
        </w:rPr>
        <w:t>1:15:06  kaam nahi ho sakta.</w:t>
      </w:r>
      <w:r>
        <w:br/>
      </w:r>
      <w:r>
        <w:rPr>
          <w:sz w:val="20"/>
        </w:rPr>
        <w:t>1:15:11  sacrifice jo ka matlab aap apne ko marna nahi hai, sacrifice ka matlab hai apne ko kisi mission</w:t>
      </w:r>
      <w:r>
        <w:br/>
      </w:r>
      <w:r>
        <w:rPr>
          <w:sz w:val="20"/>
        </w:rPr>
        <w:t>1:15:16  mein dedicate karna.</w:t>
      </w:r>
      <w:r>
        <w:br/>
      </w:r>
      <w:r>
        <w:rPr>
          <w:sz w:val="20"/>
        </w:rPr>
        <w:t>1:15:21  to woh to zaroori hai, uske baghair to koi kaam nahi ho sakta, koi bhi kaam.</w:t>
      </w:r>
      <w:r>
        <w:br/>
      </w:r>
      <w:r>
        <w:rPr>
          <w:sz w:val="20"/>
        </w:rPr>
        <w:t>1:15:29  aap chahte hain nation mein education lana to woh aaye ga sacrifice se.</w:t>
      </w:r>
      <w:r>
        <w:br/>
      </w:r>
      <w:r>
        <w:rPr>
          <w:sz w:val="20"/>
        </w:rPr>
        <w:t>1:15:37  jaise abhi mein ek hi report padh raha tha ke Kerala mein education sab se zyada hai, to</w:t>
      </w:r>
      <w:r>
        <w:br/>
      </w:r>
      <w:r>
        <w:rPr>
          <w:sz w:val="20"/>
        </w:rPr>
        <w:t>1:15:44  isme kuch logon ne bohat hi apne aap ko dedicate kiya is mission mein, education ke mission mein.</w:t>
      </w:r>
      <w:r>
        <w:br/>
      </w:r>
      <w:r>
        <w:rPr>
          <w:sz w:val="20"/>
        </w:rPr>
        <w:t>1:15:52  tab wahan itni zyada aa gayi taleem to woh to samajhta hoon ke woh bas hai kisi bhi</w:t>
      </w:r>
      <w:r>
        <w:br/>
      </w:r>
      <w:r>
        <w:rPr>
          <w:sz w:val="20"/>
        </w:rPr>
        <w:t>1:16:00  development ke liye.</w:t>
      </w:r>
    </w:p>
    <w:p>
      <w:pPr>
        <w:pStyle w:val="Heading2"/>
      </w:pPr>
      <w:r>
        <w:t>Saving ourselves from negativity and negative news</w:t>
      </w:r>
    </w:p>
    <w:p>
      <w:r>
        <w:rPr>
          <w:color w:val="666666"/>
          <w:sz w:val="18"/>
        </w:rPr>
        <w:t>Life &amp; Wisdom · Hadith-e-Jibril, April 21, 2013 · 3m 30s · at 57:12 · https://youtu.be/0rF6Ou0pDog?t=3432</w:t>
      </w:r>
    </w:p>
    <w:p>
      <w:r>
        <w:rPr>
          <w:i/>
        </w:rPr>
        <w:t>“How can we save ourselves from negativity in a world where every day we listen to many negative news items? What is your advice on this?”</w:t>
      </w:r>
    </w:p>
    <w:p>
      <w:r>
        <w:rPr>
          <w:sz w:val="20"/>
        </w:rPr>
        <w:t>57:12  Maulana, yeh sawal Roorkee se aaya hai Sajid Anwar sahib ka. Unhon ne aap se poocha hai How to save ourselves from negativity in the world where every day we listen to many negative news?</w:t>
      </w:r>
      <w:r>
        <w:br/>
      </w:r>
      <w:r>
        <w:rPr>
          <w:sz w:val="20"/>
        </w:rPr>
        <w:t>57:26  What is your advice on this?</w:t>
      </w:r>
      <w:r>
        <w:br/>
      </w:r>
      <w:r>
        <w:rPr>
          <w:sz w:val="20"/>
        </w:rPr>
        <w:t>57:30  dekhiye,</w:t>
      </w:r>
      <w:r>
        <w:br/>
      </w:r>
      <w:r>
        <w:rPr>
          <w:sz w:val="20"/>
        </w:rPr>
        <w:t>57:33  yeh baat bilkul sahi hai keh dunya</w:t>
      </w:r>
      <w:r>
        <w:br/>
      </w:r>
      <w:r>
        <w:rPr>
          <w:sz w:val="20"/>
        </w:rPr>
        <w:t>57:40  negative item ka jangal hai. Har aadmi ke liye, sab ke liye. Hatta keh jo baray baray wealthy log hain, baray baray power ke paas hain, un ke liye bhi.</w:t>
      </w:r>
      <w:r>
        <w:br/>
      </w:r>
      <w:r>
        <w:rPr>
          <w:sz w:val="20"/>
        </w:rPr>
        <w:t>57:57  aisi halat mein</w:t>
      </w:r>
      <w:r>
        <w:br/>
      </w:r>
      <w:r>
        <w:rPr>
          <w:sz w:val="20"/>
        </w:rPr>
        <w:t>58:03  apne aap ko negativity se bachana kaise mumkin hai? Main samajhta hoon keh sirf aik hi aik hi cheez hai, woh hai keh goal aap ka is se buland ho.</w:t>
      </w:r>
      <w:r>
        <w:br/>
      </w:r>
      <w:r>
        <w:rPr>
          <w:sz w:val="20"/>
        </w:rPr>
        <w:t>58:16  aik buland tar goal.</w:t>
      </w:r>
      <w:r>
        <w:br/>
      </w:r>
      <w:r>
        <w:rPr>
          <w:sz w:val="20"/>
        </w:rPr>
        <w:t>58:21  jo log dunya hi ko apna goal bana liye hon, wohi girta ho jata hai negativity mein. Agar goal aap ka buland ho jaye, jis ko main kehta hoon keh</w:t>
      </w:r>
      <w:r>
        <w:br/>
      </w:r>
      <w:r>
        <w:rPr>
          <w:sz w:val="20"/>
        </w:rPr>
        <w:t>58:35  woh big bird thinker aap ban jayen. Big bird thinker to apne aap hi yeh sab cheezain disappear ho jati hain.</w:t>
      </w:r>
      <w:r>
        <w:br/>
      </w:r>
      <w:r>
        <w:rPr>
          <w:sz w:val="20"/>
        </w:rPr>
        <w:t>58:45  main aik martaba hawai jahaz mein safar kar raha tha. To hawai jahaz jab ooper pohancha to neechay koi cheez dikhai nahi d</w:t>
      </w:r>
      <w:r>
        <w:br/>
      </w:r>
      <w:r>
        <w:rPr>
          <w:sz w:val="20"/>
        </w:rPr>
        <w:t>58:57  e rahi thi. Main ne bohat dekhna chaha to neechay na koi shehar dikhai deta tha, na koi jangal, na koi pahaar.</w:t>
      </w:r>
      <w:r>
        <w:br/>
      </w:r>
      <w:r>
        <w:rPr>
          <w:sz w:val="20"/>
        </w:rPr>
        <w:t>59:07  kuch bhi nahi, koi insan. To main ne socha keh agar aadmi apne aap ko ooper utha le, ooper shaoori aitbar se, to sab cheezain apne aap disappear ho jayen gi.</w:t>
      </w:r>
      <w:r>
        <w:br/>
      </w:r>
      <w:r>
        <w:rPr>
          <w:sz w:val="20"/>
        </w:rPr>
        <w:t>59:19  ooper uthane ka kya hai? Aap Allah ki yaad mein jeenay walay hon, jannat aap ka goal bana hua ho,</w:t>
      </w:r>
      <w:r>
        <w:br/>
      </w:r>
      <w:r>
        <w:rPr>
          <w:sz w:val="20"/>
        </w:rPr>
        <w:t>59:27  akhirat ko dunya mein apni jagah paana ya aap ka sab se bara concern ho, us ko main kehta hoon ooper uthna. Yani high thinking.</w:t>
      </w:r>
      <w:r>
        <w:br/>
      </w:r>
      <w:r>
        <w:rPr>
          <w:sz w:val="20"/>
        </w:rPr>
        <w:t>59:38  High thinking. Jis ko main kehta hoon big bird thinking. To aik hi hal is ka hai keh apne aap ko aap soch ke aitbar se ooper uthayen.</w:t>
      </w:r>
      <w:r>
        <w:br/>
      </w:r>
      <w:r>
        <w:rPr>
          <w:sz w:val="20"/>
        </w:rPr>
        <w:t>59:50  jab tak soch ke aitbar se nahi ooper uthayen ge, kabhi bhi is se bach nahi sakte.</w:t>
      </w:r>
      <w:r>
        <w:br/>
      </w:r>
      <w:r>
        <w:rPr>
          <w:sz w:val="20"/>
        </w:rPr>
        <w:t>59:56  isi mein phansay rahen ge. To jab main hawai jahaz mein tha to kuch bhi nahi. Jaisay koi dunya, jaisay lagta tha na kahin woh woh sari baatein jo zameen par hum thay, to jaisay un ka koi wajood hi nahi.</w:t>
      </w:r>
      <w:r>
        <w:br/>
      </w:r>
      <w:r>
        <w:rPr>
          <w:sz w:val="20"/>
        </w:rPr>
        <w:t>1:00:13  na koi dushman hai, na koi problem hai, na koi tashaddud hai, na koi boycott hai, na koi kuch bhi nahi.</w:t>
      </w:r>
      <w:r>
        <w:br/>
      </w:r>
      <w:r>
        <w:rPr>
          <w:sz w:val="20"/>
        </w:rPr>
        <w:t>1:00:23  aik aur hi dunya hai.</w:t>
      </w:r>
      <w:r>
        <w:br/>
      </w:r>
      <w:r>
        <w:rPr>
          <w:sz w:val="20"/>
        </w:rPr>
        <w:t>1:00:26  to apne aap ko fikri aitbaar se itna oopar uthaiye ke yeh negativity ka jangal aap se bohat neeche ho jaye.</w:t>
      </w:r>
      <w:r>
        <w:br/>
      </w:r>
      <w:r>
        <w:rPr>
          <w:sz w:val="20"/>
        </w:rPr>
        <w:t>1:00:34  dikhai bhi na de woh. yahi aik hi hal hai.</w:t>
      </w:r>
    </w:p>
    <w:p>
      <w:pPr>
        <w:pStyle w:val="Heading2"/>
      </w:pPr>
      <w:r>
        <w:t>Secret formula behind your thought process</w:t>
      </w:r>
    </w:p>
    <w:p>
      <w:r>
        <w:rPr>
          <w:color w:val="666666"/>
          <w:sz w:val="18"/>
        </w:rPr>
        <w:t>Life &amp; Wisdom · Importance of Peace August 17, 2014 · 2m 19s · at 44:46 · https://youtu.be/ifxSwh2Jckw?t=2686</w:t>
      </w:r>
    </w:p>
    <w:p>
      <w:r>
        <w:rPr>
          <w:i/>
        </w:rPr>
        <w:t>“Maulana, what is the secret formula behind your thought process? How do you look at any issue?”</w:t>
      </w:r>
    </w:p>
    <w:p>
      <w:r>
        <w:rPr>
          <w:sz w:val="20"/>
        </w:rPr>
        <w:t>44:46  maulana, agla sawal maharashtra se aaya hai aur muhammad ibrahim ginni sahib ne kiya hai. unhon ne aapse poocha hai ke maulana what is the secret formula behind your thought process?</w:t>
      </w:r>
      <w:r>
        <w:br/>
      </w:r>
      <w:r>
        <w:rPr>
          <w:sz w:val="20"/>
        </w:rPr>
        <w:t>44:58  How do you look at any issue?</w:t>
      </w:r>
      <w:r>
        <w:br/>
      </w:r>
      <w:r>
        <w:rPr>
          <w:sz w:val="20"/>
        </w:rPr>
        <w:t>45:12  dekhen, islam mein do hi cheezon ko basic mana gaya hai. do hi cheezon ko.</w:t>
      </w:r>
      <w:r>
        <w:br/>
      </w:r>
      <w:r>
        <w:rPr>
          <w:sz w:val="20"/>
        </w:rPr>
        <w:t>45:24  ek hai revealed knowledge, ek hai scientific knowledge.</w:t>
      </w:r>
      <w:r>
        <w:br/>
      </w:r>
      <w:r>
        <w:rPr>
          <w:sz w:val="20"/>
        </w:rPr>
        <w:t>45:32  to main cheezon ko hamesha isi roshni mein janchta hoon.</w:t>
      </w:r>
      <w:r>
        <w:br/>
      </w:r>
      <w:r>
        <w:rPr>
          <w:sz w:val="20"/>
        </w:rPr>
        <w:t>45:39  yani allah ne jo kitaab bheji hai, jo ilhami ilm, taghabur pe utra hai, us ki roshni mein janchana.</w:t>
      </w:r>
      <w:r>
        <w:br/>
      </w:r>
      <w:r>
        <w:rPr>
          <w:sz w:val="20"/>
        </w:rPr>
        <w:t>45:50  ya phir jo scientifically jo cheez establish ho gayi hai, us ki roshni mein dekhna cheezon ko.</w:t>
      </w:r>
      <w:r>
        <w:br/>
      </w:r>
      <w:r>
        <w:rPr>
          <w:sz w:val="20"/>
        </w:rPr>
        <w:t>46:00  bas do tareeqe mere hote hain. isi ki roshni mein sochta hoon main. aur main chahta hoon, agar main pata hoon ke in donon mein se koi cheez is mein apply nahin hoti hai to main is se khamosh ho jata hoon, is ko ignore karta hoon.</w:t>
      </w:r>
      <w:r>
        <w:br/>
      </w:r>
      <w:r>
        <w:rPr>
          <w:sz w:val="20"/>
        </w:rPr>
        <w:t>46:17  phir main is ko apne dimagh mein zaahir nahin karta.</w:t>
      </w:r>
      <w:r>
        <w:br/>
      </w:r>
      <w:r>
        <w:rPr>
          <w:sz w:val="20"/>
        </w:rPr>
        <w:t>46:20  main khud by time strategy ko bohat zabardast tareeqe se ikhtiyar kiya hua hoon. bohat zabardast tareeqe se.</w:t>
      </w:r>
      <w:r>
        <w:br/>
      </w:r>
      <w:r>
        <w:rPr>
          <w:sz w:val="20"/>
        </w:rPr>
        <w:t>46:31  rozana mere paas aise log, kisi ka telephone aata hai ya khud aata hai, aisi baaten karta hai jis ka koi sense nahin hota. na rational sense hota hai, na islamic sense.</w:t>
      </w:r>
      <w:r>
        <w:br/>
      </w:r>
      <w:r>
        <w:rPr>
          <w:sz w:val="20"/>
        </w:rPr>
        <w:t>46:43  to main bas sunta rehta hoon, sunta rehta hoon bas.</w:t>
      </w:r>
      <w:r>
        <w:br/>
      </w:r>
      <w:r>
        <w:rPr>
          <w:sz w:val="20"/>
        </w:rPr>
        <w:t>46:49  to mera jo thought process hai, woh inhi do lineon par chalta hai. ya to woh line jo quran ne di hai ya woh line jo science ne di hai.</w:t>
      </w:r>
      <w:r>
        <w:br/>
      </w:r>
      <w:r>
        <w:rPr>
          <w:sz w:val="20"/>
        </w:rPr>
        <w:t>47:00  bas.</w:t>
      </w:r>
    </w:p>
    <w:p>
      <w:pPr>
        <w:pStyle w:val="Heading2"/>
      </w:pPr>
      <w:r>
        <w:t>Split personality in religious and political writing</w:t>
      </w:r>
    </w:p>
    <w:p>
      <w:r>
        <w:rPr>
          <w:color w:val="666666"/>
          <w:sz w:val="18"/>
        </w:rPr>
        <w:t>Life &amp; Wisdom · God Particle July 8, 2012 · 3m 21s · at 1:13:14 · https://youtu.be/30Ulu10c2nA?t=4394</w:t>
      </w:r>
    </w:p>
    <w:p>
      <w:r>
        <w:rPr>
          <w:i/>
        </w:rPr>
        <w:t>“I feel great happiness in writing about the glory of God, but as a journalist, sometimes I need to write political articles. While doing so, I feel my whole personality is split. What should I do in this situation?”</w:t>
      </w:r>
    </w:p>
    <w:p>
      <w:r>
        <w:rPr>
          <w:sz w:val="20"/>
        </w:rPr>
        <w:t>1:13:14  Maulana, agla sawal lete hain jo Delhi se hai Muhammad Asif Riyaz sahab ka. Unhon ne likha hai: "Maulana sahab, I feel a great happiness in writing the glory of God, but as a journalist, sometimes I need to write some political articles.</w:t>
      </w:r>
      <w:r>
        <w:br/>
      </w:r>
      <w:r>
        <w:rPr>
          <w:sz w:val="20"/>
        </w:rPr>
        <w:t>1:13:32  While doing so, I feel my whole personality is splitted. Maulana sahab, let me know what should I do in this situation?"</w:t>
      </w:r>
      <w:r>
        <w:br/>
      </w:r>
      <w:r>
        <w:rPr>
          <w:sz w:val="20"/>
        </w:rPr>
        <w:t>1:13:43  nahi, main samajhta hoon ke split hone ka koi sawal nahi hai. Aap chahe politics par likhein, chahe cheenti par likhein, chahe chand suraj par likhein, har jagah aap lesson le sakte hain.</w:t>
      </w:r>
      <w:r>
        <w:br/>
      </w:r>
      <w:r>
        <w:rPr>
          <w:sz w:val="20"/>
        </w:rPr>
        <w:t>1:13:57  Basic baat jo hai, woh lesson lene ki hai. Aadmi ke andar yeh zehan agar ho ke cheezon mein woh lesson le sake toh har cheez mein lesson hai.</w:t>
      </w:r>
      <w:r>
        <w:br/>
      </w:r>
      <w:r>
        <w:rPr>
          <w:sz w:val="20"/>
        </w:rPr>
        <w:t>1:14:08  Shaitan ki kahani bhi lesson hai. Political article likhe hain, tab bhi lesson hai. Main toh koi bhi cheez padhta hoon, chahe woh politics ho ya koi bhi, is mein mujhe lesson milta hai.</w:t>
      </w:r>
      <w:r>
        <w:br/>
      </w:r>
      <w:r>
        <w:rPr>
          <w:sz w:val="20"/>
        </w:rPr>
        <w:t>1:14:20  Aisi cheez hai lesson, us ko kehte hain toosam. Yaani aisi cheez jo apne andar paida karna hai, woh toosam hai. Toosam, toosam agar hai toh har cheez mein aap ko marifat milti rahegi.</w:t>
      </w:r>
      <w:r>
        <w:br/>
      </w:r>
      <w:r>
        <w:rPr>
          <w:sz w:val="20"/>
        </w:rPr>
        <w:t>1:14:36  Chaahe chaahe aap political mazmoon likh rahe hain ya roohani likh rahe hain, asal cheez jo matloob hai, woh toosam hai.</w:t>
      </w:r>
      <w:r>
        <w:br/>
      </w:r>
      <w:r>
        <w:rPr>
          <w:sz w:val="20"/>
        </w:rPr>
        <w:t>1:14:48  Toosam paida kijiye. Aap idhar toosam ka matlab hota hai to draw lesson, cheezon se sabak nikalna. Asal cheez is ki zaroorat hai.</w:t>
      </w:r>
      <w:r>
        <w:br/>
      </w:r>
      <w:r>
        <w:rPr>
          <w:sz w:val="20"/>
        </w:rPr>
        <w:t>1:14:59  Main toh Allah ke fazl se kuch bhi padhta hoon, chahe kitna hi political ho. Maslan dekhiye, abhi main ek chupa hai Times of India mein ek poore page ka ek interview,</w:t>
      </w:r>
      <w:r>
        <w:br/>
      </w:r>
      <w:r>
        <w:rPr>
          <w:sz w:val="20"/>
        </w:rPr>
        <w:t>1:15:17  Yaani Uttar Pradesh ke jo Chief Minister hain, Akhilesh Yadav, un ka interview hai. Kai logon ne mil ke</w:t>
      </w:r>
      <w:r>
        <w:br/>
      </w:r>
      <w:r>
        <w:rPr>
          <w:sz w:val="20"/>
        </w:rPr>
        <w:t>1:15:26  Interview liya, woh saara political interview hai, ek dum political. Is mein mujhe ek bahut ajeeb cheez mil gayi. Maslan dekhiye, interviewer ne un se poocha ke jab aap Chief Minister bane toh aap ne aap ne khoi kya?</w:t>
      </w:r>
      <w:r>
        <w:br/>
      </w:r>
      <w:r>
        <w:rPr>
          <w:sz w:val="20"/>
        </w:rPr>
        <w:t>1:15:43  Kya cheez khoi aap ne? Yeh ajeeb sawal hai, kya cheez miss kiya aap ne? Yaani</w:t>
      </w:r>
      <w:r>
        <w:br/>
      </w:r>
      <w:r>
        <w:rPr>
          <w:sz w:val="20"/>
        </w:rPr>
        <w:t>1:15:52  Chief Minister banne ke baad woh cheez kya thi jis ko aap ne miss kiya? Toh foran woh kehta hai: "Time, time miss kiya hua hai.</w:t>
      </w:r>
      <w:r>
        <w:br/>
      </w:r>
      <w:r>
        <w:rPr>
          <w:sz w:val="20"/>
        </w:rPr>
        <w:t>1:16:03  Mere paas koi time hi nahi. Har waqt political is mein phansa hua hota hoon." Toh maine shaoor ada kiya ke main Chief Minister nahi hoon. Waqeatan main is waqt mujhe rona aa gaya ke Khuda ka tera bada shukar hai ke tune mujh ko Chief Minister nahi banaya.</w:t>
      </w:r>
      <w:r>
        <w:br/>
      </w:r>
      <w:r>
        <w:rPr>
          <w:sz w:val="20"/>
        </w:rPr>
        <w:t>1:16:22  Mere paas time hai sochne ka, toh har cheez mein mujhe toh sabak milta hai. Toh jo cheez darkaar hai, woh toosam, toosam hai.</w:t>
      </w:r>
    </w:p>
    <w:p>
      <w:pPr>
        <w:pStyle w:val="Heading2"/>
      </w:pPr>
      <w:r>
        <w:t>Starting point for breaking conditioning</w:t>
      </w:r>
    </w:p>
    <w:p>
      <w:r>
        <w:rPr>
          <w:color w:val="666666"/>
          <w:sz w:val="18"/>
        </w:rPr>
        <w:t>Life &amp; Wisdom · Deeper Meaning of The Quran May 17, 2015 · 2m 10s · at 1:03:43 · https://youtu.be/CoTUNYxSRiI?t=3823</w:t>
      </w:r>
    </w:p>
    <w:p>
      <w:r>
        <w:rPr>
          <w:i/>
        </w:rPr>
        <w:t>“What is the starting point of breaking one's conditioning so that the person can re-engineer his or her mind?”</w:t>
      </w:r>
    </w:p>
    <w:p>
      <w:r>
        <w:rPr>
          <w:sz w:val="20"/>
        </w:rPr>
        <w:t>1:03:43  Masha Allah. Maulana, agla sawal Bhopal se aaya hai Fawad Sahab ne kiya hai. Aur unhon ne aap se poocha hai ki: "What is the starting point of breaking one's conditioning so that the person can re-engineer his or her mind?"</w:t>
      </w:r>
      <w:r>
        <w:br/>
      </w:r>
      <w:r>
        <w:rPr>
          <w:sz w:val="20"/>
        </w:rPr>
        <w:t>1:04:02  Bhai, main to yahi samajhta hoon ki Starting Point muhasba hai yaani Introspection.</w:t>
      </w:r>
      <w:r>
        <w:br/>
      </w:r>
      <w:r>
        <w:rPr>
          <w:sz w:val="20"/>
        </w:rPr>
        <w:t>1:04:10  Apne aap apni Scrutiny karna. Apne ko Critical Way mein dekhna. Apna Analysis karna.</w:t>
      </w:r>
      <w:r>
        <w:br/>
      </w:r>
      <w:r>
        <w:rPr>
          <w:sz w:val="20"/>
        </w:rPr>
        <w:t>1:04:21  Jisko kehte hain Arabi mein muhasba kehte hain English mein jisko kehte hain Introspection. Yahi mere dekh to yahi Starting Point hai.</w:t>
      </w:r>
      <w:r>
        <w:br/>
      </w:r>
      <w:r>
        <w:rPr>
          <w:sz w:val="20"/>
        </w:rPr>
        <w:t>1:04:39  Jaise kal jo ek khatoon aayi thi jo Journalist. Un se main ne kaha ki: "Main aaj aadat hai ki jab bhi koi bahar se phone karta hoon I was wrong."</w:t>
      </w:r>
      <w:r>
        <w:br/>
      </w:r>
      <w:r>
        <w:rPr>
          <w:sz w:val="20"/>
        </w:rPr>
        <w:t>1:04:54  To unhon ne kaha ki: "Aap kyun kehte hain aap I was wrong kehte hain? Hum to pata hai log aisa nahi karte." To main ne kaha: "Dekhiye jab ek shakhs kehta hai I was wrong to uska faida usko khud bhi milta hai doosre ko nahi.</w:t>
      </w:r>
      <w:r>
        <w:br/>
      </w:r>
      <w:r>
        <w:rPr>
          <w:sz w:val="20"/>
        </w:rPr>
        <w:t>1:05:12  Doosre ko nahi apne ko. I was wrong keh kar woh apne ko Realist banata hai. Apni galtiyon ko pakad pata hai.</w:t>
      </w:r>
      <w:r>
        <w:br/>
      </w:r>
      <w:r>
        <w:rPr>
          <w:sz w:val="20"/>
        </w:rPr>
        <w:t>1:05:24  nah kahin to jhagda karen ge doosre se ke tum galat ho tum galat ho woh kahe ga tum galat ho. to time waste karta hai.</w:t>
      </w:r>
      <w:r>
        <w:br/>
      </w:r>
      <w:r>
        <w:rPr>
          <w:sz w:val="20"/>
        </w:rPr>
        <w:t>1:05:33  to hum time bachate hain. is se modesty aati hai. to sara faida apne ko milta hai doosre ko nahin.</w:t>
      </w:r>
      <w:r>
        <w:br/>
      </w:r>
      <w:r>
        <w:rPr>
          <w:sz w:val="20"/>
        </w:rPr>
        <w:t>1:05:44  yahi sab isi se yahi sab sochta hai aadmi isi ka naam hai muhasba ya introspection.</w:t>
      </w:r>
      <w:r>
        <w:br/>
      </w:r>
      <w:r>
        <w:rPr>
          <w:sz w:val="20"/>
        </w:rPr>
        <w:t>1:05:54  maulana, agla sawal punay se zahid khan sahab ne kiya hai. aur unhon ne likha hai: "maulana, aap ne kaha ke tazkiya ka talluq qalb se nahin hai.</w:t>
      </w:r>
    </w:p>
    <w:p>
      <w:pPr>
        <w:pStyle w:val="Heading2"/>
      </w:pPr>
      <w:r>
        <w:t>Starting point for brilliant personality</w:t>
      </w:r>
    </w:p>
    <w:p>
      <w:r>
        <w:rPr>
          <w:color w:val="666666"/>
          <w:sz w:val="18"/>
        </w:rPr>
        <w:t>Life &amp; Wisdom · Brilliant Personality November 27, 2016 · 2m 48s · at 44:41 · https://youtu.be/268O3sgnjC0?t=2681</w:t>
      </w:r>
    </w:p>
    <w:p>
      <w:r>
        <w:rPr>
          <w:i/>
        </w:rPr>
        <w:t>“To build a brilliant personality, where should one start? Please tell about it. Allah has Himself told it.”</w:t>
      </w:r>
    </w:p>
    <w:p>
      <w:r>
        <w:rPr>
          <w:sz w:val="20"/>
        </w:rPr>
        <w:t>44:41  Maulana pehla sawal Solan se aaya hai Ghafoor Sahib ka aur unhon ne aap se poocha hai Maulana</w:t>
      </w:r>
      <w:r>
        <w:br/>
      </w:r>
      <w:r>
        <w:rPr>
          <w:sz w:val="20"/>
        </w:rPr>
        <w:t>44:48  Sahib aik brilliant personality banane ke liye kahan se aaghaz karein, is ke baray mein bataein.</w:t>
      </w:r>
      <w:r>
        <w:br/>
      </w:r>
      <w:r>
        <w:rPr>
          <w:sz w:val="20"/>
        </w:rPr>
        <w:t>44:56  Woh Allah taala ne khud bata diya hai.</w:t>
      </w:r>
      <w:r>
        <w:br/>
      </w:r>
      <w:r>
        <w:rPr>
          <w:sz w:val="20"/>
        </w:rPr>
        <w:t>45:03  Woh ayat main ne abhi parhi thi waqayyim min ayatin fis samawati wal ardi yamurruna alaiha wa hum alaiha murdun</w:t>
      </w:r>
      <w:r>
        <w:br/>
      </w:r>
      <w:r>
        <w:rPr>
          <w:sz w:val="20"/>
        </w:rPr>
        <w:t>45:10  Is ka matlab main ne yahi samjha hai ke Allah ka noor jis tarah se lecter phoolon mein</w:t>
      </w:r>
      <w:r>
        <w:br/>
      </w:r>
      <w:r>
        <w:rPr>
          <w:sz w:val="20"/>
        </w:rPr>
        <w:t>45:18  hota hai aur shehad ki makhi us ko le le kar shehad banati hai, aise hi Allah ki</w:t>
      </w:r>
      <w:r>
        <w:br/>
      </w:r>
      <w:r>
        <w:rPr>
          <w:sz w:val="20"/>
        </w:rPr>
        <w:t>45:25  Allah ki marifat, Allah ki mohabbat, Allah ki khusoosiyat yeh sab noor ke item hain aur yeh sab</w:t>
      </w:r>
      <w:r>
        <w:br/>
      </w:r>
      <w:r>
        <w:rPr>
          <w:sz w:val="20"/>
        </w:rPr>
        <w:t>45:32  kainat mein phailay hue hain.</w:t>
      </w:r>
      <w:r>
        <w:br/>
      </w:r>
      <w:r>
        <w:rPr>
          <w:sz w:val="20"/>
        </w:rPr>
        <w:t>45:40  har jagah phailay hue hain.</w:t>
      </w:r>
      <w:r>
        <w:br/>
      </w:r>
      <w:r>
        <w:rPr>
          <w:sz w:val="20"/>
        </w:rPr>
        <w:t>45:47  aap ke apne paas bhi hain aur door galaxy bhi hai.</w:t>
      </w:r>
      <w:r>
        <w:br/>
      </w:r>
      <w:r>
        <w:rPr>
          <w:sz w:val="20"/>
        </w:rPr>
        <w:t>45:54  bas is noor ko pehchaniye aur shehad ki makhi ban jaiye.</w:t>
      </w:r>
      <w:r>
        <w:br/>
      </w:r>
      <w:r>
        <w:rPr>
          <w:sz w:val="20"/>
        </w:rPr>
        <w:t>46:02  noor ke content ko extract kijiye.</w:t>
      </w:r>
      <w:r>
        <w:br/>
      </w:r>
      <w:r>
        <w:rPr>
          <w:sz w:val="20"/>
        </w:rPr>
        <w:t>46:09  is tarah aap ke andar woh personality banay gi jo Allah ka brilliant personality ke tor par zahir hogi.</w:t>
      </w:r>
      <w:r>
        <w:br/>
      </w:r>
      <w:r>
        <w:rPr>
          <w:sz w:val="20"/>
        </w:rPr>
        <w:t>46:16  Okay, before I take the next question, there are a few comments which I would like to read</w:t>
      </w:r>
      <w:r>
        <w:br/>
      </w:r>
      <w:r>
        <w:rPr>
          <w:sz w:val="20"/>
        </w:rPr>
        <w:t>46:24  pertaining to today's talk.</w:t>
      </w:r>
      <w:r>
        <w:br/>
      </w:r>
      <w:r>
        <w:rPr>
          <w:sz w:val="20"/>
        </w:rPr>
        <w:t>46:31  aa pehla comment aaya hai Saad Ibrahim Sherpao sahib ka Peshawar se, unhon ne likha hai "Moulana Sahib,</w:t>
      </w:r>
      <w:r>
        <w:br/>
      </w:r>
      <w:r>
        <w:rPr>
          <w:sz w:val="20"/>
        </w:rPr>
        <w:t>46:38  very deep and thought provoking talk." agla comment Dubai se aaya hai Nikhat Saba sister Nikhat Saba ka,</w:t>
      </w:r>
      <w:r>
        <w:br/>
      </w:r>
      <w:r>
        <w:rPr>
          <w:sz w:val="20"/>
        </w:rPr>
        <w:t>46:46  unhon ne likha hai "Jazak Allah Maulana Sahib noor ka matlab toufeeq hai, yeh baat aaj samajh mein</w:t>
      </w:r>
      <w:r>
        <w:br/>
      </w:r>
      <w:r>
        <w:rPr>
          <w:sz w:val="20"/>
        </w:rPr>
        <w:t>46:53  aai." is ke baad comment bheja hai Chennai se Maulana Iqbal Umri ne, unhon ne likha hai "Maulana</w:t>
      </w:r>
      <w:r>
        <w:br/>
      </w:r>
      <w:r>
        <w:rPr>
          <w:sz w:val="20"/>
        </w:rPr>
        <w:t>47:00  Sahib, jo dua hai ke noor ko hamare liye mukammal farma, yani noor maarfat aur yani safar maarfat</w:t>
      </w:r>
      <w:r>
        <w:br/>
      </w:r>
      <w:r>
        <w:rPr>
          <w:sz w:val="20"/>
        </w:rPr>
        <w:t>47:08  ki takmeel ki toufeeq ata farma.</w:t>
      </w:r>
      <w:r>
        <w:br/>
      </w:r>
      <w:r>
        <w:rPr>
          <w:sz w:val="20"/>
        </w:rPr>
        <w:t>47:15  aaj hi is dua ka sahi matlab ka pata chala, Jazak Allah." Shabana Ansari ne Pakistan se bheja</w:t>
      </w:r>
      <w:r>
        <w:br/>
      </w:r>
      <w:r>
        <w:rPr>
          <w:sz w:val="20"/>
        </w:rPr>
        <w:t>47:22  hai "Moulana Sahib, as much as we absorb divine inspiration, it will also be a noor." Maulana agla</w:t>
      </w:r>
    </w:p>
    <w:p>
      <w:pPr>
        <w:pStyle w:val="Heading2"/>
      </w:pPr>
      <w:r>
        <w:t>Starting point to break conditioning and re-engineer mind</w:t>
      </w:r>
    </w:p>
    <w:p>
      <w:r>
        <w:rPr>
          <w:color w:val="666666"/>
          <w:sz w:val="18"/>
        </w:rPr>
        <w:t>Life &amp; Wisdom · Deeper Meaning of Quran 17 05 2015 · 2m 10s · at 1:01:54 · https://youtu.be/_Cj6gds7nWI?t=3714</w:t>
      </w:r>
    </w:p>
    <w:p>
      <w:r>
        <w:rPr>
          <w:i/>
        </w:rPr>
        <w:t>“What is the starting point of breaking one's conditioning so that the person can re-engineer his or her mind?”</w:t>
      </w:r>
    </w:p>
    <w:p>
      <w:r>
        <w:rPr>
          <w:sz w:val="20"/>
        </w:rPr>
        <w:t>1:01:54  To conclude, Spirit of Islam has benefited me in many ways, such as honesty, not to deny the truth, respect others, and treat everyone equally. Maulana, agla sawal Bhopal se aaya hai Fawad Sahab ne kiya hai aur unhone aap se poocha hai ke What is the starting point of breaking one's conditioning so that the person can re-engineer his or her mind?</w:t>
      </w:r>
      <w:r>
        <w:br/>
      </w:r>
      <w:r>
        <w:rPr>
          <w:sz w:val="20"/>
        </w:rPr>
        <w:t>1:02:21  bhai, main to yahi samajhta hoon ke starting point muhasba hai yani introspection.</w:t>
      </w:r>
      <w:r>
        <w:br/>
      </w:r>
      <w:r>
        <w:rPr>
          <w:sz w:val="20"/>
        </w:rPr>
        <w:t>1:02:28  apne aap apni scrutiny karna, apne ko critical way mein dekhna, apna analysis karna, jis ko kehte hain</w:t>
      </w:r>
      <w:r>
        <w:br/>
      </w:r>
      <w:r>
        <w:rPr>
          <w:sz w:val="20"/>
        </w:rPr>
        <w:t>1:02:36  Arabi mein muhasba, kehte hain English mein is ko kehte hain introspection.</w:t>
      </w:r>
      <w:r>
        <w:br/>
      </w:r>
      <w:r>
        <w:rPr>
          <w:sz w:val="20"/>
        </w:rPr>
        <w:t>1:02:43  yahi mere dekh to yahi starting point hai.</w:t>
      </w:r>
      <w:r>
        <w:br/>
      </w:r>
      <w:r>
        <w:rPr>
          <w:sz w:val="20"/>
        </w:rPr>
        <w:t>1:02:51  jaise kal jo ek khatoon aayi thi, jo journalist, un se main ne kaha ke main aadat hai</w:t>
      </w:r>
      <w:r>
        <w:br/>
      </w:r>
      <w:r>
        <w:rPr>
          <w:sz w:val="20"/>
        </w:rPr>
        <w:t>1:02:58  keh jab bhi koi baat ho to phone karta hoon I was wrong.</w:t>
      </w:r>
      <w:r>
        <w:br/>
      </w:r>
      <w:r>
        <w:rPr>
          <w:sz w:val="20"/>
        </w:rPr>
        <w:t>1:03:06  to unhone kaha ke aap kyun itna zyada I was wrong kehte hain? aam taur par to log aisa nahi karte. to maine kaha dekhen, jab ek shakhs kehta hai I was wrong.</w:t>
      </w:r>
      <w:r>
        <w:br/>
      </w:r>
      <w:r>
        <w:rPr>
          <w:sz w:val="20"/>
        </w:rPr>
        <w:t>1:03:19  to is ka faida is ko khud bhi milta hai, doosre ko nahi, doosre ko nahi, apne ko.</w:t>
      </w:r>
      <w:r>
        <w:br/>
      </w:r>
      <w:r>
        <w:rPr>
          <w:sz w:val="20"/>
        </w:rPr>
        <w:t>1:03:24  I was wrong keh kar woh apne ko realist banata hai, apni galtiyon ko pakar pata hai.</w:t>
      </w:r>
      <w:r>
        <w:br/>
      </w:r>
      <w:r>
        <w:rPr>
          <w:sz w:val="20"/>
        </w:rPr>
        <w:t>1:03:30  I was wrong na kahein to jhagda karein ge doosre se keh tum galat ho, tum galat ho,</w:t>
      </w:r>
      <w:r>
        <w:br/>
      </w:r>
      <w:r>
        <w:rPr>
          <w:sz w:val="20"/>
        </w:rPr>
        <w:t>1:03:36  woh kahe ga tum galat ho.</w:t>
      </w:r>
      <w:r>
        <w:br/>
      </w:r>
      <w:r>
        <w:rPr>
          <w:sz w:val="20"/>
        </w:rPr>
        <w:t>1:03:41  to time waste karta hai, to hum time bachate hain.</w:t>
      </w:r>
      <w:r>
        <w:br/>
      </w:r>
      <w:r>
        <w:rPr>
          <w:sz w:val="20"/>
        </w:rPr>
        <w:t>1:03:47  is se modesty aati hai.</w:t>
      </w:r>
      <w:r>
        <w:br/>
      </w:r>
      <w:r>
        <w:rPr>
          <w:sz w:val="20"/>
        </w:rPr>
        <w:t>1:03:53  to sara faida apne ko milta hai, doosre ko nahi.</w:t>
      </w:r>
      <w:r>
        <w:br/>
      </w:r>
      <w:r>
        <w:rPr>
          <w:sz w:val="20"/>
        </w:rPr>
        <w:t>1:03:58  yehi sab, isi se yehi sab sochta hai aadmi, isi ka naam hai muhasba ya introspection.</w:t>
      </w:r>
    </w:p>
    <w:p>
      <w:pPr>
        <w:pStyle w:val="Heading2"/>
      </w:pPr>
      <w:r>
        <w:t>Staying Positive Amidst Negative Situations</w:t>
      </w:r>
    </w:p>
    <w:p>
      <w:r>
        <w:rPr>
          <w:color w:val="666666"/>
          <w:sz w:val="18"/>
        </w:rPr>
        <w:t>Life &amp; Wisdom · Man and Paradise May 05, 2013 · 2m 54s · at 54:43 · https://youtu.be/VyFgim3pvts?t=3283</w:t>
      </w:r>
    </w:p>
    <w:p>
      <w:r>
        <w:rPr>
          <w:i/>
        </w:rPr>
        <w:t>“We are living in darul-qabz (a state of oppression), while striving towards day-to-day goals. How can we stay positive and give positive response in spite of negative situation?”</w:t>
      </w:r>
    </w:p>
    <w:p>
      <w:r>
        <w:rPr>
          <w:sz w:val="20"/>
        </w:rPr>
        <w:t>54:43  maulana, agla sawal dilli se hai, miss naghma siddiqui ka</w:t>
      </w:r>
      <w:r>
        <w:br/>
      </w:r>
      <w:r>
        <w:rPr>
          <w:sz w:val="20"/>
        </w:rPr>
        <w:t>54:47  . unhon ne likha hai: "we are living in darul qabz, while striving towards day to day goals.</w:t>
      </w:r>
      <w:r>
        <w:br/>
      </w:r>
      <w:r>
        <w:rPr>
          <w:sz w:val="20"/>
        </w:rPr>
        <w:t>54:56  how can we stay positive and give positive response in spite of negative situation?"</w:t>
      </w:r>
      <w:r>
        <w:br/>
      </w:r>
      <w:r>
        <w:rPr>
          <w:sz w:val="20"/>
        </w:rPr>
        <w:t>55:07  dekhen, yeh jo problem hai zindagi mein, woh na ho toh hamari personality ka development bhi na ho.</w:t>
      </w:r>
      <w:r>
        <w:br/>
      </w:r>
      <w:r>
        <w:rPr>
          <w:sz w:val="20"/>
        </w:rPr>
        <w:t>55:19  kabhi bhi yaad rakhiye, isبوت halaat mein insaan ke andar irtaqa nahi hota. jo log is ko yaani qabr ko evil samajhte hain, woh bohat bari bhool mein mubtala hain.</w:t>
      </w:r>
      <w:r>
        <w:br/>
      </w:r>
      <w:r>
        <w:rPr>
          <w:sz w:val="20"/>
        </w:rPr>
        <w:t>55:37  dunya mein jin logon ne bari bari taraqqiyat ki hain, bari bari taraqqiyat, woh sab wohi hain jo problem mein mubtala hue hain.</w:t>
      </w:r>
      <w:r>
        <w:br/>
      </w:r>
      <w:r>
        <w:rPr>
          <w:sz w:val="20"/>
        </w:rPr>
        <w:t>55:47  kal mein soch raha tha ek hadith ke baray mein ke hadith mein hai ke jis aadmi ki aankh le li gayi allah ta'ala ne aur us ne sabr kiya, toh us ko bohat bara reward milega.</w:t>
      </w:r>
      <w:r>
        <w:br/>
      </w:r>
      <w:r>
        <w:rPr>
          <w:sz w:val="20"/>
        </w:rPr>
        <w:t>56:02  daikhen, yeh sirf akhirat ki baat nahin hai,</w:t>
      </w:r>
      <w:r>
        <w:br/>
      </w:r>
      <w:r>
        <w:rPr>
          <w:sz w:val="20"/>
        </w:rPr>
        <w:t>56:05  sirf akhirat ki baat nahin hai. yani aankh jab le li jati hai to hamari kya hui hai? iski inside barh jati hai.</w:t>
      </w:r>
      <w:r>
        <w:br/>
      </w:r>
      <w:r>
        <w:rPr>
          <w:sz w:val="20"/>
        </w:rPr>
        <w:t>56:16  yeh jo zahiri aankh hai, agar nar hai to andar jo soch hai, us mein bohat izafa ho jata hai. super thinker ban jata hai aadmi.</w:t>
      </w:r>
      <w:r>
        <w:br/>
      </w:r>
      <w:r>
        <w:rPr>
          <w:sz w:val="20"/>
        </w:rPr>
        <w:t>56:28  super thinker,</w:t>
      </w:r>
      <w:r>
        <w:br/>
      </w:r>
      <w:r>
        <w:rPr>
          <w:sz w:val="20"/>
        </w:rPr>
        <w:t>56:29  super thinker, chunancha kai bohat bari bari baaten ki hain. kuch andhe logon ne, jaise Milton ne kitab likhi hai "Paradise Lost", jo andha ho gaya tha.</w:t>
      </w:r>
      <w:r>
        <w:br/>
      </w:r>
      <w:r>
        <w:rPr>
          <w:sz w:val="20"/>
        </w:rPr>
        <w:t>56:41  to andha hone ka matlab hai ke aap ki inner side jo hai, bohat barh jaye. aise hi dekhiye, Louis Braille jo tha, kitne hi bara kaam kiya us ne ke andhon ko parhne ka uth daryaft kiya us ne.</w:t>
      </w:r>
      <w:r>
        <w:br/>
      </w:r>
      <w:r>
        <w:rPr>
          <w:sz w:val="20"/>
        </w:rPr>
        <w:t>56:57  to dunya mein Allah taala ne agar problem na rakha hota to aap ki aap ki mind activate na hota, aap ki personality mein development na hota.</w:t>
      </w:r>
      <w:r>
        <w:br/>
      </w:r>
      <w:r>
        <w:rPr>
          <w:sz w:val="20"/>
        </w:rPr>
        <w:t>57:07  yeh saboot halaat mein ke koi taraqqi hoti hai. aap aise logon ko dekh rahe hain jo paida hote hi, un ko easy money mil gaya, baap ne un ko sab kuch de diya, to zindagi bhar woh bewakoof hi bewakoof rehte hain.</w:t>
      </w:r>
      <w:r>
        <w:br/>
      </w:r>
      <w:r>
        <w:rPr>
          <w:sz w:val="20"/>
        </w:rPr>
        <w:t>57:22  stupid jeete hain, stupid marte hain.</w:t>
      </w:r>
      <w:r>
        <w:br/>
      </w:r>
      <w:r>
        <w:rPr>
          <w:sz w:val="20"/>
        </w:rPr>
        <w:t>57:26  jin logon ko shauq lage, jin logon ko problem face karna pade, un ko challenge ka samna karna pade, wohi log taraqqi karte hain is dunya mein.</w:t>
      </w:r>
    </w:p>
    <w:p>
      <w:pPr>
        <w:pStyle w:val="Heading2"/>
      </w:pPr>
      <w:r>
        <w:t>Staying unaffected by others' freedom abuse</w:t>
      </w:r>
    </w:p>
    <w:p>
      <w:r>
        <w:rPr>
          <w:color w:val="666666"/>
          <w:sz w:val="18"/>
        </w:rPr>
        <w:t>Life &amp; Wisdom · Dars-e-Quran, Chapter 2, Verse 35 | December 17, 2017 · 4m 12s · at 50:51 · https://youtu.be/Cd8MlWM7B9w?t=3051</w:t>
      </w:r>
    </w:p>
    <w:p>
      <w:r>
        <w:rPr>
          <w:i/>
        </w:rPr>
        <w:t>“How to remain unaffected by other people's misuse of freedom? What is your opinion on this?”</w:t>
      </w:r>
    </w:p>
    <w:p>
      <w:r>
        <w:rPr>
          <w:sz w:val="20"/>
        </w:rPr>
        <w:t>50:51  aah, maulana, yeh sawal bheja hai gufran sahib ne mumbai se.</w:t>
      </w:r>
      <w:r>
        <w:br/>
      </w:r>
      <w:r>
        <w:rPr>
          <w:sz w:val="20"/>
        </w:rPr>
        <w:t>50:57  انہوں نے لکھا ہے، مولانا صاحب، How to remain unaffected by other people's misuse of freedom؟</w:t>
      </w:r>
      <w:r>
        <w:br/>
      </w:r>
      <w:r>
        <w:rPr>
          <w:sz w:val="20"/>
        </w:rPr>
        <w:t>51:03  what is your opinion in this? quran mein to ek ka ek hi bataya gaya, patience, sabr.</w:t>
      </w:r>
      <w:r>
        <w:br/>
      </w:r>
      <w:r>
        <w:rPr>
          <w:sz w:val="20"/>
        </w:rPr>
        <w:t>51:09  doosra karta hai to aap</w:t>
      </w:r>
      <w:r>
        <w:br/>
      </w:r>
      <w:r>
        <w:rPr>
          <w:sz w:val="20"/>
        </w:rPr>
        <w:t>51:15  patience, sabr kijiye, patience ka tareeqa ikhtiyar kijiye, sab se aasan hai. Is se zyada aasan to koi ho nahi sakta. Ji, Maulana, agla sawal Dr. Naghma Siddiqui ne Delhi se bheja hai. Unhone aap se poocha hai ke what are some hidden distractions that we all should</w:t>
      </w:r>
      <w:r>
        <w:br/>
      </w:r>
      <w:r>
        <w:rPr>
          <w:sz w:val="20"/>
        </w:rPr>
        <w:t>51:45  "Be conscious of?" Is ke bare mein batayen.</w:t>
      </w:r>
      <w:r>
        <w:br/>
      </w:r>
      <w:r>
        <w:rPr>
          <w:sz w:val="20"/>
        </w:rPr>
        <w:t>51:53  dekhiye, distraction ki koi list list nahi hai.</w:t>
      </w:r>
      <w:r>
        <w:br/>
      </w:r>
      <w:r>
        <w:rPr>
          <w:sz w:val="20"/>
        </w:rPr>
        <w:t>52:02  koi bhi shakhs aap ko list nahi de sakta distraction ki.</w:t>
      </w:r>
      <w:r>
        <w:br/>
      </w:r>
      <w:r>
        <w:rPr>
          <w:sz w:val="20"/>
        </w:rPr>
        <w:t>52:11  aap ko khud apne andar, yani apni apni</w:t>
      </w:r>
      <w:r>
        <w:br/>
      </w:r>
      <w:r>
        <w:rPr>
          <w:sz w:val="20"/>
        </w:rPr>
        <w:t>52:19  apni thinking ko develop karna hoga. Yeh yeh self discovery ka mamla hai. Apne aap ko khud se itna zyada conscious banaiye, conscious ke jahan koi distraction ka qissa ho, foran aap ko pata chal jaye ke haan, distraction ho gaya. Woh woh ayat padhi to aap</w:t>
      </w:r>
      <w:r>
        <w:br/>
      </w:r>
      <w:r>
        <w:rPr>
          <w:sz w:val="20"/>
        </w:rPr>
        <w:t>52:49  ko woh matlab masam taaifat tazkar.</w:t>
      </w:r>
      <w:r>
        <w:br/>
      </w:r>
      <w:r>
        <w:rPr>
          <w:sz w:val="20"/>
        </w:rPr>
        <w:t>52:54  in allazina ittaquu idha masahum taaifatun minash shaitani tazakkaru faizahum mubasirun.</w:t>
      </w:r>
      <w:r>
        <w:br/>
      </w:r>
      <w:r>
        <w:rPr>
          <w:sz w:val="20"/>
        </w:rPr>
        <w:t>52:59  haan, ayat bataiye.</w:t>
      </w:r>
      <w:r>
        <w:br/>
      </w:r>
      <w:r>
        <w:rPr>
          <w:sz w:val="20"/>
        </w:rPr>
        <w:t>53:04  surah al-araf, surah number saat, ayat number do ek.</w:t>
      </w:r>
      <w:r>
        <w:br/>
      </w:r>
      <w:r>
        <w:rPr>
          <w:sz w:val="20"/>
        </w:rPr>
        <w:t>53:09  اس آیت میں بتایا گیا ہے کہ مومن کو چاہیے کہ وہ اپنے آپ کو اتنا زیادہ develop</w:t>
      </w:r>
      <w:r>
        <w:br/>
      </w:r>
      <w:r>
        <w:rPr>
          <w:sz w:val="20"/>
        </w:rPr>
        <w:t>53:14  کرے کہ جب شیطان اس کو touch کرے، ٹ</w:t>
      </w:r>
      <w:r>
        <w:br/>
      </w:r>
      <w:r>
        <w:rPr>
          <w:sz w:val="20"/>
        </w:rPr>
        <w:t>53:19  تو جلدی سے اس کو وہ جان لے کہ یہ تو شیطان نے مجھے touch کر دیا</w:t>
      </w:r>
      <w:r>
        <w:br/>
      </w:r>
      <w:r>
        <w:rPr>
          <w:sz w:val="20"/>
        </w:rPr>
        <w:t>53:27  yahan, aur phir woh apne aap ko is se bacha le.</w:t>
      </w:r>
      <w:r>
        <w:br/>
      </w:r>
      <w:r>
        <w:rPr>
          <w:sz w:val="20"/>
        </w:rPr>
        <w:t>53:34  تو کہا اس معنی کہ اپنے اپنے اندر سوچ کو develop کرنا ہے، اور کوئی دوسرا آدمی آدمی</w:t>
      </w:r>
      <w:r>
        <w:br/>
      </w:r>
      <w:r>
        <w:rPr>
          <w:sz w:val="20"/>
        </w:rPr>
        <w:t>53:42  hum ko list nahi bata sakta ke yeh</w:t>
      </w:r>
      <w:r>
        <w:br/>
      </w:r>
      <w:r>
        <w:rPr>
          <w:sz w:val="20"/>
        </w:rPr>
        <w:t>53:50  yeh possible nahi hai.</w:t>
      </w:r>
      <w:r>
        <w:br/>
      </w:r>
      <w:r>
        <w:rPr>
          <w:sz w:val="20"/>
        </w:rPr>
        <w:t>53:56  shaitan jab touch kare to hum jaldi se ba-khabar ho jayen, isi ki zaroorat hai.</w:t>
      </w:r>
      <w:r>
        <w:br/>
      </w:r>
      <w:r>
        <w:rPr>
          <w:sz w:val="20"/>
        </w:rPr>
        <w:t>54:02  maulana, kuch aur comments parhna chahenge sawal lene se pehle.</w:t>
      </w:r>
      <w:r>
        <w:br/>
      </w:r>
      <w:r>
        <w:rPr>
          <w:sz w:val="20"/>
        </w:rPr>
        <w:t>54:08  مس شبینہ علی نے کلکتہ سے لکھا ہے، each moment of our worldly life that is being spent</w:t>
      </w:r>
      <w:r>
        <w:br/>
      </w:r>
      <w:r>
        <w:rPr>
          <w:sz w:val="20"/>
        </w:rPr>
        <w:t>54:14  Here is actually a deciding factor of her eternal life,</w:t>
      </w:r>
      <w:r>
        <w:br/>
      </w:r>
      <w:r>
        <w:rPr>
          <w:sz w:val="20"/>
        </w:rPr>
        <w:t>54:20  that is hell or heaven.</w:t>
      </w:r>
      <w:r>
        <w:br/>
      </w:r>
      <w:r>
        <w:rPr>
          <w:sz w:val="20"/>
        </w:rPr>
        <w:t>54:25  The gravity of the situation is that we are not understanding this critically and spending our earthly life</w:t>
      </w:r>
      <w:r>
        <w:br/>
      </w:r>
      <w:r>
        <w:rPr>
          <w:sz w:val="20"/>
        </w:rPr>
        <w:t>54:30  with so much ease and distraction.</w:t>
      </w:r>
      <w:r>
        <w:br/>
      </w:r>
      <w:r>
        <w:rPr>
          <w:sz w:val="20"/>
        </w:rPr>
        <w:t>54:35  jazak Allah maulana sahib for opening our eyes to this important fact.</w:t>
      </w:r>
      <w:r>
        <w:br/>
      </w:r>
      <w:r>
        <w:rPr>
          <w:sz w:val="20"/>
        </w:rPr>
        <w:t>54:41  aah, miss fauzia hassan ne bhi sawal bheja hai, aah new south wales se.</w:t>
      </w:r>
      <w:r>
        <w:br/>
      </w:r>
      <w:r>
        <w:rPr>
          <w:sz w:val="20"/>
        </w:rPr>
        <w:t>54:46  unhon ne likha hai,</w:t>
      </w:r>
      <w:r>
        <w:br/>
      </w:r>
      <w:r>
        <w:rPr>
          <w:sz w:val="20"/>
        </w:rPr>
        <w:t>54:51  aah subhan allah, so beautiful, aah so beautiful, feeling so blessed listening to your inspiring thoughts. jazak allah.</w:t>
      </w:r>
      <w:r>
        <w:br/>
      </w:r>
      <w:r>
        <w:rPr>
          <w:sz w:val="20"/>
        </w:rPr>
        <w:t>54:57  maulana, ab sawal lete hain.</w:t>
      </w:r>
    </w:p>
    <w:p>
      <w:pPr>
        <w:pStyle w:val="Heading2"/>
      </w:pPr>
      <w:r>
        <w:t>Struggling to study as planned</w:t>
      </w:r>
    </w:p>
    <w:p>
      <w:r>
        <w:rPr>
          <w:color w:val="666666"/>
          <w:sz w:val="18"/>
        </w:rPr>
        <w:t>Life &amp; Wisdom · Q&amp;A 04 DEC 2011 Maulana Wahiduddin Khan · 2m 53s · at 25:46 · https://youtu.be/KIMNmuUZoGo?t=1546</w:t>
      </w:r>
    </w:p>
    <w:p>
      <w:r>
        <w:rPr>
          <w:i/>
        </w:rPr>
        <w:t>“Sir, I am a second year engineering student. I have nine subjects to study and my exams start on ninth of December. The problem is that the moment I start my studies in the morning and make a plan to study for at least ten to twelve hours, I end up studying only two to three hours, which is very insufficient.”</w:t>
      </w:r>
    </w:p>
    <w:p>
      <w:r>
        <w:rPr>
          <w:sz w:val="20"/>
        </w:rPr>
        <w:t>25:46  Maulana, agla sawal aaya hai Mr Haren Sharma ka, Delhi se. Unhone likha hai: "Sir, I am a second year engineering student.</w:t>
      </w:r>
      <w:r>
        <w:br/>
      </w:r>
      <w:r>
        <w:rPr>
          <w:sz w:val="20"/>
        </w:rPr>
        <w:t>25:56  I have nine subjects to study and my exams start on ninth of December</w:t>
      </w:r>
      <w:r>
        <w:br/>
      </w:r>
      <w:r>
        <w:rPr>
          <w:sz w:val="20"/>
        </w:rPr>
        <w:t>26:03  . The problem is that the moment I start my studies in the morning and make a plan to study for at least ten to twelve hours, I end up studying only two to three hours, which is very insufficient.</w:t>
      </w:r>
      <w:r>
        <w:br/>
      </w:r>
      <w:r>
        <w:rPr>
          <w:sz w:val="20"/>
        </w:rPr>
        <w:t>26:17  Because of this, my parents start shouting at me and I get really irritated and frustrated and end up doing nothing.</w:t>
      </w:r>
      <w:r>
        <w:br/>
      </w:r>
      <w:r>
        <w:rPr>
          <w:sz w:val="20"/>
        </w:rPr>
        <w:t>26:27  I can concentrate not more than two hours at a stretch. I am afraid I will end up failing. Please help me out."</w:t>
      </w:r>
      <w:r>
        <w:br/>
      </w:r>
      <w:r>
        <w:rPr>
          <w:sz w:val="20"/>
        </w:rPr>
        <w:t>26:44  mere khayal se aap ka aap ke habits jo hain is ko aap tod nahi paate. Yeh unnatural baat hai ke aadmi bas do ghanta parhe.</w:t>
      </w:r>
      <w:r>
        <w:br/>
      </w:r>
      <w:r>
        <w:rPr>
          <w:sz w:val="20"/>
        </w:rPr>
        <w:t>26:54  kyun aadmi ise do ghanta padhega? Aadmi chaar ghanta padh sakta hai? Main yeh nahi kehta hoon ke aap barah ghante padhein. Main yeh nahi kehta. Lekin aap do ghanta, chaar ghanta, chhe ghanta padh sakte hain.</w:t>
      </w:r>
      <w:r>
        <w:br/>
      </w:r>
      <w:r>
        <w:rPr>
          <w:sz w:val="20"/>
        </w:rPr>
        <w:t>27:05  yeh kuch habits hain jis ko aap chhod nahi paate. Bahut buri cheez hai habit. Habit jab ho jati hai kisi ki to itna us ko yaani is se itna zyada familiar ho jata hai ke na chhod kar bhi samajhta hai ke main chhod diya hai.</w:t>
      </w:r>
      <w:r>
        <w:br/>
      </w:r>
      <w:r>
        <w:rPr>
          <w:sz w:val="20"/>
        </w:rPr>
        <w:t>27:24  ajeeb baat hai. Yeh maine paya hai ke chhodte nahi samajhte ke hum ne chhod diya. Mujhe batana padta hai kahin chhod diya aap ne?</w:t>
      </w:r>
      <w:r>
        <w:br/>
      </w:r>
      <w:r>
        <w:rPr>
          <w:sz w:val="20"/>
        </w:rPr>
        <w:t>27:34  to jis aadmi ko bhi koi unnatural is qism ka yaani mamla pesh aaye, yeh unnatural yaad rakhiye.</w:t>
      </w:r>
      <w:r>
        <w:br/>
      </w:r>
      <w:r>
        <w:rPr>
          <w:sz w:val="20"/>
        </w:rPr>
        <w:t>27:43  yeh natural nahi hai.</w:t>
      </w:r>
      <w:r>
        <w:br/>
      </w:r>
      <w:r>
        <w:rPr>
          <w:sz w:val="20"/>
        </w:rPr>
        <w:t>27:46  aur is liye koi na koi habit galat lagi hui hai aap ko. Is habit ko discover kijiye. Main to aaj tak dhoondta rehta hoon ke aisi habit jo mujhe bachpan se lag gayi ho, abhi tak lagi hui ho.</w:t>
      </w:r>
      <w:r>
        <w:br/>
      </w:r>
      <w:r>
        <w:rPr>
          <w:sz w:val="20"/>
        </w:rPr>
        <w:t>28:00  to habit badi buri cheez hai.</w:t>
      </w:r>
      <w:r>
        <w:br/>
      </w:r>
      <w:r>
        <w:rPr>
          <w:sz w:val="20"/>
        </w:rPr>
        <w:t>28:03  bade bade logon ko habit lagi rehti hai. Aur bachpan se lag jati hai. To aadmi is pe condition ho jata hai. To aap aap sawab mamlaat sirf parent ka nahi hai.</w:t>
      </w:r>
      <w:r>
        <w:br/>
      </w:r>
      <w:r>
        <w:rPr>
          <w:sz w:val="20"/>
        </w:rPr>
        <w:t>28:14  aap future mein kya karenge? Aap ko zindagi guzarna hai duniya mein. Aap ke paas achhi education chahiye. To kaise zindagi guzarenge aap? Masla parent ka nahi hai, masla aap ke apne future ka hai.</w:t>
      </w:r>
      <w:r>
        <w:br/>
      </w:r>
      <w:r>
        <w:rPr>
          <w:sz w:val="20"/>
        </w:rPr>
        <w:t>28:26  to aap apni jo wrong habits hain us ko daryaft kijiye aur us apne is yaani is ko correct kijiye, is ki islaah kijiye.</w:t>
      </w:r>
    </w:p>
    <w:p>
      <w:pPr>
        <w:pStyle w:val="Heading2"/>
      </w:pPr>
      <w:r>
        <w:t>Study plan failure and parental frustration</w:t>
      </w:r>
    </w:p>
    <w:p>
      <w:r>
        <w:rPr>
          <w:color w:val="666666"/>
          <w:sz w:val="18"/>
        </w:rPr>
        <w:t>Life &amp; Wisdom · 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Suffering: Trial or Punishment</w:t>
      </w:r>
    </w:p>
    <w:p>
      <w:r>
        <w:rPr>
          <w:color w:val="666666"/>
          <w:sz w:val="18"/>
        </w:rPr>
        <w:t>Life &amp; Wisdom · Importance of Creative Thinking December 11, 2011 · 2m 19s · at 59:18 · https://youtu.be/jfML9Arb0S4?t=3558</w:t>
      </w:r>
    </w:p>
    <w:p>
      <w:r>
        <w:rPr>
          <w:i/>
        </w:rPr>
        <w:t>“My question is: if a person suffers due to his own mistake, should we call that a trial or is it a punishment for his own deeds? Please explain.”</w:t>
      </w:r>
    </w:p>
    <w:p>
      <w:r>
        <w:rPr>
          <w:sz w:val="20"/>
        </w:rPr>
        <w:t>59:18  unhon ne likha hai: "mera sawal yeh hai ke insaan ko apni kisi ghalti ki wajah se jo takleef pahunchti hai, kya is ko bhi hum aazmaish kahenge ya woh aazmaish nahi hogi balke apne kiye ki saza hogi?" is ki wazahat farmayen.</w:t>
      </w:r>
      <w:r>
        <w:br/>
      </w:r>
      <w:r>
        <w:rPr>
          <w:sz w:val="20"/>
        </w:rPr>
        <w:t>59:40  nahi, saza nahi kahiye is ko, woh ek ibaadat ka mauqa hai.</w:t>
      </w:r>
      <w:r>
        <w:br/>
      </w:r>
      <w:r>
        <w:rPr>
          <w:sz w:val="20"/>
        </w:rPr>
        <w:t>59:48  dekhen, jab bhi aadmi koi ghalti kare aur us ghalti ka us ko, us ki wajah se us ko koi nuqsan ho to woh ibaadat ka mauqa hota hai.</w:t>
      </w:r>
      <w:r>
        <w:br/>
      </w:r>
      <w:r>
        <w:rPr>
          <w:sz w:val="20"/>
        </w:rPr>
        <w:t>1:00:01  kya is se aadmi ke andar izzat paida hota hai, tawazu paida hoti hai, apni kami ka ehsaas hota hai, modesty aati hai, aur Allah ki taraf rujoo karta hai?</w:t>
      </w:r>
      <w:r>
        <w:br/>
      </w:r>
      <w:r>
        <w:rPr>
          <w:sz w:val="20"/>
        </w:rPr>
        <w:t>1:00:13  woh</w:t>
      </w:r>
      <w:r>
        <w:br/>
      </w:r>
      <w:r>
        <w:rPr>
          <w:sz w:val="20"/>
        </w:rPr>
        <w:t>1:00:14  agar aadmi bilkul sab kaam is ka theek bana hua ho, koi baat bigre na to Allah ki taraf rujoo nahi hoga, us ko dua nahi, us ke ubhre gi, zikr nahi ubhre ga, Allah ki azmat ko daryafti kar paye ga.</w:t>
      </w:r>
      <w:r>
        <w:br/>
      </w:r>
      <w:r>
        <w:rPr>
          <w:sz w:val="20"/>
        </w:rPr>
        <w:t>1:00:28  woh to yeh to, yeh to ek blessing hai, blessing ke aadmi ko koi nuqsan uthana pade, koi baat bigar jaye us ki kahin na kahen.</w:t>
      </w:r>
      <w:r>
        <w:br/>
      </w:r>
      <w:r>
        <w:rPr>
          <w:sz w:val="20"/>
        </w:rPr>
        <w:t>1:00:41  wohi to mauqa hota hai jab aap ko apne apni helplessness ko aap daryaft karte hain, apni izzat ko daryaft karte hain, apni kami ko daryaft karte hain, aur wahan par aap criticize hote hain.</w:t>
      </w:r>
      <w:r>
        <w:br/>
      </w:r>
      <w:r>
        <w:rPr>
          <w:sz w:val="20"/>
        </w:rPr>
        <w:t>1:00:56  aur phir is ke baad woh sari baaten ubharti hain, zikr aur dua aur ibaadat aur inabat, akhbaar yeh sab paida hota hai.</w:t>
      </w:r>
      <w:r>
        <w:br/>
      </w:r>
      <w:r>
        <w:rPr>
          <w:sz w:val="20"/>
        </w:rPr>
        <w:t>1:01:04  main samajhta hoon ke yeh achhi baat nahi ke aadmi ki zindagi mein kuch na bigaad ho, kuch baat sab banti chali jaye, sab is ka theek theek ho.</w:t>
      </w:r>
      <w:r>
        <w:br/>
      </w:r>
      <w:r>
        <w:rPr>
          <w:sz w:val="20"/>
        </w:rPr>
        <w:t>1:01:14  yeh koi achhi baat nahi hai kyunke is ke andar muhasba nahi hoga, is ke andar self thinking nahi hogi. to is wajah se is ko ek rehmat ke roop mein lijiye, is ko kisi zehmat ke roop mein mat lijiye,</w:t>
      </w:r>
      <w:r>
        <w:br/>
      </w:r>
      <w:r>
        <w:rPr>
          <w:sz w:val="20"/>
        </w:rPr>
        <w:t>1:01:33  yeh blessing in disguise hai. yeh</w:t>
      </w:r>
    </w:p>
    <w:p>
      <w:pPr>
        <w:pStyle w:val="Heading2"/>
      </w:pPr>
      <w:r>
        <w:t>Teaching patience to today's youth</w:t>
      </w:r>
    </w:p>
    <w:p>
      <w:r>
        <w:rPr>
          <w:color w:val="666666"/>
          <w:sz w:val="18"/>
        </w:rPr>
        <w:t>Life &amp; Wisdom · Understanding the Quran April 7, 2019 · 2m 10s · at 37:56 · https://youtu.be/m_Om5MtQJz4?t=2276</w:t>
      </w:r>
    </w:p>
    <w:p>
      <w:r>
        <w:rPr>
          <w:i/>
        </w:rPr>
        <w:t>“Maulana saheb, to be satisfied with less and to plan for the future requires a lot of patience. Today's youth does not have that patience because they always live in the psychology of haste, and due to this they make mistake after mistake, and become a victim of depression. My question is: how can we make the youth of today understand the virtue of patience?”</w:t>
      </w:r>
    </w:p>
    <w:p>
      <w:r>
        <w:rPr>
          <w:sz w:val="20"/>
        </w:rPr>
        <w:t>37:56  Maulana, agla sawal lete hain. Yeh sawal bheja hai Sadiq Khan sahab ne Ahmedabad se. Unhone likha hai: "Maulana sahab, kaam pe satisfied hona aur aage ke liye planning karne ke liye bohat sabr karna padta hai.</w:t>
      </w:r>
      <w:r>
        <w:br/>
      </w:r>
      <w:r>
        <w:rPr>
          <w:sz w:val="20"/>
        </w:rPr>
        <w:t>38:16  aaj ka youth itna sabr nahi karta kyunke hamesha woh jaldi ki psychology mein rehta hai, aur isi wajah se ghalati par ghalati karta hai, aur depression ka shikar ho jata hai.</w:t>
      </w:r>
      <w:r>
        <w:br/>
      </w:r>
      <w:r>
        <w:rPr>
          <w:sz w:val="20"/>
        </w:rPr>
        <w:t>38:29  mera sawal yeh hai ke: "How can we make the youth of today understand the virtue of sabr?" dekhiye, sabr koi mamooli baat nahi hai.</w:t>
      </w:r>
      <w:r>
        <w:br/>
      </w:r>
      <w:r>
        <w:rPr>
          <w:sz w:val="20"/>
        </w:rPr>
        <w:t>38:46  sabr koi mamooli baat nahi hai. sabr ka matlab hai apni tanhai ko khatam kar ke Allah ko apne sath le laina.</w:t>
      </w:r>
      <w:r>
        <w:br/>
      </w:r>
      <w:r>
        <w:rPr>
          <w:sz w:val="20"/>
        </w:rPr>
        <w:t>38:59  aap ghor kijiye ke sabr koi mamooli baat hai. sabr ke mani hain ke Allah ko apne sath le lena, Rab ul Alameen ko apne sath le lena, sari kainat ke malik ko apne sath le lena.</w:t>
      </w:r>
      <w:r>
        <w:br/>
      </w:r>
      <w:r>
        <w:rPr>
          <w:sz w:val="20"/>
        </w:rPr>
        <w:t>39:14  bataiye, is mani mein sabr to is se bari to koi cheez hi nahi. is se bari to koi cheez hi nahi.</w:t>
      </w:r>
      <w:r>
        <w:br/>
      </w:r>
      <w:r>
        <w:rPr>
          <w:sz w:val="20"/>
        </w:rPr>
        <w:t>39:28  maulana, doctor naghma siddiqui ne dilli se likha hai: "maulana, I understood clearly today that we have to restudy and discover the meaning of the Quran and apply it to our lives.</w:t>
      </w:r>
      <w:r>
        <w:br/>
      </w:r>
      <w:r>
        <w:rPr>
          <w:sz w:val="20"/>
        </w:rPr>
        <w:t>39:41  And in today's age of peace, all aspects of Islam have to be reinterpreted on peaceful lines. It is very, very important.</w:t>
      </w:r>
      <w:r>
        <w:br/>
      </w:r>
      <w:r>
        <w:rPr>
          <w:sz w:val="20"/>
        </w:rPr>
        <w:t>39:52  May God help us to do this and apply it in our life and as a part of teamwork in the Quran mission۔" mashallah.</w:t>
      </w:r>
    </w:p>
    <w:p>
      <w:pPr>
        <w:pStyle w:val="Heading2"/>
      </w:pPr>
      <w:r>
        <w:t>Time management in today's busy life</w:t>
      </w:r>
    </w:p>
    <w:p>
      <w:r>
        <w:rPr>
          <w:color w:val="666666"/>
          <w:sz w:val="18"/>
        </w:rPr>
        <w:t>Life &amp; Wisdom · 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Truth and frustration</w:t>
      </w:r>
    </w:p>
    <w:p>
      <w:r>
        <w:rPr>
          <w:color w:val="666666"/>
          <w:sz w:val="18"/>
        </w:rPr>
        <w:t>Life &amp; Wisdom · Revival of Abrahamic Mission October 28, 2012 · 2m 03s · at 1:07:28 · https://youtu.be/9mV72V5gsqM?t=4048</w:t>
      </w:r>
    </w:p>
    <w:p>
      <w:r>
        <w:rPr>
          <w:i/>
        </w:rPr>
        <w:t>“If I have discovered truth, will I never experience frustration? What is your comment on this?”</w:t>
      </w:r>
    </w:p>
    <w:p>
      <w:r>
        <w:rPr>
          <w:sz w:val="20"/>
        </w:rPr>
        <w:t>1:07:28  Maulana, Delhi se sawal hai Muhammad Noor sahib ka. Unhone likha hai: "If I have discovered truth, will I never experience frustration?</w:t>
      </w:r>
      <w:r>
        <w:br/>
      </w:r>
      <w:r>
        <w:rPr>
          <w:sz w:val="20"/>
        </w:rPr>
        <w:t>1:07:38  What is your comment on this?"</w:t>
      </w:r>
      <w:r>
        <w:br/>
      </w:r>
      <w:r>
        <w:rPr>
          <w:sz w:val="20"/>
        </w:rPr>
        <w:t>1:07:45  Abhi mera tajurba to yahi hai.</w:t>
      </w:r>
      <w:r>
        <w:br/>
      </w:r>
      <w:r>
        <w:rPr>
          <w:sz w:val="20"/>
        </w:rPr>
        <w:t>1:07:51  Mera tajurba to yeh hai ke mein Allah ke fazal se tension free rehta hoon. Mujhe akhirat ki fikr to zaroor hai, lekin dunya tension hota hai.</w:t>
      </w:r>
      <w:r>
        <w:br/>
      </w:r>
      <w:r>
        <w:rPr>
          <w:sz w:val="20"/>
        </w:rPr>
        <w:t>1:08:00  Dunya ko le kar ke, dunya ko le kar tension hota hai. To dunya ke mamlaat mein insaan tension free ban jata hai, is mein koi shaq nahi.</w:t>
      </w:r>
      <w:r>
        <w:br/>
      </w:r>
      <w:r>
        <w:rPr>
          <w:sz w:val="20"/>
        </w:rPr>
        <w:t>1:08:13  Agar is ko woh sachai mil jaye jo Allah ke nazdeek sachai hai, yeh bhi samajh lijiye.</w:t>
      </w:r>
      <w:r>
        <w:br/>
      </w:r>
      <w:r>
        <w:rPr>
          <w:sz w:val="20"/>
        </w:rPr>
        <w:t>1:08:22  Self style sachai se nahi aisa hoga, kyunke jab woh sachai mil jaye aap ko jo Allah ke nazdeek sachai hai, to aap ka aap ka talluq Allah se qaim ho gaya.</w:t>
      </w:r>
      <w:r>
        <w:br/>
      </w:r>
      <w:r>
        <w:rPr>
          <w:sz w:val="20"/>
        </w:rPr>
        <w:t>1:08:39  Aap phir, yani Allah se aap ka communication hoga, Allah ki help aap tak pohnchegi, Allah ka inspiration milega aap ko.</w:t>
      </w:r>
      <w:r>
        <w:br/>
      </w:r>
      <w:r>
        <w:rPr>
          <w:sz w:val="20"/>
        </w:rPr>
        <w:t>1:08:49  To yeh saare faide is sachai ke liye hain jo Allah ke nazdeek sachai ho. Kisi bhi self self style sachai ke liye yeh faide nahi hain.</w:t>
      </w:r>
      <w:r>
        <w:br/>
      </w:r>
      <w:r>
        <w:rPr>
          <w:sz w:val="20"/>
        </w:rPr>
        <w:t>1:09:02  Khud hi khud log bana lete hain ke yeh sachai hai, yeh sachai hai. To is mein yeh faide kahan se milenge?</w:t>
      </w:r>
      <w:r>
        <w:br/>
      </w:r>
      <w:r>
        <w:rPr>
          <w:sz w:val="20"/>
        </w:rPr>
        <w:t>1:09:11  allah ne jis cheez ko sachai bataya hai, allah ke nazdeek jo jo sachai hai, jab woh mil jaye aap ko to aap allah se jud gaye.</w:t>
      </w:r>
      <w:r>
        <w:br/>
      </w:r>
      <w:r>
        <w:rPr>
          <w:sz w:val="20"/>
        </w:rPr>
        <w:t>1:09:21  jab aap allah se jud gaye to phir tension, tension kahan? phir to tension khatam.</w:t>
      </w:r>
    </w:p>
    <w:p>
      <w:pPr>
        <w:pStyle w:val="Heading2"/>
      </w:pPr>
      <w:r>
        <w:t>Underestimating intellectual power vs overestimating weapons</w:t>
      </w:r>
    </w:p>
    <w:p>
      <w:r>
        <w:rPr>
          <w:color w:val="666666"/>
          <w:sz w:val="18"/>
        </w:rPr>
        <w:t>Life &amp; Wisdom · Don't Be Angry Culture January 15, 2012 · 3m 53s · at 58:30 · https://youtu.be/NrA3X8y_FLY?t=3510</w:t>
      </w:r>
    </w:p>
    <w:p>
      <w:r>
        <w:rPr>
          <w:i/>
        </w:rPr>
        <w:t>“To what extent is it correct to underestimate intellectual power and overestimate the power of weapons?”</w:t>
      </w:r>
    </w:p>
    <w:p>
      <w:r>
        <w:rPr>
          <w:sz w:val="20"/>
        </w:rPr>
        <w:t>58:30  Maulana, yeh sawal aaya hai Tamil Nadu se Maulana Farhad Ahmed Salafi sahib ka. Unhon ne likha hai: "Fikri quwwat ko kamtar samajhna aur Weapons ki taqat ko badh tak samajhna kahan tak sahi hai?" Kuch bhi sahi nahi hai.</w:t>
      </w:r>
      <w:r>
        <w:br/>
      </w:r>
      <w:r>
        <w:rPr>
          <w:sz w:val="20"/>
        </w:rPr>
        <w:t>58:51  yeh to galat hi galat hai. Fikri taqat hi badi taqat hai.</w:t>
      </w:r>
      <w:r>
        <w:br/>
      </w:r>
      <w:r>
        <w:rPr>
          <w:sz w:val="20"/>
        </w:rPr>
        <w:t>58:59  hathiyar ki taqat koi taqat nahi hai. Yaad rakhiye, poori tareekh mein koi ek bhi misaal aisi nahi hai ke asleha ki taqat se, yani hathiyar ki taqat se, kabhi kisi ne koi badi kamyabi paayi ho.</w:t>
      </w:r>
      <w:r>
        <w:br/>
      </w:r>
      <w:r>
        <w:rPr>
          <w:sz w:val="20"/>
        </w:rPr>
        <w:t>59:17  Recently misalein dekhiye, do Super Power the: Roos aur America.</w:t>
      </w:r>
      <w:r>
        <w:br/>
      </w:r>
      <w:r>
        <w:rPr>
          <w:sz w:val="20"/>
        </w:rPr>
        <w:t>59:24  Roos jo hai, apne Super Power ke zoom mein aur apne hathiyar ke zoom mein dakhil ho gaya Afghanistan mein. Samajhta tha ke hathiyar ke zor par woh apne Afghanistan par qabza kar lega.</w:t>
      </w:r>
      <w:r>
        <w:br/>
      </w:r>
      <w:r>
        <w:rPr>
          <w:sz w:val="20"/>
        </w:rPr>
        <w:t>59:39  Lekin aap jante hain ke Roos ko nakami hui, wapas jana pada is ko.</w:t>
      </w:r>
      <w:r>
        <w:br/>
      </w:r>
      <w:r>
        <w:rPr>
          <w:sz w:val="20"/>
        </w:rPr>
        <w:t>59:45  Isi tarah se America, jo Super Power tha, woh ghus gaya Iraq mein hathiyar le kar ke.</w:t>
      </w:r>
      <w:r>
        <w:br/>
      </w:r>
      <w:r>
        <w:rPr>
          <w:sz w:val="20"/>
        </w:rPr>
        <w:t>59:54  Lekin wahan pe wapas jana pada is ko. To poori tareekh mein</w:t>
      </w:r>
      <w:r>
        <w:br/>
      </w:r>
      <w:r>
        <w:rPr>
          <w:sz w:val="20"/>
        </w:rPr>
        <w:t>1:00:02  kabhi bhi hathiyar ke zariye koi bari taqat nahi mili hai. Is ke bar aks fiqah ki taqat. Fiqah ki taqat ko wasee tar mani mein lijiyye.</w:t>
      </w:r>
      <w:r>
        <w:br/>
      </w:r>
      <w:r>
        <w:rPr>
          <w:sz w:val="20"/>
        </w:rPr>
        <w:t>1:00:12  Yaani Ideology, Education, Peaceful Activities, yeh sab fiqah ki taqat hai.</w:t>
      </w:r>
      <w:r>
        <w:br/>
      </w:r>
      <w:r>
        <w:rPr>
          <w:sz w:val="20"/>
        </w:rPr>
        <w:t>1:00:20  Fiqah ki taqat ko kisi mehdood mani mein mat lijiyye.</w:t>
      </w:r>
      <w:r>
        <w:br/>
      </w:r>
      <w:r>
        <w:rPr>
          <w:sz w:val="20"/>
        </w:rPr>
        <w:t>1:00:26  Is ko wasee tar mani mein lijiyye. Ideology ko istemal karna, nazariye ko istemal karna, Education ko istemal karna, Peaceful Activities ko istemal karna, yeh hai fiqah ki taqat.</w:t>
      </w:r>
      <w:r>
        <w:br/>
      </w:r>
      <w:r>
        <w:rPr>
          <w:sz w:val="20"/>
        </w:rPr>
        <w:t>1:00:42  Yaani ek hai Peaceful Activism, ek hai Violent Activism. To fiqah ki taqat ka matlab hai Peaceful Activism ka tareeqa ikhtiyar karna.</w:t>
      </w:r>
      <w:r>
        <w:br/>
      </w:r>
      <w:r>
        <w:rPr>
          <w:sz w:val="20"/>
        </w:rPr>
        <w:t>1:00:57  Aur is ka ulta hai Violent Activism. Yaani tashaddud ke zariye se kamyabi hasil karne ki koshish karna.</w:t>
      </w:r>
      <w:r>
        <w:br/>
      </w:r>
      <w:r>
        <w:rPr>
          <w:sz w:val="20"/>
        </w:rPr>
        <w:t>1:01:05  To zindagi, yaani tareekh batati hai ke kabhi bhi Violent Activism kisi ke liye mufeed nahi hua hai.</w:t>
      </w:r>
      <w:r>
        <w:br/>
      </w:r>
      <w:r>
        <w:rPr>
          <w:sz w:val="20"/>
        </w:rPr>
        <w:t>1:01:16  Jab bhi mufeed hua, Peaceful Activism. Khud India mein aap dekh lijiyye. India mein 1897 mein Angrezon ke khilaf ladai shuru hui.</w:t>
      </w:r>
      <w:r>
        <w:br/>
      </w:r>
      <w:r>
        <w:rPr>
          <w:sz w:val="20"/>
        </w:rPr>
        <w:t>1:01:25  Bahut maar kaat hui. Lekin azadi kahan mili? Azadi mili jab Mahatma Gandhi ne Non-Violence ka tareeqa ikhtiyar kiya.</w:t>
      </w:r>
      <w:r>
        <w:br/>
      </w:r>
      <w:r>
        <w:rPr>
          <w:sz w:val="20"/>
        </w:rPr>
        <w:t>1:01:39  Hadees mein hai yeh baat wazeh taur par: إن الله یعطی الرفق مولا یعطی العنف yaani God grants to non-viol</w:t>
      </w:r>
      <w:r>
        <w:br/>
      </w:r>
      <w:r>
        <w:rPr>
          <w:sz w:val="20"/>
        </w:rPr>
        <w:t>1:01:52  ence what He does not grant to violence. Khuda Peace par woh cheez deta hai jo tashaddud par nahi deta.</w:t>
      </w:r>
      <w:r>
        <w:br/>
      </w:r>
      <w:r>
        <w:rPr>
          <w:sz w:val="20"/>
        </w:rPr>
        <w:t>1:02:02  Yeh fitrat ka usool hai, tareekh ki shahadat hai, aur Quran o Hadees mein yeh baat wazeh taur par batai gayi hai. Hadees Quran mein hai: إن أصله خير</w:t>
      </w:r>
      <w:r>
        <w:br/>
      </w:r>
      <w:r>
        <w:rPr>
          <w:sz w:val="20"/>
        </w:rPr>
        <w:t>1:02:14  Yaani parman shakti se aap jab hasil karein, karne ki koshish karein, karte hain ek kaam ko to maqsad hasil hota hai aur koi baat bigadne nahi paati.</w:t>
      </w:r>
    </w:p>
    <w:p>
      <w:pPr>
        <w:pStyle w:val="Heading2"/>
      </w:pPr>
      <w:r>
        <w:t>Understanding loss and failure in Islam</w:t>
      </w:r>
    </w:p>
    <w:p>
      <w:r>
        <w:rPr>
          <w:color w:val="666666"/>
          <w:sz w:val="18"/>
        </w:rPr>
        <w:t>Life &amp; Wisdom · Surah Al-'Asr I November 23, 2014 Maulana Wahiduddin Khan · 3m 08s · at 1:19:03 · https://youtu.be/3dBMIUC0Dqw?t=4743</w:t>
      </w:r>
    </w:p>
    <w:p>
      <w:r>
        <w:rPr>
          <w:i/>
        </w:rPr>
        <w:t>“When a person suffers a loss or failure, what should he think? Is it that Allah has a better plan, or is it a learning process, or a learning experience and a test? After loss, people say that Allah has planned something good. How correct is this understanding?”</w:t>
      </w:r>
    </w:p>
    <w:p>
      <w:r>
        <w:rPr>
          <w:sz w:val="20"/>
        </w:rPr>
        <w:t>1:19:03  Maulana, agla sawal Hyderabad se aya hai, Zeeshan Yusuf sahib ka, aur unhon ne likha hai: Jab insan koi, jab insan ka koi nuqsan ya failure ho jaye to use kya sochna chahiye?</w:t>
      </w:r>
      <w:r>
        <w:br/>
      </w:r>
      <w:r>
        <w:rPr>
          <w:sz w:val="20"/>
        </w:rPr>
        <w:t>1:19:19  Allah ka koi aur acha plan ho ga ya phir yeh learning process, ya yaani ya phir yeh learning experience aur imtehan hai?</w:t>
      </w:r>
      <w:r>
        <w:br/>
      </w:r>
      <w:r>
        <w:rPr>
          <w:sz w:val="20"/>
        </w:rPr>
        <w:t>1:19:30  Nuqsan ke baad log yeh bolte hain ke Allah ne kuch acha plan kar rakha ho ga. Yeh fehm, soch kahan tak sahi hai?</w:t>
      </w:r>
      <w:r>
        <w:br/>
      </w:r>
      <w:r>
        <w:rPr>
          <w:sz w:val="20"/>
        </w:rPr>
        <w:t>1:19:42  Dekhein, pehla jo maslak hai woh to batata hoon aap ko mein. Mein hamesha aise mauqe par Hazrat Ali ka aik qoul yaad karta hoon.</w:t>
      </w:r>
      <w:r>
        <w:br/>
      </w:r>
      <w:r>
        <w:rPr>
          <w:sz w:val="20"/>
        </w:rPr>
        <w:t>1:19:55  Unhon ne kaha tha ke "Al khair e fima waqa" . Jo hua wohi behtar tha.</w:t>
      </w:r>
      <w:r>
        <w:br/>
      </w:r>
      <w:r>
        <w:rPr>
          <w:sz w:val="20"/>
        </w:rPr>
        <w:t>1:20:06  Yaani "What happened, happened for our betterment" . Is se dekhein, feel for aap ke andar positive thinking aa jati hai.</w:t>
      </w:r>
      <w:r>
        <w:br/>
      </w:r>
      <w:r>
        <w:rPr>
          <w:sz w:val="20"/>
        </w:rPr>
        <w:t>1:20:16  Acha, positive thinking anay ke mani, yaani koi, yaani wahan par full stop nahi aata,</w:t>
      </w:r>
      <w:r>
        <w:br/>
      </w:r>
      <w:r>
        <w:rPr>
          <w:sz w:val="20"/>
        </w:rPr>
        <w:t>1:20:23  wo stop nahi ho jata wahan par, balkeh soch ka direction sahi ho jata hai. Yeh jo Hazrat Ali ka qoul hai, is ko mannay se kya hota hai ke soch ka direction sahi hota hai.</w:t>
      </w:r>
      <w:r>
        <w:br/>
      </w:r>
      <w:r>
        <w:rPr>
          <w:sz w:val="20"/>
        </w:rPr>
        <w:t>1:20:36  Bajaye negative side mein sochne ke, hum positive side mein sochne lagte hain.</w:t>
      </w:r>
      <w:r>
        <w:br/>
      </w:r>
      <w:r>
        <w:rPr>
          <w:sz w:val="20"/>
        </w:rPr>
        <w:t>1:20:43  To mujhe bohat zabardast yeh lagta hai yeh qoul "Al khair e fima waqa" . Agar aap yeh na sochein to aap ki soch chalegi negative side mein, aur yeh aap qoul yaad kar lein to aap ki thinking chalegi positive side mein.</w:t>
      </w:r>
      <w:r>
        <w:br/>
      </w:r>
      <w:r>
        <w:rPr>
          <w:sz w:val="20"/>
        </w:rPr>
        <w:t>1:21:03  Bas yahi, yahi is ka solution hai aur koi doosra solution hai nahi. Okay, we will end this session now</w:t>
      </w:r>
      <w:r>
        <w:br/>
      </w:r>
      <w:r>
        <w:rPr>
          <w:sz w:val="20"/>
        </w:rPr>
        <w:t>1:21:12  . Thank you.</w:t>
      </w:r>
    </w:p>
    <w:p>
      <w:pPr>
        <w:pStyle w:val="Heading2"/>
      </w:pPr>
      <w:r>
        <w:t>Understanding the true meaning of stress</w:t>
      </w:r>
    </w:p>
    <w:p>
      <w:r>
        <w:rPr>
          <w:color w:val="666666"/>
          <w:sz w:val="18"/>
        </w:rPr>
        <w:t>Life &amp; Wisdom · Studying The Quran with Open Mind October 20, 2019 Maulana Wahiduddin Khan · 2m 40s · at 53:25 · https://youtu.be/OPyJO5TP_wI?t=3205</w:t>
      </w:r>
    </w:p>
    <w:p>
      <w:r>
        <w:rPr>
          <w:i/>
        </w:rPr>
        <w:t>“Science says stress causes problems and should be avoided, but you teach that stress makes us more aware and strong. How can I understand the true meaning of stress?”</w:t>
      </w:r>
    </w:p>
    <w:p>
      <w:r>
        <w:rPr>
          <w:sz w:val="20"/>
        </w:rPr>
        <w:t>53:25  Maulana yeh sawal Karachi Pakistan se Daniya Miss Daniya Mustafa ne bheja hai unhon ne likha hai Maulana sahib today science says that stress creates lot of problems for human body and that stress and depression should be avoided but your teaching is that stress makes us more aware and strong</w:t>
      </w:r>
      <w:r>
        <w:br/>
      </w:r>
      <w:r>
        <w:rPr>
          <w:sz w:val="20"/>
        </w:rPr>
        <w:t>53:52  molana how can I understand the true meaning of stress</w:t>
      </w:r>
      <w:r>
        <w:br/>
      </w:r>
      <w:r>
        <w:rPr>
          <w:sz w:val="20"/>
        </w:rPr>
        <w:t>53:57  nahi aap ne yeh farmaya ke science aisa kehti hai ke galat bilkul galat baat hai kaha kaun</w:t>
      </w:r>
      <w:r>
        <w:br/>
      </w:r>
      <w:r>
        <w:rPr>
          <w:sz w:val="20"/>
        </w:rPr>
        <w:t>54:03  sa science aisa kehti hai mujhe bataiye is ka is ka reference bataiye bataiye koi aisi science nahi</w:t>
      </w:r>
      <w:r>
        <w:br/>
      </w:r>
      <w:r>
        <w:rPr>
          <w:sz w:val="20"/>
        </w:rPr>
        <w:t>54:11  hai jo aisa kehti ho</w:t>
      </w:r>
      <w:r>
        <w:br/>
      </w:r>
      <w:r>
        <w:rPr>
          <w:sz w:val="20"/>
        </w:rPr>
        <w:t>54:15  kuch log aisa kehte hain yeh yeh kahiye aa miss famida khan ne aa comment bheja hai noida</w:t>
      </w:r>
      <w:r>
        <w:br/>
      </w:r>
      <w:r>
        <w:rPr>
          <w:sz w:val="20"/>
        </w:rPr>
        <w:t>54:24  se unhon ne likha hai molana aaj ke lecture se quran ke hawale se bohat bari baat samajh</w:t>
      </w:r>
      <w:r>
        <w:br/>
      </w:r>
      <w:r>
        <w:rPr>
          <w:sz w:val="20"/>
        </w:rPr>
        <w:t>54:31  mein aayi molana mein ne hamesha quran padha lekin kabhi bhi mein is se kuch</w:t>
      </w:r>
      <w:r>
        <w:br/>
      </w:r>
      <w:r>
        <w:rPr>
          <w:sz w:val="20"/>
        </w:rPr>
        <w:t>54:37  na seekh paayi lekin jab se tazkir ul quran parhna shuru kiya mujhe mujhe samajh aane laga hai quran hum se kya chahta hai molana aap ne jis tarah science aur universe ko samajh kar tazkir ul quran likha hai jo sab ke mind ko address karta hai aur ab koi bhi aasani se samajh sakta hai ke quran hum se kya chahta hai okay we will end this sess</w:t>
      </w:r>
      <w:r>
        <w:br/>
      </w:r>
      <w:r>
        <w:rPr>
          <w:sz w:val="20"/>
        </w:rPr>
        <w:t>55:06  ion now thank you.</w:t>
      </w:r>
    </w:p>
    <w:p>
      <w:pPr>
        <w:pStyle w:val="Heading2"/>
      </w:pPr>
      <w:r>
        <w:t>Understanding thinking as worship</w:t>
      </w:r>
    </w:p>
    <w:p>
      <w:r>
        <w:rPr>
          <w:color w:val="666666"/>
          <w:sz w:val="18"/>
        </w:rPr>
        <w:t>Life &amp; Wisdom · Nation Building On India's Republic Day Jan 26, 2020 Maulana Wahiduddin Khan · 3m 11s · at 58:12 · https://youtu.be/58CVocbLAb8?t=3492</w:t>
      </w:r>
    </w:p>
    <w:p>
      <w:r>
        <w:rPr>
          <w:i/>
        </w:rPr>
        <w:t>“You said that thinking for all humanity is worship, and thinking about a country is also worship. Please help us understand this concept more. If possible, give references from the Quran and Hadith, as this concept really needs to be adopted by all Muslims.”</w:t>
      </w:r>
    </w:p>
    <w:p>
      <w:r>
        <w:rPr>
          <w:sz w:val="20"/>
        </w:rPr>
        <w:t>58:12  muhammad bilal shafi sahib ne dilli se sawal kiya hai. unhon ne likha hai: "maulana aap ne jo bataya abhi ke sare insaan ke liye sochna ek ibadat hai.</w:t>
      </w:r>
      <w:r>
        <w:br/>
      </w:r>
      <w:r>
        <w:rPr>
          <w:sz w:val="20"/>
        </w:rPr>
        <w:t>58:24  To think about a country is also ibadat.</w:t>
      </w:r>
      <w:r>
        <w:br/>
      </w:r>
      <w:r>
        <w:rPr>
          <w:sz w:val="20"/>
        </w:rPr>
        <w:t>58:28  Please help us understand it more. If possible with reference from quran and hadith. As this concept really needs to be adopted by by all the Muslims.</w:t>
      </w:r>
      <w:r>
        <w:br/>
      </w:r>
      <w:r>
        <w:rPr>
          <w:sz w:val="20"/>
        </w:rPr>
        <w:t>58:42  And I find myself lacking in this spirit. "dekhie quran milta hai arabi zaban se nahi tadabbur ke zariye se.</w:t>
      </w:r>
      <w:r>
        <w:br/>
      </w:r>
      <w:r>
        <w:rPr>
          <w:sz w:val="20"/>
        </w:rPr>
        <w:t>58:57  Sirf arabi janen aap dukan mil jaye aap ko aisa nahi hai. Aap ko tadabbur karna parega tadabbur. Lehaza tabarru ayat hi.</w:t>
      </w:r>
      <w:r>
        <w:br/>
      </w:r>
      <w:r>
        <w:rPr>
          <w:sz w:val="20"/>
        </w:rPr>
        <w:t>59:07  Misla aaj ki baat mein to kehta hoon aaj. Aur subah mein soch raha tha quran ke bare mein. Alhamdulillah rabbul alameen.</w:t>
      </w:r>
      <w:r>
        <w:br/>
      </w:r>
      <w:r>
        <w:rPr>
          <w:sz w:val="20"/>
        </w:rPr>
        <w:t>59:20  Alhamdulillah rabbul alameen. To hamare ulma kehte hain ke ek ek hoti hai khabar ek hoti hai insha.</w:t>
      </w:r>
      <w:r>
        <w:br/>
      </w:r>
      <w:r>
        <w:rPr>
          <w:sz w:val="20"/>
        </w:rPr>
        <w:t>59:31  Yani khabariya jumla insha yeh jumla jumla. Yani khabar ka matlab yeh hai ke aisa ho raha hai dunya mein. Yeh batana.</w:t>
      </w:r>
      <w:r>
        <w:br/>
      </w:r>
      <w:r>
        <w:rPr>
          <w:sz w:val="20"/>
        </w:rPr>
        <w:t>59:41  Aur insha yeh hai ke yeh karo. To alhamdulillah rabbul alameen. Khabar nahi hai insha bhi hai.</w:t>
      </w:r>
      <w:r>
        <w:br/>
      </w:r>
      <w:r>
        <w:rPr>
          <w:sz w:val="20"/>
        </w:rPr>
        <w:t>59:51  Balke khabar bhi hai insha bhi hai. Yani Allah ko</w:t>
      </w:r>
      <w:r>
        <w:br/>
      </w:r>
      <w:r>
        <w:rPr>
          <w:sz w:val="20"/>
        </w:rPr>
        <w:t>59:58  yad karo is ke hum ke sath. Allah ko</w:t>
      </w:r>
      <w:r>
        <w:br/>
      </w:r>
      <w:r>
        <w:rPr>
          <w:sz w:val="20"/>
        </w:rPr>
        <w:t>1:00:07  is ki barhai ke sath is ki is ki azmaton ke sath yad karo. Yani woh khabar bhi hai insha bhi hai.</w:t>
      </w:r>
      <w:r>
        <w:br/>
      </w:r>
      <w:r>
        <w:rPr>
          <w:sz w:val="20"/>
        </w:rPr>
        <w:t>1:00:23  Yeh quran milta hai aap ko tadabbur ke zariye. Sirf arabi dani ke zariye nahi milta.</w:t>
      </w:r>
      <w:r>
        <w:br/>
      </w:r>
      <w:r>
        <w:rPr>
          <w:sz w:val="20"/>
        </w:rPr>
        <w:t>1:00:34  Tadabbur karen ge to quran milega. Nahi to quran nahi milega. Is ko hadith mein in alfaz mein kaha gaya hai ke woh kya alfaz hain sab?</w:t>
      </w:r>
      <w:r>
        <w:br/>
      </w:r>
      <w:r>
        <w:rPr>
          <w:sz w:val="20"/>
        </w:rPr>
        <w:t>1:00:48  Taahhud bil quran. Haan taahhud bil quran. Taahhud bil quran yani bil quran se lipat lipat jao.</w:t>
      </w:r>
      <w:r>
        <w:br/>
      </w:r>
      <w:r>
        <w:rPr>
          <w:sz w:val="20"/>
        </w:rPr>
        <w:t>1:00:57  Quran se apne aap ko jore rakho.</w:t>
      </w:r>
      <w:r>
        <w:br/>
      </w:r>
      <w:r>
        <w:rPr>
          <w:sz w:val="20"/>
        </w:rPr>
        <w:t>1:01:03  Log samajhte hain ke bas tilawat kar liya to quran mil gaya. Quran milta hai aap ko.</w:t>
      </w:r>
      <w:r>
        <w:br/>
      </w:r>
      <w:r>
        <w:rPr>
          <w:sz w:val="20"/>
        </w:rPr>
        <w:t>1:01:13  Kitab jab quran ko aap kitab tadabbur banayen tab milta hai.</w:t>
      </w:r>
    </w:p>
    <w:p>
      <w:pPr>
        <w:pStyle w:val="Heading2"/>
      </w:pPr>
      <w:r>
        <w:t>Way to de-stress and reduce stress</w:t>
      </w:r>
    </w:p>
    <w:p>
      <w:r>
        <w:rPr>
          <w:color w:val="666666"/>
          <w:sz w:val="18"/>
        </w:rPr>
        <w:t>Life &amp; Wisdom · Dars-e-Quran, Chapter 2, Verses 67-73, May 6, 2018 · 2m 34s · at 46:50 · https://youtu.be/JAsg4SpiVDU?t=2810</w:t>
      </w:r>
    </w:p>
    <w:p>
      <w:r>
        <w:rPr>
          <w:i/>
        </w:rPr>
        <w:t>“What according to you is the way to de-stress oneself? I have personally attended many workshops which were organized by my company, but I did not benefit, and I am still under a lot of stress. Please give me your guidance as to how can I reduce my stress.”</w:t>
      </w:r>
    </w:p>
    <w:p>
      <w:r>
        <w:rPr>
          <w:sz w:val="20"/>
        </w:rPr>
        <w:t>46:50  Maulana, agla sawal lete hain jo Feroz Khan sahab ne bheja hai Dubai se. Unhone likha hai: "Maulana, what according to you is the way to de-stress oneself? I have personally attended many workshops which were organized by my company,</w:t>
      </w:r>
      <w:r>
        <w:br/>
      </w:r>
      <w:r>
        <w:rPr>
          <w:sz w:val="20"/>
        </w:rPr>
        <w:t>47:12  but I did not benefit, and I am still under a lot of stress. Please give me your guidance as to how can I reduce my stress.</w:t>
      </w:r>
      <w:r>
        <w:br/>
      </w:r>
      <w:r>
        <w:rPr>
          <w:sz w:val="20"/>
        </w:rPr>
        <w:t>47:23  Bhai, yeh company ki baat kahi hai unhone, to aap bataiye ke kya kya matlab hai is ka? Main to company ka aadmi nahi hoon. Ji, to bataiye kya matlab hai is ka?</w:t>
      </w:r>
      <w:r>
        <w:br/>
      </w:r>
      <w:r>
        <w:rPr>
          <w:sz w:val="20"/>
        </w:rPr>
        <w:t>47:34  Maulana, generally logon ko work related stress hota hai ke bohat zyada kaam hai ya bohat zyada time. Kya unka company ke reference mein unka masla kya hai?</w:t>
      </w:r>
      <w:r>
        <w:br/>
      </w:r>
      <w:r>
        <w:rPr>
          <w:sz w:val="20"/>
        </w:rPr>
        <w:t>47:48  Haan, unka Maulana sawal se to unka reference company ke stress se lag raha hai. W</w:t>
      </w:r>
      <w:r>
        <w:br/>
      </w:r>
      <w:r>
        <w:rPr>
          <w:sz w:val="20"/>
        </w:rPr>
        <w:t>47:54  ork, work stress! Work stress se! Wahi bataiye na, aap to company se taluq rakhte hain. Ji, bataiye. Unhone Maulana elaborate nahi kiya hai, but it seems ke woh ah yeh janna cha rahe hain aapse ke jo bhi main mere ko work se related, mere ko pareshani hoti hai, tension hoti hai, ya woh bohat zyada ah ah stress mehsoos karte hain, to us ko kaise manage karein?</w:t>
      </w:r>
      <w:r>
        <w:br/>
      </w:r>
      <w:r>
        <w:rPr>
          <w:sz w:val="20"/>
        </w:rPr>
        <w:t>48:18  To aaj kal Maulana companies kafi workshops karati hain, ah how to reduce stress. To woh dekhiye, dekhiye!</w:t>
      </w:r>
      <w:r>
        <w:br/>
      </w:r>
      <w:r>
        <w:rPr>
          <w:sz w:val="20"/>
        </w:rPr>
        <w:t>48:26  Sanjidgi! Ji, sara masla ek hai, yeh khud to blame others par chal rahe hain, aur company, company jo hai unko blame de rahi hai.</w:t>
      </w:r>
      <w:r>
        <w:br/>
      </w:r>
      <w:r>
        <w:rPr>
          <w:sz w:val="20"/>
        </w:rPr>
        <w:t>48:38  yeh takrao hai. company ke nazdeek in ko apne ko correct karna chahiye. yeh chahte hain company apne ko correct kare,</w:t>
      </w:r>
      <w:r>
        <w:br/>
      </w:r>
      <w:r>
        <w:rPr>
          <w:sz w:val="20"/>
        </w:rPr>
        <w:t>48:52  to woh in ko mein yahi kahunga ke aap is false hold se bahar aaiye ke ghalati doosron ki, ghalati doosron ki, aap ki ghalati nahi hai.</w:t>
      </w:r>
      <w:r>
        <w:br/>
      </w:r>
      <w:r>
        <w:rPr>
          <w:sz w:val="20"/>
        </w:rPr>
        <w:t>49:03  aap bhi ghalati ko daryaft kijiye, apni ghalati ko ko ko correct kijiye, phir sab maamla durust ho jayega.</w:t>
      </w:r>
      <w:r>
        <w:br/>
      </w:r>
      <w:r>
        <w:rPr>
          <w:sz w:val="20"/>
        </w:rPr>
        <w:t>49:11  ji, yeh isi mein mubtala hain ke blame others ki ghalati mein. mein mein yahan tak samajh paya hoon.</w:t>
      </w:r>
    </w:p>
    <w:p>
      <w:pPr>
        <w:pStyle w:val="Heading2"/>
      </w:pPr>
      <w:r>
        <w:t>What is the definition of obsession?</w:t>
      </w:r>
    </w:p>
    <w:p>
      <w:r>
        <w:rPr>
          <w:color w:val="666666"/>
          <w:sz w:val="18"/>
        </w:rPr>
        <w:t>Life &amp; Wisdom · Revival of Muslims March 08, 2015 · 2m 15s · at 57:07 · https://youtu.be/8ShFcr8YozI?t=3427</w:t>
      </w:r>
    </w:p>
    <w:p>
      <w:r>
        <w:rPr>
          <w:i/>
        </w:rPr>
        <w:t>“What is the definition of obsession?”</w:t>
      </w:r>
    </w:p>
    <w:p>
      <w:r>
        <w:rPr>
          <w:sz w:val="20"/>
        </w:rPr>
        <w:t>57:07  to mein waisa bana jaisa ke quran o hadith ke mutabiq mujhe banna chahiye, yeh to mein khud manta hoon. maulana, agla sawal dilli se kiya hai miss saadia khan ne aur unhon ne aapse poocha hai ke What is the definition of</w:t>
      </w:r>
      <w:r>
        <w:br/>
      </w:r>
      <w:r>
        <w:rPr>
          <w:sz w:val="20"/>
        </w:rPr>
        <w:t>57:21  obsession? dekhen, obsession jo hai, woh</w:t>
      </w:r>
      <w:r>
        <w:br/>
      </w:r>
      <w:r>
        <w:rPr>
          <w:sz w:val="20"/>
        </w:rPr>
        <w:t>57:27  nateja hai conditioning ka.</w:t>
      </w:r>
      <w:r>
        <w:br/>
      </w:r>
      <w:r>
        <w:rPr>
          <w:sz w:val="20"/>
        </w:rPr>
        <w:t>57:34  aur conditioning jo hai, woh nateja hai mahaul ka. har aadmi kisi mahaul mein rehta hai, us se us ki conditioning hoti rehti hai.</w:t>
      </w:r>
      <w:r>
        <w:br/>
      </w:r>
      <w:r>
        <w:rPr>
          <w:sz w:val="20"/>
        </w:rPr>
        <w:t>57:44  woh conditioning barhti hai to woh obsession ban jata hai.</w:t>
      </w:r>
      <w:r>
        <w:br/>
      </w:r>
      <w:r>
        <w:rPr>
          <w:sz w:val="20"/>
        </w:rPr>
        <w:t>57:49  mujhe apni zindagi ko sochta rehta hoon to bar bar sochta hoon ke mein falan baat jo mere andar thi, woh is liye thi ke mahaul se, yaani mahaul se mujhe mila tha.</w:t>
      </w:r>
      <w:r>
        <w:br/>
      </w:r>
      <w:r>
        <w:rPr>
          <w:sz w:val="20"/>
        </w:rPr>
        <w:t>58:01  woh to wohi mein isi tarah sochta tha.</w:t>
      </w:r>
      <w:r>
        <w:br/>
      </w:r>
      <w:r>
        <w:rPr>
          <w:sz w:val="20"/>
        </w:rPr>
        <w:t>58:07  to woh maholati conditioning pehle aati hai, phir obsession banta hai. phir obsession jitna gehra hota jata hai, utna hi phir woh aadmi ko sachai dikhani padti hai.</w:t>
      </w:r>
      <w:r>
        <w:br/>
      </w:r>
      <w:r>
        <w:rPr>
          <w:sz w:val="20"/>
        </w:rPr>
        <w:t>58:28  maulana, un ka ek aur sawal hai, woh aapse yeh bhi janna chahti hain ke Ulema, fear that global interaction and modern education will make Muslims secular.</w:t>
      </w:r>
      <w:r>
        <w:br/>
      </w:r>
      <w:r>
        <w:rPr>
          <w:sz w:val="20"/>
        </w:rPr>
        <w:t>58:42  What is your opinion on this? yeh fear denge? quran o hadith ko aap padhen to fear ki buniyad par koi baat aap nahi payenge.</w:t>
      </w:r>
      <w:r>
        <w:br/>
      </w:r>
      <w:r>
        <w:rPr>
          <w:sz w:val="20"/>
        </w:rPr>
        <w:t>58:56  fear to har waqt hai.</w:t>
      </w:r>
      <w:r>
        <w:br/>
      </w:r>
      <w:r>
        <w:rPr>
          <w:sz w:val="20"/>
        </w:rPr>
        <w:t>58:58  aap modern education milta jaye, tab bhi aap duniya mein hain.</w:t>
      </w:r>
      <w:r>
        <w:br/>
      </w:r>
      <w:r>
        <w:rPr>
          <w:sz w:val="20"/>
        </w:rPr>
        <w:t>59:07  to fear to har waqt hai. To fear koi excuse nahi hai. Woh jo kaha karta hoon ke if you have good excuse, don't use it.</w:t>
      </w:r>
      <w:r>
        <w:br/>
      </w:r>
      <w:r>
        <w:rPr>
          <w:sz w:val="20"/>
        </w:rPr>
        <w:t>59:19  yeh Islam ki scheme hai, Islam ki taleem</w:t>
      </w:r>
    </w:p>
    <w:p>
      <w:pPr>
        <w:pStyle w:val="Heading2"/>
      </w:pPr>
      <w:r>
        <w:t>What to do in emergencies?</w:t>
      </w:r>
    </w:p>
    <w:p>
      <w:r>
        <w:rPr>
          <w:color w:val="666666"/>
          <w:sz w:val="18"/>
        </w:rPr>
        <w:t>Life &amp; Wisdom · The Process of Personality Development June 30, 2013 · 2m 02s · at 1:03:28 · https://youtu.be/CSSFRydcJlo?t=3808</w:t>
      </w:r>
    </w:p>
    <w:p>
      <w:r>
        <w:rPr>
          <w:i/>
        </w:rPr>
        <w:t>“In emergencies, many needs and problems come in the world. What should we do at that time?”</w:t>
      </w:r>
    </w:p>
    <w:p>
      <w:r>
        <w:rPr>
          <w:sz w:val="20"/>
        </w:rPr>
        <w:t>1:03:28  maulana, agla sawal hai mehtab ahmad sahib ka, dhampur se.</w:t>
      </w:r>
      <w:r>
        <w:br/>
      </w:r>
      <w:r>
        <w:rPr>
          <w:sz w:val="20"/>
        </w:rPr>
        <w:t>1:03:33  unhon ne likha hai: emergency mein duniya mein bohat si zaroorat aur pareshani aati hai. us waqt hum kya karen?</w:t>
      </w:r>
      <w:r>
        <w:br/>
      </w:r>
      <w:r>
        <w:rPr>
          <w:sz w:val="20"/>
        </w:rPr>
        <w:t>1:03:45  dekhen, masla yeh nahi ke kisi ko, kisi ko pareshani</w:t>
      </w:r>
      <w:r>
        <w:br/>
      </w:r>
      <w:r>
        <w:rPr>
          <w:sz w:val="20"/>
        </w:rPr>
        <w:t>1:03:50  aati hai. masla yeh hai ke Allah taala ne paida hi kiya hai is dasht par duniya ko ke yahan pareshaniyan aayen. aur is ka saboot yeh hai ke quran mein ayat hai: laqad khalaqna al-insana fi qabar insaan ko hum ne paida kiya hai pareshaniyon mein.</w:t>
      </w:r>
      <w:r>
        <w:br/>
      </w:r>
      <w:r>
        <w:rPr>
          <w:sz w:val="20"/>
        </w:rPr>
        <w:t>1:04:07  to jab khud law of nature hai, khud yahi creation plan of god hai, to bachna mumkin nahi hai pareshaniyon se. paighambar bhi koi pareshani laye, koi sahaba ko hui, hum ko bhi hogi.</w:t>
      </w:r>
      <w:r>
        <w:br/>
      </w:r>
      <w:r>
        <w:rPr>
          <w:sz w:val="20"/>
        </w:rPr>
        <w:t>1:04:21  to aisi halat mein mein sirf do baat ka mashwara deta hoon: ek to dua, ek ek dua hai.</w:t>
      </w:r>
      <w:r>
        <w:br/>
      </w:r>
      <w:r>
        <w:rPr>
          <w:sz w:val="20"/>
        </w:rPr>
        <w:t>1:04:30  dosri baat yeh hai ke jab koi masla paish aaye to kabhi bhi jazbati iqdam na kiya jaye, balkay haqeeqat pasandana tareeqa ikhtiyar kiya jaye.</w:t>
      </w:r>
      <w:r>
        <w:br/>
      </w:r>
      <w:r>
        <w:rPr>
          <w:sz w:val="20"/>
        </w:rPr>
        <w:t>1:04:45  yani halaat ko samajh kar ke jo mumkin hai, us ko us ke mutabiq kaam kiya jaye. to ek taraf dua karna, dosri taraf realistic approach ikhtiyar karna.</w:t>
      </w:r>
      <w:r>
        <w:br/>
      </w:r>
      <w:r>
        <w:rPr>
          <w:sz w:val="20"/>
        </w:rPr>
        <w:t>1:05:00  yani dua karna aur realistic approach ikhtiyar karna, yeh do mashwara mein deta hoon. kyunke is se koi bach nahi sakta ke is pareshani laiq na ho.</w:t>
      </w:r>
      <w:r>
        <w:br/>
      </w:r>
      <w:r>
        <w:rPr>
          <w:sz w:val="20"/>
        </w:rPr>
        <w:t>1:05:10  woh to hongi,</w:t>
      </w:r>
      <w:r>
        <w:br/>
      </w:r>
      <w:r>
        <w:rPr>
          <w:sz w:val="20"/>
        </w:rPr>
        <w:t>1:05:12  woh Allah ka, Allah ke takhleeqi naqshay mein shamil hain. lekin un ke muqablay mein jo rawaiyya hona hona chahiye, rawaiyya wohi ke hum dua karen aur realistic approach ikhtiyar karen.</w:t>
      </w:r>
    </w:p>
    <w:p>
      <w:pPr>
        <w:pStyle w:val="Heading2"/>
      </w:pPr>
      <w:r>
        <w:t>Where to begin developing the art of thinking</w:t>
      </w:r>
    </w:p>
    <w:p>
      <w:r>
        <w:rPr>
          <w:color w:val="666666"/>
          <w:sz w:val="18"/>
        </w:rPr>
        <w:t>Life &amp; Wisdom · Art of Thinking November 02, 2014 Maulana Wahiduddin Khan · 4m 04s · at 45:27 · https://youtu.be/jxGjv30RG1Q?t=2727</w:t>
      </w:r>
    </w:p>
    <w:p>
      <w:r>
        <w:rPr>
          <w:i/>
        </w:rPr>
        <w:t>“I really like your today's talk. My question is: From where to begin? What should be the starting point of developing the art of thinking?”</w:t>
      </w:r>
    </w:p>
    <w:p>
      <w:r>
        <w:rPr>
          <w:sz w:val="20"/>
        </w:rPr>
        <w:t>45:27  sawal aaya hai Jodhpur se Bilal sahib ka aur unhone likha hai: "Maulana, I really like your today talk.</w:t>
      </w:r>
      <w:r>
        <w:br/>
      </w:r>
      <w:r>
        <w:rPr>
          <w:sz w:val="20"/>
        </w:rPr>
        <w:t>45:37  My question is from where to begin? What should be the starting point of developing the art of thinking?" dekhiye, study karna, sochna,</w:t>
      </w:r>
      <w:r>
        <w:br/>
      </w:r>
      <w:r>
        <w:rPr>
          <w:sz w:val="20"/>
        </w:rPr>
        <w:t>45:52  koi criticize kare aap ko to us ko positive mein lena, introspection karna, apni degrading karna, yeh ek process hai.</w:t>
      </w:r>
      <w:r>
        <w:br/>
      </w:r>
      <w:r>
        <w:rPr>
          <w:sz w:val="20"/>
        </w:rPr>
        <w:t>46:07  yaad rakhiye, koi goli nahi ke aap kha lein aur woh cheez haasil ho jaye. ek poora process hai jo aap ko apne andar chalana padta hai.</w:t>
      </w:r>
      <w:r>
        <w:br/>
      </w:r>
      <w:r>
        <w:rPr>
          <w:sz w:val="20"/>
        </w:rPr>
        <w:t>46:21  to is ke culmination ka naam hai right way of thinking. to jo aadmi is ka hareese ho ke is ke andar sahi sochne ka tareeqa aa jaye taake is ki zindagi sachi zindagi bane.</w:t>
      </w:r>
      <w:r>
        <w:br/>
      </w:r>
      <w:r>
        <w:rPr>
          <w:sz w:val="20"/>
        </w:rPr>
        <w:t>46:42  aur sab se bari incentive jo is mein hai woh yeh hai ke Quran mein hai ke fi maqad siddiq inda malik muqtadir.</w:t>
      </w:r>
      <w:r>
        <w:br/>
      </w:r>
      <w:r>
        <w:rPr>
          <w:sz w:val="20"/>
        </w:rPr>
        <w:t>46:53  yani akhirat mein</w:t>
      </w:r>
      <w:r>
        <w:br/>
      </w:r>
      <w:r>
        <w:rPr>
          <w:sz w:val="20"/>
        </w:rPr>
        <w:t>46:57  aise log sachai ki seat par jagah payenge. maqad siddiq mani seat of truth. akhirat mein jab Allah ka zahoor hoga to wahan aise log maqad siddiq par jagah payenge.</w:t>
      </w:r>
      <w:r>
        <w:br/>
      </w:r>
      <w:r>
        <w:rPr>
          <w:sz w:val="20"/>
        </w:rPr>
        <w:t>47:15  yani seat of truth par jagah payenge. to is ke liye apne ko yani ek ek intellectual sacrifice ka ek course se guzarna padega.</w:t>
      </w:r>
      <w:r>
        <w:br/>
      </w:r>
      <w:r>
        <w:rPr>
          <w:sz w:val="20"/>
        </w:rPr>
        <w:t>47:32  ya yani yeh aasani se nahi aa sakta.</w:t>
      </w:r>
      <w:r>
        <w:br/>
      </w:r>
      <w:r>
        <w:rPr>
          <w:sz w:val="20"/>
        </w:rPr>
        <w:t>47:41  is ke liye ek it requires an intellectual sacrifice.</w:t>
      </w:r>
      <w:r>
        <w:br/>
      </w:r>
      <w:r>
        <w:rPr>
          <w:sz w:val="20"/>
        </w:rPr>
        <w:t>47:50  yani physical sacrifice nahi, intellectual sacrifice. woh kya hai?</w:t>
      </w:r>
      <w:r>
        <w:br/>
      </w:r>
      <w:r>
        <w:rPr>
          <w:sz w:val="20"/>
        </w:rPr>
        <w:t>47:58  sochna, bolne se zyada sochna, apni degrading karna, introspection karna, rethinking karna, apni priorities ko reset karna,</w:t>
      </w:r>
      <w:r>
        <w:br/>
      </w:r>
      <w:r>
        <w:rPr>
          <w:sz w:val="20"/>
        </w:rPr>
        <w:t>48:16  apne wahm se bahar aa kar sochna,</w:t>
      </w:r>
      <w:r>
        <w:br/>
      </w:r>
      <w:r>
        <w:rPr>
          <w:sz w:val="20"/>
        </w:rPr>
        <w:t>48:22  apne bias ko khatam karna</w:t>
      </w:r>
      <w:r>
        <w:br/>
      </w:r>
      <w:r>
        <w:rPr>
          <w:sz w:val="20"/>
        </w:rPr>
        <w:t>48:29  aur barabar sochna, barabar sochna, plus dua karna, dua karna, Quran padhna. to ek process hai yeh.</w:t>
      </w:r>
      <w:r>
        <w:br/>
      </w:r>
      <w:r>
        <w:rPr>
          <w:sz w:val="20"/>
        </w:rPr>
        <w:t>48:37  is process ko main keh raha hoon ke intellectual sacrifice. kyunke is mein aap ko bohat baar apne marz ke khilaaf sochna padega, apne wahm ko todna padega, apne ego ko khatam karna padega.</w:t>
      </w:r>
      <w:r>
        <w:br/>
      </w:r>
      <w:r>
        <w:rPr>
          <w:sz w:val="20"/>
        </w:rPr>
        <w:t>48:54  yeh sab karna padega. to yeh hai intellectual sacrifice. to phir is ka culmination hota hai right way of thinking.</w:t>
      </w:r>
      <w:r>
        <w:br/>
      </w:r>
      <w:r>
        <w:rPr>
          <w:sz w:val="20"/>
        </w:rPr>
        <w:t>49:06  jab right way of think aa jayegi tab aap ke andar woh zindagi banegi, woh sachai ki zindagi jo aap ko is baat ke liye yani deserving karrandar banayegi ke aap akhirat mein maqad siddiq par yani seat of truth par jagah payein.</w:t>
      </w:r>
    </w:p>
    <w:p>
      <w:pPr>
        <w:pStyle w:val="Heading2"/>
      </w:pPr>
      <w:r>
        <w:t>Where to begin to become wise</w:t>
      </w:r>
    </w:p>
    <w:p>
      <w:r>
        <w:rPr>
          <w:color w:val="666666"/>
          <w:sz w:val="18"/>
        </w:rPr>
        <w:t>Life &amp; Wisdom · Fear of God February 21, 2016 · 2m 17s · at 45:58 · https://youtu.be/T-w1IDIeCV4?t=2758</w:t>
      </w:r>
    </w:p>
    <w:p>
      <w:r>
        <w:rPr>
          <w:i/>
        </w:rPr>
        <w:t>“Maulana, you spoke about wisdom in today's talk. My question is, if I want to become wise, then from where should I begin?”</w:t>
      </w:r>
    </w:p>
    <w:p>
      <w:r>
        <w:rPr>
          <w:sz w:val="20"/>
        </w:rPr>
        <w:t>45:58  Maulana, yeh sawal aaya hai Usman Sahab ka Ahmedabad se, aur unhon ne likha hai: "Maulana, you</w:t>
      </w:r>
      <w:r>
        <w:br/>
      </w:r>
      <w:r>
        <w:rPr>
          <w:sz w:val="20"/>
        </w:rPr>
        <w:t>46:03  spoke about wisdom in today's talk.</w:t>
      </w:r>
      <w:r>
        <w:br/>
      </w:r>
      <w:r>
        <w:rPr>
          <w:sz w:val="20"/>
        </w:rPr>
        <w:t>46:08  My question is, if I want to become wise, then from where should I begin?</w:t>
      </w:r>
      <w:r>
        <w:br/>
      </w:r>
      <w:r>
        <w:rPr>
          <w:sz w:val="20"/>
        </w:rPr>
        <w:t>46:14  Is reading of the books enough to become wise?</w:t>
      </w:r>
      <w:r>
        <w:br/>
      </w:r>
      <w:r>
        <w:rPr>
          <w:sz w:val="20"/>
        </w:rPr>
        <w:t>46:21  Please advise." دیکھیں، wisdom کیا ہے؟ میں کہ کہتا ہوں کہ wisdom کوئی acquire کرنے کی چیز نہیں ہے،</w:t>
      </w:r>
      <w:r>
        <w:br/>
      </w:r>
      <w:r>
        <w:rPr>
          <w:sz w:val="20"/>
        </w:rPr>
        <w:t>46:28  woh all ready aap ke andar hai.</w:t>
      </w:r>
      <w:r>
        <w:br/>
      </w:r>
      <w:r>
        <w:rPr>
          <w:sz w:val="20"/>
        </w:rPr>
        <w:t>46:35  jo Quran mein kaha gaya hai: "Al Fitrah" yaani paida karne wale ne aap ko paida kiya hai Al Fitrah</w:t>
      </w:r>
      <w:r>
        <w:br/>
      </w:r>
      <w:r>
        <w:rPr>
          <w:sz w:val="20"/>
        </w:rPr>
        <w:t>46:42  par, right nature par.</w:t>
      </w:r>
      <w:r>
        <w:br/>
      </w:r>
      <w:r>
        <w:rPr>
          <w:sz w:val="20"/>
        </w:rPr>
        <w:t>46:50  isi right nature, is liye is right nature mein sab kuch bhara hua hai, sara wisdom, sari hikmah</w:t>
      </w:r>
      <w:r>
        <w:br/>
      </w:r>
      <w:r>
        <w:rPr>
          <w:sz w:val="20"/>
        </w:rPr>
        <w:t>46:57  is mein maujood hai.</w:t>
      </w:r>
      <w:r>
        <w:br/>
      </w:r>
      <w:r>
        <w:rPr>
          <w:sz w:val="20"/>
        </w:rPr>
        <w:t>47:04  to asal problem paida hota hai kis se? Conditioning se.</w:t>
      </w:r>
      <w:r>
        <w:br/>
      </w:r>
      <w:r>
        <w:rPr>
          <w:sz w:val="20"/>
        </w:rPr>
        <w:t>47:11  to main sochta hoon ke conditioning se apne ko bacha to sakta nahin.</w:t>
      </w:r>
      <w:r>
        <w:br/>
      </w:r>
      <w:r>
        <w:rPr>
          <w:sz w:val="20"/>
        </w:rPr>
        <w:t>47:18  kyun ke conditioning shuru hoti hai bachpan se.</w:t>
      </w:r>
      <w:r>
        <w:br/>
      </w:r>
      <w:r>
        <w:rPr>
          <w:sz w:val="20"/>
        </w:rPr>
        <w:t>47:26  is liye karna yeh hai ke jab aap maturity ke umar ko pahunchen to apni deconditioning shuru kar den.</w:t>
      </w:r>
      <w:r>
        <w:br/>
      </w:r>
      <w:r>
        <w:rPr>
          <w:sz w:val="20"/>
        </w:rPr>
        <w:t>47:33  main samajhta hoon ke koi bhi shakhs, koi bhi shakhs conditioning se bach nahin sakta.</w:t>
      </w:r>
      <w:r>
        <w:br/>
      </w:r>
      <w:r>
        <w:rPr>
          <w:sz w:val="20"/>
        </w:rPr>
        <w:t>47:40  to har aadmi apni Al Fitrah par parda daal deta hai conditioning ke zariye.</w:t>
      </w:r>
      <w:r>
        <w:br/>
      </w:r>
      <w:r>
        <w:rPr>
          <w:sz w:val="20"/>
        </w:rPr>
        <w:t>47:47  is liye beginning yahi hai, beginning ke apni study kijiye, apna introspection kijiye, apna muhasbah kijiye, aur bar</w:t>
      </w:r>
      <w:r>
        <w:br/>
      </w:r>
      <w:r>
        <w:rPr>
          <w:sz w:val="20"/>
        </w:rPr>
        <w:t>47:54  bar apni deconditioning kijiye.</w:t>
      </w:r>
      <w:r>
        <w:br/>
      </w:r>
      <w:r>
        <w:rPr>
          <w:sz w:val="20"/>
        </w:rPr>
        <w:t>48:02  to deconditioning is the beginning.</w:t>
      </w:r>
      <w:r>
        <w:br/>
      </w:r>
      <w:r>
        <w:rPr>
          <w:sz w:val="20"/>
        </w:rPr>
        <w:t>48:09  mere tajrube ke mutabiq to yahi hai ke deconditioning jo hai, wahi wahin se process ka aaghaz hota hai.</w:t>
      </w:r>
    </w:p>
    <w:p>
      <w:pPr>
        <w:pStyle w:val="Heading2"/>
      </w:pPr>
      <w:r>
        <w:t>Which Opinion on Daba is Final</w:t>
      </w:r>
    </w:p>
    <w:p>
      <w:r>
        <w:rPr>
          <w:color w:val="666666"/>
          <w:sz w:val="18"/>
        </w:rPr>
        <w:t>Life &amp; Wisdom · Importance of Peace December 16, 2012 · 3m 38s · at 1:09:54 · https://youtu.be/nymyorYyEz4?t=4194</w:t>
      </w:r>
    </w:p>
    <w:p>
      <w:r>
        <w:rPr>
          <w:i/>
        </w:rPr>
        <w:t>“I read the January 2013 issue of Al-Risala; it opened my eyes. Now Doomsday seems right in front of me. My colleagues are asking: Regarding Daba, Al-Risala has previously published three different opinions from you. Should we consider the current opinion as final, or should we also accept the previous opinions as correct? Please guide us.”</w:t>
      </w:r>
    </w:p>
    <w:p>
      <w:r>
        <w:rPr>
          <w:sz w:val="20"/>
        </w:rPr>
        <w:t>1:09:54  maulana, agla sawal aligarh se hai doctor qamar khan sahab ka. unhon ne likha hai: "maulana sahab, jannvari 2013 ka al-risala parha, is se meri aankhen khul gayin.</w:t>
      </w:r>
      <w:r>
        <w:br/>
      </w:r>
      <w:r>
        <w:rPr>
          <w:sz w:val="20"/>
        </w:rPr>
        <w:t>1:10:08  ab domz de bilkul samne nazar aa raha hai. hamare saathi ye kveshchan kar rahe hain ke daba ke bare mein al-risala mein is se pehle maulana ki teen alag alag raayen aa chuki hain.</w:t>
      </w:r>
      <w:r>
        <w:br/>
      </w:r>
      <w:r>
        <w:rPr>
          <w:sz w:val="20"/>
        </w:rPr>
        <w:t>1:10:23  kya hum maujooda raay ko final samjhen ya saath saath is se pehle wali raay ko bhi sahi manen? pliz hamein gaid kijiye." dekhiye, daba jo hai,</w:t>
      </w:r>
      <w:r>
        <w:br/>
      </w:r>
      <w:r>
        <w:rPr>
          <w:sz w:val="20"/>
        </w:rPr>
        <w:t>1:10:36  daba ka mamla ye hai ke Quran se ye sabit hota hai ke daba niklega. hadithon mein hai ke daba niklega,</w:t>
      </w:r>
      <w:r>
        <w:br/>
      </w:r>
      <w:r>
        <w:rPr>
          <w:sz w:val="20"/>
        </w:rPr>
        <w:t>1:10:47  lekin koi aadmi bilkul ta'ayyun ke sath nahi keh sakta ke daba kya cheez hai. hadith mein jo tafsilat hain, us ko muhaddiseen ne khud radd kar diya hai.</w:t>
      </w:r>
      <w:r>
        <w:br/>
      </w:r>
      <w:r>
        <w:rPr>
          <w:sz w:val="20"/>
        </w:rPr>
        <w:t>1:10:58  is se kahaniyan bohat sari hain daba ke bare mein. is ko jo raste ulama hain, wo nahi mante. to daba jo hai, ek ek ek explenation ka mozu hai.</w:t>
      </w:r>
      <w:r>
        <w:br/>
      </w:r>
      <w:r>
        <w:rPr>
          <w:sz w:val="20"/>
        </w:rPr>
        <w:t>1:11:12  wo aisa nahi hai ke ke hadith mein aaya hai ke panch waqt namaz padho to aap panch waqt namaz padhne lagen. to main ye manunga ke ab jo main ne likha hai, wahi wahi meri taza tehqeeq hai.</w:t>
      </w:r>
      <w:r>
        <w:br/>
      </w:r>
      <w:r>
        <w:rPr>
          <w:sz w:val="20"/>
        </w:rPr>
        <w:t>1:11:26  ab jo likha hai maine, aur dekhein, is qism ke farq to hote hi hain. yani saare ulama ke haan, yeh saare ulama ke haan aisa hi hai.</w:t>
      </w:r>
      <w:r>
        <w:br/>
      </w:r>
      <w:r>
        <w:rPr>
          <w:sz w:val="20"/>
        </w:rPr>
        <w:t>1:11:38  yani aap jante hain ke imam ghazali ki kitab hai "al-munqidh min al-zalal", gumrahi se nikalne wala. apne bare mein bataya ke main pehle gumrahi mein tha, ab nikal kar aaya hoon.</w:t>
      </w:r>
      <w:r>
        <w:br/>
      </w:r>
      <w:r>
        <w:rPr>
          <w:sz w:val="20"/>
        </w:rPr>
        <w:t>1:11:50  ek kitab hai baqayda "al-munqidh min al-zalal" ki. maulana saif nadvi ne baqayda ek mazmoon likha tha "rujoo aur eteraaf".</w:t>
      </w:r>
      <w:r>
        <w:br/>
      </w:r>
      <w:r>
        <w:rPr>
          <w:sz w:val="20"/>
        </w:rPr>
        <w:t>1:11:58  kuch cheezon ko unhon ne kaha tha ke main is ko rujoo karta hoon. jo main ne kaha tha, woh theek nahi tha.</w:t>
      </w:r>
      <w:r>
        <w:br/>
      </w:r>
      <w:r>
        <w:rPr>
          <w:sz w:val="20"/>
        </w:rPr>
        <w:t>1:12:04  to yeh to ulama ka ek process hai. khud paighambaron ke haan bhi aisa hota hai. ab is wajah se ke paighambar jo hai, woh is se khali hai. rasool allah sallallahu alaihi wasallam ne se poocha gaya tha rasool allah sallallahu alaihi wasallam se ke mushrikeen ki aulad ka kya anjaam hoga aakhirat mein?</w:t>
      </w:r>
      <w:r>
        <w:br/>
      </w:r>
      <w:r>
        <w:rPr>
          <w:sz w:val="20"/>
        </w:rPr>
        <w:t>1:12:19  aap ne farmaya ke "hum ma abahum", yani mushrikeen</w:t>
      </w:r>
      <w:r>
        <w:br/>
      </w:r>
      <w:r>
        <w:rPr>
          <w:sz w:val="20"/>
        </w:rPr>
        <w:t>1:12:25  jo khud jahan jayenge, wohin un ke bachche bhi jayenge. baad ko aap ne kaha ke nahi, yeh farishte hamein yeh bataya hai, aisa nahi hoga.</w:t>
      </w:r>
      <w:r>
        <w:br/>
      </w:r>
      <w:r>
        <w:rPr>
          <w:sz w:val="20"/>
        </w:rPr>
        <w:t>1:12:35  to phir aap ne bataya ke doosri baat kahi. aap ne unhon ne kaha ke "hum khadam ahl al-jannah",</w:t>
      </w:r>
      <w:r>
        <w:br/>
      </w:r>
      <w:r>
        <w:rPr>
          <w:sz w:val="20"/>
        </w:rPr>
        <w:t>1:12:45  ahl-e-jannat ke khadim ho gaye. to is se aap ko pareshani, pareshani kyun hoti hai? kai log mujhe aisa sawal karte hain, kyun pareshani hoti hai? aap logon ko yeh ghair-elmi baat hai. yeh pareshani jo hoti hai, woh ghair-elmi baat hai.</w:t>
      </w:r>
      <w:r>
        <w:br/>
      </w:r>
      <w:r>
        <w:rPr>
          <w:sz w:val="20"/>
        </w:rPr>
        <w:t>1:12:56  aakhri baat ko aap baghair poochhe hue, aakhri baat ko aap le lijiye. yeh sawal kyun karte hain? aap</w:t>
      </w:r>
      <w:r>
        <w:br/>
      </w:r>
      <w:r>
        <w:rPr>
          <w:sz w:val="20"/>
        </w:rPr>
        <w:t>1:13:03  yeh sawal karna ghair-elmi zehan ki nishani hai. aakhri baat ko maan lijiye, bas baat khatam. jaise rasool allah sallallahu alaihi wasallam ke baad wale ban ko maan lijiye, aap us ke liye cook pass karte hain ke pehle koi aisa koi kaha tha.</w:t>
      </w:r>
      <w:r>
        <w:br/>
      </w:r>
      <w:r>
        <w:rPr>
          <w:sz w:val="20"/>
        </w:rPr>
        <w:t>1:13:18  yeh koi sahi "it is not good sign". kai log aise sawalat karte hain, aise aise nahi, nahi, nahi.</w:t>
      </w:r>
      <w:r>
        <w:br/>
      </w:r>
      <w:r>
        <w:rPr>
          <w:sz w:val="20"/>
        </w:rPr>
        <w:t>1:13:26  yeh kyun is mein uljhe rehte hain? un ke dimagh mein yeh samajh nahi aata.</w:t>
      </w:r>
    </w:p>
    <w:p>
      <w:pPr>
        <w:pStyle w:val="Heading2"/>
      </w:pPr>
      <w:r>
        <w:t>Why are we living in falsehood?</w:t>
      </w:r>
    </w:p>
    <w:p>
      <w:r>
        <w:rPr>
          <w:color w:val="666666"/>
          <w:sz w:val="18"/>
        </w:rPr>
        <w:t>Life &amp; Wisdom · Living In Falsehood I December 15, 2013 · 2m 46s · at 1:05:45 · https://youtu.be/yD-ZtvlrFDw?t=3945</w:t>
      </w:r>
    </w:p>
    <w:p>
      <w:r>
        <w:rPr>
          <w:i/>
        </w:rPr>
        <w:t>“Maulana, your thought-provoking speeches inspire us. Why is it that we are living in falsehood? Is it because that we have forgotten the...”</w:t>
      </w:r>
    </w:p>
    <w:p>
      <w:r>
        <w:rPr>
          <w:sz w:val="20"/>
        </w:rPr>
        <w:t>1:05:45  maulana, agla sawal chennai se hai khaleel ur rehman sahab ka, unhon ne likha hai: "maulana, your thought provoking</w:t>
      </w:r>
      <w:r>
        <w:br/>
      </w:r>
      <w:r>
        <w:rPr>
          <w:sz w:val="20"/>
        </w:rPr>
        <w:t>1:05:52  speeches inspire us.</w:t>
      </w:r>
      <w:r>
        <w:br/>
      </w:r>
      <w:r>
        <w:rPr>
          <w:sz w:val="20"/>
        </w:rPr>
        <w:t>1:05:54  Why is it that we are living in falsehood? Is it because that we have forgotten the</w:t>
      </w:r>
      <w:r>
        <w:br/>
      </w:r>
      <w:r>
        <w:rPr>
          <w:sz w:val="20"/>
        </w:rPr>
        <w:t>1:06:02  holy quran?" what is your comment? nahin, dekhen yeh sahi nahin hai.</w:t>
      </w:r>
      <w:r>
        <w:br/>
      </w:r>
      <w:r>
        <w:rPr>
          <w:sz w:val="20"/>
        </w:rPr>
        <w:t>1:06:07  forget kahan kiya? quran to har ghar mein hai, har aadmi quran ki tilawat kar raha hai aur</w:t>
      </w:r>
      <w:r>
        <w:br/>
      </w:r>
      <w:r>
        <w:rPr>
          <w:sz w:val="20"/>
        </w:rPr>
        <w:t>1:06:14  quran ki dhoom machi hui hai har jagah.</w:t>
      </w:r>
      <w:r>
        <w:br/>
      </w:r>
      <w:r>
        <w:rPr>
          <w:sz w:val="20"/>
        </w:rPr>
        <w:t>1:06:18  yeh zawal ka phenomena hai.</w:t>
      </w:r>
      <w:r>
        <w:br/>
      </w:r>
      <w:r>
        <w:rPr>
          <w:sz w:val="20"/>
        </w:rPr>
        <w:t>1:06:20  yeh cheez jo hai, woh har ummat par zawal aata hai aur yeh zawal ka phenomena hai.</w:t>
      </w:r>
      <w:r>
        <w:br/>
      </w:r>
      <w:r>
        <w:rPr>
          <w:sz w:val="20"/>
        </w:rPr>
        <w:t>1:06:27  dekhen, woh jo hadithain hain, jo hain is mafhoom ki ke: "latatba'un suar man kana qablakum".</w:t>
      </w:r>
      <w:r>
        <w:br/>
      </w:r>
      <w:r>
        <w:rPr>
          <w:sz w:val="20"/>
        </w:rPr>
        <w:t>1:06:34  tum pichli ummaton ko follow karoge, is ko bhi hamare ulma samajh nahin paye.</w:t>
      </w:r>
      <w:r>
        <w:br/>
      </w:r>
      <w:r>
        <w:rPr>
          <w:sz w:val="20"/>
        </w:rPr>
        <w:t>1:06:41  is ka matlab hai ke jis tarah pichli ummaton par zawal aaya, tumhare upar zawal ayega.</w:t>
      </w:r>
      <w:r>
        <w:br/>
      </w:r>
      <w:r>
        <w:rPr>
          <w:sz w:val="20"/>
        </w:rPr>
        <w:t>1:06:48  that is law of nature.</w:t>
      </w:r>
      <w:r>
        <w:br/>
      </w:r>
      <w:r>
        <w:rPr>
          <w:sz w:val="20"/>
        </w:rPr>
        <w:t>1:06:50  to jab zawal ayega to yeh sab siftain paida hongi.</w:t>
      </w:r>
      <w:r>
        <w:br/>
      </w:r>
      <w:r>
        <w:rPr>
          <w:sz w:val="20"/>
        </w:rPr>
        <w:t>1:06:55  musalman yeh samajhte hain, yaani hamare ulma ne yeh in ko samjha rakha hai ke tum khair ummat</w:t>
      </w:r>
      <w:r>
        <w:br/>
      </w:r>
      <w:r>
        <w:rPr>
          <w:sz w:val="20"/>
        </w:rPr>
        <w:t>1:07:03  ho, tum khair ummat ho, tum khair ummat ho.</w:t>
      </w:r>
      <w:r>
        <w:br/>
      </w:r>
      <w:r>
        <w:rPr>
          <w:sz w:val="20"/>
        </w:rPr>
        <w:t>1:07:07  yeh bohat zyada is cheez ne logon ko mislead kiya hai, bohat zyada mislead kiya hai,</w:t>
      </w:r>
      <w:r>
        <w:br/>
      </w:r>
      <w:r>
        <w:rPr>
          <w:sz w:val="20"/>
        </w:rPr>
        <w:t>1:07:14  kyun ke is ki wajah se yeh bhool gaye hain musalman ke hum par zawal ayega.</w:t>
      </w:r>
      <w:r>
        <w:br/>
      </w:r>
      <w:r>
        <w:rPr>
          <w:sz w:val="20"/>
        </w:rPr>
        <w:t>1:07:21  yeh jo woh ummat laqab jis ka khair ul umoom tha, yeh jo zehan hai ke hum khair ummat</w:t>
      </w:r>
      <w:r>
        <w:br/>
      </w:r>
      <w:r>
        <w:rPr>
          <w:sz w:val="20"/>
        </w:rPr>
        <w:t>1:07:29  hain, is ne musalmanon ko is reality se bekhabar kar diya ke zawal har ummat par aata</w:t>
      </w:r>
      <w:r>
        <w:br/>
      </w:r>
      <w:r>
        <w:rPr>
          <w:sz w:val="20"/>
        </w:rPr>
        <w:t>1:07:37  hai aur musalmanon pe bhi ayega.</w:t>
      </w:r>
      <w:r>
        <w:br/>
      </w:r>
      <w:r>
        <w:rPr>
          <w:sz w:val="20"/>
        </w:rPr>
        <w:t>1:07:40  to aaj musalman apne daur zawal mein hain, sirf quran ki tilawat karne se masla hal nahin hoga,</w:t>
      </w:r>
      <w:r>
        <w:br/>
      </w:r>
      <w:r>
        <w:rPr>
          <w:sz w:val="20"/>
        </w:rPr>
        <w:t>1:07:47  قرآن کا ترجمہ پڑھنے سے مسئلہ حل نہیں ہوگا، بلکہ ان کی de-creation، ان کی de-carnation کرنی پڑے</w:t>
      </w:r>
      <w:r>
        <w:br/>
      </w:r>
      <w:r>
        <w:rPr>
          <w:sz w:val="20"/>
        </w:rPr>
        <w:t>1:07:55  gi.</w:t>
      </w:r>
      <w:r>
        <w:br/>
      </w:r>
      <w:r>
        <w:rPr>
          <w:sz w:val="20"/>
        </w:rPr>
        <w:t>1:07:57  un ko, un ko, un ko ek ek cheez ko analysis kar ke batana parega ke yahan</w:t>
      </w:r>
      <w:r>
        <w:br/>
      </w:r>
      <w:r>
        <w:rPr>
          <w:sz w:val="20"/>
        </w:rPr>
        <w:t>1:08:04  ghalti, yahan ghalti, yahan ghalti.</w:t>
      </w:r>
      <w:r>
        <w:br/>
      </w:r>
      <w:r>
        <w:rPr>
          <w:sz w:val="20"/>
        </w:rPr>
        <w:t>1:08:07  is ko point out karna paray ga.</w:t>
      </w:r>
      <w:r>
        <w:br/>
      </w:r>
      <w:r>
        <w:rPr>
          <w:sz w:val="20"/>
        </w:rPr>
        <w:t>1:08:10  sirf yeh hai ke tarjuma parha dein, aap yeh kafi nahi hai.</w:t>
      </w:r>
      <w:r>
        <w:br/>
      </w:r>
      <w:r>
        <w:rPr>
          <w:sz w:val="20"/>
        </w:rPr>
        <w:t>1:08:15  isi liye main quran ke sath supporting literature ki shart lagata hoon.</w:t>
      </w:r>
      <w:r>
        <w:br/>
      </w:r>
      <w:r>
        <w:rPr>
          <w:sz w:val="20"/>
        </w:rPr>
        <w:t>1:08:20  aap quran ka tarjuma phailaein logon ko, that is not enough.</w:t>
      </w:r>
      <w:r>
        <w:br/>
      </w:r>
      <w:r>
        <w:rPr>
          <w:sz w:val="20"/>
        </w:rPr>
        <w:t>1:08:25  supporting literature bhi dena hai aap ko, tab ja kar ke woh faida hasil hoga.</w:t>
      </w:r>
    </w:p>
    <w:p>
      <w:pPr>
        <w:pStyle w:val="Heading2"/>
      </w:pPr>
      <w:r>
        <w:t>Why did you physically confront an attacker?</w:t>
      </w:r>
    </w:p>
    <w:p>
      <w:r>
        <w:rPr>
          <w:color w:val="666666"/>
          <w:sz w:val="18"/>
        </w:rPr>
        <w:t>Life &amp; Wisdom · Islam &amp; Prophet of Islam 21 Oct, 2012 - Maulana Wahiduddin Khan · 2m 07s · at 1:02:29 · https://youtu.be/2hwtfOyNeS0?t=3749</w:t>
      </w:r>
    </w:p>
    <w:p>
      <w:r>
        <w:rPr>
          <w:i/>
        </w:rPr>
        <w:t>“Moulana, I read an incident in your diary that a man came to you with the intention of attacking. You threw him to the ground and sat on his chest. Instead of giving him dawah, why did you do that? That was against your mission. What was the reason?”</w:t>
      </w:r>
    </w:p>
    <w:p>
      <w:r>
        <w:rPr>
          <w:sz w:val="20"/>
        </w:rPr>
        <w:t>1:02:29  maulana, agla sawal ali garh se aya hai doctor muhammad qamar sahib ka. unhon ne likha hai: "maulana sahib, diary mein aap ka ek waqia parha ke aap ke pas ek aadmi hamla karne ki niyat se aya tha.</w:t>
      </w:r>
      <w:r>
        <w:br/>
      </w:r>
      <w:r>
        <w:rPr>
          <w:sz w:val="20"/>
        </w:rPr>
        <w:t>1:02:45  aap is ko zameen par patak kar is ke seenay par charh gaye. is aadmi ko dawat dene ki bajaye aap ne is ke sath aisa kyun kiya?</w:t>
      </w:r>
      <w:r>
        <w:br/>
      </w:r>
      <w:r>
        <w:rPr>
          <w:sz w:val="20"/>
        </w:rPr>
        <w:t>1:02:54  yeh to aap ke mission ke khilaf tha. maulana sahib, is ki kya wajah thi?" mein bohat dukh khul gaya tha. mein ne is ko mein ne mana kiya.</w:t>
      </w:r>
      <w:r>
        <w:br/>
      </w:r>
      <w:r>
        <w:rPr>
          <w:sz w:val="20"/>
        </w:rPr>
        <w:t>1:03:05  pehlay neeche neeche tha. phir mein ne kaha ke aap neeche rakhiye, mein aata hoon. phir woh oopar aa gaya. mein ne kaha aap yahan oopar kyun aa gaye? aap neeche baithiye. phir charh raha tha woh.</w:t>
      </w:r>
      <w:r>
        <w:br/>
      </w:r>
      <w:r>
        <w:rPr>
          <w:sz w:val="20"/>
        </w:rPr>
        <w:t>1:03:15  charha charha ja raha tha oopar. to is ko to humein yahi karna tha. abhi mein ne ghar par pakar liya. to mein kya karta hoon is ko? mein ne ghar par pakar liya.</w:t>
      </w:r>
      <w:r>
        <w:br/>
      </w:r>
      <w:r>
        <w:rPr>
          <w:sz w:val="20"/>
        </w:rPr>
        <w:t>1:03:25  bilkul ek ek bohat hi critical position thi. is waqt har aadmi yahi karega. is waqt har aadmi yahi karega.</w:t>
      </w:r>
      <w:r>
        <w:br/>
      </w:r>
      <w:r>
        <w:rPr>
          <w:sz w:val="20"/>
        </w:rPr>
        <w:t>1:03:34  is mein shakk liya hai is ka muamla ke mein fajar ki namaz parh kar ke masjid se ghar lauta to wahan ek sahib maujood thay.</w:t>
      </w:r>
      <w:r>
        <w:br/>
      </w:r>
      <w:r>
        <w:rPr>
          <w:sz w:val="20"/>
        </w:rPr>
        <w:t>1:03:45  to mein ne kaha ke aap in ka ke aap yahan neeche baithiye, mein abhi aata hoon. oopar oopar ja kar ke abhi wapas aaunga. to baithe nahi woh.</w:t>
      </w:r>
      <w:r>
        <w:br/>
      </w:r>
      <w:r>
        <w:rPr>
          <w:sz w:val="20"/>
        </w:rPr>
        <w:t>1:03:54  phir charhne lagay. charh ke oopar tak pohanchay. mein ne kaha aap oopar kaise aa gaye? mein ne kaha ke aap baithiye. to kya kiya unhon ne ke mera ghar par pakar liya.</w:t>
      </w:r>
      <w:r>
        <w:br/>
      </w:r>
      <w:r>
        <w:rPr>
          <w:sz w:val="20"/>
        </w:rPr>
        <w:t>1:04:05  to is waqt zahiri taur par kya karta? aur to kuch nahi kar sakta tha.</w:t>
      </w:r>
      <w:r>
        <w:br/>
      </w:r>
      <w:r>
        <w:rPr>
          <w:sz w:val="20"/>
        </w:rPr>
        <w:t>1:04:10  phir jo shor gul hua to woh aa gaye. hamare colony ke jo woh hain, jo chokidar log, guard log, to is ko pakar le gaye.</w:t>
      </w:r>
      <w:r>
        <w:br/>
      </w:r>
      <w:r>
        <w:rPr>
          <w:sz w:val="20"/>
        </w:rPr>
        <w:t>1:04:26  yeh bohat ajeeb ghareeb aap ka. ab mein kehta hoon ke aap ne soche baghair yeh yeh likh diya apna sawal.</w:t>
      </w:r>
    </w:p>
    <w:p>
      <w:pPr>
        <w:pStyle w:val="Heading2"/>
      </w:pPr>
      <w:r>
        <w:t>Why do people forget disasters so quickly</w:t>
      </w:r>
    </w:p>
    <w:p>
      <w:r>
        <w:rPr>
          <w:color w:val="666666"/>
          <w:sz w:val="18"/>
        </w:rPr>
        <w:t>Life &amp; Wisdom · Paradise as A Goal April 26, 2015 · 3m 47s · at 1:06:11 · https://youtu.be/4IWLd2SIBkw?t=3971</w:t>
      </w:r>
    </w:p>
    <w:p>
      <w:r>
        <w:rPr>
          <w:i/>
        </w:rPr>
        <w:t>“Yesterday when earthquake came, I saw many people running out of their houses to save their life, but when it was all over, they went back to normal within minutes, despite hundreds of people dying in their neighboring country. How come man has become so insincere that it takes them barely few minutes to forget everything?”</w:t>
      </w:r>
    </w:p>
    <w:p>
      <w:r>
        <w:rPr>
          <w:sz w:val="20"/>
        </w:rPr>
        <w:t>1:06:11  Maulana, yeh agla sawal kiya hai Dr. Musleh Siddiqui ne Delhi se. Maulana sahib, yesterday when earthquake came, I saw many people running out of their houses to save their lives,</w:t>
      </w:r>
      <w:r>
        <w:br/>
      </w:r>
      <w:r>
        <w:rPr>
          <w:sz w:val="20"/>
        </w:rPr>
        <w:t>1:06:26  but but when it was all over, they went back to normal within minutes, despite hundreds of people dying in their neighboring country.</w:t>
      </w:r>
      <w:r>
        <w:br/>
      </w:r>
      <w:r>
        <w:rPr>
          <w:sz w:val="20"/>
        </w:rPr>
        <w:t>1:06:37  Maulana sahib, how come man has become so insensitive that it took them barely few minutes to forget everything? wahi hai ke jo maine arz kiya ke sabak nahi lete waqiat se.</w:t>
      </w:r>
      <w:r>
        <w:br/>
      </w:r>
      <w:r>
        <w:rPr>
          <w:sz w:val="20"/>
        </w:rPr>
        <w:t>1:06:53  jaise main apne bare mein batata hoon ke main kal baitha hua tha, Maria se main kuch likhwa raha tha to hilne laga. to Maria ne kaha: "yeh to yeh to earthquake hai!"</w:t>
      </w:r>
      <w:r>
        <w:br/>
      </w:r>
      <w:r>
        <w:rPr>
          <w:sz w:val="20"/>
        </w:rPr>
        <w:t>1:07:05  " to main ne kaha: "haan, yeh to earthquake hai!" to kaha jata hai ke jaldi se bhago bahar. yani yeh sikhaya jata hai ke earthquake ho, jaldi bahar bhago, kyunke chhat gir padegi to us mein aadmi mar jata hai.</w:t>
      </w:r>
      <w:r>
        <w:br/>
      </w:r>
      <w:r>
        <w:rPr>
          <w:sz w:val="20"/>
        </w:rPr>
        <w:t>1:07:20  lekin main ek dam apni koshish se chipak chipak gaya. kyun? main ne socha ke yahan bhi main us ki zad mein hoon, wahan bhi us ki zad mein hoon.</w:t>
      </w:r>
      <w:r>
        <w:br/>
      </w:r>
      <w:r>
        <w:rPr>
          <w:sz w:val="20"/>
        </w:rPr>
        <w:t>1:07:32  yahan agar chhat girne ka dar hai to wahan zameen phatne ka dar hai. to main dua karta raha, dua karta raha, bajaye bhagne ke, main dua karta raha.</w:t>
      </w:r>
      <w:r>
        <w:br/>
      </w:r>
      <w:r>
        <w:rPr>
          <w:sz w:val="20"/>
        </w:rPr>
        <w:t>1:07:42  to logon ke andar chunke sahi zehen nahi hai, sahi mizaj nahi hai, to aise hi karte hain. woh kya kiya jaye? kisi ne un ko bataya nahi.</w:t>
      </w:r>
      <w:r>
        <w:br/>
      </w:r>
      <w:r>
        <w:rPr>
          <w:sz w:val="20"/>
        </w:rPr>
        <w:t>1:07:52  batane wale to zyada tar yeh batate hain ke sahib, woh azab aaya hai un ke upar. halanke bilkul galat baat yeh hai.</w:t>
      </w:r>
      <w:r>
        <w:br/>
      </w:r>
      <w:r>
        <w:rPr>
          <w:sz w:val="20"/>
        </w:rPr>
        <w:t>1:08:01  azab keh kar ke kya hota hai? ke aap us ko jahan aaya hai, us se mutalliq kar dete hain. lekin agar aap warning ke bare mein lesson ke bare mein to aap us ko generalize karenge, apne liye bhi lenge.</w:t>
      </w:r>
      <w:r>
        <w:br/>
      </w:r>
      <w:r>
        <w:rPr>
          <w:sz w:val="20"/>
        </w:rPr>
        <w:t>1:08:17  mujhe pata hai ke India mein kuch, India mein har jagah aisi kuch, yani deeni jamaatein hain jo dhar se keh deti hain ke un par azab aaya hai.</w:t>
      </w:r>
      <w:r>
        <w:br/>
      </w:r>
      <w:r>
        <w:rPr>
          <w:sz w:val="20"/>
        </w:rPr>
        <w:t>1:08:28  yeh bohat galat tareeqa hai.</w:t>
      </w:r>
      <w:r>
        <w:br/>
      </w:r>
      <w:r>
        <w:rPr>
          <w:sz w:val="20"/>
        </w:rPr>
        <w:t>1:08:30  azaab keh kar ke aap ne is ko doosre ke oopar daal diya. Dekhein, jab aap is ko kahengay warning ya tanbeeh to apne ko shareek kar lenge aap ke mujhe bhi is se sabaq lena hai.</w:t>
      </w:r>
      <w:r>
        <w:br/>
      </w:r>
      <w:r>
        <w:rPr>
          <w:sz w:val="20"/>
        </w:rPr>
        <w:t>1:08:44  to logon ko zehni nahi banayega sahi. To kya kiya jaye?</w:t>
      </w:r>
      <w:r>
        <w:br/>
      </w:r>
      <w:r>
        <w:rPr>
          <w:sz w:val="20"/>
        </w:rPr>
        <w:t>1:08:48  Maulana, kal jo earthquake aaya, us ke baray mein raat ko ek report aayi thi ke yeh earthquake jo tha, it was due, but is se ek bohat bara earthquake aana abhi bhi due hai, which is going to be thirty times stronger than this one,</w:t>
      </w:r>
      <w:r>
        <w:br/>
      </w:r>
      <w:r>
        <w:rPr>
          <w:sz w:val="20"/>
        </w:rPr>
        <w:t>1:09:05  and man is not prepared for it.</w:t>
      </w:r>
      <w:r>
        <w:br/>
      </w:r>
      <w:r>
        <w:rPr>
          <w:sz w:val="20"/>
        </w:rPr>
        <w:t>1:09:12  Yeh sahi hai. Ab kya kiya jayegi? To Allah ke ikhtiyar mein hai. Hum to sirf dua hi kar sakte hain, sirf dua kar sakte hain.</w:t>
      </w:r>
      <w:r>
        <w:br/>
      </w:r>
      <w:r>
        <w:rPr>
          <w:sz w:val="20"/>
        </w:rPr>
        <w:t>1:09:23  Insaan ka is is mamle mein koi bas nahi hai. Earthquake jo hai, aisi cheez hai ke is ka attack unilateral hota hai, ek tarfa attack hota hai.</w:t>
      </w:r>
      <w:r>
        <w:br/>
      </w:r>
      <w:r>
        <w:rPr>
          <w:sz w:val="20"/>
        </w:rPr>
        <w:t>1:09:35  Hamara is mein koi hissa nahi hai. To hamare p</w:t>
      </w:r>
      <w:r>
        <w:br/>
      </w:r>
      <w:r>
        <w:rPr>
          <w:sz w:val="20"/>
        </w:rPr>
        <w:t>1:09:39  is kya hai? Sirf dua karna, sirf dua karna. Jaise kal mein bilkul koshish se chipak gaya aur mein dua karne laga, kyunke maine samjha ke mein helpless hoon.</w:t>
      </w:r>
      <w:r>
        <w:br/>
      </w:r>
      <w:r>
        <w:rPr>
          <w:sz w:val="20"/>
        </w:rPr>
        <w:t>1:09:50  Yahan rahoon tab bhi is ki zad mein hoon, bahar jaon tab bhi is ki zad mein hoon.</w:t>
      </w:r>
    </w:p>
    <w:p>
      <w:pPr>
        <w:pStyle w:val="Heading2"/>
      </w:pPr>
      <w:r>
        <w:t>Why does man not inquire about death?</w:t>
      </w:r>
    </w:p>
    <w:p>
      <w:r>
        <w:rPr>
          <w:color w:val="666666"/>
          <w:sz w:val="18"/>
        </w:rPr>
        <w:t>Life &amp; Wisdom · Concept of Death in Islam August 26, 2012 · 3m 48s · at 1:00:18 · https://youtu.be/y0TJxKi0L94?t=3618</w:t>
      </w:r>
    </w:p>
    <w:p>
      <w:r>
        <w:rPr>
          <w:i/>
        </w:rPr>
        <w:t>“When death is unknown, why is it that man does not use the spirit of inquiry to know about it?”</w:t>
      </w:r>
    </w:p>
    <w:p>
      <w:r>
        <w:rPr>
          <w:sz w:val="20"/>
        </w:rPr>
        <w:t>1:00:18  yehi is ka wahid tareeqa hai. Maulana, agla sawal Tamil Nadu se hai, Maulana Iqbal Umri sahab ka.</w:t>
      </w:r>
      <w:r>
        <w:br/>
      </w:r>
      <w:r>
        <w:rPr>
          <w:sz w:val="20"/>
        </w:rPr>
        <w:t>1:00:28  unhon ne likha hai when the death is unknown, why is it that man does not use the spirit of inquiry to know about it?</w:t>
      </w:r>
      <w:r>
        <w:br/>
      </w:r>
      <w:r>
        <w:rPr>
          <w:sz w:val="20"/>
        </w:rPr>
        <w:t>1:00:39  yehi to sab se bara kami hai ke aadmi ko to spirit of inquiry jaagna chahiye. kuch logon ko to jagti hai, jaise ke hum ne kuch misalein di hain aap ko.</w:t>
      </w:r>
      <w:r>
        <w:br/>
      </w:r>
      <w:r>
        <w:rPr>
          <w:sz w:val="20"/>
        </w:rPr>
        <w:t>1:00:52  beshtar log to bhoolay rehtay hain, bhoolay rehtay hain, bhoolay rehtay hain.</w:t>
      </w:r>
      <w:r>
        <w:br/>
      </w:r>
      <w:r>
        <w:rPr>
          <w:sz w:val="20"/>
        </w:rPr>
        <w:t>1:01:00  to pehlay zamanay mein jab ke log kehtay thay ke aadmi mar gaya, bas khatam ho gaya.</w:t>
      </w:r>
      <w:r>
        <w:br/>
      </w:r>
      <w:r>
        <w:rPr>
          <w:sz w:val="20"/>
        </w:rPr>
        <w:t>1:01:06  ab to jo science ne nai batein batayi hain, us mein yeh baat sabit ho jati hai ke maut jism par hoti hai, asal insan par nahi hoti.</w:t>
      </w:r>
      <w:r>
        <w:br/>
      </w:r>
      <w:r>
        <w:rPr>
          <w:sz w:val="20"/>
        </w:rPr>
        <w:t>1:01:24  asal insan par nahi hoti. jo hamari asal personality hai, woh yeh jism nahi hai.</w:t>
      </w:r>
      <w:r>
        <w:br/>
      </w:r>
      <w:r>
        <w:rPr>
          <w:sz w:val="20"/>
        </w:rPr>
        <w:t>1:01:32  asal personality to yani bayan jism ke bayan hain. to ek scientist ne is ko is tareeqay se kaha ke personality is a changelessness in change</w:t>
      </w:r>
      <w:r>
        <w:br/>
      </w:r>
      <w:r>
        <w:rPr>
          <w:sz w:val="20"/>
        </w:rPr>
        <w:t>1:01:52  personality is a changelessness in change</w:t>
      </w:r>
      <w:r>
        <w:br/>
      </w:r>
      <w:r>
        <w:rPr>
          <w:sz w:val="20"/>
        </w:rPr>
        <w:t>1:01:56  yani insan ki jo shakhsiyat hai, woh badalti hui,</w:t>
      </w:r>
      <w:r>
        <w:br/>
      </w:r>
      <w:r>
        <w:rPr>
          <w:sz w:val="20"/>
        </w:rPr>
        <w:t>1:02:03  yani badaltay huay ke andar aik na badalnay wali cheez hai. kyunke aap jantay hain ke cell toot'tay rehtay hain, hamaray jism mein har waqt cell bantay hain, har waqt toot'tay hain.</w:t>
      </w:r>
      <w:r>
        <w:br/>
      </w:r>
      <w:r>
        <w:rPr>
          <w:sz w:val="20"/>
        </w:rPr>
        <w:t>1:02:17  to cell par maut waqe hoti hai, jism ka jo cell hai, us par maut waqe hoti hai.</w:t>
      </w:r>
      <w:r>
        <w:br/>
      </w:r>
      <w:r>
        <w:rPr>
          <w:sz w:val="20"/>
        </w:rPr>
        <w:t>1:02:26  asal asal personality wahi waqe rehti hai. is ke mani is se sabit hua ke maut shakhsiyat ka khatma nahi hai, yeh zahiri jism ka khatma hai.</w:t>
      </w:r>
      <w:r>
        <w:br/>
      </w:r>
      <w:r>
        <w:rPr>
          <w:sz w:val="20"/>
        </w:rPr>
        <w:t>1:02:40  to aap to bohat socha jaye</w:t>
      </w:r>
      <w:r>
        <w:br/>
      </w:r>
      <w:r>
        <w:rPr>
          <w:sz w:val="20"/>
        </w:rPr>
        <w:t>1:02:42  aadmi ko ke jab meri shakhsiyat yeh baqi rehne wali hai to tehqeeq kare, aadmi parhe, study kare.</w:t>
      </w:r>
      <w:r>
        <w:br/>
      </w:r>
      <w:r>
        <w:rPr>
          <w:sz w:val="20"/>
        </w:rPr>
        <w:t>1:02:53  aur jo aadmi bhi arabi mein ek misl hai ke man jadd wajad jo koshish karta hai, woh zaroor pata hai.</w:t>
      </w:r>
      <w:r>
        <w:br/>
      </w:r>
      <w:r>
        <w:rPr>
          <w:sz w:val="20"/>
        </w:rPr>
        <w:t>1:03:05  to agar aadmi sincerely tehqeeq kare is baat ki to zaroor woh pa le ga ke maut ke baad kya hai.</w:t>
      </w:r>
      <w:r>
        <w:br/>
      </w:r>
      <w:r>
        <w:rPr>
          <w:sz w:val="20"/>
        </w:rPr>
        <w:t>1:03:17  lekin log bhule rehte hain, waqti jo distractions hote rehte hain, waqti is mein phanse rehte hain aur soch nahi paate.</w:t>
      </w:r>
      <w:r>
        <w:br/>
      </w:r>
      <w:r>
        <w:rPr>
          <w:sz w:val="20"/>
        </w:rPr>
        <w:t>1:03:30  aap logon ka, yaani hamara mission jo hai, yeh is ka yahi kaam hi yahi hai ke logon ko yaad dilaye,</w:t>
      </w:r>
      <w:r>
        <w:br/>
      </w:r>
      <w:r>
        <w:rPr>
          <w:sz w:val="20"/>
        </w:rPr>
        <w:t>1:03:41  yeh yaad dilaye ke bajaye is liye ke aap aaj mein itna phanse, itna phanse ke soch na sakein kal ke liye, to</w:t>
      </w:r>
      <w:r>
        <w:br/>
      </w:r>
      <w:r>
        <w:rPr>
          <w:sz w:val="20"/>
        </w:rPr>
        <w:t>1:03:56  kal ke liye sochiye ke kal hi jo hai, woh eternally baqi rehne wala hai aap ke liye.</w:t>
      </w:r>
    </w:p>
    <w:p>
      <w:pPr>
        <w:pStyle w:val="Heading2"/>
      </w:pPr>
      <w:r>
        <w:t>Why grieve for what is not ours</w:t>
      </w:r>
    </w:p>
    <w:p>
      <w:r>
        <w:rPr>
          <w:color w:val="666666"/>
          <w:sz w:val="18"/>
        </w:rPr>
        <w:t>Life &amp; Wisdom · Islam Ideology, Team and Method October 09, 2011 · 3m 08s · at 1:32:38 · https://youtu.be/zRilc1fG6c0?t=5558</w:t>
      </w:r>
    </w:p>
    <w:p>
      <w:r>
        <w:rPr>
          <w:i/>
        </w:rPr>
        <w:t>“Why do we grieve for something which is not even ours? Why are we afraid to lose something which was never ours?”</w:t>
      </w:r>
    </w:p>
    <w:p>
      <w:r>
        <w:rPr>
          <w:sz w:val="20"/>
        </w:rPr>
        <w:t>1:32:38  maulana, yeh sawal aaya hai miss akansha dash ka delhi se. unhon ne likha hai ke un ka bohat hi general level pe sawal</w:t>
      </w:r>
      <w:r>
        <w:br/>
      </w:r>
      <w:r>
        <w:rPr>
          <w:sz w:val="20"/>
        </w:rPr>
        <w:t>1:32:46  hai. maulana, unhon ne likha hai ke: "sir, please tell me, why do we grieve for something which is not even ours? why are we afraid to lose something which was never ours?" kindly comment.</w:t>
      </w:r>
      <w:r>
        <w:br/>
      </w:r>
      <w:r>
        <w:rPr>
          <w:sz w:val="20"/>
        </w:rPr>
        <w:t>1:32:59  kya kya matlab hua ke hamein kisi cheez ko khone se kyun dar lagta hai jo jo cheez hamari nahi hai? ya hamein kyun dukh hota hai kisi cheez ko le ke jab woh hamari kabhi nahi thi?</w:t>
      </w:r>
      <w:r>
        <w:br/>
      </w:r>
      <w:r>
        <w:rPr>
          <w:sz w:val="20"/>
        </w:rPr>
        <w:t>1:33:10  to bohat hi general level pe molana, unhon ne am immature</w:t>
      </w:r>
      <w:r>
        <w:br/>
      </w:r>
      <w:r>
        <w:rPr>
          <w:sz w:val="20"/>
        </w:rPr>
        <w:t>1:33:13  ti ek hi lafz mein. beshtar log jo hain, immature nahi hote. yeh sab am immaturity ka faraham hai. aap study kijiye, aap zyada apne soch ko develop kijiye to apne aap ko khatam ho jata hai.</w:t>
      </w:r>
      <w:r>
        <w:br/>
      </w:r>
      <w:r>
        <w:rPr>
          <w:sz w:val="20"/>
        </w:rPr>
        <w:t>1:33:32  yeh sara jo hai, is tarah ka mamla hai. a immaturity ka phenomenon hai.</w:t>
      </w:r>
      <w:r>
        <w:br/>
      </w:r>
      <w:r>
        <w:rPr>
          <w:sz w:val="20"/>
        </w:rPr>
        <w:t>1:33:41  Maulana, yeh Qatar se aaya hai sawal.</w:t>
      </w:r>
      <w:r>
        <w:br/>
      </w:r>
      <w:r>
        <w:rPr>
          <w:sz w:val="20"/>
        </w:rPr>
        <w:t>1:33:44  Miss Reshma Khanam Abdul Basit ne kara hai.</w:t>
      </w:r>
      <w:r>
        <w:br/>
      </w:r>
      <w:r>
        <w:rPr>
          <w:sz w:val="20"/>
        </w:rPr>
        <w:t>1:33:47  unhon ne likha hai ke: "Maulana, maine apni ek saheli se Quran ko dawah work mein dene</w:t>
      </w:r>
      <w:r>
        <w:br/>
      </w:r>
      <w:r>
        <w:rPr>
          <w:sz w:val="20"/>
        </w:rPr>
        <w:t>1:33:53  ke bare mein kaha to unhon ne kaha ke theek hai, lekin ek baat yeh hai ke agar</w:t>
      </w:r>
      <w:r>
        <w:br/>
      </w:r>
      <w:r>
        <w:rPr>
          <w:sz w:val="20"/>
        </w:rPr>
        <w:t>1:34:00  woh quran ki be adabi karen, is ko phenken to maulana, is baray mein batayen ke hum kya</w:t>
      </w:r>
      <w:r>
        <w:br/>
      </w:r>
      <w:r>
        <w:rPr>
          <w:sz w:val="20"/>
        </w:rPr>
        <w:t>1:34:08  jawab den?" dekhiye, be adabi aur be hurmati ke alfaaz sab bidat hain.</w:t>
      </w:r>
      <w:r>
        <w:br/>
      </w:r>
      <w:r>
        <w:rPr>
          <w:sz w:val="20"/>
        </w:rPr>
        <w:t>1:34:14  bidat mubtadaana alfaaz hain.</w:t>
      </w:r>
      <w:r>
        <w:br/>
      </w:r>
      <w:r>
        <w:rPr>
          <w:sz w:val="20"/>
        </w:rPr>
        <w:t>1:34:17  musalmanon ne bana rakha hai. koi mujhe bataye, quran majeed ne kaha yeh tasawwur hai be adabi aur be hurmati? yeh to musalmanon ne bana rakha hai.</w:t>
      </w:r>
      <w:r>
        <w:br/>
      </w:r>
      <w:r>
        <w:rPr>
          <w:sz w:val="20"/>
        </w:rPr>
        <w:t>1:34:28  to musalmanon ne jo bana rakha hai, us ka hum zimmedar nahi hain. musalmanon ne bohat sare be adabi gaar rakhe hain, to kya is ka hum zimmedar banenge?</w:t>
      </w:r>
      <w:r>
        <w:br/>
      </w:r>
      <w:r>
        <w:rPr>
          <w:sz w:val="20"/>
        </w:rPr>
        <w:t>1:34:41  koi mujhe quran ka reference de, hadith ka reference de ke be hurmati aur be adabi bhi koi cheez hai islam mein? woh is doosre concern aap concern nahi hain.</w:t>
      </w:r>
      <w:r>
        <w:br/>
      </w:r>
      <w:r>
        <w:rPr>
          <w:sz w:val="20"/>
        </w:rPr>
        <w:t>1:34:51  aap ne de diya to aap ne zimmedari poori kar di. ab woh doosra kya karega? woh allah jaane, woh jaane. aap is mamle ko khud kyun lete hain apne zame?</w:t>
      </w:r>
      <w:r>
        <w:br/>
      </w:r>
      <w:r>
        <w:rPr>
          <w:sz w:val="20"/>
        </w:rPr>
        <w:t>1:35:01  doosre pe daliye, doosre pe daliye ke woh jaisa karega to allah kahan uska jawab responsible hai is ke liye?</w:t>
      </w:r>
      <w:r>
        <w:br/>
      </w:r>
      <w:r>
        <w:rPr>
          <w:sz w:val="20"/>
        </w:rPr>
        <w:t>1:35:11  yani beshtar log yeh kehte hain ke khuda ke domain mein jo cheez hai, woh is is waqt khuda ki seat pe qabza karne ki koshish karte hain. yani khuda, yeh khuda ki seat pe ja ke baithna hai.</w:t>
      </w:r>
      <w:r>
        <w:br/>
      </w:r>
      <w:r>
        <w:rPr>
          <w:sz w:val="20"/>
        </w:rPr>
        <w:t>1:35:23  yeh khuda janta hai ke is ne be hurmati ki ya nahi ki, aur khuda hi is se poochega. aap ko, aap ko is ki zimmedari nahi dali allah taala ne. aap se koi matlab is ka nahi hai.</w:t>
      </w:r>
      <w:r>
        <w:br/>
      </w:r>
      <w:r>
        <w:rPr>
          <w:sz w:val="20"/>
        </w:rPr>
        <w:t>1:35:35  behhal, main is ko mubtadaana tasawwur samajhta hoon.</w:t>
      </w:r>
      <w:r>
        <w:br/>
      </w:r>
      <w:r>
        <w:rPr>
          <w:sz w:val="20"/>
        </w:rPr>
        <w:t>1:35:39  hoon. yani innovation, is ko islam se koi ta'alluq nahi hai.</w:t>
      </w:r>
    </w:p>
    <w:p>
      <w:pPr>
        <w:pStyle w:val="Heading2"/>
      </w:pPr>
      <w:r>
        <w:t>Why is man unaware of death</w:t>
      </w:r>
    </w:p>
    <w:p>
      <w:r>
        <w:rPr>
          <w:color w:val="666666"/>
          <w:sz w:val="18"/>
        </w:rPr>
        <w:t>Life &amp; Wisdom · Life After Death January 22, 2012 · 2m 58s · at 1:13:41 · https://youtu.be/5hVH1BLKBF4?t=4421</w:t>
      </w:r>
    </w:p>
    <w:p>
      <w:r>
        <w:rPr>
          <w:i/>
        </w:rPr>
        <w:t>“Death is man's biggest reality. Why does he stay unaware of it?”</w:t>
      </w:r>
    </w:p>
    <w:p>
      <w:r>
        <w:rPr>
          <w:sz w:val="20"/>
        </w:rPr>
        <w:t>1:13:41  Maulana, agla sawal Dilli se hai. Miss Naghma Siddiqui ka, unhon</w:t>
      </w:r>
      <w:r>
        <w:br/>
      </w:r>
      <w:r>
        <w:rPr>
          <w:sz w:val="20"/>
        </w:rPr>
        <w:t>1:13:45  ne poocha hai: "Death is man's biggest reality. Why does he stay unaware of it?" bhai toh Shaitan ka sab se bara harba hai.</w:t>
      </w:r>
      <w:r>
        <w:br/>
      </w:r>
      <w:r>
        <w:rPr>
          <w:sz w:val="20"/>
        </w:rPr>
        <w:t>1:13:56  Shaitan chahta hai ke maut se aadmi ko bhulaye rakhe, maut ko bhulaye rakhe. Kyun ke maut aayegi toh aadmi ki zindagi badal jayegi bilkul.</w:t>
      </w:r>
      <w:r>
        <w:br/>
      </w:r>
      <w:r>
        <w:rPr>
          <w:sz w:val="20"/>
        </w:rPr>
        <w:t>1:14:11  toh yeh Shaitan ka, main samajhta hoon ke sab se bara harba yeh hai ke aadmi ko, ab dekhiye aap ghaur kijiye. Yeh Shaitan ki sunnat hai yeh.</w:t>
      </w:r>
      <w:r>
        <w:br/>
      </w:r>
      <w:r>
        <w:rPr>
          <w:sz w:val="20"/>
        </w:rPr>
        <w:t>1:14:21  aap ghaur kijiye ke Shaitan ne Allah Ta'ala se baghaawat ki. Agar is sach much is ko yaqeen hota ke mujhe isi Khuda ke paas lautna hai Qayamat mein aur mujhe saza sunai jayegi.</w:t>
      </w:r>
      <w:r>
        <w:br/>
      </w:r>
      <w:r>
        <w:rPr>
          <w:sz w:val="20"/>
        </w:rPr>
        <w:t>1:14:38  sach much is ka</w:t>
      </w:r>
      <w:r>
        <w:br/>
      </w:r>
      <w:r>
        <w:rPr>
          <w:sz w:val="20"/>
        </w:rPr>
        <w:t>1:14:39  ehsas hota to woh khud hi yeh kaam na karta. to shaitan khud be khabar tha is baat se ke mujhe dobara Allah ke samne meri peshi hone hone wali hai.</w:t>
      </w:r>
      <w:r>
        <w:br/>
      </w:r>
      <w:r>
        <w:rPr>
          <w:sz w:val="20"/>
        </w:rPr>
        <w:t>1:14:51  main is Khuda ki adalat ko face karna parega mujh ko. waqti tor par mujhe azadi hai qayamat se pehle hangama karne ki.</w:t>
      </w:r>
      <w:r>
        <w:br/>
      </w:r>
      <w:r>
        <w:rPr>
          <w:sz w:val="20"/>
        </w:rPr>
        <w:t>1:15:00  to shaitan khud hi is se ghafil hai ya tha ke mujhe aakhir kar Khuda ki adalat ko face karna hai.</w:t>
      </w:r>
      <w:r>
        <w:br/>
      </w:r>
      <w:r>
        <w:rPr>
          <w:sz w:val="20"/>
        </w:rPr>
        <w:t>1:15:08  to yeh wohi is sunnat hai woh shaitan ki. woh is sunnat ko, isi shaitan ki sunnat hai. us ne kaha tha ke main main sab ko apni sunnat pe chala dunga.</w:t>
      </w:r>
      <w:r>
        <w:br/>
      </w:r>
      <w:r>
        <w:rPr>
          <w:sz w:val="20"/>
        </w:rPr>
        <w:t>1:15:18  apne raste par. to jo log, yani Allah ki pakar ka jin ko ehsas ho, unhein sochna chahiye ke mujhe to shaitan ke raste pe chal raha hoon main.</w:t>
      </w:r>
      <w:r>
        <w:br/>
      </w:r>
      <w:r>
        <w:rPr>
          <w:sz w:val="20"/>
        </w:rPr>
        <w:t>1:15:32  maut ka mat</w:t>
      </w:r>
      <w:r>
        <w:br/>
      </w:r>
      <w:r>
        <w:rPr>
          <w:sz w:val="20"/>
        </w:rPr>
        <w:t>1:15:33  lab kya hai? maut ka matlab hai Allah ke samne Accountability. Allah ke samne, Allah ke samne peshi. yeh matlab hai maut ka.</w:t>
      </w:r>
      <w:r>
        <w:br/>
      </w:r>
      <w:r>
        <w:rPr>
          <w:sz w:val="20"/>
        </w:rPr>
        <w:t>1:15:44  to shaitan khud is se ghafil aur aur doosron ko bhi ghafil karta hai is ko.</w:t>
      </w:r>
      <w:r>
        <w:br/>
      </w:r>
      <w:r>
        <w:rPr>
          <w:sz w:val="20"/>
        </w:rPr>
        <w:t>1:15:51  quran</w:t>
      </w:r>
      <w:r>
        <w:br/>
      </w:r>
      <w:r>
        <w:rPr>
          <w:sz w:val="20"/>
        </w:rPr>
        <w:t>1:15:52  mein hai ke: "jo tumhari pairwi karega to tum ko aur un sab logon ko main jahannum mein daal dunga."</w:t>
      </w:r>
      <w:r>
        <w:br/>
      </w:r>
      <w:r>
        <w:rPr>
          <w:sz w:val="20"/>
        </w:rPr>
        <w:t>1:16:00  to kitna zyada sochne ki baat hai. surah aaraf mein Allah taala ne sirf kaha tha iblis se ke: "jo tumhari pairwi karega main tum ko aur us ko sab ko jahannum mein daal dunga." to yeh to pairwi hai ke aadmi is baat se ghafil ho jaye ke hamein aakhir kar Khuda ke samne pesh hona hai.</w:t>
      </w:r>
      <w:r>
        <w:br/>
      </w:r>
      <w:r>
        <w:rPr>
          <w:sz w:val="20"/>
        </w:rPr>
        <w:t>1:16:20  Khuda ke Verdict ka samna karna hai.</w:t>
      </w:r>
      <w:r>
        <w:br/>
      </w:r>
      <w:r>
        <w:rPr>
          <w:sz w:val="20"/>
        </w:rPr>
        <w:t>1:16:26  to isi isi shaitan ki sunnat, shaitan ne sab ko apni sunnat pe kisi ke tareeqe se baqayeda rakha hai. to bohat zyada sochne ki baat hai.</w:t>
      </w:r>
    </w:p>
    <w:p>
      <w:pPr>
        <w:pStyle w:val="Heading2"/>
      </w:pPr>
      <w:r>
        <w:t>Why man lacks inquiry about death</w:t>
      </w:r>
    </w:p>
    <w:p>
      <w:r>
        <w:rPr>
          <w:color w:val="666666"/>
          <w:sz w:val="18"/>
        </w:rPr>
        <w:t>Life &amp; Wisdom · Concept of Death in Islam 26th Aug 12 SLOW · 3m 48s · at 7:32 · https://youtu.be/8dsos0OBM6M?t=452</w:t>
      </w:r>
    </w:p>
    <w:p>
      <w:r>
        <w:rPr>
          <w:i/>
        </w:rPr>
        <w:t>“After death is when the death is unknown, why is it that man does not use the spirit of inquiry to know about it?”</w:t>
      </w:r>
    </w:p>
    <w:p>
      <w:r>
        <w:rPr>
          <w:sz w:val="20"/>
        </w:rPr>
        <w:t>7:32  Maulana, agla sawal Tamil Nadu se hai Maulana Iqbal Umri sahab ka. unhon ne likha hai: "After death is when the death is unknown, why is it that man does not use the spirit of inquiry to know about it? "</w:t>
      </w:r>
      <w:r>
        <w:br/>
      </w:r>
      <w:r>
        <w:rPr>
          <w:sz w:val="20"/>
        </w:rPr>
        <w:t>7:51  yehi to sab se bara kami hai ke aadmi ko to spirit of inquiry jaagna chahiye.</w:t>
      </w:r>
      <w:r>
        <w:br/>
      </w:r>
      <w:r>
        <w:rPr>
          <w:sz w:val="20"/>
        </w:rPr>
        <w:t>7:57  kuch logon ko to jaagti hai, jaise ke hum ne kuch misalein di hain aap ko.</w:t>
      </w:r>
      <w:r>
        <w:br/>
      </w:r>
      <w:r>
        <w:rPr>
          <w:sz w:val="20"/>
        </w:rPr>
        <w:t>8:04  beshtar log to bhoolay rehte hain, bhoolay rehte hain, bhoolay rehte hain.</w:t>
      </w:r>
      <w:r>
        <w:br/>
      </w:r>
      <w:r>
        <w:rPr>
          <w:sz w:val="20"/>
        </w:rPr>
        <w:t>8:11  to pehle zamane mein jab ke log kehte the ke aadmi mar gaya, bas khatam ho gaya.</w:t>
      </w:r>
      <w:r>
        <w:br/>
      </w:r>
      <w:r>
        <w:rPr>
          <w:sz w:val="20"/>
        </w:rPr>
        <w:t>8:18  ab to jo science ne nayi baatein batai hain, is mein yeh baat sabit ho jati hai ke</w:t>
      </w:r>
      <w:r>
        <w:br/>
      </w:r>
      <w:r>
        <w:rPr>
          <w:sz w:val="20"/>
        </w:rPr>
        <w:t>8:25  maut jism par hoti hai, asal insaan par nahi hoti.</w:t>
      </w:r>
      <w:r>
        <w:br/>
      </w:r>
      <w:r>
        <w:rPr>
          <w:sz w:val="20"/>
        </w:rPr>
        <w:t>8:32  asal insaan par nahi hoti.</w:t>
      </w:r>
      <w:r>
        <w:br/>
      </w:r>
      <w:r>
        <w:rPr>
          <w:sz w:val="20"/>
        </w:rPr>
        <w:t>8:39  jo hamari asal personality hai, woh yeh jism nahi hai.</w:t>
      </w:r>
      <w:r>
        <w:br/>
      </w:r>
      <w:r>
        <w:rPr>
          <w:sz w:val="20"/>
        </w:rPr>
        <w:t>8:46  asal personality to yani bayan jism ke bayan hai.</w:t>
      </w:r>
      <w:r>
        <w:br/>
      </w:r>
      <w:r>
        <w:rPr>
          <w:sz w:val="20"/>
        </w:rPr>
        <w:t>8:53  to ek scientist ne is ko is tareeqe se kaha ke "Personality is a changelessness in change." "Personality</w:t>
      </w:r>
      <w:r>
        <w:br/>
      </w:r>
      <w:r>
        <w:rPr>
          <w:sz w:val="20"/>
        </w:rPr>
        <w:t>9:00  is a changelessness in change." yani insaan ki jo shakhsiyat hai, woh badalti hui, yani badalte hue ke</w:t>
      </w:r>
      <w:r>
        <w:br/>
      </w:r>
      <w:r>
        <w:rPr>
          <w:sz w:val="20"/>
        </w:rPr>
        <w:t>9:07  andar ek na badalne wali cheez hai.</w:t>
      </w:r>
      <w:r>
        <w:br/>
      </w:r>
      <w:r>
        <w:rPr>
          <w:sz w:val="20"/>
        </w:rPr>
        <w:t>9:14  kyun ke aap jante hain ke cell toot te rehte hain.</w:t>
      </w:r>
      <w:r>
        <w:br/>
      </w:r>
      <w:r>
        <w:rPr>
          <w:sz w:val="20"/>
        </w:rPr>
        <w:t>9:21  hamare jism mein har waqt cell bante hain, har waqt toot te hain.</w:t>
      </w:r>
      <w:r>
        <w:br/>
      </w:r>
      <w:r>
        <w:rPr>
          <w:sz w:val="20"/>
        </w:rPr>
        <w:t>9:28  to cell par maut waqe hoti hai.</w:t>
      </w:r>
      <w:r>
        <w:br/>
      </w:r>
      <w:r>
        <w:rPr>
          <w:sz w:val="20"/>
        </w:rPr>
        <w:t>9:35  jism ka jo cell hai, us par maut waqe hoti hai.</w:t>
      </w:r>
      <w:r>
        <w:br/>
      </w:r>
      <w:r>
        <w:rPr>
          <w:sz w:val="20"/>
        </w:rPr>
        <w:t>9:42  asal asal personality wohi waqti rehti hai.</w:t>
      </w:r>
      <w:r>
        <w:br/>
      </w:r>
      <w:r>
        <w:rPr>
          <w:sz w:val="20"/>
        </w:rPr>
        <w:t>9:49  is ke mani is se sabit hua ke maut shakhsiyat ka khatma nahi hai, yeh zahiri jism ka khatma hai.</w:t>
      </w:r>
      <w:r>
        <w:br/>
      </w:r>
      <w:r>
        <w:rPr>
          <w:sz w:val="20"/>
        </w:rPr>
        <w:t>9:56  to ab to bohat socha jaye, aadmi ek jab meri shakhsiyat yeh baqi rehne wali hai to tehqeeq</w:t>
      </w:r>
      <w:r>
        <w:br/>
      </w:r>
      <w:r>
        <w:rPr>
          <w:sz w:val="20"/>
        </w:rPr>
        <w:t>10:03  kare, aadmi parhe, study kare.</w:t>
      </w:r>
      <w:r>
        <w:br/>
      </w:r>
      <w:r>
        <w:rPr>
          <w:sz w:val="20"/>
        </w:rPr>
        <w:t>10:10  aur jo aadmi bhi hadith arabi mein ek fasal hai ke "man jadd wajad" .</w:t>
      </w:r>
      <w:r>
        <w:br/>
      </w:r>
      <w:r>
        <w:rPr>
          <w:sz w:val="20"/>
        </w:rPr>
        <w:t>10:17  jo koshish karta hai, woh zaroor pata hai.</w:t>
      </w:r>
      <w:r>
        <w:br/>
      </w:r>
      <w:r>
        <w:rPr>
          <w:sz w:val="20"/>
        </w:rPr>
        <w:t>10:24  to agar aadmi sincerely tehqeeq kare is baat ki to zaroor woh pa le ga ke maut ke</w:t>
      </w:r>
      <w:r>
        <w:br/>
      </w:r>
      <w:r>
        <w:rPr>
          <w:sz w:val="20"/>
        </w:rPr>
        <w:t>10:31  baad kya hai.</w:t>
      </w:r>
      <w:r>
        <w:br/>
      </w:r>
      <w:r>
        <w:rPr>
          <w:sz w:val="20"/>
        </w:rPr>
        <w:t>10:38  lekin log bhule rehte hain, waqti jo distractions hote rehte hain, waqti isi mein phanse rehte hain aur</w:t>
      </w:r>
      <w:r>
        <w:br/>
      </w:r>
      <w:r>
        <w:rPr>
          <w:sz w:val="20"/>
        </w:rPr>
        <w:t>10:45  soch nahi paate.</w:t>
      </w:r>
      <w:r>
        <w:br/>
      </w:r>
      <w:r>
        <w:rPr>
          <w:sz w:val="20"/>
        </w:rPr>
        <w:t>10:52  aap logon ka yani hamara mission jo hai, is ka yahi kaam hi yahi hai ke logon ko</w:t>
      </w:r>
      <w:r>
        <w:br/>
      </w:r>
      <w:r>
        <w:rPr>
          <w:sz w:val="20"/>
        </w:rPr>
        <w:t>10:59  yaad dilaye, yeh yaad dilaye ke bajaye is liye ke aap aaj mein itna phanse, itna phanse ke</w:t>
      </w:r>
      <w:r>
        <w:br/>
      </w:r>
      <w:r>
        <w:rPr>
          <w:sz w:val="20"/>
        </w:rPr>
        <w:t>11:06  soch na saken kal ke liye, to kal ke liye socheye ke kyunke kal hi jo hai, woh</w:t>
      </w:r>
      <w:r>
        <w:br/>
      </w:r>
      <w:r>
        <w:rPr>
          <w:sz w:val="20"/>
        </w:rPr>
        <w:t>11:13  eternally baqi rehne wala hai ab aap ke liye.</w:t>
      </w:r>
      <w:r>
        <w:br/>
      </w:r>
      <w:r>
        <w:rPr>
          <w:sz w:val="20"/>
        </w:rPr>
        <w:t>11:20  maulana, agla sawal miss fatima sarah ka hai bangalore se.</w:t>
      </w:r>
    </w:p>
    <w:p>
      <w:pPr>
        <w:pStyle w:val="Heading2"/>
      </w:pPr>
      <w:r>
        <w:t>Wisdom of human civilization and paradise</w:t>
      </w:r>
    </w:p>
    <w:p>
      <w:r>
        <w:rPr>
          <w:color w:val="666666"/>
          <w:sz w:val="18"/>
        </w:rPr>
        <w:t>Life &amp; Wisdom · Stress and Spirituality January 1, 2012 · 4m 19s · at 1:07:50 · https://youtu.be/TPhXL9-g6ME?t=4070</w:t>
      </w:r>
    </w:p>
    <w:p>
      <w:r>
        <w:rPr>
          <w:i/>
        </w:rPr>
        <w:t>“What is the wisdom of human-made civilization? Was the explosion of paradise before paradise intended?”</w:t>
      </w:r>
    </w:p>
    <w:p>
      <w:r>
        <w:rPr>
          <w:sz w:val="20"/>
        </w:rPr>
        <w:t>1:07:50  maulana, agla sawal tamil nadu se aya hai maulana iqbal umri ka. unhon ne likha hai: "insan ki banai hui tehzeeb ki hikmat kya hai?</w:t>
      </w:r>
      <w:r>
        <w:br/>
      </w:r>
      <w:r>
        <w:rPr>
          <w:sz w:val="20"/>
        </w:rPr>
        <w:t>1:08:01  kya jannat se pehle jannat ka explosion maqsood tha?" nahi, aisa nahi hai. jannat se pehle jannat ka taaruf maqsood tha.</w:t>
      </w:r>
      <w:r>
        <w:br/>
      </w:r>
      <w:r>
        <w:rPr>
          <w:sz w:val="20"/>
        </w:rPr>
        <w:t>1:08:14  introduction of paradise.</w:t>
      </w:r>
      <w:r>
        <w:br/>
      </w:r>
      <w:r>
        <w:rPr>
          <w:sz w:val="20"/>
        </w:rPr>
        <w:t>1:08:19  jo log, yani modern civilization ko ke baray mein negative rai rakhte hain, un se main ittefaq nahi karta.</w:t>
      </w:r>
      <w:r>
        <w:br/>
      </w:r>
      <w:r>
        <w:rPr>
          <w:sz w:val="20"/>
        </w:rPr>
        <w:t>1:08:30  modern civilization jo hai, wo bohat hi aik positive phenomena hai insani history ka.</w:t>
      </w:r>
      <w:r>
        <w:br/>
      </w:r>
      <w:r>
        <w:rPr>
          <w:sz w:val="20"/>
        </w:rPr>
        <w:t>1:08:37  dekhen, quran mein hai ke يُدْخَلُهُمُ الجَنَّةَ وَالرَّفْحَانَ ۔ is jannat mein dakhil karega aadmi ko jis ka, jis ki pehchan kara di hai, jis ka introduction karwa diya hai.</w:t>
      </w:r>
      <w:r>
        <w:br/>
      </w:r>
      <w:r>
        <w:rPr>
          <w:sz w:val="20"/>
        </w:rPr>
        <w:t>1:08:53  to modern civilization jo hai, wo to yahi to hai, wo paradise ka introduction, paradise ka taaruf.</w:t>
      </w:r>
      <w:r>
        <w:br/>
      </w:r>
      <w:r>
        <w:rPr>
          <w:sz w:val="20"/>
        </w:rPr>
        <w:t>1:09:07  aaj jo, yani modern jo civilization ke jo memar hain, unhon ne nature mein discoveries kin, nature ki mein chupi hui boundaries ko unfold kia.</w:t>
      </w:r>
      <w:r>
        <w:br/>
      </w:r>
      <w:r>
        <w:rPr>
          <w:sz w:val="20"/>
        </w:rPr>
        <w:t>1:09:25  aur phir aik aik tehzeeb banai.</w:t>
      </w:r>
      <w:r>
        <w:br/>
      </w:r>
      <w:r>
        <w:rPr>
          <w:sz w:val="20"/>
        </w:rPr>
        <w:t>1:09:28  wo tehzeeb khud jannat nahi hai. jannat to is se bohat aala aur arfa cheez hai. lekin yeh jannat ka aik taaruf zaroor hai, wo.</w:t>
      </w:r>
      <w:r>
        <w:br/>
      </w:r>
      <w:r>
        <w:rPr>
          <w:sz w:val="20"/>
        </w:rPr>
        <w:t>1:09:44  jannat ka taaruf, jannat ki aik jhalak. jis ko kehte hain angrezi mein glimpse. yani glimpse of paradise wo hai. na ke khud paradise wo.</w:t>
      </w:r>
      <w:r>
        <w:br/>
      </w:r>
      <w:r>
        <w:rPr>
          <w:sz w:val="20"/>
        </w:rPr>
        <w:t>1:09:59  to aap ko aaj ki dunya mein</w:t>
      </w:r>
      <w:r>
        <w:br/>
      </w:r>
      <w:r>
        <w:rPr>
          <w:sz w:val="20"/>
        </w:rPr>
        <w:t>1:10:04  jo jab koi aisi cheez mile jo aap, jis mein aap ko, yani jis mein aap ko jo achi lage aap ko, jis mein aap ko bohat taste mile.</w:t>
      </w:r>
      <w:r>
        <w:br/>
      </w:r>
      <w:r>
        <w:rPr>
          <w:sz w:val="20"/>
        </w:rPr>
        <w:t>1:10:21  to yeh sochiye ke dunya mein jo jo taarufi item hain jannat ke, is mein itni lazzat hai to asal jannat kitni zyada lazeez hogi</w:t>
      </w:r>
      <w:r>
        <w:br/>
      </w:r>
      <w:r>
        <w:rPr>
          <w:sz w:val="20"/>
        </w:rPr>
        <w:t>1:10:34  ۔ aik bar to aap wahan mein switzerland mein ke geneva airport par tha to wahan hamare saathi kele khareed kar laye.</w:t>
      </w:r>
      <w:r>
        <w:br/>
      </w:r>
      <w:r>
        <w:rPr>
          <w:sz w:val="20"/>
        </w:rPr>
        <w:t>1:10:43  to switzerland walon ne kele ka jo phal hota hai, us ko phir se develop kiya hai. bohat achay tareeqay se paida karte hain wo kela.</w:t>
      </w:r>
      <w:r>
        <w:br/>
      </w:r>
      <w:r>
        <w:rPr>
          <w:sz w:val="20"/>
        </w:rPr>
        <w:t>1:10:54  aur bohat hi lazeez hota hai wahan ka kela. jo hum ko yahan dilli mein nahi milta. to wo itna acha lagta tha.</w:t>
      </w:r>
      <w:r>
        <w:br/>
      </w:r>
      <w:r>
        <w:rPr>
          <w:sz w:val="20"/>
        </w:rPr>
        <w:t>1:11:04  to main ne yeh nahi socha ke bas switzerland mein aik kele ka aik bagh lagaoon aur switzerland mein aa kar rahoon. yeh nahi socha main ne. main ne yeh socha ke jab switzerland ka kela itna acha hai to jannat kela kitna acha hoga.</w:t>
      </w:r>
      <w:r>
        <w:br/>
      </w:r>
      <w:r>
        <w:rPr>
          <w:sz w:val="20"/>
        </w:rPr>
        <w:t>1:11:20  to civilization jo modern civilization jo hai,</w:t>
      </w:r>
      <w:r>
        <w:br/>
      </w:r>
      <w:r>
        <w:rPr>
          <w:sz w:val="20"/>
        </w:rPr>
        <w:t>1:11:25  is mein jo different item hain, jab is mein kisi cheez mein aap ko khushi mile, lazzat mile,</w:t>
      </w:r>
      <w:r>
        <w:br/>
      </w:r>
      <w:r>
        <w:rPr>
          <w:sz w:val="20"/>
        </w:rPr>
        <w:t>1:11:32  to yeh sochiye</w:t>
      </w:r>
      <w:r>
        <w:br/>
      </w:r>
      <w:r>
        <w:rPr>
          <w:sz w:val="20"/>
        </w:rPr>
        <w:t>1:11:35  ke jab dunya ke</w:t>
      </w:r>
      <w:r>
        <w:br/>
      </w:r>
      <w:r>
        <w:rPr>
          <w:sz w:val="20"/>
        </w:rPr>
        <w:t>1:11:38  ki cheez mein itni zyada lazzat, itni khushi hai jo jo waqti hai, temporary hai yeh, jo to</w:t>
      </w:r>
      <w:r>
        <w:br/>
      </w:r>
      <w:r>
        <w:rPr>
          <w:sz w:val="20"/>
        </w:rPr>
        <w:t>1:11:45  eternal world jo hoga, jo perfect world hoga, wahan ki cheez mein kitni zyada lazzat aur kitni zyada</w:t>
      </w:r>
      <w:r>
        <w:br/>
      </w:r>
      <w:r>
        <w:rPr>
          <w:sz w:val="20"/>
        </w:rPr>
        <w:t>1:11:50  khushi mile gi.</w:t>
      </w:r>
      <w:r>
        <w:br/>
      </w:r>
      <w:r>
        <w:rPr>
          <w:sz w:val="20"/>
        </w:rPr>
        <w:t>1:11:54  to yeh yeh dunya ki har beauty jannat ko yaad dilane ke liye hai. is liye nahi hai ke aap right here, right now ki nazrein le kar isi dunya mein phans kar reh jayen.</w:t>
      </w:r>
    </w:p>
    <w:p>
      <w:pPr>
        <w:pStyle w:val="Heading2"/>
      </w:pPr>
      <w:r>
        <w:t>Worldly success and hereafter success</w:t>
      </w:r>
    </w:p>
    <w:p>
      <w:r>
        <w:rPr>
          <w:color w:val="666666"/>
          <w:sz w:val="18"/>
        </w:rPr>
        <w:t>Life &amp; Wisdom · Man and Angels April 27, 2014 · 3m 22s · at 55:26 · https://youtu.be/b3fk1cakPeo?t=3326</w:t>
      </w:r>
    </w:p>
    <w:p>
      <w:r>
        <w:rPr>
          <w:i/>
        </w:rPr>
        <w:t>“Is there any form of worldly success destined for man, and is success only for the hereafter?”</w:t>
      </w:r>
    </w:p>
    <w:p>
      <w:r>
        <w:rPr>
          <w:sz w:val="20"/>
        </w:rPr>
        <w:t>55:26  Maulana, agla sawal Dilli se hai. Miss Naghma Siddiqui ka. unho ne likha hai: "Is there any form of worldly success destined for man aur is success only for the hereaf</w:t>
      </w:r>
      <w:r>
        <w:br/>
      </w:r>
      <w:r>
        <w:rPr>
          <w:sz w:val="20"/>
        </w:rPr>
        <w:t>55:41  ter؟" dekhiye, dunya ki success ye nahi hai ke aap ke paas bohat paisa ho aur aap ke paas bohat bara ghar ho.</w:t>
      </w:r>
      <w:r>
        <w:br/>
      </w:r>
      <w:r>
        <w:rPr>
          <w:sz w:val="20"/>
        </w:rPr>
        <w:t>55:50  kyun ke jin logon ke paas ye cheezein hain, wo to tension mein jeete hain, diabetic hote hain, blood pressure un ka barha hua hota hai. dunya ki success ye hai ke aap ke andar contentment ho, qanaat ho.</w:t>
      </w:r>
      <w:r>
        <w:br/>
      </w:r>
      <w:r>
        <w:rPr>
          <w:sz w:val="20"/>
        </w:rPr>
        <w:t>56:03  nahi to kuch bhi nahi. isi Dilli mein jin logon ke paas zyada paisa hai, un ke paas ja ke ek din rahiye aap.</w:t>
      </w:r>
      <w:r>
        <w:br/>
      </w:r>
      <w:r>
        <w:rPr>
          <w:sz w:val="20"/>
        </w:rPr>
        <w:t>56:12  aap dekhein ke sab se zyada miserable life un ki hoti hai, jin ke paas zyada paisa hai. to dunya ki success ka main samajhta hoon ke jo miyar hai, wo ye hai hi nahi ke kisi ke paas paisa zyada hai.</w:t>
      </w:r>
      <w:r>
        <w:br/>
      </w:r>
      <w:r>
        <w:rPr>
          <w:sz w:val="20"/>
        </w:rPr>
        <w:t>56:24  nahi, is ke paas qanaat hai, wo manage karna janta hai aur wo jo Allah ne is ko diya hai, us par us se raazi hai, wo wo hai kamyab.</w:t>
      </w:r>
      <w:r>
        <w:br/>
      </w:r>
      <w:r>
        <w:rPr>
          <w:sz w:val="20"/>
        </w:rPr>
        <w:t>56:40  yani abundance jo hai, ye kamyabi ki rah nahi hai. kyun ke jo kisi ke paas bohat zyada hai, wo sab se zyada pareshan hote hain.</w:t>
      </w:r>
      <w:r>
        <w:br/>
      </w:r>
      <w:r>
        <w:rPr>
          <w:sz w:val="20"/>
        </w:rPr>
        <w:t>56:50  aap ko shaq ho to kisi bhi shakhs ko, jo jo bare uhde par ho, jis ke paas zyada paisa ho, us ke paas ja ke ek din rahiye, bas aap dekhein kitni bari museebat mein hain wo log.</w:t>
      </w:r>
      <w:r>
        <w:br/>
      </w:r>
      <w:r>
        <w:rPr>
          <w:sz w:val="20"/>
        </w:rPr>
        <w:t>57:01  to ye kamyabi ka ye miyar hi galat hai mere nazdeek. ke is ke paas, jis ke paas zyada paisa ho, zyada, jis ke paas fame ho, jis ke paas bare bare ghar hon, wo kamyab hai.</w:t>
      </w:r>
      <w:r>
        <w:br/>
      </w:r>
      <w:r>
        <w:rPr>
          <w:sz w:val="20"/>
        </w:rPr>
        <w:t>57:21  main to ab, yani jitne log dekhe hain apni zindagi mein, paisay walay, sab bilkul freshness mein jeete thay. aur jo parha hai, bani kitab hai, wo un ka bhi yahi haal hai.</w:t>
      </w:r>
      <w:r>
        <w:br/>
      </w:r>
      <w:r>
        <w:rPr>
          <w:sz w:val="20"/>
        </w:rPr>
        <w:t>57:35  abhi aap ne dekha hoga, abhi haal mein khabar aayi thi ke eight hundred billion dollar ka ek aadmi America mein, us ne khudkushi kar li.</w:t>
      </w:r>
      <w:r>
        <w:br/>
      </w:r>
      <w:r>
        <w:rPr>
          <w:sz w:val="20"/>
        </w:rPr>
        <w:t>57:47  eight hundred billion dollar to bohat hota hai. aur plus business, wo upar rehta tha, upar kisi story par wahan chhalang laga ke apne ko halak kar liya.</w:t>
      </w:r>
      <w:r>
        <w:br/>
      </w:r>
      <w:r>
        <w:rPr>
          <w:sz w:val="20"/>
        </w:rPr>
        <w:t>58:02  kyun ke in ko sukoon nahi hota. abhi Dilli mein khabar aayi thi, Mrs Throd, jo bohat paisa hai is ke paas, bazahir bohat kamyab, us ne hotel mein apne ko goli kha ke apne ko halak kar liya.</w:t>
      </w:r>
      <w:r>
        <w:br/>
      </w:r>
      <w:r>
        <w:rPr>
          <w:sz w:val="20"/>
        </w:rPr>
        <w:t>58:18  to rozana ki khabrein ye hain. to logon ne jo dunya ki kamyabi ka jo miyar bana rakha hai, wo wahi galat hai. kamyabi ye hai ke aap ko, aap ke peeche aap bind ho, aap ke dil mein sukoon ho,</w:t>
      </w:r>
      <w:r>
        <w:br/>
      </w:r>
      <w:r>
        <w:rPr>
          <w:sz w:val="20"/>
        </w:rPr>
        <w:t>58:34  aap ki sehat achi ho. ye hai kamyabi. aur wo kamyabi hoti hai in logon ke liye jo simple life par raazi ho jayein, jo baghze zaroorat par raazi ho jayein.</w:t>
      </w:r>
      <w:r>
        <w:br/>
      </w:r>
      <w:r>
        <w:rPr>
          <w:sz w:val="20"/>
        </w:rPr>
        <w:t>58:48  warna kuch nahi.</w:t>
      </w:r>
    </w:p>
    <w:p>
      <w:pPr>
        <w:pStyle w:val="Heading2"/>
      </w:pPr>
      <w:r>
        <w:t>Youngsters distracted by career and earning pressure</w:t>
      </w:r>
    </w:p>
    <w:p>
      <w:r>
        <w:rPr>
          <w:color w:val="666666"/>
          <w:sz w:val="18"/>
        </w:rPr>
        <w:t>Life &amp; Wisdom · Dars-e-Quran, Chapter 2, Verse 35 | December 17, 2017 · 4m 15s · at 1:05:22 · https://youtu.be/Cd8MlWM7B9w?t=3922</w:t>
      </w:r>
    </w:p>
    <w:p>
      <w:r>
        <w:rPr>
          <w:i/>
        </w:rPr>
        <w:t>“Today's youngsters are distracted by the pressure they face in terms of career, future planning, and earning more and more. What should they do?”</w:t>
      </w:r>
    </w:p>
    <w:p>
      <w:r>
        <w:rPr>
          <w:sz w:val="20"/>
        </w:rPr>
        <w:t>1:05:22  مولانا، اگلا سوال بھیجا ہے قصیب رضا صاحب نے گیا بہار سے اور انہوں نے لکھا ہے، مولانا، today's youngsters</w:t>
      </w:r>
      <w:r>
        <w:br/>
      </w:r>
      <w:r>
        <w:rPr>
          <w:sz w:val="20"/>
        </w:rPr>
        <w:t>1:05:30  are in the distraction of the pressure that they face in terms of their career, future planning and</w:t>
      </w:r>
      <w:r>
        <w:br/>
      </w:r>
      <w:r>
        <w:rPr>
          <w:sz w:val="20"/>
        </w:rPr>
        <w:t>1:05:36  to earn more and more.</w:t>
      </w:r>
      <w:r>
        <w:br/>
      </w:r>
      <w:r>
        <w:rPr>
          <w:sz w:val="20"/>
        </w:rPr>
        <w:t>1:05:42  What is your guidance and what is your opinion for all these youngsters? Main samajhta hoon ke yahan woh</w:t>
      </w:r>
      <w:r>
        <w:br/>
      </w:r>
      <w:r>
        <w:rPr>
          <w:sz w:val="20"/>
        </w:rPr>
        <w:t>1:05:48  hadith apply hoti hai.</w:t>
      </w:r>
      <w:r>
        <w:br/>
      </w:r>
      <w:r>
        <w:rPr>
          <w:sz w:val="20"/>
        </w:rPr>
        <w:t>1:05:54  ek hadith mein hai ke insan</w:t>
      </w:r>
      <w:r>
        <w:br/>
      </w:r>
      <w:r>
        <w:rPr>
          <w:sz w:val="20"/>
        </w:rPr>
        <w:t>1:06:00  paida hota hai nature par, al fitrat par.</w:t>
      </w:r>
      <w:r>
        <w:br/>
      </w:r>
      <w:r>
        <w:rPr>
          <w:sz w:val="20"/>
        </w:rPr>
        <w:t>1:06:06  phir is ke maa baap us ko daal dete hain doosre raaste par.</w:t>
      </w:r>
      <w:r>
        <w:br/>
      </w:r>
      <w:r>
        <w:rPr>
          <w:sz w:val="20"/>
        </w:rPr>
        <w:t>1:06:12  to main samajhta hoon ke is zamane mein taqreeban har ghar mein hi yahi ho raha hai ke</w:t>
      </w:r>
      <w:r>
        <w:br/>
      </w:r>
      <w:r>
        <w:rPr>
          <w:sz w:val="20"/>
        </w:rPr>
        <w:t>1:06:18  maa baap ke ambitions hoti hain ke mera beta yeh bane, mera beta woh bane, mera beta falan</w:t>
      </w:r>
      <w:r>
        <w:br/>
      </w:r>
      <w:r>
        <w:rPr>
          <w:sz w:val="20"/>
        </w:rPr>
        <w:t>1:06:24  idhar pahunche, mera beta yeh paisa kam</w:t>
      </w:r>
      <w:r>
        <w:br/>
      </w:r>
      <w:r>
        <w:rPr>
          <w:sz w:val="20"/>
        </w:rPr>
        <w:t>1:06:30  aaye.</w:t>
      </w:r>
      <w:r>
        <w:br/>
      </w:r>
      <w:r>
        <w:rPr>
          <w:sz w:val="20"/>
        </w:rPr>
        <w:t>1:06:35  to maa baap apne ambitions ko thopte hain apni aulaad par.</w:t>
      </w:r>
      <w:r>
        <w:br/>
      </w:r>
      <w:r>
        <w:rPr>
          <w:sz w:val="20"/>
        </w:rPr>
        <w:t>1:06:40  main samajhta hoon ke agar maa baap jo hai fitrat par qaaim rahe to bete aur aulaad apne</w:t>
      </w:r>
      <w:r>
        <w:br/>
      </w:r>
      <w:r>
        <w:rPr>
          <w:sz w:val="20"/>
        </w:rPr>
        <w:t>1:06:45  aap hi fitrat par qaaim ho sakte hain.</w:t>
      </w:r>
      <w:r>
        <w:br/>
      </w:r>
      <w:r>
        <w:rPr>
          <w:sz w:val="20"/>
        </w:rPr>
        <w:t>1:06:50  yeh badi mushkil masla hai ke maa baap ka zehan itna bigad chuka hai, itna money oriented ho</w:t>
      </w:r>
      <w:r>
        <w:br/>
      </w:r>
      <w:r>
        <w:rPr>
          <w:sz w:val="20"/>
        </w:rPr>
        <w:t>1:06:56  gaye hain ke apne bete ko sirf ek hi chahte hain ke woh</w:t>
      </w:r>
      <w:r>
        <w:br/>
      </w:r>
      <w:r>
        <w:rPr>
          <w:sz w:val="20"/>
        </w:rPr>
        <w:t>1:07:01  money haarne ki machine bane.</w:t>
      </w:r>
      <w:r>
        <w:br/>
      </w:r>
      <w:r>
        <w:rPr>
          <w:sz w:val="20"/>
        </w:rPr>
        <w:t>1:07:07  ab hum is baare mein main sochta rehta hoon ke kya kya jaaye aur hum likhte rehte hain.</w:t>
      </w:r>
      <w:r>
        <w:br/>
      </w:r>
      <w:r>
        <w:rPr>
          <w:sz w:val="20"/>
        </w:rPr>
        <w:t>1:07:13  aa'indah bhi insha'Allah koshish karte rahenge.</w:t>
      </w:r>
      <w:r>
        <w:br/>
      </w:r>
      <w:r>
        <w:rPr>
          <w:sz w:val="20"/>
        </w:rPr>
        <w:t>1:07:19  maulana, ek comment aaya hai Azhar Rizvi sahib ka Pakistan se.</w:t>
      </w:r>
      <w:r>
        <w:br/>
      </w:r>
      <w:r>
        <w:rPr>
          <w:sz w:val="20"/>
        </w:rPr>
        <w:t>1:07:25  unhon ne likha hai isi comment mein woh jaanna bhi yeh chahte hain ke kya inka yeh</w:t>
      </w:r>
      <w:r>
        <w:br/>
      </w:r>
      <w:r>
        <w:rPr>
          <w:sz w:val="20"/>
        </w:rPr>
        <w:t>1:07:31  sochna sahi hai.</w:t>
      </w:r>
      <w:r>
        <w:br/>
      </w:r>
      <w:r>
        <w:rPr>
          <w:sz w:val="20"/>
        </w:rPr>
        <w:t>1:07:36  انہوں نے لکھا ہے کہ مولانا، if I have understood correctly, we all have worldly responsibilities and there</w:t>
      </w:r>
      <w:r>
        <w:br/>
      </w:r>
      <w:r>
        <w:rPr>
          <w:sz w:val="20"/>
        </w:rPr>
        <w:t>1:07:41  are two way to address them.</w:t>
      </w:r>
      <w:r>
        <w:br/>
      </w:r>
      <w:r>
        <w:rPr>
          <w:sz w:val="20"/>
        </w:rPr>
        <w:t>1:07:46  first through halal halal way and the other through the haram way.</w:t>
      </w:r>
      <w:r>
        <w:br/>
      </w:r>
      <w:r>
        <w:rPr>
          <w:sz w:val="20"/>
        </w:rPr>
        <w:t>1:07:51  one take you to qanaat and sabr, that is the halal way, and the other which is the</w:t>
      </w:r>
      <w:r>
        <w:br/>
      </w:r>
      <w:r>
        <w:rPr>
          <w:sz w:val="20"/>
        </w:rPr>
        <w:t>1:07:56  haste and the distraction is through the haram wa</w:t>
      </w:r>
      <w:r>
        <w:br/>
      </w:r>
      <w:r>
        <w:rPr>
          <w:sz w:val="20"/>
        </w:rPr>
        <w:t>1:08:01  ye. am i right in my understanding it? haan, baat to aap ki theek hai lekin yeh ek side hai. yaani sirf yahi cheez ke haram se bachna yeh aap ko jannat ka mustaghni bana dega. aap sirf khanzir na khayen, is tarah sharab na piyen. yeh ek yahi kafi nahi hai. aap ko jannat</w:t>
      </w:r>
      <w:r>
        <w:br/>
      </w:r>
      <w:r>
        <w:rPr>
          <w:sz w:val="20"/>
        </w:rPr>
        <w:t>1:08:31  کو ڈسکور کرنا ہے، internal جو abode ہے آپ کا، اس کو ڈسکور کرنا ہے۔</w:t>
      </w:r>
      <w:r>
        <w:br/>
      </w:r>
      <w:r>
        <w:rPr>
          <w:sz w:val="20"/>
        </w:rPr>
        <w:t>1:08:39  sirf halal gosht aur haram gosht jaanna yeh kaafi nahi mere khayal se.</w:t>
      </w:r>
      <w:r>
        <w:br/>
      </w:r>
      <w:r>
        <w:rPr>
          <w:sz w:val="20"/>
        </w:rPr>
        <w:t>1:08:46  jannat ki discovery zaroori hai aur God Almighty ki discovery zaroori hai.</w:t>
      </w:r>
      <w:r>
        <w:br/>
      </w:r>
      <w:r>
        <w:rPr>
          <w:sz w:val="20"/>
        </w:rPr>
        <w:t>1:08:54  sab se pehle God Almighty ki discovery, phir jannat ki discovery.</w:t>
      </w:r>
      <w:r>
        <w:br/>
      </w:r>
      <w:r>
        <w:rPr>
          <w:sz w:val="20"/>
        </w:rPr>
        <w:t>1:09:02  main Europe America mein jaata hoon to wahan sab se zyada inka rehta hai halal gosht aur haram gosht.</w:t>
      </w:r>
      <w:r>
        <w:br/>
      </w:r>
      <w:r>
        <w:rPr>
          <w:sz w:val="20"/>
        </w:rPr>
        <w:t>1:09:08  yeh kaafi nahi hai.</w:t>
      </w:r>
      <w:r>
        <w:br/>
      </w:r>
      <w:r>
        <w:rPr>
          <w:sz w:val="20"/>
        </w:rPr>
        <w:t>1:09:14  maulana, agla comment bheja hai Abdus Salam Umri sahib ne Hyderabad se.</w:t>
      </w:r>
      <w:r>
        <w:br/>
      </w:r>
      <w:r>
        <w:rPr>
          <w:sz w:val="20"/>
        </w:rPr>
        <w:t>1:09:20  unhon ne likha hai, maulana, aaj maine apni kamzori ko pakda, woh yeh hai ke marifat ki</w:t>
      </w:r>
      <w:r>
        <w:br/>
      </w:r>
      <w:r>
        <w:rPr>
          <w:sz w:val="20"/>
        </w:rPr>
        <w:t>1:09:26  raah mein meri tar</w:t>
      </w:r>
      <w:r>
        <w:br/>
      </w:r>
      <w:r>
        <w:rPr>
          <w:sz w:val="20"/>
        </w:rPr>
        <w:t>1:09:32  aqi na hone ka reason shajar ممنوعہ hai, yani distraction hai.</w:t>
      </w:r>
    </w:p>
    <w:p>
      <w:pPr>
        <w:pStyle w:val="Heading2"/>
      </w:pPr>
      <w:r>
        <w:t>منفی کو مثبت میں بدلنے کا طریقہ</w:t>
      </w:r>
    </w:p>
    <w:p>
      <w:r>
        <w:rPr>
          <w:color w:val="666666"/>
          <w:sz w:val="18"/>
        </w:rPr>
        <w:t>Life &amp; Wisdom · Islam and Science (In Conversation with Maulana) · 4m 08s · at 17:31 · https://youtu.be/pKS94tSXlT4?t=1051</w:t>
      </w:r>
    </w:p>
    <w:p>
      <w:r>
        <w:rPr>
          <w:i/>
        </w:rPr>
        <w:t>“نیگیٹیو کو پوزیٹیو میں بدلنے کا میتھڈ کیا ہے؟ اس کے بارے میں بتائیں۔”</w:t>
      </w:r>
    </w:p>
    <w:p>
      <w:r>
        <w:rPr>
          <w:sz w:val="20"/>
        </w:rPr>
        <w:t>17:31  agla sawal tamil nadu se mister farah ahmed ka hai. unhon ne likha hai: "maulana, negative ko positive mein badalne ka method kya hai?</w:t>
      </w:r>
      <w:r>
        <w:br/>
      </w:r>
      <w:r>
        <w:rPr>
          <w:sz w:val="20"/>
        </w:rPr>
        <w:t>17:41  is ke baray mein batayen."</w:t>
      </w:r>
      <w:r>
        <w:br/>
      </w:r>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r>
        <w:br/>
      </w:r>
      <w:r>
        <w:rPr>
          <w:sz w:val="20"/>
        </w:rPr>
        <w:t>20:13  yeh self killing hai. yani aap jab negative bante hain kisi ke khilaf to doosre ko kuch nahi bigadte, aap doosre ko koi nuqsan nahi pahunchate, aap aap khud apna nuqsan karte hain.</w:t>
      </w:r>
      <w:r>
        <w:br/>
      </w:r>
      <w:r>
        <w:rPr>
          <w:sz w:val="20"/>
        </w:rPr>
        <w:t>20:30  aap soch lijiyay, koi bhi shakhs soche kya is ki nafrat se kisi doosray ko kuch bigar gaya to jab mein doosray ko bigar nahin sakta to aap apna nuqsan kyon karoon, apnay ko halak kyon karoon?</w:t>
      </w:r>
      <w:r>
        <w:br/>
      </w:r>
      <w:r>
        <w:rPr>
          <w:sz w:val="20"/>
        </w:rPr>
        <w:t>20:45  kyunkay nafrat aayi to farishtay chalay gay. nafrat aayi to Allah ka ilham aap par nahin utray ga. nafrat aayi to Allah ki rehmat aap se door chali jaye gi.</w:t>
      </w:r>
      <w:r>
        <w:br/>
      </w:r>
      <w:r>
        <w:rPr>
          <w:sz w:val="20"/>
        </w:rPr>
        <w:t>20:56  to yeh sochiye aap ke nafrat ka nuqsan doosray ko to nahin puhanchay ga, aap ko puhanch jaye ga. jitna ziyada aap is ko sochengay, utnay ziyada aap nafrat se door hotay chalay jayengay.</w:t>
      </w:r>
      <w:r>
        <w:br/>
      </w:r>
      <w:r>
        <w:rPr>
          <w:sz w:val="20"/>
        </w:rPr>
        <w:t>21:10  isi ka naam hai muhasba, isi ka naam hai introspection. to mein samajhta hoon ke koi bhi aur tadbeer is ke nahin siwaye is ke ke aap muhasba karen, introspection karen, rethinking karen,</w:t>
      </w:r>
      <w:r>
        <w:br/>
      </w:r>
      <w:r>
        <w:rPr>
          <w:sz w:val="20"/>
        </w:rPr>
        <w:t>21:24  apnay baray mein sochen. to aik second mein aap yani negative thinking ko khatam kar den gay aur positive thinking ko apna len gay.</w:t>
      </w:r>
    </w:p>
    <w:p>
      <w:pPr>
        <w:pStyle w:val="Heading2"/>
      </w:pPr>
      <w:r>
        <w:t>A Shia youth seeks guidance on new thinking</w:t>
      </w:r>
    </w:p>
    <w:p>
      <w:r>
        <w:rPr>
          <w:color w:val="666666"/>
          <w:sz w:val="18"/>
        </w:rPr>
        <w:t>Other · Forget the Grievances, January 01, 2017 · 2m 07s · at 48:44 · https://youtu.be/zW4q8dl2cmw?t=2924</w:t>
      </w:r>
    </w:p>
    <w:p>
      <w:r>
        <w:rPr>
          <w:i/>
        </w:rPr>
        <w:t>“I am a Kashmiri young man, and I have been following you religiously from past many years. I am a Shia, but with new thinking.”</w:t>
      </w:r>
    </w:p>
    <w:p>
      <w:r>
        <w:rPr>
          <w:sz w:val="20"/>
        </w:rPr>
        <w:t>48:44  maulana, agla sawal dilli se kiya hai javed ahmad beg sahab ne, aur unhon ne likha hai ke:</w:t>
      </w:r>
      <w:r>
        <w:br/>
      </w:r>
      <w:r>
        <w:rPr>
          <w:sz w:val="20"/>
        </w:rPr>
        <w:t>48:52  I am a Kashmiri young man, and I have been following you religiously from past many years.</w:t>
      </w:r>
      <w:r>
        <w:br/>
      </w:r>
      <w:r>
        <w:rPr>
          <w:sz w:val="20"/>
        </w:rPr>
        <w:t>48:59  i am a shia, but with new thinking.</w:t>
      </w:r>
      <w:r>
        <w:br/>
      </w:r>
      <w:r>
        <w:rPr>
          <w:sz w:val="20"/>
        </w:rPr>
        <w:t>49:03  what would be the solution to the kashmir problem?" maulana sahab, please say something on this.</w:t>
      </w:r>
      <w:r>
        <w:br/>
      </w:r>
      <w:r>
        <w:rPr>
          <w:sz w:val="20"/>
        </w:rPr>
        <w:t>49:10  bhai, is par likh chuke hain kai kitaben, woh un ko aap parhiye, aap english mein bhi hain,</w:t>
      </w:r>
      <w:r>
        <w:br/>
      </w:r>
      <w:r>
        <w:rPr>
          <w:sz w:val="20"/>
        </w:rPr>
        <w:t>49:17  urdu mein bhi hain.</w:t>
      </w:r>
      <w:r>
        <w:br/>
      </w:r>
      <w:r>
        <w:rPr>
          <w:sz w:val="20"/>
        </w:rPr>
        <w:t>49:19  misal ke taur par "dawn aur kashmir" ek ek kitab hai, is ko aap parhiye.</w:t>
      </w:r>
      <w:r>
        <w:br/>
      </w:r>
      <w:r>
        <w:rPr>
          <w:sz w:val="20"/>
        </w:rPr>
        <w:t>49:24  "kashmir mein aman" ek kitab hai, is ko parhiye.</w:t>
      </w:r>
      <w:r>
        <w:br/>
      </w:r>
      <w:r>
        <w:rPr>
          <w:sz w:val="20"/>
        </w:rPr>
        <w:t>49:28  to sari baaten, bhai, likh chuka hoon.</w:t>
      </w:r>
      <w:r>
        <w:br/>
      </w:r>
      <w:r>
        <w:rPr>
          <w:sz w:val="20"/>
        </w:rPr>
        <w:t>49:31  ji, sari baaten, kai kitaben hain, sirf kashmiri par hain.</w:t>
      </w:r>
      <w:r>
        <w:br/>
      </w:r>
      <w:r>
        <w:rPr>
          <w:sz w:val="20"/>
        </w:rPr>
        <w:t>49:35  ji, is ko aap parhiye.</w:t>
      </w:r>
      <w:r>
        <w:br/>
      </w:r>
      <w:r>
        <w:rPr>
          <w:sz w:val="20"/>
        </w:rPr>
        <w:t>49:37  maulana, kuch aur comments parhna chahenge.</w:t>
      </w:r>
      <w:r>
        <w:br/>
      </w:r>
      <w:r>
        <w:rPr>
          <w:sz w:val="20"/>
        </w:rPr>
        <w:t>49:40  agle do comments kashmir se aaye hain.</w:t>
      </w:r>
      <w:r>
        <w:br/>
      </w:r>
      <w:r>
        <w:rPr>
          <w:sz w:val="20"/>
        </w:rPr>
        <w:t>49:43  پہلا کمنٹ کشمیر سے ہے مس قروتلین کا، انہوں نے لکھا ہے: "The only hope for the entire</w:t>
      </w:r>
      <w:r>
        <w:br/>
      </w:r>
      <w:r>
        <w:rPr>
          <w:sz w:val="20"/>
        </w:rPr>
        <w:t>49:51  world in general, and in particular for muslims world, is maulana teachings and interpretations of quran." agla comment</w:t>
      </w:r>
      <w:r>
        <w:br/>
      </w:r>
      <w:r>
        <w:rPr>
          <w:sz w:val="20"/>
        </w:rPr>
        <w:t>49:59  کشمیر سے بھیجا ہے مسٹر عامر موری صاحب نے، اور انہوں نے لکھا ہے: "Today's lecture was an</w:t>
      </w:r>
      <w:r>
        <w:br/>
      </w:r>
      <w:r>
        <w:rPr>
          <w:sz w:val="20"/>
        </w:rPr>
        <w:t>50:07  eye opener for all Kashmiris, including me.</w:t>
      </w:r>
      <w:r>
        <w:br/>
      </w:r>
      <w:r>
        <w:rPr>
          <w:sz w:val="20"/>
        </w:rPr>
        <w:t>50:10  i think da revival of da prophetic sunnah, wich is based on replanning and da'wah, can be</w:t>
      </w:r>
      <w:r>
        <w:br/>
      </w:r>
      <w:r>
        <w:rPr>
          <w:sz w:val="20"/>
        </w:rPr>
        <w:t>50:17  best examplified by kashmir, as the kashmir has many opportunities for doing global da'wah work. " agla comment bangalore</w:t>
      </w:r>
      <w:r>
        <w:br/>
      </w:r>
      <w:r>
        <w:rPr>
          <w:sz w:val="20"/>
        </w:rPr>
        <w:t>50:25  سے بھیجا ہے فیصل سلیم صاحب نے، اور انہوں نے لکھا ہے: "really got a point from the</w:t>
      </w:r>
      <w:r>
        <w:br/>
      </w:r>
      <w:r>
        <w:rPr>
          <w:sz w:val="20"/>
        </w:rPr>
        <w:t>50:33  lesson that we need to ignore the community problems and avail global opportunities. " maulana yaqoob umri ne dilli</w:t>
      </w:r>
      <w:r>
        <w:br/>
      </w:r>
      <w:r>
        <w:rPr>
          <w:sz w:val="20"/>
        </w:rPr>
        <w:t>50:40  سے کمنٹ بھیجا ہے: "مولانا صاحب، today's lectures just is to plan according to the global opportunities available,</w:t>
      </w:r>
      <w:r>
        <w:br/>
      </w:r>
      <w:r>
        <w:rPr>
          <w:sz w:val="20"/>
        </w:rPr>
        <w:t>50:48  and not according to the grievances of victimised community.</w:t>
      </w:r>
    </w:p>
    <w:p>
      <w:pPr>
        <w:pStyle w:val="Heading2"/>
      </w:pPr>
      <w:r>
        <w:t>Are there movements offering solutions other than politics?</w:t>
      </w:r>
    </w:p>
    <w:p>
      <w:r>
        <w:rPr>
          <w:color w:val="666666"/>
          <w:sz w:val="18"/>
        </w:rPr>
        <w:t>Other · Politics and Nation Building May 19, 2013 · 3m 49s · at 1:09:19 · https://youtu.be/kmiMGq0Ki2Q?t=4159</w:t>
      </w:r>
    </w:p>
    <w:p>
      <w:r>
        <w:rPr>
          <w:i/>
        </w:rPr>
        <w:t>“You just said that in Pakistan all leaders present politics as the solution to the nation's problems. Are there some such movements as well?”</w:t>
      </w:r>
    </w:p>
    <w:p>
      <w:r>
        <w:rPr>
          <w:sz w:val="20"/>
        </w:rPr>
        <w:t>1:09:19  ko woh ap ko khud decide karna hai wahan ke halaat ko read kar ke maulana agla sawal</w:t>
      </w:r>
      <w:r>
        <w:br/>
      </w:r>
      <w:r>
        <w:rPr>
          <w:sz w:val="20"/>
        </w:rPr>
        <w:t>1:09:25  ah ghazi abad se hai aqeel ahmed sahab ka unhon ne likha hai ap ne abhi farmaya ke</w:t>
      </w:r>
      <w:r>
        <w:br/>
      </w:r>
      <w:r>
        <w:rPr>
          <w:sz w:val="20"/>
        </w:rPr>
        <w:t>1:09:33  pakistan mein tamam leader millat ke masail ka hal siyasat ko batatay hain kuch aisi tehreekein bhi hain</w:t>
      </w:r>
      <w:r>
        <w:br/>
      </w:r>
      <w:r>
        <w:rPr>
          <w:sz w:val="20"/>
        </w:rPr>
        <w:t>1:09:40  jo taleem ke maidan mein kaam kar rahi hain ap ne un ka zikr nahi kiya is ki</w:t>
      </w:r>
      <w:r>
        <w:br/>
      </w:r>
      <w:r>
        <w:rPr>
          <w:sz w:val="20"/>
        </w:rPr>
        <w:t>1:09:46  wajah kya hai</w:t>
      </w:r>
      <w:r>
        <w:br/>
      </w:r>
      <w:r>
        <w:rPr>
          <w:sz w:val="20"/>
        </w:rPr>
        <w:t>1:09:49  madrasa chala rahi hain madrasa woh us ko mein ne jab bhi mein lafz bolta hoon taleem to meri murad hoti hai secular education wahan madarse log madarse zaroor chala rahe hain secular education to wahan kis cheez kar rahe hain woh musalman to bohat hi musalmanon ke jo school hain woh bohat hi mamooli yani standard ke hain koi standard un ka nahi hai</w:t>
      </w:r>
      <w:r>
        <w:br/>
      </w:r>
      <w:r>
        <w:rPr>
          <w:sz w:val="20"/>
        </w:rPr>
        <w:t>1:10:15  yehi to kami hai ke azadi ke baad dekhiye India aur Pakistan dono jagah ek hi kaam karna tha ke do kamon par sara zor diya jata hai sirf do kaam bas infrastructure aur education education meri baat hai secular education lekin na India mein yeh kaam theek tarike se hua na Pakistan mein dono jagah nahi hua</w:t>
      </w:r>
      <w:r>
        <w:br/>
      </w:r>
      <w:r>
        <w:rPr>
          <w:sz w:val="20"/>
        </w:rPr>
        <w:t>1:10:42  aj bhi dekhiye abhi mein ne dekha ke duniya ke hundred universities mein jo top ki hain un mein se ek bhi India ki university nahi hai duniya ki hundred top ki universities mein India ki ek bhi university nahi hai aur Pakistan to dollar hai to dekhiye starting point pakarne mein India ki leadership bhi fail ho gayi aur Pakistan ki leadership bhi fail ho gayi</w:t>
      </w:r>
      <w:r>
        <w:br/>
      </w:r>
      <w:r>
        <w:rPr>
          <w:sz w:val="20"/>
        </w:rPr>
        <w:t>1:11:10  azadi ke baad jo starting point tha woh yehi tha ke do cheezon ke pas diya jaye is sab bohat umda qism ka infrastructure aur bohat umda qism ki education yehi nahi hua na yahan hua na wahan hua to mein samajhta hoon ke Pakistan to ek well disturbed ho chuka hai India bhi development yahan bhi bohat hi mamooli hua abhi bhi India develop countries mein shumar karne qabil</w:t>
      </w:r>
      <w:r>
        <w:br/>
      </w:r>
      <w:r>
        <w:rPr>
          <w:sz w:val="20"/>
        </w:rPr>
        <w:t>1:11:35  nahi hai Maulana woh jo Pakistan se lady ne sawal kiya tha us ka clarification aya hai Maulana woh asal mein yeh janna chah rahi theen ke sometimes political activism is necessary as in Libya if Gaddafi had not been dethroned there would have been no opportunity for such constructive activities like daawa work to us ke baray mein ap kya kehna chahenge</w:t>
      </w:r>
      <w:r>
        <w:br/>
      </w:r>
      <w:r>
        <w:rPr>
          <w:sz w:val="20"/>
        </w:rPr>
        <w:t>1:12:04  nahi mujhe is mein ikhtilaf hai apki rai se political activism ko mein koi activity nahi manta is par mein ne bohat likha hai mein sirf daawa activism ko manta hoon daawa activism aur educational activity bas baqi cheezein isi se nikalti hain abhi bhi Libya mein kya kuch bhi koi positive baat to hui nahi abhi bhi wahan marqat hai</w:t>
      </w:r>
      <w:r>
        <w:br/>
      </w:r>
      <w:r>
        <w:rPr>
          <w:sz w:val="20"/>
        </w:rPr>
        <w:t>1:12:31  koi wahan par discipline nahi hai koi law and order nahi hai bohat bura haal hai Libya ka to mein sirf yeh manta hoon ke is waqt masraf duniya mein do hi kaam karne ke hain educational activism aur aur yeh daawa activism yeh to kahin bhi nahi hai wahan Libya mein kuch log jo thora bohat jo mauqa us ko istemal kar rahe hain</w:t>
      </w:r>
      <w:r>
        <w:br/>
      </w:r>
      <w:r>
        <w:rPr>
          <w:sz w:val="20"/>
        </w:rPr>
        <w:t>1:13:01  on the whole mulk mein to achi halat nahi hai wahan par</w:t>
      </w:r>
    </w:p>
    <w:p>
      <w:pPr>
        <w:pStyle w:val="Heading2"/>
      </w:pPr>
      <w:r>
        <w:t>Can women do dawah to men?</w:t>
      </w:r>
    </w:p>
    <w:p>
      <w:r>
        <w:rPr>
          <w:color w:val="666666"/>
          <w:sz w:val="18"/>
        </w:rPr>
        <w:t>Other · Present Day Muslims Jan 13, 2013 · 2m 26s · at 1:23:06 · https://youtu.be/CVcbWVYitog?t=4986</w:t>
      </w:r>
    </w:p>
    <w:p>
      <w:r>
        <w:rPr>
          <w:i/>
        </w:rPr>
        <w:t>“I do dawah work among both men and women. Muslim scholars tell me that you should do dawah work among women and leave dawah among men to men. Maulana sahib, is this correct?”</w:t>
      </w:r>
    </w:p>
    <w:p>
      <w:r>
        <w:rPr>
          <w:sz w:val="20"/>
        </w:rPr>
        <w:t>1:23:06  maulana, agla sawal lahore pakistan se hai, miss salma ka.</w:t>
      </w:r>
      <w:r>
        <w:br/>
      </w:r>
      <w:r>
        <w:rPr>
          <w:sz w:val="20"/>
        </w:rPr>
        <w:t>1:23:11  unhon ne likha hai: "main dawat ka kaam mardon mein bhi karti hoon aur auraton mein bhi karti hoon. mujhe muslim ulma kehte hain ke aap dawat mein dawat ka kaam auraton mein kijiye aur mardon mein dawat mardon ko karne dijiye.</w:t>
      </w:r>
      <w:r>
        <w:br/>
      </w:r>
      <w:r>
        <w:rPr>
          <w:sz w:val="20"/>
        </w:rPr>
        <w:t>1:23:30  maulana sahib, kya yeh baat sahi hai?" sahi nahi hai. yeh jhooti baat hai. jhoot ke sawal kam se kam lafz is ke liye jhooti baat hai.</w:t>
      </w:r>
      <w:r>
        <w:br/>
      </w:r>
      <w:r>
        <w:rPr>
          <w:sz w:val="20"/>
        </w:rPr>
        <w:t>1:23:39  aap un ki parwah mat kijiye. araz kijiye. arzal jahileen ka tareeqa ikhtiyar kijiye. na khud karein, karne dein. na un se jhagda kijiye.</w:t>
      </w:r>
      <w:r>
        <w:br/>
      </w:r>
      <w:r>
        <w:rPr>
          <w:sz w:val="20"/>
        </w:rPr>
        <w:t>1:23:51  un se behas kijiye. koi bhi is se asar bhi mat lijiye aap. bas apna kaam peaceful tareeqay se karti rahiye.</w:t>
      </w:r>
      <w:r>
        <w:br/>
      </w:r>
      <w:r>
        <w:rPr>
          <w:sz w:val="20"/>
        </w:rPr>
        <w:t>1:24:01  ab apna kaam peaceful tareeqay se karte rahen. yeh ulma ka haal kya hai, dekhiye batata hoon misaal aap ko.</w:t>
      </w:r>
      <w:r>
        <w:br/>
      </w:r>
      <w:r>
        <w:rPr>
          <w:sz w:val="20"/>
        </w:rPr>
        <w:t>1:24:08  in ulma ne jhoote fatwe de rakhe hain. yeh fatwa diya unhon ne ke quran yeh daur jab aaya ke printing press ka zamana ke quran ki tarjume chhappe jayen mukhtalif zabanon mein to ulma ne fatwa diya.</w:t>
      </w:r>
      <w:r>
        <w:br/>
      </w:r>
      <w:r>
        <w:rPr>
          <w:sz w:val="20"/>
        </w:rPr>
        <w:t>1:24:23  pehle to tha ke quran ki tarjuma hi nahi kar sakte aap. shah waliullah ne tarjuma kiya farsi zaban mein quran ka, un par hamle kiye gaye. yani pehle to tarjuma hi karna ke khilaf thay yeh ulma.</w:t>
      </w:r>
      <w:r>
        <w:br/>
      </w:r>
      <w:r>
        <w:rPr>
          <w:sz w:val="20"/>
        </w:rPr>
        <w:t>1:24:35  tarjuma aap nahi kar sakte quran majeed ka. to khair is ke baad doosre darje mein yeh maan liya ke tarjuma agar aap karte hain to matan ke sath chhapiye, text ke sath.</w:t>
      </w:r>
      <w:r>
        <w:br/>
      </w:r>
      <w:r>
        <w:rPr>
          <w:sz w:val="20"/>
        </w:rPr>
        <w:t>1:24:48  ab sawal yeh hai ke hum ko dena hai ghair muslimon ko to doosra fatwa aa gaya</w:t>
      </w:r>
      <w:r>
        <w:br/>
      </w:r>
      <w:r>
        <w:rPr>
          <w:sz w:val="20"/>
        </w:rPr>
        <w:t>1:24:53  ke aap text ke sath dein ge to behurmati karein ge is se, ab nahi de sakte aap. to agar baghair text ke chhapein aap, tab bhi najayaz.</w:t>
      </w:r>
      <w:r>
        <w:br/>
      </w:r>
      <w:r>
        <w:rPr>
          <w:sz w:val="20"/>
        </w:rPr>
        <w:t>1:25:04  kyun ke text shamil karna zaroori hai. aur text ke sath shamil karein, tab bhi najayaz. kyun ke text ke sath dein ge aap to woh behurmati hogi.</w:t>
      </w:r>
      <w:r>
        <w:br/>
      </w:r>
      <w:r>
        <w:rPr>
          <w:sz w:val="20"/>
        </w:rPr>
        <w:t>1:25:15  yani fatwon ki parwah karne ki zaroorat hai. yeh sab jhoote fatwe hain, main saaf kehta hoon. yeh jhoote fatwe hain ke kuch bhi parwah mat kijiye. aap Allah ki parwah kijiye sirf.</w:t>
      </w:r>
      <w:r>
        <w:br/>
      </w:r>
      <w:r>
        <w:rPr>
          <w:sz w:val="20"/>
        </w:rPr>
        <w:t>1:25:25  Allah ke zariye aur Allah ke hukum ke mutabiq khamoshi se kaam karti rahiye.</w:t>
      </w:r>
    </w:p>
    <w:p>
      <w:pPr>
        <w:pStyle w:val="Heading2"/>
      </w:pPr>
      <w:r>
        <w:t>Clarification on Al-Risalah article</w:t>
      </w:r>
    </w:p>
    <w:p>
      <w:r>
        <w:rPr>
          <w:color w:val="666666"/>
          <w:sz w:val="18"/>
        </w:rPr>
        <w:t>Other · Prophetic Example | April 06, 2014 | Maulana Wahiduddin Khan · 3m 36s · at 51:18 · https://youtu.be/zTVjTJbStUU?t=3078</w:t>
      </w:r>
    </w:p>
    <w:p>
      <w:r>
        <w:rPr>
          <w:i/>
        </w:rPr>
        <w:t>“Maulana sahib, you mentioned in the Al-Risalah March two thousand fourteen under the title...”</w:t>
      </w:r>
    </w:p>
    <w:p>
      <w:r>
        <w:rPr>
          <w:sz w:val="20"/>
        </w:rPr>
        <w:t>51:18  maulana Allah aap ko lambi umar aur jaza-e-khair de. " Maulana agla sawal Pennsylvania se Khwaja Kaleemuddin</w:t>
      </w:r>
      <w:r>
        <w:br/>
      </w:r>
      <w:r>
        <w:rPr>
          <w:sz w:val="20"/>
        </w:rPr>
        <w:t>51:23  sahib ne bheja hai.</w:t>
      </w:r>
      <w:r>
        <w:br/>
      </w:r>
      <w:r>
        <w:rPr>
          <w:sz w:val="20"/>
        </w:rPr>
        <w:t>51:28  unhon ne likha hai: "Maulana sahib you mentioned in the Al-Risalah March two thousand fourteen under the title</w:t>
      </w:r>
      <w:r>
        <w:br/>
      </w:r>
      <w:r>
        <w:rPr>
          <w:sz w:val="20"/>
        </w:rPr>
        <w:t>51:33  Prophetic Model that Prophet left many models for us to follow after him.</w:t>
      </w:r>
      <w:r>
        <w:br/>
      </w:r>
      <w:r>
        <w:rPr>
          <w:sz w:val="20"/>
        </w:rPr>
        <w:t>51:38  One of his mod</w:t>
      </w:r>
      <w:r>
        <w:br/>
      </w:r>
      <w:r>
        <w:rPr>
          <w:sz w:val="20"/>
        </w:rPr>
        <w:t>51:43  els you mentioned that he left Quran and Sunnah behind for us. Explaining this you said according to this he left a strong literature in the form of Quran and Sunnah and a strong team of Sahaba so that the mission of Islam continues for long. Then you said that in the footsteps of this model today a person who wants to carry the Prophet's mission forward should r</w:t>
      </w:r>
      <w:r>
        <w:br/>
      </w:r>
      <w:r>
        <w:rPr>
          <w:sz w:val="20"/>
        </w:rPr>
        <w:t>52:13  ise and create a strong explanatory literature of Islam and a dedicated team so that the mission of</w:t>
      </w:r>
      <w:r>
        <w:br/>
      </w:r>
      <w:r>
        <w:rPr>
          <w:sz w:val="20"/>
        </w:rPr>
        <w:t>52:19  Islam thrives for the times to come.</w:t>
      </w:r>
      <w:r>
        <w:br/>
      </w:r>
      <w:r>
        <w:rPr>
          <w:sz w:val="20"/>
        </w:rPr>
        <w:t>52:25  Maulana sahib in this regard I would confess that the literature you produced is the only strong literature</w:t>
      </w:r>
      <w:r>
        <w:br/>
      </w:r>
      <w:r>
        <w:rPr>
          <w:sz w:val="20"/>
        </w:rPr>
        <w:t>52:31  in the whole world that explains Prophet's mission positively in the modern idiom.</w:t>
      </w:r>
      <w:r>
        <w:br/>
      </w:r>
      <w:r>
        <w:rPr>
          <w:sz w:val="20"/>
        </w:rPr>
        <w:t>52:37  But we as CPS members find oursel</w:t>
      </w:r>
      <w:r>
        <w:br/>
      </w:r>
      <w:r>
        <w:rPr>
          <w:sz w:val="20"/>
        </w:rPr>
        <w:t>52:43  ves weak in the sense that we are mostly immersed in solving our personal and family problems more</w:t>
      </w:r>
      <w:r>
        <w:br/>
      </w:r>
      <w:r>
        <w:rPr>
          <w:sz w:val="20"/>
        </w:rPr>
        <w:t>52:50  than spreading the literature.</w:t>
      </w:r>
      <w:r>
        <w:br/>
      </w:r>
      <w:r>
        <w:rPr>
          <w:sz w:val="20"/>
        </w:rPr>
        <w:t>52:56  Therefore Maulana I ask you to guide us how to be very dedicated giving whole of our time</w:t>
      </w:r>
      <w:r>
        <w:br/>
      </w:r>
      <w:r>
        <w:rPr>
          <w:sz w:val="20"/>
        </w:rPr>
        <w:t>53:02  in spreading the message of Islam. " dekhiye aap ne jo likha hai ke log family mein phanse rehte</w:t>
      </w:r>
      <w:r>
        <w:br/>
      </w:r>
      <w:r>
        <w:rPr>
          <w:sz w:val="20"/>
        </w:rPr>
        <w:t>53:08  hain yeh baat bilkul sahi hai.</w:t>
      </w:r>
      <w:r>
        <w:br/>
      </w:r>
      <w:r>
        <w:rPr>
          <w:sz w:val="20"/>
        </w:rPr>
        <w:t>53:15  is ka hal har giz har giz yeh nahi ke aap is ka solution nikalein. aap kuch kar nahi sakte. jin jin log phanse hue hain woh dekhiye kya kar paye woh. un ko Allah ke hawale kijiye. family ko Allah ke hawale kijiye. agar aap chahein ke aap khud is ke problem ko solve karein to aap yaqeen kijiye ke aap mar jayenge kar nahi payenge. main ne bohat misalein mere samne</w:t>
      </w:r>
      <w:r>
        <w:br/>
      </w:r>
      <w:r>
        <w:rPr>
          <w:sz w:val="20"/>
        </w:rPr>
        <w:t>53:45  hain ke family phanse rahe phanse rahe phanse rahe aate hain ke khatm ho gaye.</w:t>
      </w:r>
      <w:r>
        <w:br/>
      </w:r>
      <w:r>
        <w:rPr>
          <w:sz w:val="20"/>
        </w:rPr>
        <w:t>53:52  to mera mashwara sirf yeh hoga ke mission ko apna maqsad banaiye aur family ko Allah ke hawale kijiye.</w:t>
      </w:r>
      <w:r>
        <w:br/>
      </w:r>
      <w:r>
        <w:rPr>
          <w:sz w:val="20"/>
        </w:rPr>
        <w:t>54:00  bas yeh jo Allah ka mission hai divine mission is ko apna maqsad banaiye aur family ko Allah</w:t>
      </w:r>
      <w:r>
        <w:br/>
      </w:r>
      <w:r>
        <w:rPr>
          <w:sz w:val="20"/>
        </w:rPr>
        <w:t>54:07  ke hawale kijiye.</w:t>
      </w:r>
      <w:r>
        <w:br/>
      </w:r>
      <w:r>
        <w:rPr>
          <w:sz w:val="20"/>
        </w:rPr>
        <w:t>54:15  kijiye yeh yeh main yeh baat Quran ki is aayat se nikali hai ke Allah yaani Allah zaroor</w:t>
      </w:r>
      <w:r>
        <w:br/>
      </w:r>
      <w:r>
        <w:rPr>
          <w:sz w:val="20"/>
        </w:rPr>
        <w:t>54:25  is ki madad karega jo Allah ki madad kare.</w:t>
      </w:r>
      <w:r>
        <w:br/>
      </w:r>
      <w:r>
        <w:rPr>
          <w:sz w:val="20"/>
        </w:rPr>
        <w:t>54:35  yani jo Allah ke mission mein apne aap ko lagaye to Allah zaroor us ke kamon mein is</w:t>
      </w:r>
      <w:r>
        <w:br/>
      </w:r>
      <w:r>
        <w:rPr>
          <w:sz w:val="20"/>
        </w:rPr>
        <w:t>54:45  ka madadgar ban jayega.</w:t>
      </w:r>
    </w:p>
    <w:p>
      <w:pPr>
        <w:pStyle w:val="Heading2"/>
      </w:pPr>
      <w:r>
        <w:t>Difference between ijtihad and ijma</w:t>
      </w:r>
    </w:p>
    <w:p>
      <w:r>
        <w:rPr>
          <w:color w:val="666666"/>
          <w:sz w:val="18"/>
        </w:rPr>
        <w:t>Other · Q&amp;A 20 Nov 2011 Maulana Wahiduddin Khan · 2m 58s · at 13:37 · https://youtu.be/7sNDn8Y6jUc?t=817</w:t>
      </w:r>
    </w:p>
    <w:p>
      <w:r>
        <w:rPr>
          <w:i/>
        </w:rPr>
        <w:t>“What is the difference between ijtihad and ijma? Is ijma necessary on any ijtihad?”</w:t>
      </w:r>
    </w:p>
    <w:p>
      <w:r>
        <w:rPr>
          <w:sz w:val="20"/>
        </w:rPr>
        <w:t>13:37  mr khwaja kaleemuddin ne pensilvenia, usa se sawal kiya hai. unhon ne likha hai: "maulana sahib, what is the difference between ijtihad and ijma?</w:t>
      </w:r>
      <w:r>
        <w:br/>
      </w:r>
      <w:r>
        <w:rPr>
          <w:sz w:val="20"/>
        </w:rPr>
        <w:t>13:49  is ijma necessary on any ijtihad?"</w:t>
      </w:r>
      <w:r>
        <w:br/>
      </w:r>
      <w:r>
        <w:rPr>
          <w:sz w:val="20"/>
        </w:rPr>
        <w:t>13:55  dekhiye, yeh ek bada masla hai yeh. aaj mein isi par bolne wala tha lekin kisi wajah se topic badal gaya.</w:t>
      </w:r>
      <w:r>
        <w:br/>
      </w:r>
      <w:r>
        <w:rPr>
          <w:sz w:val="20"/>
        </w:rPr>
        <w:t>14:06  dekhie, ijma ka jo tasawwur hai logon ka, ab mein is ko sahi nahi samajhta. ijma ko woh</w:t>
      </w:r>
      <w:r>
        <w:br/>
      </w:r>
      <w:r>
        <w:rPr>
          <w:sz w:val="20"/>
        </w:rPr>
        <w:t>14:12  aaj kal kya hai, mukhtasar tor par arz karunga ke fuqaha jo hain kehte hain ke shariyat ke char masadir hain.</w:t>
      </w:r>
      <w:r>
        <w:br/>
      </w:r>
      <w:r>
        <w:rPr>
          <w:sz w:val="20"/>
        </w:rPr>
        <w:t>14:23  masdar yani source. source of shariyat jo hai woh char hain: quran, sunnat, ijma aur qiyas. mein kehta hoon yeh sahi nahi hai. sirf do hi masdar hain.</w:t>
      </w:r>
      <w:r>
        <w:br/>
      </w:r>
      <w:r>
        <w:rPr>
          <w:sz w:val="20"/>
        </w:rPr>
        <w:t>14:32  woh hai quran aur hadith.</w:t>
      </w:r>
      <w:r>
        <w:br/>
      </w:r>
      <w:r>
        <w:rPr>
          <w:sz w:val="20"/>
        </w:rPr>
        <w:t>14:35  jaisa ke hadith mein aata hai: "tarf tofeeq mustaqil kitab allah wa sunnati". to asal jo hai woh sirf quran aur hadith hai aur koi aslan nahi hai.</w:t>
      </w:r>
      <w:r>
        <w:br/>
      </w:r>
      <w:r>
        <w:rPr>
          <w:sz w:val="20"/>
        </w:rPr>
        <w:t>14:46  baqi jo hai teesra woh ijtihad hai. ijtihad ki qismein hain, un mein se aik qism hai ijma, aik qism hai qiyas. to ijma jo hai abadi nahi hota.</w:t>
      </w:r>
      <w:r>
        <w:br/>
      </w:r>
      <w:r>
        <w:rPr>
          <w:sz w:val="20"/>
        </w:rPr>
        <w:t>14:54  logon ne samajh rakha hai ke aik bar ijma ho gaya to hamesha ke liye ijma quran o sunnat ki taraf ho gaya. yeh bilkul galat hai yeh. har giz nahi.</w:t>
      </w:r>
      <w:r>
        <w:br/>
      </w:r>
      <w:r>
        <w:rPr>
          <w:sz w:val="20"/>
        </w:rPr>
        <w:t>15:04  ijma jo hota hai kisi waqti masle ko hal karne ke liye hota hai. to aik waqti masla pesh aya. is mein do soortein hain.</w:t>
      </w:r>
      <w:r>
        <w:br/>
      </w:r>
      <w:r>
        <w:rPr>
          <w:sz w:val="20"/>
        </w:rPr>
        <w:t>15:13  agar sab ki raah aik ho jaye to woh hua ijma. agar sab ki raah aik na ho to</w:t>
      </w:r>
      <w:r>
        <w:br/>
      </w:r>
      <w:r>
        <w:rPr>
          <w:sz w:val="20"/>
        </w:rPr>
        <w:t>15:21  aksariyat dekha jayega, is ko kehte hain jumhoor. to na to jumhoor ki raah hai aur na ijma hamesha ke liye hota hai.</w:t>
      </w:r>
      <w:r>
        <w:br/>
      </w:r>
      <w:r>
        <w:rPr>
          <w:sz w:val="20"/>
        </w:rPr>
        <w:t>15:30  waqti hota hai woh. yani halaat badal jayein to ijma bhi badal jayega aur jumhoor ki raah bhi badal jayegi. jo na badalne wali cheez hai woh sirf do hain: quran aur hadith.</w:t>
      </w:r>
      <w:r>
        <w:br/>
      </w:r>
      <w:r>
        <w:rPr>
          <w:sz w:val="20"/>
        </w:rPr>
        <w:t>15:41  to khulasa yeh hai ke ijma se pehle ijtihad hai. jab bhi quran o hadith mein sarahatan kuch na mile, hidayat aap ko sochna pare to woh ijtihad ka masla hota hai.</w:t>
      </w:r>
      <w:r>
        <w:br/>
      </w:r>
      <w:r>
        <w:rPr>
          <w:sz w:val="20"/>
        </w:rPr>
        <w:t>15:55  ab ijtihad ki jab aap karenge to kabhi</w:t>
      </w:r>
      <w:r>
        <w:br/>
      </w:r>
      <w:r>
        <w:rPr>
          <w:sz w:val="20"/>
        </w:rPr>
        <w:t>15:59  consensus ho jayega, kabhi nahi hoga, is ki wajah se shaklein badalengi. to mera dekh asal cheez quran o sunnat ke baad jo hai woh ijtihad hi hai.</w:t>
      </w:r>
      <w:r>
        <w:br/>
      </w:r>
      <w:r>
        <w:rPr>
          <w:sz w:val="20"/>
        </w:rPr>
        <w:t>16:11  yeh jo logon ne banaya hai ijma o qiyas, yeh apni taraf se banaya hai. lekin phir bhi mein kahunga ke ijma agar kisi cheez ke upar ho jaye to woh abadi kabhi bhi nahi hoga.</w:t>
      </w:r>
      <w:r>
        <w:br/>
      </w:r>
      <w:r>
        <w:rPr>
          <w:sz w:val="20"/>
        </w:rPr>
        <w:t>16:21  waqti hoga woh.</w:t>
      </w:r>
      <w:r>
        <w:br/>
      </w:r>
      <w:r>
        <w:rPr>
          <w:sz w:val="20"/>
        </w:rPr>
        <w:t>16:23  abadi hai to sirf quran o sunnat hai. is par inshallah mein aik aik poora aik class karna chahta hoon is masle par aindah kisi waqt.</w:t>
      </w:r>
    </w:p>
    <w:p>
      <w:pPr>
        <w:pStyle w:val="Heading2"/>
      </w:pPr>
      <w:r>
        <w:t>Follow-up Question from Qusaib Raza</w:t>
      </w:r>
    </w:p>
    <w:p>
      <w:r>
        <w:rPr>
          <w:color w:val="666666"/>
          <w:sz w:val="18"/>
        </w:rPr>
        <w:t>Other · Dars-e-Quran, Chapter 2, Verse 35 | December 17, 2017 · 2m 10s · at 1:15:39 · https://youtu.be/Cd8MlWM7B9w?t=4539</w:t>
      </w:r>
    </w:p>
    <w:p>
      <w:r>
        <w:rPr>
          <w:sz w:val="20"/>
        </w:rPr>
        <w:t>1:15:39  maulana, agla sawal qaseeb</w:t>
      </w:r>
      <w:r>
        <w:br/>
      </w:r>
      <w:r>
        <w:rPr>
          <w:sz w:val="20"/>
        </w:rPr>
        <w:t>1:15:42  reza sahib ne kiya hai.</w:t>
      </w:r>
      <w:r>
        <w:br/>
      </w:r>
      <w:r>
        <w:rPr>
          <w:sz w:val="20"/>
        </w:rPr>
        <w:t>1:15:47  aah, gaya bihar se aur un ka yeh follow up question hai maulana jo abhi aap se unhon</w:t>
      </w:r>
      <w:r>
        <w:br/>
      </w:r>
      <w:r>
        <w:rPr>
          <w:sz w:val="20"/>
        </w:rPr>
        <w:t>1:15:53  ne poocha tha aur aap ne is ka jawab bhi diya tha.</w:t>
      </w:r>
      <w:r>
        <w:br/>
      </w:r>
      <w:r>
        <w:rPr>
          <w:sz w:val="20"/>
        </w:rPr>
        <w:t>1:15:58  aah, unhon ne likha hai ke maulana, aap ka aap ke jawab se mein bilkul sehat hoon par</w:t>
      </w:r>
      <w:r>
        <w:br/>
      </w:r>
      <w:r>
        <w:rPr>
          <w:sz w:val="20"/>
        </w:rPr>
        <w:t>1:16:03  agar waldein apne bachon ko apni khwahish ke mutabiq banana chahein aur bachay agar distraction se bachne ki</w:t>
      </w:r>
      <w:r>
        <w:br/>
      </w:r>
      <w:r>
        <w:rPr>
          <w:sz w:val="20"/>
        </w:rPr>
        <w:t>1:16:08  koshish karein to wahan par bachon ko waldein se</w:t>
      </w:r>
      <w:r>
        <w:br/>
      </w:r>
      <w:r>
        <w:rPr>
          <w:sz w:val="20"/>
        </w:rPr>
        <w:t>1:16:13  kaise masla hal karna chahiye? is ke baray mein bataein.</w:t>
      </w:r>
      <w:r>
        <w:br/>
      </w:r>
      <w:r>
        <w:rPr>
          <w:sz w:val="20"/>
        </w:rPr>
        <w:t>1:16:19  dekhiye, waldein jahan tak mein jaana hai, do and don't ki zuban jante hain bas.</w:t>
      </w:r>
      <w:r>
        <w:br/>
      </w:r>
      <w:r>
        <w:rPr>
          <w:sz w:val="20"/>
        </w:rPr>
        <w:t>1:16:25  saare mazhabi gharon mein, so called jo mazhabi ghar hain, bohat se ghar hain jo log kehte hain</w:t>
      </w:r>
      <w:r>
        <w:br/>
      </w:r>
      <w:r>
        <w:rPr>
          <w:sz w:val="20"/>
        </w:rPr>
        <w:t>1:16:31  ke mazhabi mazhabi ghar hain.</w:t>
      </w:r>
      <w:r>
        <w:br/>
      </w:r>
      <w:r>
        <w:rPr>
          <w:sz w:val="20"/>
        </w:rPr>
        <w:t>1:16:37  to woh mazhabi kya hain? don't</w:t>
      </w:r>
      <w:r>
        <w:br/>
      </w:r>
      <w:r>
        <w:rPr>
          <w:sz w:val="20"/>
        </w:rPr>
        <w:t>1:16:43  and don't, don't do and don't ki zaban jante hain. yeh karo, woh na karo, yeh na karo, woh na karo. is se kuch nahi hota. maan baap yahi sab karte hain. jaisay mein aik ghar mein gaya to unhon ne kaha ke mera bacha bara bara aisa hai, bara waisa hai. to unhon ne is ko demonstration diya ke mere bachay ko, chota sa bacha tha, bilkul chota sa, poora alhamdulillah y</w:t>
      </w:r>
      <w:r>
        <w:br/>
      </w:r>
      <w:r>
        <w:rPr>
          <w:sz w:val="20"/>
        </w:rPr>
        <w:t>1:17:13  ad thi is ko.</w:t>
      </w:r>
      <w:r>
        <w:br/>
      </w:r>
      <w:r>
        <w:rPr>
          <w:sz w:val="20"/>
        </w:rPr>
        <w:t>1:17:16  to is ko parh ke sunaya, ab bohat khush ho rahe hain woh.</w:t>
      </w:r>
      <w:r>
        <w:br/>
      </w:r>
      <w:r>
        <w:rPr>
          <w:sz w:val="20"/>
        </w:rPr>
        <w:t>1:17:19  yeh yeh koi tarbiyat nahi hai.</w:t>
      </w:r>
      <w:r>
        <w:br/>
      </w:r>
      <w:r>
        <w:rPr>
          <w:sz w:val="20"/>
        </w:rPr>
        <w:t>1:17:23  aap view of thinking banaiye un ke andar.</w:t>
      </w:r>
      <w:r>
        <w:br/>
      </w:r>
      <w:r>
        <w:rPr>
          <w:sz w:val="20"/>
        </w:rPr>
        <w:t>1:17:26  sochna ki faculty ko jagaiye.</w:t>
      </w:r>
      <w:r>
        <w:br/>
      </w:r>
      <w:r>
        <w:rPr>
          <w:sz w:val="20"/>
        </w:rPr>
        <w:t>1:17:29  un ke intellect ko address kijiye.</w:t>
      </w:r>
      <w:r>
        <w:br/>
      </w:r>
      <w:r>
        <w:rPr>
          <w:sz w:val="20"/>
        </w:rPr>
        <w:t>1:17:33  tab hoga woh.</w:t>
      </w:r>
      <w:r>
        <w:br/>
      </w:r>
      <w:r>
        <w:rPr>
          <w:sz w:val="20"/>
        </w:rPr>
        <w:t>1:17:36  is tarah se kuch nahi ho sakta ke aap surah fatiha yaad kara dein, ayat al kursi yaad kara dein.</w:t>
      </w:r>
      <w:r>
        <w:br/>
      </w:r>
      <w:r>
        <w:rPr>
          <w:sz w:val="20"/>
        </w:rPr>
        <w:t>1:17:39  is se kuch hone wal</w:t>
      </w:r>
      <w:r>
        <w:br/>
      </w:r>
      <w:r>
        <w:rPr>
          <w:sz w:val="20"/>
        </w:rPr>
        <w:t>1:17:43  a nahi hai.</w:t>
      </w:r>
    </w:p>
    <w:p>
      <w:pPr>
        <w:pStyle w:val="Heading2"/>
      </w:pPr>
      <w:r>
        <w:t>Group claiming promised messiah at book fair</w:t>
      </w:r>
    </w:p>
    <w:p>
      <w:r>
        <w:rPr>
          <w:color w:val="666666"/>
          <w:sz w:val="18"/>
        </w:rPr>
        <w:t>Other · Discovery of Modern Age February 10, 2013 · 4m 49s · at 1:13:58 · https://youtu.be/qYGA53ii7E4?t=4438</w:t>
      </w:r>
    </w:p>
    <w:p>
      <w:r>
        <w:rPr>
          <w:i/>
        </w:rPr>
        <w:t>“At the Delhi Book Fair, a group has a stall. They consider their guru as the promised messiah. They have missionary spirit and discipline, with many trained volunteers. What is your view on this?”</w:t>
      </w:r>
    </w:p>
    <w:p>
      <w:r>
        <w:rPr>
          <w:sz w:val="20"/>
        </w:rPr>
        <w:t>1:13:58  Jazak Allah. Maulana, agla sawal Bihar Patna se hai Daniyal sahab ka. unhon ne likha hai: "Dilli Book Fair mein ek group ka stall laga hua hai.</w:t>
      </w:r>
      <w:r>
        <w:br/>
      </w:r>
      <w:r>
        <w:rPr>
          <w:sz w:val="20"/>
        </w:rPr>
        <w:t>1:14:10  yeh log apne guru ko promised Masih samjhte hain.</w:t>
      </w:r>
      <w:r>
        <w:br/>
      </w:r>
      <w:r>
        <w:rPr>
          <w:sz w:val="20"/>
        </w:rPr>
        <w:t>1:14:14  hum ne dekha ke in logon ke andar missionary spirit aur discipline paya jata hai. misaal ke taur par, in ke stall mein bohat ziyada trained volunteers hain.</w:t>
      </w:r>
      <w:r>
        <w:br/>
      </w:r>
      <w:r>
        <w:rPr>
          <w:sz w:val="20"/>
        </w:rPr>
        <w:t>1:14:27  isi tarah, in ke stall mein ek special cabin hai, is mein in ke experts baithe hue hain. stall par aane wala jo visitor in ke mission ko samajhna chahta hai, woh us ko cabin mein le ja kar convince karte hain.</w:t>
      </w:r>
      <w:r>
        <w:br/>
      </w:r>
      <w:r>
        <w:rPr>
          <w:sz w:val="20"/>
        </w:rPr>
        <w:t>1:14:42  Mol</w:t>
      </w:r>
      <w:r>
        <w:br/>
      </w:r>
      <w:r>
        <w:rPr>
          <w:sz w:val="20"/>
        </w:rPr>
        <w:t>1:14:44  ana sahib, mere do sawal hain is missionary spirit ke peechay. pehla, motivational power kya hai? aur doosra, kya hum ko bhi isi missionary spirit aur isi discipline ke sath kaam karne ki zaroorat hai?</w:t>
      </w:r>
      <w:r>
        <w:br/>
      </w:r>
      <w:r>
        <w:rPr>
          <w:sz w:val="20"/>
        </w:rPr>
        <w:t>1:14:59  aap ko namoona wahan se lene ki kya zaroorat hai? aap rasool sahib se apne lijiye, kaam to karna hi karna hai, lekin namoona lena hai aap ko rasool se.</w:t>
      </w:r>
      <w:r>
        <w:br/>
      </w:r>
      <w:r>
        <w:rPr>
          <w:sz w:val="20"/>
        </w:rPr>
        <w:t>1:15:10  sahib, rasool se</w:t>
      </w:r>
      <w:r>
        <w:br/>
      </w:r>
      <w:r>
        <w:rPr>
          <w:sz w:val="20"/>
        </w:rPr>
        <w:t>1:15:12  baqi activity aadmi, yani false connection se bhi log active ho jatay hain. jaisay ke maine abhi misaalain deen, aap ko kisi ka active hona yeh koi uska saboot nahi hai ke woh sachai ko paya ho.</w:t>
      </w:r>
      <w:r>
        <w:br/>
      </w:r>
      <w:r>
        <w:rPr>
          <w:sz w:val="20"/>
        </w:rPr>
        <w:t>1:15:30  false food ke liye bhi log bohat zabardast active ho jatay hain.</w:t>
      </w:r>
      <w:r>
        <w:br/>
      </w:r>
      <w:r>
        <w:rPr>
          <w:sz w:val="20"/>
        </w:rPr>
        <w:t>1:15:35  baqi jahan tak namooney ki baat hai, to aap rasool Allah ki zindagi ko parhiye, sahaba ki zindagi ko parhiye, wahan aap ko daai ka mukammal namoona milega.</w:t>
      </w:r>
      <w:r>
        <w:br/>
      </w:r>
      <w:r>
        <w:rPr>
          <w:sz w:val="20"/>
        </w:rPr>
        <w:t>1:15:45  aap kis tarah daawati kaam kiya jata hai?</w:t>
      </w:r>
      <w:r>
        <w:br/>
      </w:r>
      <w:r>
        <w:rPr>
          <w:sz w:val="20"/>
        </w:rPr>
        <w:t>1:15:52  maulana, ek sawal abhi aya hai Farhan Khan sahib ka, unhon ne location nahi</w:t>
      </w:r>
      <w:r>
        <w:br/>
      </w:r>
      <w:r>
        <w:rPr>
          <w:sz w:val="20"/>
        </w:rPr>
        <w:t>1:15:57  batayi hai. unhon ne likha hai: "in Quran Surah An-Nur verse number 55, it is mentioned: God has promised those of you who have attended to faith and to do righteous deeds, that of certainty He will cause them to accede to power in earth, even as He caused some of those who lived before them to accede to it.</w:t>
      </w:r>
      <w:r>
        <w:br/>
      </w:r>
      <w:r>
        <w:rPr>
          <w:sz w:val="20"/>
        </w:rPr>
        <w:t>1:16:26  in light of this ayat, how can we reconcile to what Maulana has said today?" to reconcile karna hai, is mein wada hai.</w:t>
      </w:r>
      <w:r>
        <w:br/>
      </w:r>
      <w:r>
        <w:rPr>
          <w:sz w:val="20"/>
        </w:rPr>
        <w:t>1:16:36  yeh to nahi ke aap goal banayein, is ko woh amar mauood hai, amar maqsood nahi hai.</w:t>
      </w:r>
      <w:r>
        <w:br/>
      </w:r>
      <w:r>
        <w:rPr>
          <w:sz w:val="20"/>
        </w:rPr>
        <w:t>1:16:43  aap ne goal bana rakha hai ke mar mar ke hum hukoomat qaim karna hai. yeh kahan likha hua hai is ayat mein? is mein yeh nahi kaha ke us waqt yahi kaha: "aap Allah ki ibadat karein, Allah ki ibadat karein" ke to is ka imkan hai ke Allah taala aap ko yani tamkeen de de.</w:t>
      </w:r>
      <w:r>
        <w:br/>
      </w:r>
      <w:r>
        <w:rPr>
          <w:sz w:val="20"/>
        </w:rPr>
        <w:t>1:16:58  woh bhi zaroori nahi hai, kyunke tamkeen mili bhi aur nahi bhi. bohat se bagh waron ko tamkeen nahi mili. to jo woh Allah ka faisla hota hai, Allah chahega to woh dega, nahi to nahi dega.</w:t>
      </w:r>
      <w:r>
        <w:br/>
      </w:r>
      <w:r>
        <w:rPr>
          <w:sz w:val="20"/>
        </w:rPr>
        <w:t>1:17:12  aap ko jo kaam karna hai, to woh to yahi hai ke imaan, ibadat, dawat, is par apni koshishon ko sarf karein. is mein yeh kahan likha hua hai ke hukoomat goal banakar ke ladai chhodo?</w:t>
      </w:r>
      <w:r>
        <w:br/>
      </w:r>
      <w:r>
        <w:rPr>
          <w:sz w:val="20"/>
        </w:rPr>
        <w:t>1:17:24  yeh kahan likha hua hai? yeh to bohat bari masjidon masjidon ki sarkashi hai, woh logon ke jo is ayat se yeh nikalte hain ke hukoomat hamara goal hai.</w:t>
      </w:r>
      <w:r>
        <w:br/>
      </w:r>
      <w:r>
        <w:rPr>
          <w:sz w:val="20"/>
        </w:rPr>
        <w:t>1:17:35  to sarkashi hai, to logon ki flogging ho gayi. aakhir mein logon ki kahan likha hua tha? wahan</w:t>
      </w:r>
      <w:r>
        <w:br/>
      </w:r>
      <w:r>
        <w:rPr>
          <w:sz w:val="20"/>
        </w:rPr>
        <w:t>1:17:42  jo cheez amar mauood hai, us ko bator khud aap ne banali. amar maqsood kaisi ajeeb baat hai!</w:t>
      </w:r>
      <w:r>
        <w:br/>
      </w:r>
      <w:r>
        <w:rPr>
          <w:sz w:val="20"/>
        </w:rPr>
        <w:t>1:17:51  kaisi ajeeb baat hai! yeh ayat jo hai, is mein tamkeen ka lafz hai.</w:t>
      </w:r>
      <w:r>
        <w:br/>
      </w:r>
      <w:r>
        <w:rPr>
          <w:sz w:val="20"/>
        </w:rPr>
        <w:t>1:18:00  tamkeen ko amar mauood bataya gaya hai, yani Allah ki taraf se aata hai.</w:t>
      </w:r>
      <w:r>
        <w:br/>
      </w:r>
      <w:r>
        <w:rPr>
          <w:sz w:val="20"/>
        </w:rPr>
        <w:t>1:18:06  hum hamara goal nahi hai. woh goal jab hoga? jab ke aap aisay alfaaz nikalein Quran mein ke "aqim dawlat al-Islam".</w:t>
      </w:r>
      <w:r>
        <w:br/>
      </w:r>
      <w:r>
        <w:rPr>
          <w:sz w:val="20"/>
        </w:rPr>
        <w:t>1:18:17  ae musalmanon! tumhara farz hai ke hukoomat ilahia qaim karo. yeh kahan hai? yeh to kahin bhi nahi! yeh to sarkashi hai. mujhe is mein zara bhi shaq nahi ke aisay logon ki aakhirat mein flogging hogi ke tum ne kahan se nikal liya woh lafz jo Quran mein tha nahi?</w:t>
      </w:r>
      <w:r>
        <w:br/>
      </w:r>
      <w:r>
        <w:rPr>
          <w:sz w:val="20"/>
        </w:rPr>
        <w:t>1:18:34  yeh aap ko kaha nahi kaha hai ke yeh amar mauood hai. Allah taala chahega to tamkeen bhi de dega, chahega to nahi bhi dega. jaisay ke bohat se logon ko nahi mili, bohat se anbiya ko nahi, bohat se anbiya ko nahi mili.</w:t>
      </w:r>
      <w:r>
        <w:br/>
      </w:r>
      <w:r>
        <w:rPr>
          <w:sz w:val="20"/>
        </w:rPr>
        <w:t>1:18:47  baqi is ko g</w:t>
      </w:r>
      <w:r>
        <w:br/>
      </w:r>
      <w:r>
        <w:rPr>
          <w:sz w:val="20"/>
        </w:rPr>
        <w:t>1:18:48  ol banana aur ladai chhodna aur logon ko maar kaat karna, yeh to bilkul sarkashi ki baat hai. Maulana, agla sawal Kashmir se hai Shad Hussain sahib ka.</w:t>
      </w:r>
    </w:p>
    <w:p>
      <w:pPr>
        <w:pStyle w:val="Heading2"/>
      </w:pPr>
      <w:r>
        <w:t>Ibn Taymiyyah's mistake on Bila Faimi</w:t>
      </w:r>
    </w:p>
    <w:p>
      <w:r>
        <w:rPr>
          <w:color w:val="666666"/>
          <w:sz w:val="18"/>
        </w:rPr>
        <w:t>Other · Divine Law of Success 14th October 2012 Slow · 2m 13s · at 1:07:54 · https://youtu.be/2zXfZhIf1jA?t=4074</w:t>
      </w:r>
    </w:p>
    <w:p>
      <w:r>
        <w:rPr>
          <w:i/>
        </w:rPr>
        <w:t>“In your lecture today you mentioned Ibn Taymiyyah. Does this mean that Imam Ibn Taymiyyah made a mistake in the matter of Bila Faimi?”</w:t>
      </w:r>
    </w:p>
    <w:p>
      <w:r>
        <w:rPr>
          <w:sz w:val="20"/>
        </w:rPr>
        <w:t>1:07:54  maulana, agla sawal Pakistan se aya hai, misṭar aamir bin yusuf sahib ka.</w:t>
      </w:r>
      <w:r>
        <w:br/>
      </w:r>
      <w:r>
        <w:rPr>
          <w:sz w:val="20"/>
        </w:rPr>
        <w:t>1:08:00  unho ne likha hai ke aap ne aaj ki taqreer mein jo ibn taimiya ka zikr kiya, to</w:t>
      </w:r>
      <w:r>
        <w:br/>
      </w:r>
      <w:r>
        <w:rPr>
          <w:sz w:val="20"/>
        </w:rPr>
        <w:t>1:08:06  kya is ka matlab yeh hai ke imam ibn taimiya se ghalṭi hui blisfaimi ke moamle mein,</w:t>
      </w:r>
      <w:r>
        <w:br/>
      </w:r>
      <w:r>
        <w:rPr>
          <w:sz w:val="20"/>
        </w:rPr>
        <w:t>1:08:13  aur musalman is ghalṭi ko repeat kar rahe hain? is ke bare mein batayein.</w:t>
      </w:r>
      <w:r>
        <w:br/>
      </w:r>
      <w:r>
        <w:rPr>
          <w:sz w:val="20"/>
        </w:rPr>
        <w:t>1:08:19  dekhiye, masla ibn taimiya ka nahi, har insan ka hai.</w:t>
      </w:r>
      <w:r>
        <w:br/>
      </w:r>
      <w:r>
        <w:rPr>
          <w:sz w:val="20"/>
        </w:rPr>
        <w:t>1:08:25  har insan khata kar sakta hai, yeh to hadith sabit hai.</w:t>
      </w:r>
      <w:r>
        <w:br/>
      </w:r>
      <w:r>
        <w:rPr>
          <w:sz w:val="20"/>
        </w:rPr>
        <w:t>1:08:32  qul bani adam khaṭṭan har insan khata karta hai, to is mein ibn taimiya koi exepshan nahi hai.</w:t>
      </w:r>
      <w:r>
        <w:br/>
      </w:r>
      <w:r>
        <w:rPr>
          <w:sz w:val="20"/>
        </w:rPr>
        <w:t>1:08:38  to yeh koi aisi baat nahi hai jo main ne koi anokhi kahi ho.</w:t>
      </w:r>
      <w:r>
        <w:br/>
      </w:r>
      <w:r>
        <w:rPr>
          <w:sz w:val="20"/>
        </w:rPr>
        <w:t>1:08:45  saare logo ka is pe ittefaq hai ke insan ghalṭi karta hai.</w:t>
      </w:r>
      <w:r>
        <w:br/>
      </w:r>
      <w:r>
        <w:rPr>
          <w:sz w:val="20"/>
        </w:rPr>
        <w:t>1:08:51  aap ko haq hai ke is ki ghalṭi ka tajziya karein, tajziya karein.</w:t>
      </w:r>
      <w:r>
        <w:br/>
      </w:r>
      <w:r>
        <w:rPr>
          <w:sz w:val="20"/>
        </w:rPr>
        <w:t>1:08:57  imam abu hanifa ne kaha tha ke agar ek ek ek ek fatwa hai koi main ne diya</w:t>
      </w:r>
      <w:r>
        <w:br/>
      </w:r>
      <w:r>
        <w:rPr>
          <w:sz w:val="20"/>
        </w:rPr>
        <w:t>1:09:04  hai, agar tum ko koi hadith mil jaye is fatwe ke khilaf, to mere fatwe ko pathar mar</w:t>
      </w:r>
      <w:r>
        <w:br/>
      </w:r>
      <w:r>
        <w:rPr>
          <w:sz w:val="20"/>
        </w:rPr>
        <w:t>1:09:10  do, pathar pe mar do, mere fatwe ko chhod do, hadith ko qabool kar lo.</w:t>
      </w:r>
      <w:r>
        <w:br/>
      </w:r>
      <w:r>
        <w:rPr>
          <w:sz w:val="20"/>
        </w:rPr>
        <w:t>1:09:16  yeh to hote hi rehta hai.</w:t>
      </w:r>
      <w:r>
        <w:br/>
      </w:r>
      <w:r>
        <w:rPr>
          <w:sz w:val="20"/>
        </w:rPr>
        <w:t>1:09:23  ulama mein ikhtilaf, saare ulama mein aapas mein ikhtilafat hue hain.</w:t>
      </w:r>
      <w:r>
        <w:br/>
      </w:r>
      <w:r>
        <w:rPr>
          <w:sz w:val="20"/>
        </w:rPr>
        <w:t>1:09:29  isi liye yeh koi aisi baat nahi hai ke kisi ki kitaab muqaddas nahi hai.</w:t>
      </w:r>
      <w:r>
        <w:br/>
      </w:r>
      <w:r>
        <w:rPr>
          <w:sz w:val="20"/>
        </w:rPr>
        <w:t>1:09:36  quran ke tareeqay se kisi bhi shakhs ki kitaab quran ki tarah muqaddas nahi hai.</w:t>
      </w:r>
      <w:r>
        <w:br/>
      </w:r>
      <w:r>
        <w:rPr>
          <w:sz w:val="20"/>
        </w:rPr>
        <w:t>1:09:42  imam malik ke baray mein kaha jata hai ke woh jab madine mein rasool allah qabr ke paas</w:t>
      </w:r>
      <w:r>
        <w:br/>
      </w:r>
      <w:r>
        <w:rPr>
          <w:sz w:val="20"/>
        </w:rPr>
        <w:t>1:09:48  dars hadith dete thay, to wahan aik atay thay ke koi bhi insan aisa nahi hai jis ki</w:t>
      </w:r>
      <w:r>
        <w:br/>
      </w:r>
      <w:r>
        <w:rPr>
          <w:sz w:val="20"/>
        </w:rPr>
        <w:t>1:09:55  baaton mein se kuch lainay ka ho, kuch na lainay ka ho, siwaye illa sahib bahadur qabr.</w:t>
      </w:r>
      <w:r>
        <w:br/>
      </w:r>
      <w:r>
        <w:rPr>
          <w:sz w:val="20"/>
        </w:rPr>
        <w:t>1:10:01  to yeh to aik muttafiq alaih baat hai, is mein koi do raaye nahi.</w:t>
      </w:r>
    </w:p>
    <w:p>
      <w:pPr>
        <w:pStyle w:val="Heading2"/>
      </w:pPr>
      <w:r>
        <w:t>Ijazah and becoming a Mufti</w:t>
      </w:r>
    </w:p>
    <w:p>
      <w:r>
        <w:rPr>
          <w:color w:val="666666"/>
          <w:sz w:val="18"/>
        </w:rPr>
        <w:t>Other · Living in a World of Competition October 24, 2010 · 3m 49s · at 1:05:37 · https://youtu.be/0DRVM8YxM5U?t=3937</w:t>
      </w:r>
    </w:p>
    <w:p>
      <w:r>
        <w:rPr>
          <w:i/>
        </w:rPr>
        <w:t>“What is Ijazah? Without Ijazah, can a person become a Mufti? Can a person of 25 to 30 years of age call himself a Mufti if he has an Ijazah?”</w:t>
      </w:r>
    </w:p>
    <w:p>
      <w:r>
        <w:rPr>
          <w:sz w:val="20"/>
        </w:rPr>
        <w:t>1:05:37  yeh meri rai hai. Maulana, in ka ek sawal aur hai, unho ne likha hai: "what is ijazah? without ijazah, cant a person become a mufti?"</w:t>
      </w:r>
      <w:r>
        <w:br/>
      </w:r>
      <w:r>
        <w:rPr>
          <w:sz w:val="20"/>
        </w:rPr>
        <w:t>1:05:51  "can any person of 25 to 30 years of age call himself a mufti if he has an ijazah?" is ke bare mein bataein.</w:t>
      </w:r>
      <w:r>
        <w:br/>
      </w:r>
      <w:r>
        <w:rPr>
          <w:sz w:val="20"/>
        </w:rPr>
        <w:t>1:06:03  dekhiye, ijazah jo hai, is ka na quran mein kahin likha hua hai, na hadith mein koi likha hua hai. yeh baad ke zamane mein is ka riwaj hua, jab ke madarse nahi hua karte they.</w:t>
      </w:r>
      <w:r>
        <w:br/>
      </w:r>
      <w:r>
        <w:rPr>
          <w:sz w:val="20"/>
        </w:rPr>
        <w:t>1:06:16  pehle zamane mein koi aalim jo hai, apne ghar par logon ko parhata tha,</w:t>
      </w:r>
      <w:r>
        <w:br/>
      </w:r>
      <w:r>
        <w:rPr>
          <w:sz w:val="20"/>
        </w:rPr>
        <w:t>1:06:21  ab chand saal kisi ne wahan parha to us ne samjha ke yeh is qabil ho gaya hai ke quran ka dars de, hadith parhaye, fiqh ka masla bayan kare.</w:t>
      </w:r>
      <w:r>
        <w:br/>
      </w:r>
      <w:r>
        <w:rPr>
          <w:sz w:val="20"/>
        </w:rPr>
        <w:t>1:06:31  to woh ek ijazat deta tha. ijazat wohi woh jo urdu mein maani hain, ijazat dena ke tum is qabil ho chuke ho ke tum quran do parhao aur hadith parhao, fiqhi masail batao, yeh hai ijazat.</w:t>
      </w:r>
      <w:r>
        <w:br/>
      </w:r>
      <w:r>
        <w:rPr>
          <w:sz w:val="20"/>
        </w:rPr>
        <w:t>1:06:49  yeh ek traditional tareeqa hai.</w:t>
      </w:r>
      <w:r>
        <w:br/>
      </w:r>
      <w:r>
        <w:rPr>
          <w:sz w:val="20"/>
        </w:rPr>
        <w:t>1:06:51  ab maujooda zamane mein to is ki qudrat hai, ab to maujooda sand aur degree hoti hai. is zamane mein ijazat ki koi ahmiyat nahi hai. mere raddi, woh us waqt ki baat hai jab ke madarse nahi hote they aur sand aur degree ka concept nahi tha.</w:t>
      </w:r>
      <w:r>
        <w:br/>
      </w:r>
      <w:r>
        <w:rPr>
          <w:sz w:val="20"/>
        </w:rPr>
        <w:t>1:07:05  pehle yeh bohat baad ko sand aur degree ka concept aaya hai.</w:t>
      </w:r>
      <w:r>
        <w:br/>
      </w:r>
      <w:r>
        <w:rPr>
          <w:sz w:val="20"/>
        </w:rPr>
        <w:t>1:07:10  to ab jab madarse ban gaye aur wahan sand di jaane lagi, ab ijazat ek ek rasmi cheez hai, ek traditional cheez hai. bas is tarah is ki koi haqeeqat nahi hai.</w:t>
      </w:r>
      <w:r>
        <w:br/>
      </w:r>
      <w:r>
        <w:rPr>
          <w:sz w:val="20"/>
        </w:rPr>
        <w:t>1:07:22  koi agar ijazat ka tareeqa chalaye to chalaye, lekin main nahi samajhta ke ab naye daur mein jab ke madarse qaim hain, universityon mein hisab ke department qaim hain, to ijazat ki koi ahmiyat hai.</w:t>
      </w:r>
      <w:r>
        <w:br/>
      </w:r>
      <w:r>
        <w:rPr>
          <w:sz w:val="20"/>
        </w:rPr>
        <w:t>1:07:37  ab to ahmiyat yeh hai ke aap is mein master degree lein, is mein doctorate karein, is mein research karein, is mein mutala karein, ab library aaein, is mein ja ke parhiye, yeh sab kijiye.</w:t>
      </w:r>
      <w:r>
        <w:br/>
      </w:r>
      <w:r>
        <w:rPr>
          <w:sz w:val="20"/>
        </w:rPr>
        <w:t>1:07:47  to ijazat jo hai, woh ek traditional tareeqa hai. modern daur mein is ki koi khaas ahmiyat mere nazdeek nahi hai. Maulana, miss nuzhat bano ne mp madhya pradesh se likha hai:</w:t>
      </w:r>
      <w:r>
        <w:br/>
      </w:r>
      <w:r>
        <w:rPr>
          <w:sz w:val="20"/>
        </w:rPr>
        <w:t>1:08:02  "Maulana, all your talks have really great effect on me.</w:t>
      </w:r>
      <w:r>
        <w:br/>
      </w:r>
      <w:r>
        <w:rPr>
          <w:sz w:val="20"/>
        </w:rPr>
        <w:t>1:08:07  please explain to me the fazilat of aakhri ayat of surah baqarah."</w:t>
      </w:r>
      <w:r>
        <w:br/>
      </w:r>
      <w:r>
        <w:rPr>
          <w:sz w:val="20"/>
        </w:rPr>
        <w:t>1:08:18  dekhiye, fazilat ka jo concept hai, is se main bohat zyada agree nahi karta hoon. main concept jise base karta hai ke is ko rat lein, aap parhein to fazilat mil jaye gi. main is ko nahi manta hoon.</w:t>
      </w:r>
      <w:r>
        <w:br/>
      </w:r>
      <w:r>
        <w:rPr>
          <w:sz w:val="20"/>
        </w:rPr>
        <w:t>1:08:31  main is ko nahi manta hoon ke is ko recide karne se, is ko ratne se, is ko dohrane se koi mysteriously koi aap ko sawab mil jaye ga. is concept ko main nahi manta hoon.</w:t>
      </w:r>
      <w:r>
        <w:br/>
      </w:r>
      <w:r>
        <w:rPr>
          <w:sz w:val="20"/>
        </w:rPr>
        <w:t>1:08:43  surah baqarah ki aakhri ayat mein jo baat hai, woh is ko samjhiye, is ko mutala kijiye, is ko achhe tareeqe se zehan mein bithaiye.</w:t>
      </w:r>
      <w:r>
        <w:br/>
      </w:r>
      <w:r>
        <w:rPr>
          <w:sz w:val="20"/>
        </w:rPr>
        <w:t>1:08:54  yeh hai is ki ahmiyat.</w:t>
      </w:r>
      <w:r>
        <w:br/>
      </w:r>
      <w:r>
        <w:rPr>
          <w:sz w:val="20"/>
        </w:rPr>
        <w:t>1:08:58  to is lehaz se aap ghor karein ge to surah baqarah ki ayat hi ghaliban do ayatein hain. ji ji ji, aakhri do ayatein jo hain, bohat hi important hain aur bohat is se inspiration milta hai.</w:t>
      </w:r>
      <w:r>
        <w:br/>
      </w:r>
      <w:r>
        <w:rPr>
          <w:sz w:val="20"/>
        </w:rPr>
        <w:t>1:09:11  inspiration,</w:t>
      </w:r>
      <w:r>
        <w:br/>
      </w:r>
      <w:r>
        <w:rPr>
          <w:sz w:val="20"/>
        </w:rPr>
        <w:t>1:09:14  aap kisi bhi tafsir mein parhiye, is ko aap is pe ghor karein tafsir, is ka tarjuma parhiye, tafsir parhiye, is pe ghor kijiye. teen ayaton mein bohat zabardast inspiration milta hai.</w:t>
      </w:r>
    </w:p>
    <w:p>
      <w:pPr>
        <w:pStyle w:val="Heading2"/>
      </w:pPr>
      <w:r>
        <w:t>Incomplete question from N.A. Khan</w:t>
      </w:r>
    </w:p>
    <w:p>
      <w:r>
        <w:rPr>
          <w:color w:val="666666"/>
          <w:sz w:val="18"/>
        </w:rPr>
        <w:t>Other · Dars-e-Quran, Chapter 2, Verse 35 | December 17, 2017 · 3m 11s · at 1:21:02 · https://youtu.be/Cd8MlWM7B9w?t=4862</w:t>
      </w:r>
    </w:p>
    <w:p>
      <w:r>
        <w:rPr>
          <w:i/>
        </w:rPr>
        <w:t>“Moulana... (incomplete question)”</w:t>
      </w:r>
    </w:p>
    <w:p>
      <w:r>
        <w:rPr>
          <w:sz w:val="20"/>
        </w:rPr>
        <w:t>1:21:02  maulana, agla sawal ah nay nay khan sahib nay kiya hai.</w:t>
      </w:r>
      <w:r>
        <w:br/>
      </w:r>
      <w:r>
        <w:rPr>
          <w:sz w:val="20"/>
        </w:rPr>
        <w:t>1:21:06  unhon nay location nahi likhi hai.</w:t>
      </w:r>
      <w:r>
        <w:br/>
      </w:r>
      <w:r>
        <w:rPr>
          <w:sz w:val="20"/>
        </w:rPr>
        <w:t>1:21:10  un ka sawal yeh hai ke mol</w:t>
      </w:r>
      <w:r>
        <w:br/>
      </w:r>
      <w:r>
        <w:rPr>
          <w:sz w:val="20"/>
        </w:rPr>
        <w:t>1:21:13  ana sahib, agar hum naik aamal karein to bhi hamein be sukuni, pareshani aur museebatein aati hain. to phir naik log aur buray aamal karne walay logon mein farq kya hai? is ke baray mein bataein. dekhiye, be sukuni jo hai ya pareshani, yeh koi evil nahi hai. yeh aap evil ko samajhte hain. aisi zindagi Allah ko pasand nahi ke bilkul</w:t>
      </w:r>
      <w:r>
        <w:br/>
      </w:r>
      <w:r>
        <w:rPr>
          <w:sz w:val="20"/>
        </w:rPr>
        <w:t>1:21:43  bay bay bay gham aap aram chair pe bethe hue hain.</w:t>
      </w:r>
      <w:r>
        <w:br/>
      </w:r>
      <w:r>
        <w:rPr>
          <w:sz w:val="20"/>
        </w:rPr>
        <w:t>1:21:49  yeh to bohat hi buri zindagi hai.</w:t>
      </w:r>
      <w:r>
        <w:br/>
      </w:r>
      <w:r>
        <w:rPr>
          <w:sz w:val="20"/>
        </w:rPr>
        <w:t>1:21:55  agar aap bilkul yani yani woh aik dam bay fikr ho kar aram chair par beth te hain, yeh</w:t>
      </w:r>
      <w:r>
        <w:br/>
      </w:r>
      <w:r>
        <w:rPr>
          <w:sz w:val="20"/>
        </w:rPr>
        <w:t>1:22:01  aap ko mila hua hai to yeh to bohat hi buri zindagi hai.</w:t>
      </w:r>
      <w:r>
        <w:br/>
      </w:r>
      <w:r>
        <w:rPr>
          <w:sz w:val="20"/>
        </w:rPr>
        <w:t>1:22:07  bay cheeni hona chahiye, beshak pareshani hona chahiye, masla hona chahiye zindagi mein.</w:t>
      </w:r>
      <w:r>
        <w:br/>
      </w:r>
      <w:r>
        <w:rPr>
          <w:sz w:val="20"/>
        </w:rPr>
        <w:t>1:22:13  kyun? jab aisa hota hai to aap ka mind bedar jaagta hai. mind jaagta hai. jaisay mein bataon aap ko, aaj raat mujhe neend nahi aa rahi thi to sochte sochte hue dua nikli. is dua se mujhe aaj subah muqabla. kai din se mujhe suraj nahi mil raha tha. to mein ne dua kiya, dua kiya, diya ke Allah ne suraj nikaal diya. to yeh yeh soch ghalat hai ke</w:t>
      </w:r>
      <w:r>
        <w:br/>
      </w:r>
      <w:r>
        <w:rPr>
          <w:sz w:val="20"/>
        </w:rPr>
        <w:t>1:22:43  pareshani koi buri cheez hai.</w:t>
      </w:r>
      <w:r>
        <w:br/>
      </w:r>
      <w:r>
        <w:rPr>
          <w:sz w:val="20"/>
        </w:rPr>
        <w:t>1:22:49  pareshani to aap ke mind ko jagati hai, awaken karti hai.</w:t>
      </w:r>
      <w:r>
        <w:br/>
      </w:r>
      <w:r>
        <w:rPr>
          <w:sz w:val="20"/>
        </w:rPr>
        <w:t>1:22:56  okay, so we will end the session today.</w:t>
      </w:r>
      <w:r>
        <w:br/>
      </w:r>
      <w:r>
        <w:rPr>
          <w:sz w:val="20"/>
        </w:rPr>
        <w:t>1:23:02  once again, if you want free sample copies for spirit of Islam English magazine, or you want to</w:t>
      </w:r>
      <w:r>
        <w:br/>
      </w:r>
      <w:r>
        <w:rPr>
          <w:sz w:val="20"/>
        </w:rPr>
        <w:t>1:23:08  join or volunteer for the distribution of spirit of Islam magazine, then write to the center for peace</w:t>
      </w:r>
      <w:r>
        <w:br/>
      </w:r>
      <w:r>
        <w:rPr>
          <w:sz w:val="20"/>
        </w:rPr>
        <w:t>1:23:14  at gmail.com or at info at cpsglobal.org. thank you.</w:t>
      </w:r>
    </w:p>
    <w:p>
      <w:pPr>
        <w:pStyle w:val="Heading2"/>
      </w:pPr>
      <w:r>
        <w:t>Inquiry about origin and issuance of fatwa</w:t>
      </w:r>
    </w:p>
    <w:p>
      <w:r>
        <w:rPr>
          <w:color w:val="666666"/>
          <w:sz w:val="18"/>
        </w:rPr>
        <w:t>Other · The Prophet An Example of Modesty August 27, 2017 · 2m 02s · at 1:04:47 · https://youtu.be/aR3V4c8fQC4?t=3887</w:t>
      </w:r>
    </w:p>
    <w:p>
      <w:r>
        <w:rPr>
          <w:i/>
        </w:rPr>
        <w:t>“Maulana sahib, what is the origin of the word fatwa? Has this word been used during the Prophet and his companions' time? Does anyone need a certificate to issue a fatwa? Isn't any scholar's view in his article equivalent to a fatwa?”</w:t>
      </w:r>
    </w:p>
    <w:p>
      <w:r>
        <w:rPr>
          <w:sz w:val="20"/>
        </w:rPr>
        <w:t>1:04:47  maulana, agla sawal mr. khwaja kaleemuddin sahib ne bheja hai pennsylvania usa se, unhon ne likha hai, "maulana sahib, what is the origin of word fatwa?</w:t>
      </w:r>
      <w:r>
        <w:br/>
      </w:r>
      <w:r>
        <w:rPr>
          <w:sz w:val="20"/>
        </w:rPr>
        <w:t>1:04:58  has this word been used during prophet and his companions' time</w:t>
      </w:r>
      <w:r>
        <w:br/>
      </w:r>
      <w:r>
        <w:rPr>
          <w:sz w:val="20"/>
        </w:rPr>
        <w:t>1:05:03  ? does anyone need a certificate to issue a fatwa? isn't any scholar's view in his article equivalent to a fatwa?</w:t>
      </w:r>
      <w:r>
        <w:br/>
      </w:r>
      <w:r>
        <w:rPr>
          <w:sz w:val="20"/>
        </w:rPr>
        <w:t>1:05:13  does he have to express his views under the title of fat</w:t>
      </w:r>
      <w:r>
        <w:br/>
      </w:r>
      <w:r>
        <w:rPr>
          <w:sz w:val="20"/>
        </w:rPr>
        <w:t>1:05:18  wa? please clarify this issue." dekhiye, fatwa ka lafz to khud hadith mein aaya hai</w:t>
      </w:r>
      <w:r>
        <w:br/>
      </w:r>
      <w:r>
        <w:rPr>
          <w:sz w:val="20"/>
        </w:rPr>
        <w:t>1:05:30  "istafti qalbaka", lekin fatwa jo institution ban gaya hai, woh pehle hargiz nahi tha.</w:t>
      </w:r>
      <w:r>
        <w:br/>
      </w:r>
      <w:r>
        <w:rPr>
          <w:sz w:val="20"/>
        </w:rPr>
        <w:t>1:05:38  yeh to baad mein hua hai. pehle zamane mein fatwa koi institution nahi tha. fatwa ka matlab tha ke opinion, fatwa ke lafzi maani opinion.</w:t>
      </w:r>
      <w:r>
        <w:br/>
      </w:r>
      <w:r>
        <w:rPr>
          <w:sz w:val="20"/>
        </w:rPr>
        <w:t>1:05:50  yaani ek aalim se aap poochein aur woh bataye apni rai to that is fatwa. ab jo ban gaya institution, woh hargiz is zamane mein nahi tha.</w:t>
      </w:r>
      <w:r>
        <w:br/>
      </w:r>
      <w:r>
        <w:rPr>
          <w:sz w:val="20"/>
        </w:rPr>
        <w:t>1:06:06  is liye sahi, is liye fatwa apni jagah par durust hai, lekin woh isi maani mein hai ke ek aalim apni rai bataye, woh rai kisi ke liye sirf ek rai ho, bas us se zyada aur kuch nahi.</w:t>
      </w:r>
      <w:r>
        <w:br/>
      </w:r>
      <w:r>
        <w:rPr>
          <w:sz w:val="20"/>
        </w:rPr>
        <w:t>1:06:22  aur rai bhi pooche apne bare mein, jaise kuch logon ne poocha mufti se ke sania mirza ka libas kaisa hai, islam ke mutabiq hai ke nahi.</w:t>
      </w:r>
      <w:r>
        <w:br/>
      </w:r>
      <w:r>
        <w:rPr>
          <w:sz w:val="20"/>
        </w:rPr>
        <w:t>1:06:31  to unhon ne fatwa de diya ke islam ke mutabiq nahi. woh poochna bhi galat tha, fatwa dena bhi galat tha. khud sania mirza agar pooche to aap bata sakte hain.</w:t>
      </w:r>
      <w:r>
        <w:br/>
      </w:r>
      <w:r>
        <w:rPr>
          <w:sz w:val="20"/>
        </w:rPr>
        <w:t>1:06:42  kisi ke bare mein koi doosra pooche to bilashuba unislamic hai.</w:t>
      </w:r>
    </w:p>
    <w:p>
      <w:pPr>
        <w:pStyle w:val="Heading2"/>
      </w:pPr>
      <w:r>
        <w:t>Major differences between Shia and Sunni</w:t>
      </w:r>
    </w:p>
    <w:p>
      <w:r>
        <w:rPr>
          <w:color w:val="666666"/>
          <w:sz w:val="18"/>
        </w:rPr>
        <w:t>Other · Conversation with Maulana Wahiduddin Khan | October 01, 2017 · 2m 31s · at 25:35 · https://youtu.be/TmOYGd3rp2M?t=1535</w:t>
      </w:r>
    </w:p>
    <w:p>
      <w:r>
        <w:rPr>
          <w:i/>
        </w:rPr>
        <w:t>“What are major differences between Shia and Sunni?”</w:t>
      </w:r>
    </w:p>
    <w:p>
      <w:r>
        <w:rPr>
          <w:sz w:val="20"/>
        </w:rPr>
        <w:t>25:35  maulana, agla sawal</w:t>
      </w:r>
      <w:r>
        <w:br/>
      </w:r>
      <w:r>
        <w:rPr>
          <w:sz w:val="20"/>
        </w:rPr>
        <w:t>25:45  waransee UP se daniyal shuaib sahab ne bheja hai.</w:t>
      </w:r>
      <w:r>
        <w:br/>
      </w:r>
      <w:r>
        <w:rPr>
          <w:sz w:val="20"/>
        </w:rPr>
        <w:t>25:50  unhon ne aap se poocha hai ke "What are major differences between shia and Sunni?</w:t>
      </w:r>
      <w:r>
        <w:br/>
      </w:r>
      <w:r>
        <w:rPr>
          <w:sz w:val="20"/>
        </w:rPr>
        <w:t>25:55  some people say that shia will not go to Jannah.</w:t>
      </w:r>
      <w:r>
        <w:br/>
      </w:r>
      <w:r>
        <w:rPr>
          <w:sz w:val="20"/>
        </w:rPr>
        <w:t>26:01  What is your opinion?" nahin, yeh bilkul galat baat hai.</w:t>
      </w:r>
      <w:r>
        <w:br/>
      </w:r>
      <w:r>
        <w:rPr>
          <w:sz w:val="20"/>
        </w:rPr>
        <w:t>26:06  shia sunni mein koi major difference hai hi nahin.</w:t>
      </w:r>
      <w:r>
        <w:br/>
      </w:r>
      <w:r>
        <w:rPr>
          <w:sz w:val="20"/>
        </w:rPr>
        <w:t>26:11  waise hi jaise</w:t>
      </w:r>
      <w:r>
        <w:br/>
      </w:r>
      <w:r>
        <w:rPr>
          <w:sz w:val="20"/>
        </w:rPr>
        <w:t>26:16  char fuqaha ka hai. kyunke dekhiye, maine is par bohat tehqeeq ki. to Shia bhi isi Quran ko mante hain jis ko Sunni mante hain. Shia bhi Hadees ki unhi kitabon ko mante hain jo Sunni mante hain. Shia bhi Sirat-e-Rasool ki unhi kitabon ko mante hain jo mante hain. ab interpretation alag ho jata hai. Interpretation to alag ho</w:t>
      </w:r>
      <w:r>
        <w:br/>
      </w:r>
      <w:r>
        <w:rPr>
          <w:sz w:val="20"/>
        </w:rPr>
        <w:t>26:46  jayega. to jo farq hai, ikhtilaf nahi, farq woh interpretation ke aitbar se hai. koi real difference ke aitbar se nahi hai. kyunke jab Quran ek hai, Hadees ek hai, Rasool ek hai to real difference kaise hoga? baqi kuch extremist hote hain, woh har jagah hain. Sunniyon mein bhi extremist hain aur Shiyon mein bhi hain.</w:t>
      </w:r>
      <w:r>
        <w:br/>
      </w:r>
      <w:r>
        <w:rPr>
          <w:sz w:val="20"/>
        </w:rPr>
        <w:t>27:16  to kuch extremist hote hain, un ka case alag hai.</w:t>
      </w:r>
      <w:r>
        <w:br/>
      </w:r>
      <w:r>
        <w:rPr>
          <w:sz w:val="20"/>
        </w:rPr>
        <w:t>27:21  jo real shia aur real sunni ka muamla hai to woh same rasool, same hadith, same quran.</w:t>
      </w:r>
      <w:r>
        <w:br/>
      </w:r>
      <w:r>
        <w:rPr>
          <w:sz w:val="20"/>
        </w:rPr>
        <w:t>27:26  farq hai interpretation ka.</w:t>
      </w:r>
      <w:r>
        <w:br/>
      </w:r>
      <w:r>
        <w:rPr>
          <w:sz w:val="20"/>
        </w:rPr>
        <w:t>27:31  interpretation to mere aap ke darmiyan ho sakta hai.</w:t>
      </w:r>
      <w:r>
        <w:br/>
      </w:r>
      <w:r>
        <w:rPr>
          <w:sz w:val="20"/>
        </w:rPr>
        <w:t>27:36  is ko hum nahin kahengay ke woh jannat mein jaega, woh jahannum mein jaega.</w:t>
      </w:r>
      <w:r>
        <w:br/>
      </w:r>
      <w:r>
        <w:rPr>
          <w:sz w:val="20"/>
        </w:rPr>
        <w:t>27:41  jannat aur jahannum ka talluq is se nahin ke k</w:t>
      </w:r>
      <w:r>
        <w:br/>
      </w:r>
      <w:r>
        <w:rPr>
          <w:sz w:val="20"/>
        </w:rPr>
        <w:t>27:46  un shia tha, kaun sunni tha. har giz nahin.</w:t>
      </w:r>
      <w:r>
        <w:br/>
      </w:r>
      <w:r>
        <w:rPr>
          <w:sz w:val="20"/>
        </w:rPr>
        <w:t>27:51  zalka jaza man tazka.</w:t>
      </w:r>
      <w:r>
        <w:br/>
      </w:r>
      <w:r>
        <w:rPr>
          <w:sz w:val="20"/>
        </w:rPr>
        <w:t>27:56  jis ne apna tazkiya kiya, woh jannat mein jaega. bas.</w:t>
      </w:r>
      <w:r>
        <w:br/>
      </w:r>
      <w:r>
        <w:rPr>
          <w:sz w:val="20"/>
        </w:rPr>
        <w:t>28:01  shia aur sunni se is ka koi talluq nahin hai.</w:t>
      </w:r>
    </w:p>
    <w:p>
      <w:pPr>
        <w:pStyle w:val="Heading2"/>
      </w:pPr>
      <w:r>
        <w:t>Meaning and validity of Imamat-e-Uzma</w:t>
      </w:r>
    </w:p>
    <w:p>
      <w:r>
        <w:rPr>
          <w:color w:val="666666"/>
          <w:sz w:val="18"/>
        </w:rPr>
        <w:t>Other · Islam and Politics November 17, 2013 · 2m 23s · at 50:26 · https://youtu.be/LgKA8wg4NPc?t=3026</w:t>
      </w:r>
    </w:p>
    <w:p>
      <w:r>
        <w:rPr>
          <w:i/>
        </w:rPr>
        <w:t>“What does the term 'Imamat-e-Uzma' mean? Is it a bid'ah? Where in Quran and Hadith is this term found?”</w:t>
      </w:r>
    </w:p>
    <w:p>
      <w:r>
        <w:rPr>
          <w:sz w:val="20"/>
        </w:rPr>
        <w:t>50:26  jinhon ne aisa kaha un ka sawal hi ghalat hai un se aap kahiyen ke jo daawa hai wo ye hai ke quran mein kahin nahi hai ke iqam dolat al islam to phir aap ne kaise nikal liya ek goal ke hukumat qaim karna hai islam ka nishana hai is ka is ka jawab den wo koi quran ki ayat pesh karen maulana un ka ek aur sawal hai unhon ne likha hai</w:t>
      </w:r>
      <w:r>
        <w:br/>
      </w:r>
      <w:r>
        <w:rPr>
          <w:sz w:val="20"/>
        </w:rPr>
        <w:t>50:54  maulana imamat azma ka lafz aksar log istemal karte hain is ka kya matlab hai is ke bare</w:t>
      </w:r>
      <w:r>
        <w:br/>
      </w:r>
      <w:r>
        <w:rPr>
          <w:sz w:val="20"/>
        </w:rPr>
        <w:t>51:00  mein hamein bataein yeh bidat hai aap bataein kahan quran o hadith mein imamat azma ka lafz kahin</w:t>
      </w:r>
      <w:r>
        <w:br/>
      </w:r>
      <w:r>
        <w:rPr>
          <w:sz w:val="20"/>
        </w:rPr>
        <w:t>51:07  bhi nahin hai log lete hain is mani mein ke ek hai masjid ki imamat ek hai aalim</w:t>
      </w:r>
      <w:r>
        <w:br/>
      </w:r>
      <w:r>
        <w:rPr>
          <w:sz w:val="20"/>
        </w:rPr>
        <w:t>51:13  ki imamat unhon ne farz kar rakha hai ke musalmanon ka kaam yeh hai ke sari dunya ke</w:t>
      </w:r>
      <w:r>
        <w:br/>
      </w:r>
      <w:r>
        <w:rPr>
          <w:sz w:val="20"/>
        </w:rPr>
        <w:t>51:17  imam banen leader leader banen ya hakim banen yeh to un ka farz kiya hua hai</w:t>
      </w:r>
      <w:r>
        <w:br/>
      </w:r>
      <w:r>
        <w:rPr>
          <w:sz w:val="20"/>
        </w:rPr>
        <w:t>51:25  to masjid ki imamat ya namaz ki imamat to bilkul sahi hai wo hadith mein maujood hai lekin ye jo imamat uzma hai ya imamat aalim hai ye to kahin nahi hai</w:t>
      </w:r>
      <w:r>
        <w:br/>
      </w:r>
      <w:r>
        <w:rPr>
          <w:sz w:val="20"/>
        </w:rPr>
        <w:t>51:45  ab dekhiye hazrat ibrahim ke bare mein hai ke inni jaaluka linnasi imama mein tum ko logon ka im</w:t>
      </w:r>
      <w:r>
        <w:br/>
      </w:r>
      <w:r>
        <w:rPr>
          <w:sz w:val="20"/>
        </w:rPr>
        <w:t>51:54  am banaya hua wala hoon to kahan hazrat ibrahim kab dunya ke logon ke hakim ban gaye kab shehanshah ban gaye logon ke upar aisa to kabhi hua nahi</w:t>
      </w:r>
      <w:r>
        <w:br/>
      </w:r>
      <w:r>
        <w:rPr>
          <w:sz w:val="20"/>
        </w:rPr>
        <w:t>52:06  to imamat uzma jis mani mein boli jati hai jis mani mein is mani mein is mani mein bilashuba bidat hai wo</w:t>
      </w:r>
      <w:r>
        <w:br/>
      </w:r>
      <w:r>
        <w:rPr>
          <w:sz w:val="20"/>
        </w:rPr>
        <w:t>52:14  ek aur mani mein jis mani mein ke quran mein aya hai hazrat ibrahim ke bare mein wo durust hai yani sari alam ki rehnumai ka mission hawale hua hazrat ibrahim ko yani sari alam ko toheed ka paigham pahunchao is mani mein durust hai lekin jis mani mein log bolte hain us mamle mein bilkul ghalat hai bidat hai baseless hai baseless</w:t>
      </w:r>
      <w:r>
        <w:br/>
      </w:r>
      <w:r>
        <w:rPr>
          <w:sz w:val="20"/>
        </w:rPr>
        <w:t>52:40  kyunke quran o hadith mein kahin is ki asal maujood nahin hai ke yeh lafz apne aap hi mubtada lafz hai</w:t>
      </w:r>
    </w:p>
    <w:p>
      <w:pPr>
        <w:pStyle w:val="Heading2"/>
      </w:pPr>
      <w:r>
        <w:t>Meaning of Jaish-e-Muhammad</w:t>
      </w:r>
    </w:p>
    <w:p>
      <w:r>
        <w:rPr>
          <w:color w:val="666666"/>
          <w:sz w:val="18"/>
        </w:rPr>
        <w:t>Other · Discovery of Modern Age I 10th Feb. 13 · 2m 10s · at 1:07:14 · https://youtu.be/Yp5T0KacY84?t=4034</w:t>
      </w:r>
    </w:p>
    <w:p>
      <w:r>
        <w:rPr>
          <w:i/>
        </w:rPr>
        <w:t>“What is the meaning of 'Jaish-e-Muhammad'? Please explain. Its literal meaning is 'the army of Muhammad'.”</w:t>
      </w:r>
    </w:p>
    <w:p>
      <w:r>
        <w:rPr>
          <w:sz w:val="20"/>
        </w:rPr>
        <w:t>1:07:14  maulana, agla sawal dhampur se hai mehtab ahmad sahib ka.</w:t>
      </w:r>
      <w:r>
        <w:br/>
      </w:r>
      <w:r>
        <w:rPr>
          <w:sz w:val="20"/>
        </w:rPr>
        <w:t>1:07:20  انہوں نے آپ سے پوچھا ہے: "What is the meaning of Jaish-e-Muhammad?" اس کے بارے میں آپ بتائیں۔</w:t>
      </w:r>
      <w:r>
        <w:br/>
      </w:r>
      <w:r>
        <w:rPr>
          <w:sz w:val="20"/>
        </w:rPr>
        <w:t>1:07:25  yeh lafzi meaning to hai Muhammad ka lashkar.</w:t>
      </w:r>
      <w:r>
        <w:br/>
      </w:r>
      <w:r>
        <w:rPr>
          <w:sz w:val="20"/>
        </w:rPr>
        <w:t>1:07:31  jaish maani lashkar, army.</w:t>
      </w:r>
      <w:r>
        <w:br/>
      </w:r>
      <w:r>
        <w:rPr>
          <w:sz w:val="20"/>
        </w:rPr>
        <w:t>1:07:37  to is ka matlab yeh hai ke Muhammad ka jo mission tha, us mission ko fulfill karne ke</w:t>
      </w:r>
      <w:r>
        <w:br/>
      </w:r>
      <w:r>
        <w:rPr>
          <w:sz w:val="20"/>
        </w:rPr>
        <w:t>1:07:42  liye yeh log samajhte hain ke hum ne ek army banai hai aur is mission ko hum pura</w:t>
      </w:r>
      <w:r>
        <w:br/>
      </w:r>
      <w:r>
        <w:rPr>
          <w:sz w:val="20"/>
        </w:rPr>
        <w:t>1:07:48  kar rahe hain.</w:t>
      </w:r>
      <w:r>
        <w:br/>
      </w:r>
      <w:r>
        <w:rPr>
          <w:sz w:val="20"/>
        </w:rPr>
        <w:t>1:07:54  yeh farsi mein jeete hain.</w:t>
      </w:r>
      <w:r>
        <w:br/>
      </w:r>
      <w:r>
        <w:rPr>
          <w:sz w:val="20"/>
        </w:rPr>
        <w:t>1:07:59  rasool Allah ka yeh mission hi nahi tha ke bomb maro, gun chalao.</w:t>
      </w:r>
      <w:r>
        <w:br/>
      </w:r>
      <w:r>
        <w:rPr>
          <w:sz w:val="20"/>
        </w:rPr>
        <w:t>1:08:05  rasool Allah ka mission to peaceful mission tha.</w:t>
      </w:r>
      <w:r>
        <w:br/>
      </w:r>
      <w:r>
        <w:rPr>
          <w:sz w:val="20"/>
        </w:rPr>
        <w:t>1:08:11  to naam rakh rakha hai, yani rasool Allah ke naam par karte hain, yani woh kaam jo rasool</w:t>
      </w:r>
      <w:r>
        <w:br/>
      </w:r>
      <w:r>
        <w:rPr>
          <w:sz w:val="20"/>
        </w:rPr>
        <w:t>1:08:17  allah se koi talluq nahi hai.</w:t>
      </w:r>
      <w:r>
        <w:br/>
      </w:r>
      <w:r>
        <w:rPr>
          <w:sz w:val="20"/>
        </w:rPr>
        <w:t>1:08:22  dekhen, wajah kya hai? be khabar.</w:t>
      </w:r>
      <w:r>
        <w:br/>
      </w:r>
      <w:r>
        <w:rPr>
          <w:sz w:val="20"/>
        </w:rPr>
        <w:t>1:08:28  wo bilkul jante hi nahi ke is daur mein rasool allah ke mission ko chalane ke liye kya</w:t>
      </w:r>
      <w:r>
        <w:br/>
      </w:r>
      <w:r>
        <w:rPr>
          <w:sz w:val="20"/>
        </w:rPr>
        <w:t>1:08:34  karna hai, aaj ki opportunities kya hain.</w:t>
      </w:r>
      <w:r>
        <w:br/>
      </w:r>
      <w:r>
        <w:rPr>
          <w:sz w:val="20"/>
        </w:rPr>
        <w:t>1:08:39  is se bilkul be khabar hain, totally be khabar hain.</w:t>
      </w:r>
      <w:r>
        <w:br/>
      </w:r>
      <w:r>
        <w:rPr>
          <w:sz w:val="20"/>
        </w:rPr>
        <w:t>1:08:45  ise is tarah ki harkaten karte hain.</w:t>
      </w:r>
      <w:r>
        <w:br/>
      </w:r>
      <w:r>
        <w:rPr>
          <w:sz w:val="20"/>
        </w:rPr>
        <w:t>1:08:51  is ke liye hum ne misaal di ke japan wale totally be khabar the modern opportunities se.</w:t>
      </w:r>
      <w:r>
        <w:br/>
      </w:r>
      <w:r>
        <w:rPr>
          <w:sz w:val="20"/>
        </w:rPr>
        <w:t>1:08:56  to apne ko halak kar rahe the.</w:t>
      </w:r>
      <w:r>
        <w:br/>
      </w:r>
      <w:r>
        <w:rPr>
          <w:sz w:val="20"/>
        </w:rPr>
        <w:t>1:09:02  jab wo jaan gaye to aa gaye doosri duniya mein.</w:t>
      </w:r>
      <w:r>
        <w:br/>
      </w:r>
      <w:r>
        <w:rPr>
          <w:sz w:val="20"/>
        </w:rPr>
        <w:t>1:09:08  badi achhi kitab hai wo jo main aap se, aap se kaha hai, wo moti si kitab hai.</w:t>
      </w:r>
      <w:r>
        <w:br/>
      </w:r>
      <w:r>
        <w:rPr>
          <w:sz w:val="20"/>
        </w:rPr>
        <w:t>1:09:13  wo jo, wo jo kitab ka naam unhone kaha hai "history of japan".</w:t>
      </w:r>
      <w:r>
        <w:br/>
      </w:r>
      <w:r>
        <w:rPr>
          <w:sz w:val="20"/>
        </w:rPr>
        <w:t>1:09:19  bahut ek aadmi ne bahut zabardast study ki, wahan ja kar ke tab ye kitab likhi hai.</w:t>
      </w:r>
    </w:p>
    <w:p>
      <w:pPr>
        <w:pStyle w:val="Heading2"/>
      </w:pPr>
      <w:r>
        <w:t>Meaning of Quran 49:2 about lowering voices</w:t>
      </w:r>
    </w:p>
    <w:p>
      <w:r>
        <w:rPr>
          <w:color w:val="666666"/>
          <w:sz w:val="18"/>
        </w:rPr>
        <w:t>Other · Politics and Nation Building May 19, 2013 · 3m 19s · at 48:56 · https://youtu.be/kmiMGq0Ki2Q?t=2936</w:t>
      </w:r>
    </w:p>
    <w:p>
      <w:r>
        <w:rPr>
          <w:i/>
        </w:rPr>
        <w:t>“In Quran chapter 49 verse 2 it says 'La tarfau aswatakum' what does it mean?”</w:t>
      </w:r>
    </w:p>
    <w:p>
      <w:r>
        <w:rPr>
          <w:sz w:val="20"/>
        </w:rPr>
        <w:t>48:56  jaise abhi maine kaha ke election ho gaya to aap kya kar rahe hain haare hue log protest kar rahe hain rigging hui hai yeh sab wahi hai ke blame doosre ke upar dalna isi ka phenomena hai isi ka zahira hai yeh sab cheezein hain Maulana agla sawal Delhi se hai N Rashid Sahab ka</w:t>
      </w:r>
      <w:r>
        <w:br/>
      </w:r>
      <w:r>
        <w:rPr>
          <w:sz w:val="20"/>
        </w:rPr>
        <w:t>49:22  unhone likha hai Quran ke chapter 49 verse number 2 mein aaya hai la tarfa'u aswatakum iska matlab kya hai dekhiye yeh iska jo shan-e-nazool hai woh to yeh tha ke Madine ki yeh ayat hai to wahan par Rasool Allah ke majlis mein log baithte the</w:t>
      </w:r>
      <w:r>
        <w:br/>
      </w:r>
      <w:r>
        <w:rPr>
          <w:sz w:val="20"/>
        </w:rPr>
        <w:t>49:48  to zahir hai koi na koi point of discussion hota tha koi baat hoti thi jo iske sath bayan karte the to kuch log lete the zor zor bolne zor zor bolne ka matlab kya hai doosre ki baat ko tahammul ke sath na sunna aur apne dimagh mein jo hai usi ko udelne lagna yeh hai zor zor se bolna</w:t>
      </w:r>
      <w:r>
        <w:br/>
      </w:r>
      <w:r>
        <w:rPr>
          <w:sz w:val="20"/>
        </w:rPr>
        <w:t>50:17  jab aap majlis mein baithe hain to doosre ki baat ghor se suniye tahammul ke sath aur agar aap ke paas koi waqai point hai tab boliye nahi to chup rahiye to wahan kuch logon ne aisa kiya ke bas lagte the bolne chahe dimagh mein koi baat hai ya nahi hai to yeh wahan hota tha Rasool Allah ki majlis mein</w:t>
      </w:r>
      <w:r>
        <w:br/>
      </w:r>
      <w:r>
        <w:rPr>
          <w:sz w:val="20"/>
        </w:rPr>
        <w:t>50:42  lekin main samajhta hoon ke iska tausee mafhoom yani extended mafhoom iska yeh hai ke aaj bhi aap kisi majlis mein baithe hon to aap ko yahi karna chahiye ke tahammul ke sath suniye patience ke sath suniye us waqt tak na boliye jab tak doosre ki baat mukammal na ho jaye aur mazeed yeh ke aap ke mind mein koi waqai nuqta ho koi point ho tab nahi to chup rahi</w:t>
      </w:r>
      <w:r>
        <w:br/>
      </w:r>
      <w:r>
        <w:rPr>
          <w:sz w:val="20"/>
        </w:rPr>
        <w:t>51:11  e koi daleel ho to boliye nahi to chup rahiye</w:t>
      </w:r>
      <w:r>
        <w:br/>
      </w:r>
      <w:r>
        <w:rPr>
          <w:sz w:val="20"/>
        </w:rPr>
        <w:t>51:17  to yeh badh badh ke bolna aur doosre ki baat par dhyan na de kar ke apni baat</w:t>
      </w:r>
      <w:r>
        <w:br/>
      </w:r>
      <w:r>
        <w:rPr>
          <w:sz w:val="20"/>
        </w:rPr>
        <w:t>51:25  shuru kar dena</w:t>
      </w:r>
      <w:r>
        <w:br/>
      </w:r>
      <w:r>
        <w:rPr>
          <w:sz w:val="20"/>
        </w:rPr>
        <w:t>51:28  jaise main kaha karta hoon ke mera tajurba yeh hai ke agar kisi se koi baat kahi jaye</w:t>
      </w:r>
      <w:r>
        <w:br/>
      </w:r>
      <w:r>
        <w:rPr>
          <w:sz w:val="20"/>
        </w:rPr>
        <w:t>51:35  to woh ab aap ki baat nahi sunta apne dimagh mein khayal bana raha hota hai ke mujhe</w:t>
      </w:r>
      <w:r>
        <w:br/>
      </w:r>
      <w:r>
        <w:rPr>
          <w:sz w:val="20"/>
        </w:rPr>
        <w:t>51:40  kya bolna hai</w:t>
      </w:r>
      <w:r>
        <w:br/>
      </w:r>
      <w:r>
        <w:rPr>
          <w:sz w:val="20"/>
        </w:rPr>
        <w:t>51:43  mera tajurba yeh hai ke aap jab kisi koi baat kehte hain to woh aisa nahi karta ke</w:t>
      </w:r>
      <w:r>
        <w:br/>
      </w:r>
      <w:r>
        <w:rPr>
          <w:sz w:val="20"/>
        </w:rPr>
        <w:t>51:48  impeety mind ho kar sune ke aap kya keh rahe hain balkeh apne mind mein jo hai usi</w:t>
      </w:r>
      <w:r>
        <w:br/>
      </w:r>
      <w:r>
        <w:rPr>
          <w:sz w:val="20"/>
        </w:rPr>
        <w:t>51:53  ko arrange kar raha hota hai ke jaise un ki baat khatam ho tab main apni baat areel</w:t>
      </w:r>
      <w:r>
        <w:br/>
      </w:r>
      <w:r>
        <w:rPr>
          <w:sz w:val="20"/>
        </w:rPr>
        <w:t>51:57  doon yahi sab baat hai is se mana kiya gaya hai aur yeh baat sirf rasool allah ki</w:t>
      </w:r>
      <w:r>
        <w:br/>
      </w:r>
      <w:r>
        <w:rPr>
          <w:sz w:val="20"/>
        </w:rPr>
        <w:t>52:03  sohbat ke liye nahi hai har sohbat ke liye har majlis ke liye yeh baat hai yeh islam</w:t>
      </w:r>
      <w:r>
        <w:br/>
      </w:r>
      <w:r>
        <w:rPr>
          <w:sz w:val="20"/>
        </w:rPr>
        <w:t>52:09  ka ke mutabiq adab kalam hai</w:t>
      </w:r>
    </w:p>
    <w:p>
      <w:pPr>
        <w:pStyle w:val="Heading2"/>
      </w:pPr>
      <w:r>
        <w:t>Newlywed visit and question</w:t>
      </w:r>
    </w:p>
    <w:p>
      <w:r>
        <w:rPr>
          <w:color w:val="666666"/>
          <w:sz w:val="18"/>
        </w:rPr>
        <w:t>Other · Problem and Shukr March 15, 2015 · 2m 44s · at 52:14 · https://youtu.be/O4gfXHtntcc?t=3134</w:t>
      </w:r>
    </w:p>
    <w:p>
      <w:r>
        <w:rPr>
          <w:i/>
        </w:rPr>
        <w:t>“I am Dr. Hena's cousin and visiting her from Wales with my newlywed wife. She invited...”</w:t>
      </w:r>
    </w:p>
    <w:p>
      <w:r>
        <w:rPr>
          <w:sz w:val="20"/>
        </w:rPr>
        <w:t>52:14  koi bahar se aadmi ko aap ko koi technique nahi bata sakta maulana agla sawal kya hai</w:t>
      </w:r>
      <w:r>
        <w:br/>
      </w:r>
      <w:r>
        <w:rPr>
          <w:sz w:val="20"/>
        </w:rPr>
        <w:t>52:22  shaan sahab ne london se aur unhon ne likha hai</w:t>
      </w:r>
      <w:r>
        <w:br/>
      </w:r>
      <w:r>
        <w:rPr>
          <w:sz w:val="20"/>
        </w:rPr>
        <w:t>52:29  maulana i am doctor heena's cousin and visiting her from wales with my newly wed wife she invited</w:t>
      </w:r>
      <w:r>
        <w:br/>
      </w:r>
      <w:r>
        <w:rPr>
          <w:sz w:val="20"/>
        </w:rPr>
        <w:t>52:36  us this morning to listen to you and mashallah i liked it so much may allah reward you</w:t>
      </w:r>
      <w:r>
        <w:br/>
      </w:r>
      <w:r>
        <w:rPr>
          <w:sz w:val="20"/>
        </w:rPr>
        <w:t>52:45  maulana i have question i want to know what if we have problem or complaint not from human</w:t>
      </w:r>
      <w:r>
        <w:br/>
      </w:r>
      <w:r>
        <w:rPr>
          <w:sz w:val="20"/>
        </w:rPr>
        <w:t>52:53  but from system or group which is doing wrong and affecting nation</w:t>
      </w:r>
      <w:r>
        <w:br/>
      </w:r>
      <w:r>
        <w:rPr>
          <w:sz w:val="20"/>
        </w:rPr>
        <w:t>53:00  what is your advice on that</w:t>
      </w:r>
      <w:r>
        <w:br/>
      </w:r>
      <w:r>
        <w:rPr>
          <w:sz w:val="20"/>
        </w:rPr>
        <w:t>53:02  dekhiye yeh to aap ne sirf lafz badal diya system kaun banata hai insan banata hai woh bhi</w:t>
      </w:r>
      <w:r>
        <w:br/>
      </w:r>
      <w:r>
        <w:rPr>
          <w:sz w:val="20"/>
        </w:rPr>
        <w:t>53:09  insan ke khilaaf shikayat hai</w:t>
      </w:r>
      <w:r>
        <w:br/>
      </w:r>
      <w:r>
        <w:rPr>
          <w:sz w:val="20"/>
        </w:rPr>
        <w:t>53:12  system banane wala kaun hai</w:t>
      </w:r>
      <w:r>
        <w:br/>
      </w:r>
      <w:r>
        <w:rPr>
          <w:sz w:val="20"/>
        </w:rPr>
        <w:t>53:16  to system mein wohi cheezein aayengi jo insan ke andar hain</w:t>
      </w:r>
      <w:r>
        <w:br/>
      </w:r>
      <w:r>
        <w:rPr>
          <w:sz w:val="20"/>
        </w:rPr>
        <w:t>53:22  system jo hai insan ka yani extended form hai</w:t>
      </w:r>
      <w:r>
        <w:br/>
      </w:r>
      <w:r>
        <w:rPr>
          <w:sz w:val="20"/>
        </w:rPr>
        <w:t>53:28  system alag se koi cheez hai nahi to system ke khilaaf aap bolenge to phir insan ke</w:t>
      </w:r>
      <w:r>
        <w:br/>
      </w:r>
      <w:r>
        <w:rPr>
          <w:sz w:val="20"/>
        </w:rPr>
        <w:t>53:33  upar jayegi woh aur yeh bhi samajh lein ke kabhi bhi is duniya mein koi system ideal</w:t>
      </w:r>
      <w:r>
        <w:br/>
      </w:r>
      <w:r>
        <w:rPr>
          <w:sz w:val="20"/>
        </w:rPr>
        <w:t>53:38  nahi ho sakta impossible hai hatta ke jo islam ka jo golden period hai wahan bhi yeh bas</w:t>
      </w:r>
      <w:r>
        <w:br/>
      </w:r>
      <w:r>
        <w:rPr>
          <w:sz w:val="20"/>
        </w:rPr>
        <w:t>53:45  wajah ke wahan system jo tha bilkul ideal tha aisa nahi tha misaal ke taur par dekhiye ek</w:t>
      </w:r>
      <w:r>
        <w:br/>
      </w:r>
      <w:r>
        <w:rPr>
          <w:sz w:val="20"/>
        </w:rPr>
        <w:t>53:51  sahabi madine mein rasool Allah ke paas aata hai woh munh dar munh kehta hai ke wallah maadalta</w:t>
      </w:r>
      <w:r>
        <w:br/>
      </w:r>
      <w:r>
        <w:rPr>
          <w:sz w:val="20"/>
        </w:rPr>
        <w:t>54:00  Khuda ki qasam aap ne justice nahi kiya</w:t>
      </w:r>
      <w:r>
        <w:br/>
      </w:r>
      <w:r>
        <w:rPr>
          <w:sz w:val="20"/>
        </w:rPr>
        <w:t>54:04  to very that ideal system</w:t>
      </w:r>
      <w:r>
        <w:br/>
      </w:r>
      <w:r>
        <w:rPr>
          <w:sz w:val="20"/>
        </w:rPr>
        <w:t>54:07  to system par jo log bolte hain woh creation plan ke khilaaf bolte hain</w:t>
      </w:r>
      <w:r>
        <w:br/>
      </w:r>
      <w:r>
        <w:rPr>
          <w:sz w:val="20"/>
        </w:rPr>
        <w:t>54:15  jo Allah ka jo creation plan hai uske mutabiq jab duniya mein ideal system ban nahi sakta</w:t>
      </w:r>
      <w:r>
        <w:br/>
      </w:r>
      <w:r>
        <w:rPr>
          <w:sz w:val="20"/>
        </w:rPr>
        <w:t>54:20  ideal government government ban nahi sakti to aap ko wahan kya karna hai usko manage karna hai</w:t>
      </w:r>
      <w:r>
        <w:br/>
      </w:r>
      <w:r>
        <w:rPr>
          <w:sz w:val="20"/>
        </w:rPr>
        <w:t>54:27  jo problem aata hai usko manage kijiye shikayat karna usko todna uske khilaaf us ka</w:t>
      </w:r>
      <w:r>
        <w:br/>
      </w:r>
      <w:r>
        <w:rPr>
          <w:sz w:val="20"/>
        </w:rPr>
        <w:t>54:33  oppose karna hungama karna kuch bhi nahi hone wala uski misaal dekhiye aap Egypt mein Egypt mein</w:t>
      </w:r>
      <w:r>
        <w:br/>
      </w:r>
      <w:r>
        <w:rPr>
          <w:sz w:val="20"/>
        </w:rPr>
        <w:t>54:41  60 baras se system ke khilaaf lad rahe hain log aaj tak kuch bhi nahi hua kai naslein</w:t>
      </w:r>
      <w:r>
        <w:br/>
      </w:r>
      <w:r>
        <w:rPr>
          <w:sz w:val="20"/>
        </w:rPr>
        <w:t>54:46  khatm ho gayin aur tabahi tabahi hai</w:t>
      </w:r>
      <w:r>
        <w:br/>
      </w:r>
      <w:r>
        <w:rPr>
          <w:sz w:val="20"/>
        </w:rPr>
        <w:t>54:51  to system jo hai woh khud yani woh human phenomena hai insan se alag koi cheez nahi hai</w:t>
      </w:r>
    </w:p>
    <w:p>
      <w:pPr>
        <w:pStyle w:val="Heading2"/>
      </w:pPr>
      <w:r>
        <w:t>Overcoming self-doubt for intellectual development</w:t>
      </w:r>
    </w:p>
    <w:p>
      <w:r>
        <w:rPr>
          <w:color w:val="666666"/>
          <w:sz w:val="18"/>
        </w:rPr>
        <w:t>Other · Discovery of Paradise March 22, 2015 · 2m 25s · at 55:40 · https://youtu.be/2axrfd7sZkE?t=3340</w:t>
      </w:r>
    </w:p>
    <w:p>
      <w:r>
        <w:rPr>
          <w:i/>
        </w:rPr>
        <w:t>“Maulana, you said in today's talk that the biggest thing is intellectual development, which is so very true. But Maulana, many people have self-doubt, which is a hindrance to their intellectual development. How can they come out from this negative feeling of self-doubt? Please give your guidance.”</w:t>
      </w:r>
    </w:p>
    <w:p>
      <w:r>
        <w:rPr>
          <w:sz w:val="20"/>
        </w:rPr>
        <w:t>55:40  maulana, agla sawal mumbai se kya hai rashid sahib ne, aur unhon ne likha hai ke: "maulana, you said in today talk that the biggest thing is intellectual development, which is so very true,</w:t>
      </w:r>
      <w:r>
        <w:br/>
      </w:r>
      <w:r>
        <w:rPr>
          <w:sz w:val="20"/>
        </w:rPr>
        <w:t>55:56  but maulana, many people have self doubt, which is a hindrance to their intellectual development. how can they come out from this negative feeling of self doubt?</w:t>
      </w:r>
      <w:r>
        <w:br/>
      </w:r>
      <w:r>
        <w:rPr>
          <w:sz w:val="20"/>
        </w:rPr>
        <w:t>56:07  please give your guidance.</w:t>
      </w:r>
      <w:r>
        <w:br/>
      </w:r>
      <w:r>
        <w:rPr>
          <w:sz w:val="20"/>
        </w:rPr>
        <w:t>56:10  "dekhein, self doubt ka jo term use kiya hai unhon ne, woh mujhe bohat clear nahi lagta. shayad unka matlab yeh ho ke confidence ki kami.</w:t>
      </w:r>
      <w:r>
        <w:br/>
      </w:r>
      <w:r>
        <w:rPr>
          <w:sz w:val="20"/>
        </w:rPr>
        <w:t>56:23  shayad to dekhein, confidence ki kami jo hai, woh to aap ke liye bohat achi cheez hai ke aur ziyada aap ke andar seekhne ki spirit paida hoti hai.</w:t>
      </w:r>
      <w:r>
        <w:br/>
      </w:r>
      <w:r>
        <w:rPr>
          <w:sz w:val="20"/>
        </w:rPr>
        <w:t>56:36  agar hamare andar chunache dekhein, jo log arrogant hote hain, un mein seekhne ki spirit nahi hoti. jo arrogant hote hain, woh samajhte hain hum ne to pa liya, hum ko kya paana hai?</w:t>
      </w:r>
      <w:r>
        <w:br/>
      </w:r>
      <w:r>
        <w:rPr>
          <w:sz w:val="20"/>
        </w:rPr>
        <w:t>56:48  lekin jinke andar modesty hoti hai, ya jis ko yeh keh rahe hain self doubt, to un ke andar ek seekhne ki spirit paida hot</w:t>
      </w:r>
      <w:r>
        <w:br/>
      </w:r>
      <w:r>
        <w:rPr>
          <w:sz w:val="20"/>
        </w:rPr>
        <w:t>56:58  i hai. mujhe aur jaanna hai, jo mein abhi jaana nahi hai. maine to mein to samajhta hoon ke yeh positive sign hai. yeh theek kiya khayal hai aap ka?</w:t>
      </w:r>
      <w:r>
        <w:br/>
      </w:r>
      <w:r>
        <w:rPr>
          <w:sz w:val="20"/>
        </w:rPr>
        <w:t>57:08  ji maulana, ji sahi hai. maulana, positive sign hai. ji</w:t>
      </w:r>
      <w:r>
        <w:br/>
      </w:r>
      <w:r>
        <w:rPr>
          <w:sz w:val="20"/>
        </w:rPr>
        <w:t>57:15  chalein, self doubt se aap ke andar self thinking aur badhegi, ghategi nahi, ghategi nahi.</w:t>
      </w:r>
      <w:r>
        <w:br/>
      </w:r>
      <w:r>
        <w:rPr>
          <w:sz w:val="20"/>
        </w:rPr>
        <w:t>57:25  jaise maine apna qissa bataya tha aap ko is se pehle ke mein bohat pehle jab mein ek seeker ke roop mein tha, to ek din achanak mere zuban se yeh nikla ke khuda wand to kab aayega?</w:t>
      </w:r>
      <w:r>
        <w:br/>
      </w:r>
      <w:r>
        <w:rPr>
          <w:sz w:val="20"/>
        </w:rPr>
        <w:t>57:42  mein kab tak tere aane ka intezar karoon? yeh cheez meri seekhne ki spirit ko badhane wali ban gayi.</w:t>
      </w:r>
      <w:r>
        <w:br/>
      </w:r>
      <w:r>
        <w:rPr>
          <w:sz w:val="20"/>
        </w:rPr>
        <w:t>57:50  to jis cheez ko woh self doubt keh rahe hain, mein samajhta hoon ke woh goods, woh acha sign hai, woh aur woh seekhne ki spirit ko badhane wala hai. bashart ke aadmi sincere ho.</w:t>
      </w:r>
    </w:p>
    <w:p>
      <w:pPr>
        <w:pStyle w:val="Heading2"/>
      </w:pPr>
      <w:r>
        <w:t>Query after reading Maulana's books</w:t>
      </w:r>
    </w:p>
    <w:p>
      <w:r>
        <w:rPr>
          <w:color w:val="666666"/>
          <w:sz w:val="18"/>
        </w:rPr>
        <w:t>Other · War and Peace August 28, 2016 Maulana Wahiduddin Khan · 3m 32s · at 1:03:36 · https://youtu.be/8ViacW5xI3w?t=3816</w:t>
      </w:r>
    </w:p>
    <w:p>
      <w:r>
        <w:rPr>
          <w:i/>
        </w:rPr>
        <w:t>“Maulana, I have read many of your books and I...”</w:t>
      </w:r>
    </w:p>
    <w:p>
      <w:r>
        <w:rPr>
          <w:sz w:val="20"/>
        </w:rPr>
        <w:t>1:03:36  maulana sahib, agla sawal bhejne wale ne apna na naam likha hai aur na location.</w:t>
      </w:r>
      <w:r>
        <w:br/>
      </w:r>
      <w:r>
        <w:rPr>
          <w:sz w:val="20"/>
        </w:rPr>
        <w:t>1:03:42  un ka sawal parhna chahenge.</w:t>
      </w:r>
      <w:r>
        <w:br/>
      </w:r>
      <w:r>
        <w:rPr>
          <w:sz w:val="20"/>
        </w:rPr>
        <w:t>1:03:45  un ka sawal hai: "maulana sahib, maine aap ki bahut sari book padhi hain aur mujhe is</w:t>
      </w:r>
      <w:r>
        <w:br/>
      </w:r>
      <w:r>
        <w:rPr>
          <w:sz w:val="20"/>
        </w:rPr>
        <w:t>1:03:53  se bahut sari baatein janne aur samajhne ka mauqa mila hai, par main aap se do sawalon ke</w:t>
      </w:r>
      <w:r>
        <w:br/>
      </w:r>
      <w:r>
        <w:rPr>
          <w:sz w:val="20"/>
        </w:rPr>
        <w:t>1:04:00  jawab chahti hoon jahan par mujhe doubt hota hai.</w:t>
      </w:r>
      <w:r>
        <w:br/>
      </w:r>
      <w:r>
        <w:rPr>
          <w:sz w:val="20"/>
        </w:rPr>
        <w:t>1:04:04  mera pehla sawal yeh hai ke ladkiyon ki shadi hona aur na hona kis se juda hota hai?</w:t>
      </w:r>
      <w:r>
        <w:br/>
      </w:r>
      <w:r>
        <w:rPr>
          <w:sz w:val="20"/>
        </w:rPr>
        <w:t>1:04:12  ladkiyon ke khud ki qismat se ya un ke parents ki wajah se? kya Allah ne insano ke</w:t>
      </w:r>
      <w:r>
        <w:br/>
      </w:r>
      <w:r>
        <w:rPr>
          <w:sz w:val="20"/>
        </w:rPr>
        <w:t>1:04:20  jore pehle hi muqarrar kar diye hain ya duniya mein ise dhoonda jata hai? is ke bare mein</w:t>
      </w:r>
      <w:r>
        <w:br/>
      </w:r>
      <w:r>
        <w:rPr>
          <w:sz w:val="20"/>
        </w:rPr>
        <w:t>1:04:27  batayen." agar aap dilli mein rehte hon to aap hamare office aajayen, tab bataunga main aap ko</w:t>
      </w:r>
      <w:r>
        <w:br/>
      </w:r>
      <w:r>
        <w:rPr>
          <w:sz w:val="20"/>
        </w:rPr>
        <w:t>1:04:35  kyunki yeh personal question hai.</w:t>
      </w:r>
      <w:r>
        <w:br/>
      </w:r>
      <w:r>
        <w:rPr>
          <w:sz w:val="20"/>
        </w:rPr>
        <w:t>1:04:37  agar aap dilli mein na rehte hon to agle sunday ko kijiye dobara, phir main jawab dunga.</w:t>
      </w:r>
      <w:r>
        <w:br/>
      </w:r>
      <w:r>
        <w:rPr>
          <w:sz w:val="20"/>
        </w:rPr>
        <w:t>1:04:45  dilli mein rehte hain to aap hamare office mein aajayen aur nahi to phir repeat kijiye agle sunday</w:t>
      </w:r>
      <w:r>
        <w:br/>
      </w:r>
      <w:r>
        <w:rPr>
          <w:sz w:val="20"/>
        </w:rPr>
        <w:t>1:04:53  ko.</w:t>
      </w:r>
      <w:r>
        <w:br/>
      </w:r>
      <w:r>
        <w:rPr>
          <w:sz w:val="20"/>
        </w:rPr>
        <w:t>1:04:54  maulana, unhon ne aap se yeh bhi poocha hai ke islam mein wazifa karne ka kya tareeqa hai?</w:t>
      </w:r>
      <w:r>
        <w:br/>
      </w:r>
      <w:r>
        <w:rPr>
          <w:sz w:val="20"/>
        </w:rPr>
        <w:t>1:05:02  wazifa karna kya sahi hai? islam mein wazifa nahi hai, yeh to soofi logon ne, yani ijad kiya</w:t>
      </w:r>
      <w:r>
        <w:br/>
      </w:r>
      <w:r>
        <w:rPr>
          <w:sz w:val="20"/>
        </w:rPr>
        <w:t>1:05:10  hai.</w:t>
      </w:r>
      <w:r>
        <w:br/>
      </w:r>
      <w:r>
        <w:rPr>
          <w:sz w:val="20"/>
        </w:rPr>
        <w:t>1:05:11  to soofi log is ko bahut mufeed samajhte hain, to theek hai, woh faida hota hoga jo log</w:t>
      </w:r>
      <w:r>
        <w:br/>
      </w:r>
      <w:r>
        <w:rPr>
          <w:sz w:val="20"/>
        </w:rPr>
        <w:t>1:05:19  karte honge.</w:t>
      </w:r>
      <w:r>
        <w:br/>
      </w:r>
      <w:r>
        <w:rPr>
          <w:sz w:val="20"/>
        </w:rPr>
        <w:t>1:05:20  mera tareeqa to wazifa nahi hai, tadabbur hai.</w:t>
      </w:r>
      <w:r>
        <w:br/>
      </w:r>
      <w:r>
        <w:rPr>
          <w:sz w:val="20"/>
        </w:rPr>
        <w:t>1:05:24  hamara jo tareeqa hai, woh tadabbur hai, contemplation, ghor o fikr.</w:t>
      </w:r>
      <w:r>
        <w:br/>
      </w:r>
      <w:r>
        <w:rPr>
          <w:sz w:val="20"/>
        </w:rPr>
        <w:t>1:05:28  wazifa kehte hain dhyan, gyan ko.</w:t>
      </w:r>
      <w:r>
        <w:br/>
      </w:r>
      <w:r>
        <w:rPr>
          <w:sz w:val="20"/>
        </w:rPr>
        <w:t>1:05:31  agar wazifa jo hai, woh meditation par base karta hai to soofi log meditation ko batate hain.</w:t>
      </w:r>
      <w:r>
        <w:br/>
      </w:r>
      <w:r>
        <w:rPr>
          <w:sz w:val="20"/>
        </w:rPr>
        <w:t>1:05:38  to ho sakta hai is mein se faida ho, lekin main zaati taur par contemplation ko manta hoon,</w:t>
      </w:r>
      <w:r>
        <w:br/>
      </w:r>
      <w:r>
        <w:rPr>
          <w:sz w:val="20"/>
        </w:rPr>
        <w:t>1:05:46  jo tadabbur par mabni hota hai.</w:t>
      </w:r>
      <w:r>
        <w:br/>
      </w:r>
      <w:r>
        <w:rPr>
          <w:sz w:val="20"/>
        </w:rPr>
        <w:t>1:05:49  aap ko jo suit kare, us par amal ki jiye, aap ke apne tajrube ke mutabiq.</w:t>
      </w:r>
      <w:r>
        <w:br/>
      </w:r>
      <w:r>
        <w:rPr>
          <w:sz w:val="20"/>
        </w:rPr>
        <w:t>1:05:55  Okay, we will end this session now.</w:t>
      </w:r>
      <w:r>
        <w:br/>
      </w:r>
      <w:r>
        <w:rPr>
          <w:sz w:val="20"/>
        </w:rPr>
        <w:t>1:05:58  If you want to join CPS International or you want to become a Quran distributor in your area,</w:t>
      </w:r>
      <w:r>
        <w:br/>
      </w:r>
      <w:r>
        <w:rPr>
          <w:sz w:val="20"/>
        </w:rPr>
        <w:t>1:06:06  then write to us at info@cpsglobal.org.</w:t>
      </w:r>
      <w:r>
        <w:br/>
      </w:r>
      <w:r>
        <w:rPr>
          <w:sz w:val="20"/>
        </w:rPr>
        <w:t>1:06:08  Thank you.</w:t>
      </w:r>
    </w:p>
    <w:p>
      <w:pPr>
        <w:pStyle w:val="Heading2"/>
      </w:pPr>
      <w:r>
        <w:t>Question about losing the first something</w:t>
      </w:r>
    </w:p>
    <w:p>
      <w:r>
        <w:rPr>
          <w:color w:val="666666"/>
          <w:sz w:val="18"/>
        </w:rPr>
        <w:t>Other · Dars-e-Quran, Chapter 2, Verse 37 | January  07, 2018 · 3m 09s · at 59:22 · https://youtu.be/ao6Cr57KuEM?t=3562</w:t>
      </w:r>
    </w:p>
    <w:p>
      <w:r>
        <w:rPr>
          <w:i/>
        </w:rPr>
        <w:t>“Is it right to say that when we have lost the first [something]?”</w:t>
      </w:r>
    </w:p>
    <w:p>
      <w:r>
        <w:rPr>
          <w:sz w:val="20"/>
        </w:rPr>
        <w:t>59:22  maulana, agla sawal kashmir se bheja hai raja</w:t>
      </w:r>
      <w:r>
        <w:br/>
      </w:r>
      <w:r>
        <w:rPr>
          <w:sz w:val="20"/>
        </w:rPr>
        <w:t>59:29  nisar sahib ne.</w:t>
      </w:r>
      <w:r>
        <w:br/>
      </w:r>
      <w:r>
        <w:rPr>
          <w:sz w:val="20"/>
        </w:rPr>
        <w:t>59:40  انہوں نے لکھا ہے: "مولانا صاحب، is it right to say that when we have lost the first</w:t>
      </w:r>
      <w:r>
        <w:br/>
      </w:r>
      <w:r>
        <w:rPr>
          <w:sz w:val="20"/>
        </w:rPr>
        <w:t>59:50  chance and after that we do self discovery, then that would lead to tauba nasuh? haan, nasuh ji. haan,</w:t>
      </w:r>
      <w:r>
        <w:br/>
      </w:r>
      <w:r>
        <w:rPr>
          <w:sz w:val="20"/>
        </w:rPr>
        <w:t>1:00:00  haan, yeh bhi theek hi hai yeh baat, apni jagah sahi hai. ji hmm, maulana riyaz bhat sahib ne kashmir se likha hai: "maulana sahib, is it correct that every human being has to discover his forbidden tree before his death, else he will not gain entry to paradise? further, will it be correct to say that repentance is actually</w:t>
      </w:r>
      <w:r>
        <w:br/>
      </w:r>
      <w:r>
        <w:rPr>
          <w:sz w:val="20"/>
        </w:rPr>
        <w:t>1:00:30  a U-turn from the wrong direction?" Bhai, mera jo experience hai zindagi ka, woh toh yahi hai.</w:t>
      </w:r>
      <w:r>
        <w:br/>
      </w:r>
      <w:r>
        <w:rPr>
          <w:sz w:val="20"/>
        </w:rPr>
        <w:t>1:00:36  اگر آپ یہ جانیں کہ I was right تو یہ کوئی بڑی بات نہیں ہے۔</w:t>
      </w:r>
      <w:r>
        <w:br/>
      </w:r>
      <w:r>
        <w:rPr>
          <w:sz w:val="20"/>
        </w:rPr>
        <w:t>1:00:42  بڑی بات یہ ہے کہ آپ یہ جانیں کہ I was wrong.</w:t>
      </w:r>
      <w:r>
        <w:br/>
      </w:r>
      <w:r>
        <w:rPr>
          <w:sz w:val="20"/>
        </w:rPr>
        <w:t>1:00:48  kyunke i was wrong se band darwaze khulte hain, aur i was right kehne se to koi darwaza</w:t>
      </w:r>
      <w:r>
        <w:br/>
      </w:r>
      <w:r>
        <w:rPr>
          <w:sz w:val="20"/>
        </w:rPr>
        <w:t>1:00:54  nahin khulta, waise hi khuli</w:t>
      </w:r>
      <w:r>
        <w:br/>
      </w:r>
      <w:r>
        <w:rPr>
          <w:sz w:val="20"/>
        </w:rPr>
        <w:t>1:01:00  rehta hai.</w:t>
      </w:r>
      <w:r>
        <w:br/>
      </w:r>
      <w:r>
        <w:rPr>
          <w:sz w:val="20"/>
        </w:rPr>
        <w:t>1:01:05  jo band hai, woh band hai.</w:t>
      </w:r>
      <w:r>
        <w:br/>
      </w:r>
      <w:r>
        <w:rPr>
          <w:sz w:val="20"/>
        </w:rPr>
        <w:t>1:01:10  یعنی اب I was right کہنے سے آپ جہاں ہیں، وہیں رہتے ہیں۔</w:t>
      </w:r>
      <w:r>
        <w:br/>
      </w:r>
      <w:r>
        <w:rPr>
          <w:sz w:val="20"/>
        </w:rPr>
        <w:t>1:01:15  lekin i was wrong kehne se aap ke liye naye rishte, naye darwaze khulte hain.</w:t>
      </w:r>
      <w:r>
        <w:br/>
      </w:r>
      <w:r>
        <w:rPr>
          <w:sz w:val="20"/>
        </w:rPr>
        <w:t>1:01:20  yeh to bahut zyada badi cheez hai, i was wrong kehna.</w:t>
      </w:r>
      <w:r>
        <w:br/>
      </w:r>
      <w:r>
        <w:rPr>
          <w:sz w:val="20"/>
        </w:rPr>
        <w:t>1:01:25  ji maulana shad hussain sahib ne kashmir se comment bheja hai, unhon ne likha hai</w:t>
      </w:r>
      <w:r>
        <w:br/>
      </w:r>
      <w:r>
        <w:rPr>
          <w:sz w:val="20"/>
        </w:rPr>
        <w:t>1:01:30  : "A great secret of personality building has been expounded.</w:t>
      </w:r>
      <w:r>
        <w:br/>
      </w:r>
      <w:r>
        <w:rPr>
          <w:sz w:val="20"/>
        </w:rPr>
        <w:t>1:01:36  Repentance opens door for intellectual development.</w:t>
      </w:r>
      <w:r>
        <w:br/>
      </w:r>
      <w:r>
        <w:rPr>
          <w:sz w:val="20"/>
        </w:rPr>
        <w:t>1:01:41  It is returning to the path of truth, which leads to paradise.</w:t>
      </w:r>
      <w:r>
        <w:br/>
      </w:r>
      <w:r>
        <w:rPr>
          <w:sz w:val="20"/>
        </w:rPr>
        <w:t>1:01:46  This second chance is the only way for salvation.</w:t>
      </w:r>
      <w:r>
        <w:br/>
      </w:r>
      <w:r>
        <w:rPr>
          <w:sz w:val="20"/>
        </w:rPr>
        <w:t>1:01:51  This is a great discovery, which has enlightened us.</w:t>
      </w:r>
      <w:r>
        <w:br/>
      </w:r>
      <w:r>
        <w:rPr>
          <w:sz w:val="20"/>
        </w:rPr>
        <w:t>1:01:56  we are indebted to Maulana sahib.</w:t>
      </w:r>
      <w:r>
        <w:br/>
      </w:r>
      <w:r>
        <w:rPr>
          <w:sz w:val="20"/>
        </w:rPr>
        <w:t>1:02:01  طارق جوہر صاحب نے کشمیر سے لکھا ہے: "Ego leads to intellectual stagnation, while wisdom leads us to</w:t>
      </w:r>
      <w:r>
        <w:br/>
      </w:r>
      <w:r>
        <w:rPr>
          <w:sz w:val="20"/>
        </w:rPr>
        <w:t>1:02:11  intellectual exploration." Qazi Nisar Saheb has written from Rajouri: "Maulana's interpretation of repentance is unique and thought</w:t>
      </w:r>
      <w:r>
        <w:br/>
      </w:r>
      <w:r>
        <w:rPr>
          <w:sz w:val="20"/>
        </w:rPr>
        <w:t>1:02:21  provoking, and is sufficient to start a new life with</w:t>
      </w:r>
    </w:p>
    <w:p>
      <w:pPr>
        <w:pStyle w:val="Heading2"/>
      </w:pPr>
      <w:r>
        <w:t>Question about microbiologist's radio mention</w:t>
      </w:r>
    </w:p>
    <w:p>
      <w:r>
        <w:rPr>
          <w:color w:val="666666"/>
          <w:sz w:val="18"/>
        </w:rPr>
        <w:t>Other · Purpose Of Human Life -12th Feb. '12 · 2m 12s · at 1:17:39 · https://youtu.be/TCGYvGJHf7w?t=4659</w:t>
      </w:r>
    </w:p>
    <w:p>
      <w:r>
        <w:rPr>
          <w:i/>
        </w:rPr>
        <w:t>“Maulana صاحب, I was listening to a microbiologist on the radio and he mentioned”</w:t>
      </w:r>
    </w:p>
    <w:p>
      <w:r>
        <w:rPr>
          <w:sz w:val="20"/>
        </w:rPr>
        <w:t>1:17:39  Maulana, agla sawal hai America se. Dr.</w:t>
      </w:r>
      <w:r>
        <w:br/>
      </w:r>
      <w:r>
        <w:rPr>
          <w:sz w:val="20"/>
        </w:rPr>
        <w:t>1:17:43  Irfaan Umar ka.</w:t>
      </w:r>
      <w:r>
        <w:br/>
      </w:r>
      <w:r>
        <w:rPr>
          <w:sz w:val="20"/>
        </w:rPr>
        <w:t>1:17:48  unhon ne likha hai: "Maulana sahib, I was listening to a microbiologist on the radio and he mentioned</w:t>
      </w:r>
      <w:r>
        <w:br/>
      </w:r>
      <w:r>
        <w:rPr>
          <w:sz w:val="20"/>
        </w:rPr>
        <w:t>1:17:53  that when a harmful germ or virus enters our body, these so-called antibodies are immediately activated to protect</w:t>
      </w:r>
      <w:r>
        <w:br/>
      </w:r>
      <w:r>
        <w:rPr>
          <w:sz w:val="20"/>
        </w:rPr>
        <w:t>1:17:58  us from the harmful germs.</w:t>
      </w:r>
      <w:r>
        <w:br/>
      </w:r>
      <w:r>
        <w:rPr>
          <w:sz w:val="20"/>
        </w:rPr>
        <w:t>1:18:03  The language the scientist used was very spiritual.</w:t>
      </w:r>
      <w:r>
        <w:br/>
      </w:r>
      <w:r>
        <w:rPr>
          <w:sz w:val="20"/>
        </w:rPr>
        <w:t>1:18:08  He said that the antibodies can at once distinguish between self and non-self.</w:t>
      </w:r>
      <w:r>
        <w:br/>
      </w:r>
      <w:r>
        <w:rPr>
          <w:sz w:val="20"/>
        </w:rPr>
        <w:t>1:18:13  "Bahut achha point hai yeh. Main sochta hoon. Aur mujhe aisa lagta hai ke hamare jitne log CPS mein jude hue hain, un sab mein yeh phenomena dekha ja sakta hai. Aur waqai unke andar koi cheez hai jo unko andar se active bana diya. Main jaata hoon, jaise kal bhi gaya tha. Toh main khud toh kuch nahi karta. Lekin yeh hamare saathi jo hain, Quran ko lekar, in literature ko lekar, deewar-e-akhbaar dakhil ho jaate hain gathering mein aur logon ko pahunchate hain. Khud apne apni zaati spirit se karte hain woh. Is mein hamara koi dakhal nahi. Na is mein koi material interest hai. Har aadmi ka apna job hai, har aadmi ka apna business hai. Koi is mission se usko kuch lena dena nahi hai, materials hain is mein. Lekin har aadmi harkat mein hai. Main sochta hoon is ko yeh cheez explain karti hai jo Dr. Irfan sahib ne kaha ke shayad isi tarah ki koi baat hoti hogi da'wa spirit ki shakal mein jo in logon ko mutharrik kiye hue ho.</w:t>
      </w:r>
      <w:r>
        <w:br/>
      </w:r>
      <w:r>
        <w:rPr>
          <w:sz w:val="20"/>
        </w:rPr>
        <w:t>1:18:26  " bohat acha point hai yeh.</w:t>
      </w:r>
      <w:r>
        <w:br/>
      </w:r>
      <w:r>
        <w:rPr>
          <w:sz w:val="20"/>
        </w:rPr>
        <w:t>1:18:30  main sochta hoon.</w:t>
      </w:r>
      <w:r>
        <w:br/>
      </w:r>
      <w:r>
        <w:rPr>
          <w:sz w:val="20"/>
        </w:rPr>
        <w:t>1:18:35  aur mujhe aisa lagta hai ke hamare jitne log CPS mein jude hue hain, un sab</w:t>
      </w:r>
      <w:r>
        <w:br/>
      </w:r>
      <w:r>
        <w:rPr>
          <w:sz w:val="20"/>
        </w:rPr>
        <w:t>1:18:40  mein yeh phenomena dekha ja sakta hai.</w:t>
      </w:r>
      <w:r>
        <w:br/>
      </w:r>
      <w:r>
        <w:rPr>
          <w:sz w:val="20"/>
        </w:rPr>
        <w:t>1:18:45  aur waqai un ke andar koi cheez hai jo un ko andar se active bana diya.</w:t>
      </w:r>
      <w:r>
        <w:br/>
      </w:r>
      <w:r>
        <w:rPr>
          <w:sz w:val="20"/>
        </w:rPr>
        <w:t>1:18:49  main jata hoon, jaise kal bhi gaya tha.</w:t>
      </w:r>
      <w:r>
        <w:br/>
      </w:r>
      <w:r>
        <w:rPr>
          <w:sz w:val="20"/>
        </w:rPr>
        <w:t>1:18:54  to mein khud to kuch nahi karta.</w:t>
      </w:r>
      <w:r>
        <w:br/>
      </w:r>
      <w:r>
        <w:rPr>
          <w:sz w:val="20"/>
        </w:rPr>
        <w:t>1:18:59  lekin yeh hamare saathi jo hain, quran ko le kar, in literature ko le kar, deewar-e-akhbar dakhil</w:t>
      </w:r>
      <w:r>
        <w:br/>
      </w:r>
      <w:r>
        <w:rPr>
          <w:sz w:val="20"/>
        </w:rPr>
        <w:t>1:19:04  ho jate hain gathering mein aur logon ko pohnchate hain.</w:t>
      </w:r>
      <w:r>
        <w:br/>
      </w:r>
      <w:r>
        <w:rPr>
          <w:sz w:val="20"/>
        </w:rPr>
        <w:t>1:19:08  khud apne apni zaati spirit se karte hain woh.</w:t>
      </w:r>
      <w:r>
        <w:br/>
      </w:r>
      <w:r>
        <w:rPr>
          <w:sz w:val="20"/>
        </w:rPr>
        <w:t>1:19:13  is mein hamara koi dakhal nahi.</w:t>
      </w:r>
      <w:r>
        <w:br/>
      </w:r>
      <w:r>
        <w:rPr>
          <w:sz w:val="20"/>
        </w:rPr>
        <w:t>1:19:18  na is mein koi material interest hai.</w:t>
      </w:r>
      <w:r>
        <w:br/>
      </w:r>
      <w:r>
        <w:rPr>
          <w:sz w:val="20"/>
        </w:rPr>
        <w:t>1:19:23  har aadmi ka apna job hai, har aadmi ka apna business hai.</w:t>
      </w:r>
      <w:r>
        <w:br/>
      </w:r>
      <w:r>
        <w:rPr>
          <w:sz w:val="20"/>
        </w:rPr>
        <w:t>1:19:27  koi is mission se is ko kuch lena dena nahi hai, materials hain is mein.</w:t>
      </w:r>
      <w:r>
        <w:br/>
      </w:r>
      <w:r>
        <w:rPr>
          <w:sz w:val="20"/>
        </w:rPr>
        <w:t>1:19:32  lekin har aadmi harkat mein hai.</w:t>
      </w:r>
      <w:r>
        <w:br/>
      </w:r>
      <w:r>
        <w:rPr>
          <w:sz w:val="20"/>
        </w:rPr>
        <w:t>1:19:37  mein sochta hoon is ko yeh cheez explain karti hai jo Dr.</w:t>
      </w:r>
      <w:r>
        <w:br/>
      </w:r>
      <w:r>
        <w:rPr>
          <w:sz w:val="20"/>
        </w:rPr>
        <w:t>1:19:42  irfan sahib ne kaha ke shayad isi tarah ki koi baat hoti hogi daawa spirit ki shakal mein</w:t>
      </w:r>
      <w:r>
        <w:br/>
      </w:r>
      <w:r>
        <w:rPr>
          <w:sz w:val="20"/>
        </w:rPr>
        <w:t>1:19:46  jo un logon ko mutharrik ki hui ho.</w:t>
      </w:r>
    </w:p>
    <w:p>
      <w:pPr>
        <w:pStyle w:val="Heading2"/>
      </w:pPr>
      <w:r>
        <w:t>Question from Maulana Iqbal Umari</w:t>
      </w:r>
    </w:p>
    <w:p>
      <w:r>
        <w:rPr>
          <w:color w:val="666666"/>
          <w:sz w:val="18"/>
        </w:rPr>
        <w:t>Other · 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2"/>
      </w:pPr>
      <w:r>
        <w:t>Scientific basis for calling lift incident excavation</w:t>
      </w:r>
    </w:p>
    <w:p>
      <w:r>
        <w:rPr>
          <w:color w:val="666666"/>
          <w:sz w:val="18"/>
        </w:rPr>
        <w:t>Other · Discovering God June 30, 2019 Maulana Wahiduddin Khan · 2m 39s · at 43:33 · https://youtu.be/Yt1-eX7XzYU?t=2613</w:t>
      </w:r>
    </w:p>
    <w:p>
      <w:r>
        <w:rPr>
          <w:i/>
        </w:rPr>
        <w:t>“The lift getting stuck is a human incident, but how can calling it a total excavation event be scientific? Please explain further.”</w:t>
      </w:r>
    </w:p>
    <w:p>
      <w:r>
        <w:rPr>
          <w:sz w:val="20"/>
        </w:rPr>
        <w:t>43:33  maulana, kuch un ka ek aur sawal hai. maulana, unho ne likha hai:</w:t>
      </w:r>
      <w:r>
        <w:br/>
      </w:r>
      <w:r>
        <w:rPr>
          <w:sz w:val="20"/>
        </w:rPr>
        <w:t>43:41  "maulana, lift ka lagna ek insani waqia hai, magar is ko total khodai waqia kehna kaise scientific ho sakta hai?</w:t>
      </w:r>
      <w:r>
        <w:br/>
      </w:r>
      <w:r>
        <w:rPr>
          <w:sz w:val="20"/>
        </w:rPr>
        <w:t>43:51  is ki mazeed wazahat karen." dekhiye, jo log mere sathi hain, woh jante hain ke lift kaise lagi.</w:t>
      </w:r>
      <w:r>
        <w:br/>
      </w:r>
      <w:r>
        <w:rPr>
          <w:sz w:val="20"/>
        </w:rPr>
        <w:t>44:01  mein ne kabhi socha bhi nahi tha, mere sathiyon ne kabhi socha bhi nahi tha, aur bilkul unexpected tor par lift lag gayi.</w:t>
      </w:r>
      <w:r>
        <w:br/>
      </w:r>
      <w:r>
        <w:rPr>
          <w:sz w:val="20"/>
        </w:rPr>
        <w:t>44:13  yani itna zyada</w:t>
      </w:r>
      <w:r>
        <w:br/>
      </w:r>
      <w:r>
        <w:rPr>
          <w:sz w:val="20"/>
        </w:rPr>
        <w:t>44:17  is mein, yani unexpected thi yeh kahani. aap pooch lijiye jo log is mein involve hain un se ke kabhi aap ne socha bhi nahi tha ke lift lage gi,</w:t>
      </w:r>
      <w:r>
        <w:br/>
      </w:r>
      <w:r>
        <w:rPr>
          <w:sz w:val="20"/>
        </w:rPr>
        <w:t>44:35  aur lag gayi to Allah ne asbab paida kiye. hum hamara jo lift lagi hai na, woh aisa nahi hua ke koi sahib</w:t>
      </w:r>
      <w:r>
        <w:br/>
      </w:r>
      <w:r>
        <w:rPr>
          <w:sz w:val="20"/>
        </w:rPr>
        <w:t>44:52  jate hain kisi paise wale ke haan aur us se kehte hain ke bhai hamara lift nahi hai, lift lagwa do.</w:t>
      </w:r>
      <w:r>
        <w:br/>
      </w:r>
      <w:r>
        <w:rPr>
          <w:sz w:val="20"/>
        </w:rPr>
        <w:t>45:02  aur ek kehta hai ke detail lao, sab process chalta hai. to kya hota hai?</w:t>
      </w:r>
      <w:r>
        <w:br/>
      </w:r>
      <w:r>
        <w:rPr>
          <w:sz w:val="20"/>
        </w:rPr>
        <w:t>45:10  kya hota hai? hamare haan jo lift lagi hai, is mein koi bhi na darkhwast hai, na koi process hai, bilkul hi unexpected tor par lagi hai.</w:t>
      </w:r>
      <w:r>
        <w:br/>
      </w:r>
      <w:r>
        <w:rPr>
          <w:sz w:val="20"/>
        </w:rPr>
        <w:t>45:26  woh to jab unexpected tor par lagi hai to zahir hai ke phir is ka kuch hona chahiye. to wahi hai jaise yani phal mein mithas hai to koi mithas dene wala hona chahiye, to woh creator hai.</w:t>
      </w:r>
      <w:r>
        <w:br/>
      </w:r>
      <w:r>
        <w:rPr>
          <w:sz w:val="20"/>
        </w:rPr>
        <w:t>45:54  jo log bhi is lift mein involve rahe hain, aap un se pooch lijiye ke kya unho ne kabhi socha tha?</w:t>
      </w:r>
      <w:r>
        <w:br/>
      </w:r>
      <w:r>
        <w:rPr>
          <w:sz w:val="20"/>
        </w:rPr>
        <w:t>46:07  aap ko khud is ka jawab mil jaye ga.</w:t>
      </w:r>
    </w:p>
    <w:p>
      <w:pPr>
        <w:pStyle w:val="Heading2"/>
      </w:pPr>
      <w:r>
        <w:t>Separation of religion and politics</w:t>
      </w:r>
    </w:p>
    <w:p>
      <w:r>
        <w:rPr>
          <w:color w:val="666666"/>
          <w:sz w:val="18"/>
        </w:rPr>
        <w:t>Other · Sahaba and Muhaddithin 24th June 2012 - Maulana Wahiduddin Khan · 2m 32s · at 1:05:22 · https://youtu.be/tUPo7MI0Bdo?t=3922</w:t>
      </w:r>
    </w:p>
    <w:p>
      <w:r>
        <w:rPr>
          <w:i/>
        </w:rPr>
        <w:t>“Differentiating between religion and politics is considered an incomplete concept of religion. Why is that?”</w:t>
      </w:r>
    </w:p>
    <w:p>
      <w:r>
        <w:rPr>
          <w:sz w:val="20"/>
        </w:rPr>
        <w:t>1:05:22  molana, agla sawal tamil nadu se hai, molana iqbal umri sahib ka. unhon ne likha hai: "mazhab aur siyasat mein farq karne ko</w:t>
      </w:r>
      <w:r>
        <w:br/>
      </w:r>
      <w:r>
        <w:rPr>
          <w:sz w:val="20"/>
        </w:rPr>
        <w:t>1:05:32  deen ka naqis tasawwur samjha jata hai, aisa kyun?" yeh to bilkul mein samajhta hoon ke yani batil tasawwur hai jis ka islam mein koi bhi reference maujood nahi.</w:t>
      </w:r>
      <w:r>
        <w:br/>
      </w:r>
      <w:r>
        <w:rPr>
          <w:sz w:val="20"/>
        </w:rPr>
        <w:t>1:05:52  bilashuba deen alag hai aur siyasat alag hai, is mein koi shakk nahi.</w:t>
      </w:r>
      <w:r>
        <w:br/>
      </w:r>
      <w:r>
        <w:rPr>
          <w:sz w:val="20"/>
        </w:rPr>
        <w:t>1:06:01  dekhein, islam ke mutabiq</w:t>
      </w:r>
      <w:r>
        <w:br/>
      </w:r>
      <w:r>
        <w:rPr>
          <w:sz w:val="20"/>
        </w:rPr>
        <w:t>1:06:08  deen ki taleemat jo hain, woh hoti hain according to the situation. ittaqullah wa ma istata'tum to jahan tak apni zaat ka ta'alluq hai, har waqt hamare bas mein hai ke apni zaat ke aitbar se hum</w:t>
      </w:r>
      <w:r>
        <w:br/>
      </w:r>
      <w:r>
        <w:rPr>
          <w:sz w:val="20"/>
        </w:rPr>
        <w:t>1:06:25  deen ko ikhtiyar karein. yani is mein hamein koi excuse nahi ho sakta hai zaat ke aitbar se. lekin jab aata hai muamla society ka, mujtama ka, to wahan doosre logon ki rai ke mutabiq kaam karna pare ga.</w:t>
      </w:r>
      <w:r>
        <w:br/>
      </w:r>
      <w:r>
        <w:rPr>
          <w:sz w:val="20"/>
        </w:rPr>
        <w:t>1:06:45  yeh nahi hai ke aap impose kar dein un ke upar.</w:t>
      </w:r>
      <w:r>
        <w:br/>
      </w:r>
      <w:r>
        <w:rPr>
          <w:sz w:val="20"/>
        </w:rPr>
        <w:t>1:06:48  inaam ki baat hai, impose karein ge to impose nahi hoga. to hukoomat ka ki noiyat hi alag hai, hukoomat ki bilkul noiyat alag hai.</w:t>
      </w:r>
      <w:r>
        <w:br/>
      </w:r>
      <w:r>
        <w:rPr>
          <w:sz w:val="20"/>
        </w:rPr>
        <w:t>1:07:00  hukumat ka mamla yeh hai ke jaise halaat, waisi hukumat. Hadees mein aata hai ke</w:t>
      </w:r>
      <w:r>
        <w:br/>
      </w:r>
      <w:r>
        <w:rPr>
          <w:sz w:val="20"/>
        </w:rPr>
        <w:t>1:07:06  kama takoonoon kazalik yool aleikum jaise tum ho gaye, waise hukmaran ho gaye. Yani hukumat ubharti hai mujtama se, yani social condition se.</w:t>
      </w:r>
      <w:r>
        <w:br/>
      </w:r>
      <w:r>
        <w:rPr>
          <w:sz w:val="20"/>
        </w:rPr>
        <w:t>1:07:18  lekin inforadi jo deen hai, woh toh har waqt aap ikhtiyar karte rehte hain. Toh jo log dono taqazon ko ek kar ke kehte hain ke Islam mukammal nizam hai, woh bilashuba baatil boli bolte hain.</w:t>
      </w:r>
      <w:r>
        <w:br/>
      </w:r>
      <w:r>
        <w:rPr>
          <w:sz w:val="20"/>
        </w:rPr>
        <w:t>1:07:29  aur Islam mein tashaddud jo aa gaya hai, isi liye aa gaya hai.</w:t>
      </w:r>
      <w:r>
        <w:br/>
      </w:r>
      <w:r>
        <w:rPr>
          <w:sz w:val="20"/>
        </w:rPr>
        <w:t>1:07:33  tashaddud jo aa gaya hai Islam mein, barah-e-raast zimmedar hain woh log kis ke jinho ne yeh naarah diya ke Islam mukammal nizam hai. Is ko mein bilashuba baatil samajhta hoon.</w:t>
      </w:r>
      <w:r>
        <w:br/>
      </w:r>
      <w:r>
        <w:rPr>
          <w:sz w:val="20"/>
        </w:rPr>
        <w:t>1:07:45  toh meri bohat si kitabein hain, aap padh lijiye: Tabeer-e-Ghalati, Deen aur Shariat, Al-Islam waghera.</w:t>
      </w:r>
    </w:p>
    <w:p>
      <w:pPr>
        <w:pStyle w:val="Heading2"/>
      </w:pPr>
      <w:r>
        <w:t>Sharing a dream about a Hindu boss</w:t>
      </w:r>
    </w:p>
    <w:p>
      <w:r>
        <w:rPr>
          <w:color w:val="666666"/>
          <w:sz w:val="18"/>
        </w:rPr>
        <w:t>Other · Replanning | February 26, 2017 · 2m 32s · at 59:17 · https://youtu.be/E120hwMH9x8?t=3557</w:t>
      </w:r>
    </w:p>
    <w:p>
      <w:r>
        <w:rPr>
          <w:i/>
        </w:rPr>
        <w:t>“I want to share a dream with you which a friend of mine told me about. Her boss who is a Hindu had a dream he saw that...”</w:t>
      </w:r>
    </w:p>
    <w:p>
      <w:r>
        <w:rPr>
          <w:sz w:val="20"/>
        </w:rPr>
        <w:t>59:17  sahee baat hai bohat sahee kaha aap ne jazaak Allah Maulana agla sawal Miss Gulzeeba Ahmed ka hai</w:t>
      </w:r>
      <w:r>
        <w:br/>
      </w:r>
      <w:r>
        <w:rPr>
          <w:sz w:val="20"/>
        </w:rPr>
        <w:t>59:25  USA se unhon ne likha hai I want to share a dream with you which a</w:t>
      </w:r>
      <w:r>
        <w:br/>
      </w:r>
      <w:r>
        <w:rPr>
          <w:sz w:val="20"/>
        </w:rPr>
        <w:t>59:32  friend of mine told me about her boss who is a Hindu had a dream he saw that</w:t>
      </w:r>
      <w:r>
        <w:br/>
      </w:r>
      <w:r>
        <w:rPr>
          <w:sz w:val="20"/>
        </w:rPr>
        <w:t>59:40  world is ending everywhere is a disaster buildings are falling he is very thirsty and he reaches a</w:t>
      </w:r>
      <w:r>
        <w:br/>
      </w:r>
      <w:r>
        <w:rPr>
          <w:sz w:val="20"/>
        </w:rPr>
        <w:t>59:50  house belonging to a Muslim he asked for water but the Muslim refused to give him any water</w:t>
      </w:r>
      <w:r>
        <w:br/>
      </w:r>
      <w:r>
        <w:rPr>
          <w:sz w:val="20"/>
        </w:rPr>
        <w:t>1:00:00  he woke upright after that Maulana what is your interpretation of this dream</w:t>
      </w:r>
      <w:r>
        <w:br/>
      </w:r>
      <w:r>
        <w:rPr>
          <w:sz w:val="20"/>
        </w:rPr>
        <w:t>1:00:10  dekhiye yeh dream bilkul khula hua hai woh water nahi mang raha tha water to kahin bhi mil sakta tha road par woh keh raha tha ke khaliq ka kya message hai batao mujh ko creator ka kya paigham hai batao mujh ko yani woh Quran mang raha tha Quran ya</w:t>
      </w:r>
      <w:r>
        <w:br/>
      </w:r>
      <w:r>
        <w:rPr>
          <w:sz w:val="20"/>
        </w:rPr>
        <w:t>1:00:40  Allah ne Musalmanon ko warning di hai warning tum ko agar tumhare paas pani hai aur tum pyason</w:t>
      </w:r>
      <w:r>
        <w:br/>
      </w:r>
      <w:r>
        <w:rPr>
          <w:sz w:val="20"/>
        </w:rPr>
        <w:t>1:00:51  ko lutao to socho ke tumhara kya anjam hoga aakhirat mein main sochta hoon ke yeh yeh warning</w:t>
      </w:r>
      <w:r>
        <w:br/>
      </w:r>
      <w:r>
        <w:rPr>
          <w:sz w:val="20"/>
        </w:rPr>
        <w:t>1:01:01  hai Allah taala ki taraf se jo ek bande ki zuban se Allah ne hamein di hai hum sab ko</w:t>
      </w:r>
      <w:r>
        <w:br/>
      </w:r>
      <w:r>
        <w:rPr>
          <w:sz w:val="20"/>
        </w:rPr>
        <w:t>1:01:11  yeh karna hai ke Quran ke liye uth jao har zaban mein Quran ka tarjuma har mulk mein Quran ko phailana har qaum mein us ko aam karna is khwab ka matlab yahi hai yeh bohat hi hila dene wala khwab hai yeh woh pani mang raha tha Khuda kitab mang raha tha woh apni zaban mein ab</w:t>
      </w:r>
      <w:r>
        <w:br/>
      </w:r>
      <w:r>
        <w:rPr>
          <w:sz w:val="20"/>
        </w:rPr>
        <w:t>1:01:41  hamein yahi kaam karna hai is ke siwa doosre har kaam ko hamein secondary banana hai secondary Maulana</w:t>
      </w:r>
    </w:p>
    <w:p>
      <w:pPr>
        <w:pStyle w:val="Heading2"/>
      </w:pPr>
      <w:r>
        <w:t>Shortening Islamic names like Abdur Rashid</w:t>
      </w:r>
    </w:p>
    <w:p>
      <w:r>
        <w:rPr>
          <w:color w:val="666666"/>
          <w:sz w:val="18"/>
        </w:rPr>
        <w:t>Other · Paradise Culture January 12, 2014 · 2m 38s · at 1:12:02 · https://youtu.be/Z3A6r7XjE00?t=4322</w:t>
      </w:r>
    </w:p>
    <w:p>
      <w:r>
        <w:rPr>
          <w:i/>
        </w:rPr>
        <w:t>“Can names like Abdur Rashid and Abdur Rahim be shortened to Rashid and Rahim?”</w:t>
      </w:r>
    </w:p>
    <w:p>
      <w:r>
        <w:rPr>
          <w:sz w:val="20"/>
        </w:rPr>
        <w:t>1:12:02  Us ke andar jab woh jab khud woh daryaft karega, tabhi woh us ko ikhtiyar kar payega. Maulana, agla sawal Chennai se hai Khalil ur Rehman Sahab</w:t>
      </w:r>
      <w:r>
        <w:br/>
      </w:r>
      <w:r>
        <w:rPr>
          <w:sz w:val="20"/>
        </w:rPr>
        <w:t>1:12:15  ka. unhon ne likha hai: "maulana, ek sahab ne kaha ke aaj kal ka issue hai ke abdul rashid aur abdul rahim jaise namon ko rashid aur rahim ke nam se bulaya ja sakta hai ya nahi?" hmm, ye to ye kuch sawal hai jo jo aise sawal karte hain unko ke kahin kahin ja ke taleem hasil karen.</w:t>
      </w:r>
      <w:r>
        <w:br/>
      </w:r>
      <w:r>
        <w:rPr>
          <w:sz w:val="20"/>
        </w:rPr>
        <w:t>1:12:39  mere khayal se aise log hain ji education nahi hoti. aise sawalat karte hain.</w:t>
      </w:r>
      <w:r>
        <w:br/>
      </w:r>
      <w:r>
        <w:rPr>
          <w:sz w:val="20"/>
        </w:rPr>
        <w:t>1:12:45  koi sawal to hai nahi. maine dekha, mujhe kahin ja ke dakhila lo, kisi madarse mein raho, kisi college mein padho.</w:t>
      </w:r>
      <w:r>
        <w:br/>
      </w:r>
      <w:r>
        <w:rPr>
          <w:sz w:val="20"/>
        </w:rPr>
        <w:t>1:12:54  yani intellectually daaf person, yani ye idare intellectually daaf persons. ab kya unko jawab dein?</w:t>
      </w:r>
      <w:r>
        <w:br/>
      </w:r>
      <w:r>
        <w:rPr>
          <w:sz w:val="20"/>
        </w:rPr>
        <w:t>1:13:03  bhai, koi jawab hi mein to nahi samajhta ke mere mere paas kai sa koi jawab hai. woh ja ke dakhila len, padhen. kis tarah?</w:t>
      </w:r>
      <w:r>
        <w:br/>
      </w:r>
      <w:r>
        <w:rPr>
          <w:sz w:val="20"/>
        </w:rPr>
        <w:t>1:13:11  ji, ye koi sawal hai?</w:t>
      </w:r>
      <w:r>
        <w:br/>
      </w:r>
      <w:r>
        <w:rPr>
          <w:sz w:val="20"/>
        </w:rPr>
        <w:t>1:13:13  is sawal ke koi koi is mein logic honi chahiye. nahi, is mein to koi logic hai nahi. is is sawal mein ji,</w:t>
      </w:r>
      <w:r>
        <w:br/>
      </w:r>
      <w:r>
        <w:rPr>
          <w:sz w:val="20"/>
        </w:rPr>
        <w:t>1:13:22  ye to aisi hai jaise pehle zamane mein naam hota tha umar bin al-khattab. koi kahe ke sirf umar nahi keh sakte, tum umar bin al-khattab kaho ya ibn al-khattab bhi nahi keh sakte.</w:t>
      </w:r>
      <w:r>
        <w:br/>
      </w:r>
      <w:r>
        <w:rPr>
          <w:sz w:val="20"/>
        </w:rPr>
        <w:t>1:13:34  ye koi sawal hi nahi hai, bhai, ye koi logic nahi hai is sawal mein.</w:t>
      </w:r>
      <w:r>
        <w:br/>
      </w:r>
      <w:r>
        <w:rPr>
          <w:sz w:val="20"/>
        </w:rPr>
        <w:t>1:13:41  okay, we we'll end the session now. thank you.</w:t>
      </w:r>
    </w:p>
    <w:p>
      <w:pPr>
        <w:pStyle w:val="Heading2"/>
      </w:pPr>
      <w:r>
        <w:t>Two similar questions from Kashmir</w:t>
      </w:r>
    </w:p>
    <w:p>
      <w:r>
        <w:rPr>
          <w:color w:val="666666"/>
          <w:sz w:val="18"/>
        </w:rPr>
        <w:t>Other · Dars-e-Quran, Chapter 2, Verses 55-57 | March 25, 2018 · 3m 06s · at 48:20 · https://youtu.be/2MykDXfNV_w?t=2900</w:t>
      </w:r>
    </w:p>
    <w:p>
      <w:r>
        <w:rPr>
          <w:i/>
        </w:rPr>
        <w:t>“I have a question from Kashmir with another similar one.”</w:t>
      </w:r>
    </w:p>
    <w:p>
      <w:r>
        <w:rPr>
          <w:sz w:val="20"/>
        </w:rPr>
        <w:t>48:20  maulana, agla sawal do logon ne bheja hai kashmir se jo milta julta hai.</w:t>
      </w:r>
      <w:r>
        <w:br/>
      </w:r>
      <w:r>
        <w:rPr>
          <w:sz w:val="20"/>
        </w:rPr>
        <w:t>48:26  to hum woh dono sawal padh dete hain.</w:t>
      </w:r>
      <w:r>
        <w:br/>
      </w:r>
      <w:r>
        <w:rPr>
          <w:sz w:val="20"/>
        </w:rPr>
        <w:t>48:32  pehla sawal bheja hai miss karootlin ne.</w:t>
      </w:r>
      <w:r>
        <w:br/>
      </w:r>
      <w:r>
        <w:rPr>
          <w:sz w:val="20"/>
        </w:rPr>
        <w:t>48:38  انہوں نے لکھا ہے: "That most of the prophecies of Quran have been endorsed by science is a</w:t>
      </w:r>
      <w:r>
        <w:br/>
      </w:r>
      <w:r>
        <w:rPr>
          <w:sz w:val="20"/>
        </w:rPr>
        <w:t>48:44  Proof that science is not at variance with Quran, but it is unfortunate that some of ulama reject</w:t>
      </w:r>
      <w:r>
        <w:br/>
      </w:r>
      <w:r>
        <w:rPr>
          <w:sz w:val="20"/>
        </w:rPr>
        <w:t>48:50  The concept by pleading the argument that Quran doesn't need the certificate of science.</w:t>
      </w:r>
      <w:r>
        <w:br/>
      </w:r>
      <w:r>
        <w:rPr>
          <w:sz w:val="20"/>
        </w:rPr>
        <w:t>48:56  prove its authenticity. My question is what is wrong if we accept scientific proof of a revelation?" Phir Amir Mori sahib ne bhi sawal bheja hai Kashmir se. Unhon ne likha hai: "Whenever I go to listen the Friday sermon, almost every preacher bashes science and are making people conditioned to hate scientific age." Maulana sahib, I want to underst</w:t>
      </w:r>
      <w:r>
        <w:br/>
      </w:r>
      <w:r>
        <w:rPr>
          <w:sz w:val="20"/>
        </w:rPr>
        <w:t>49:26  and why Islamic preachers have become anti-science.</w:t>
      </w:r>
      <w:r>
        <w:br/>
      </w:r>
      <w:r>
        <w:rPr>
          <w:sz w:val="20"/>
        </w:rPr>
        <w:t>49:33  dawat ka azan nahi, dawat se dekhiye insan friendly culture paida hota hai.</w:t>
      </w:r>
      <w:r>
        <w:br/>
      </w:r>
      <w:r>
        <w:rPr>
          <w:sz w:val="20"/>
        </w:rPr>
        <w:t>49:41  jaise Allah Rasool Allah ne farmaya tha: "ali nafsaha" ek yahudi ke bare mein, ek yahudi ke bare</w:t>
      </w:r>
      <w:r>
        <w:br/>
      </w:r>
      <w:r>
        <w:rPr>
          <w:sz w:val="20"/>
        </w:rPr>
        <w:t>49:48  mein ke "ali nafsaha" kya woh insaan nahi? Rasool Allah sal Allah alaihi wasallam ne us ko</w:t>
      </w:r>
      <w:r>
        <w:br/>
      </w:r>
      <w:r>
        <w:rPr>
          <w:sz w:val="20"/>
        </w:rPr>
        <w:t>49:56  respect diya tha, respect, izzat.</w:t>
      </w:r>
      <w:r>
        <w:br/>
      </w:r>
      <w:r>
        <w:rPr>
          <w:sz w:val="20"/>
        </w:rPr>
        <w:t>50:02  to kisi ne eteraz kiya to aap ne farmaya ke "ali nafsaha" kya woh insaan nahi? to musalmanon</w:t>
      </w:r>
      <w:r>
        <w:br/>
      </w:r>
      <w:r>
        <w:rPr>
          <w:sz w:val="20"/>
        </w:rPr>
        <w:t>50:09  ne dawat ka zehn khatam ho gaya hai to insaan se humdardi bhi khatam ho gayi.</w:t>
      </w:r>
      <w:r>
        <w:br/>
      </w:r>
      <w:r>
        <w:rPr>
          <w:sz w:val="20"/>
        </w:rPr>
        <w:t>50:15  is zamane mein aap dekhiye sab log bas ladai bhadai ki baatein karte hain, ise kehte hain yeh</w:t>
      </w:r>
      <w:r>
        <w:br/>
      </w:r>
      <w:r>
        <w:rPr>
          <w:sz w:val="20"/>
        </w:rPr>
        <w:t>50:22  jihad, halanke yeh jihad hai hi nahi.</w:t>
      </w:r>
      <w:r>
        <w:br/>
      </w:r>
      <w:r>
        <w:rPr>
          <w:sz w:val="20"/>
        </w:rPr>
        <w:t>50:28  to musalmanon ke andar insaan se ek negative thought aa gaye insaan ke bare mein, un ko shikayat</w:t>
      </w:r>
      <w:r>
        <w:br/>
      </w:r>
      <w:r>
        <w:rPr>
          <w:sz w:val="20"/>
        </w:rPr>
        <w:t>50:37  ho gayi sab se, sab ko apna dushman samajhne lage.</w:t>
      </w:r>
      <w:r>
        <w:br/>
      </w:r>
      <w:r>
        <w:rPr>
          <w:sz w:val="20"/>
        </w:rPr>
        <w:t>50:45  yaar, seach ka zehn paida ho gaya.</w:t>
      </w:r>
      <w:r>
        <w:br/>
      </w:r>
      <w:r>
        <w:rPr>
          <w:sz w:val="20"/>
        </w:rPr>
        <w:t>50:53  is se kya hua ke insaan friendly zehn khatam ho gaya? insaan friendly zehn maujood hi nahi musalmanon mein.</w:t>
      </w:r>
      <w:r>
        <w:br/>
      </w:r>
      <w:r>
        <w:rPr>
          <w:sz w:val="20"/>
        </w:rPr>
        <w:t>51:01  to yeh is mein ulma bhi shamil hain, ghair ulma bhi shamil hain.</w:t>
      </w:r>
      <w:r>
        <w:br/>
      </w:r>
      <w:r>
        <w:rPr>
          <w:sz w:val="20"/>
        </w:rPr>
        <w:t>51:07  sab ka haal ek ho gaya hai, koi farq nahi.</w:t>
      </w:r>
      <w:r>
        <w:br/>
      </w:r>
      <w:r>
        <w:rPr>
          <w:sz w:val="20"/>
        </w:rPr>
        <w:t>51:14  is ki wajah se bohat si buraiyan paida hui hain, in mein se ek yeh hai: aaj kal</w:t>
      </w:r>
      <w:r>
        <w:br/>
      </w:r>
      <w:r>
        <w:rPr>
          <w:sz w:val="20"/>
        </w:rPr>
        <w:t>51:20  jo radicalization hai, militancy hai, society babing hai, woh sab isi ki wajah se hai, isi ki wajah se hai.</w:t>
      </w:r>
    </w:p>
    <w:p>
      <w:pPr>
        <w:pStyle w:val="Heading2"/>
      </w:pPr>
      <w:r>
        <w:t>Unavailable question from Indore</w:t>
      </w:r>
    </w:p>
    <w:p>
      <w:r>
        <w:rPr>
          <w:color w:val="666666"/>
          <w:sz w:val="18"/>
        </w:rPr>
        <w:t>Other · Save Yourself from Distraction August 21, 2016 · 4m 30s · at 51:56 · https://youtu.be/wP3Dj-tccDQ?t=3116</w:t>
      </w:r>
    </w:p>
    <w:p>
      <w:r>
        <w:rPr>
          <w:i/>
        </w:rPr>
        <w:t>“[Question text not included in transcript]”</w:t>
      </w:r>
    </w:p>
    <w:p>
      <w:r>
        <w:rPr>
          <w:sz w:val="20"/>
        </w:rPr>
        <w:t>51:56  maulana, agla sawal lene se pehle ek comment padhna chahenge jo miss shabana ansari ne bheja hai pakistan se.</w:t>
      </w:r>
      <w:r>
        <w:br/>
      </w:r>
      <w:r>
        <w:rPr>
          <w:sz w:val="20"/>
        </w:rPr>
        <w:t>52:03  انہوں نے لکھا ہے: "مولانا صاحب، you are great, you take lessons from everything." مولانا، اگلا سوال</w:t>
      </w:r>
      <w:r>
        <w:br/>
      </w:r>
      <w:r>
        <w:rPr>
          <w:sz w:val="20"/>
        </w:rPr>
        <w:t>52:09  bheja hai indore se fayazuddin ahmad sahab ne.</w:t>
      </w:r>
      <w:r>
        <w:br/>
      </w:r>
      <w:r>
        <w:rPr>
          <w:sz w:val="20"/>
        </w:rPr>
        <w:t>52:16  انہوں نے لکھا ہے: "مولانا صاحب، was distraction a phenomenon during the period of Prophet or Sahaba all</w:t>
      </w:r>
      <w:r>
        <w:br/>
      </w:r>
      <w:r>
        <w:rPr>
          <w:sz w:val="20"/>
        </w:rPr>
        <w:t>52:22  So, how did they save themselves from distraction? And if you can give an example to all</w:t>
      </w:r>
      <w:r>
        <w:br/>
      </w:r>
      <w:r>
        <w:rPr>
          <w:sz w:val="20"/>
        </w:rPr>
        <w:t>52:29  of us." dekhen, yeh lafz to is zamane mein hota tha, distraction ka lafz to nahin hota tha,</w:t>
      </w:r>
      <w:r>
        <w:br/>
      </w:r>
      <w:r>
        <w:rPr>
          <w:sz w:val="20"/>
        </w:rPr>
        <w:t>52:35  lekin nateeja woh zaroor mein bata sakta hoon.</w:t>
      </w:r>
      <w:r>
        <w:br/>
      </w:r>
      <w:r>
        <w:rPr>
          <w:sz w:val="20"/>
        </w:rPr>
        <w:t>52:42  woh yeh ke rasool Allah aur tamam sahaba bohat zyada chup rehte the, zyada bolte nahin the, chup.</w:t>
      </w:r>
      <w:r>
        <w:br/>
      </w:r>
      <w:r>
        <w:rPr>
          <w:sz w:val="20"/>
        </w:rPr>
        <w:t>52:48  rasool Allah ke bare mein aata hai: "kan tabarrusamt", der der tak chup rehna, yahi sahaba ka tareeqa tha.</w:t>
      </w:r>
      <w:r>
        <w:br/>
      </w:r>
      <w:r>
        <w:rPr>
          <w:sz w:val="20"/>
        </w:rPr>
        <w:t>52:55  to chup kyun reh gaya aadmi? har waqt chobis ghante cheezein hain distraction wali.</w:t>
      </w:r>
      <w:r>
        <w:br/>
      </w:r>
      <w:r>
        <w:rPr>
          <w:sz w:val="20"/>
        </w:rPr>
        <w:t>53:01  woh to mutawajjah nahin hoga.</w:t>
      </w:r>
      <w:r>
        <w:br/>
      </w:r>
      <w:r>
        <w:rPr>
          <w:sz w:val="20"/>
        </w:rPr>
        <w:t>53:08  dekhen, koi chup rehta hai jab to is ka matlab yeh hai ke dunya se alag ho gaya,</w:t>
      </w:r>
      <w:r>
        <w:br/>
      </w:r>
      <w:r>
        <w:rPr>
          <w:sz w:val="20"/>
        </w:rPr>
        <w:t>53:14  woh alag koi ho nahin sakta.</w:t>
      </w:r>
      <w:r>
        <w:br/>
      </w:r>
      <w:r>
        <w:rPr>
          <w:sz w:val="20"/>
        </w:rPr>
        <w:t>53:21  isi waqt bohat si baatein hoti rehti hain mere charon taraf.</w:t>
      </w:r>
      <w:r>
        <w:br/>
      </w:r>
      <w:r>
        <w:rPr>
          <w:sz w:val="20"/>
        </w:rPr>
        <w:t>53:27  yeh yeh yeh pasibal nahi hai ke ke aap ke charon taraf aisi cheezein na hon jo aap</w:t>
      </w:r>
      <w:r>
        <w:br/>
      </w:r>
      <w:r>
        <w:rPr>
          <w:sz w:val="20"/>
        </w:rPr>
        <w:t>53:34  ko distract karti hain.</w:t>
      </w:r>
      <w:r>
        <w:br/>
      </w:r>
      <w:r>
        <w:rPr>
          <w:sz w:val="20"/>
        </w:rPr>
        <w:t>53:40  to chup rehne ka matlab kya hai? Aap us waqt us ko us se mutawajjah nahi ho rahe,</w:t>
      </w:r>
      <w:r>
        <w:br/>
      </w:r>
      <w:r>
        <w:rPr>
          <w:sz w:val="20"/>
        </w:rPr>
        <w:t>53:47  us ko koi ahmiyat nahi de rahe.</w:t>
      </w:r>
      <w:r>
        <w:br/>
      </w:r>
      <w:r>
        <w:rPr>
          <w:sz w:val="20"/>
        </w:rPr>
        <w:t>53:53  woh apna hota rahe, woh apne soch mein lage rehte hain.</w:t>
      </w:r>
      <w:r>
        <w:br/>
      </w:r>
      <w:r>
        <w:rPr>
          <w:sz w:val="20"/>
        </w:rPr>
        <w:t>54:00  to main samajhta hoon "kaan tabrasamt" se aata hai ke Rasool Allah bohat der der tak chup rehte thay.</w:t>
      </w:r>
      <w:r>
        <w:br/>
      </w:r>
      <w:r>
        <w:rPr>
          <w:sz w:val="20"/>
        </w:rPr>
        <w:t>54:06  is matlab mein har qism ke distraction se apne ko bacha kar ke tadabbur karte thay.</w:t>
      </w:r>
      <w:r>
        <w:br/>
      </w:r>
      <w:r>
        <w:rPr>
          <w:sz w:val="20"/>
        </w:rPr>
        <w:t>54:13  agar aap na bachayein to tadabbur is tarah ka nahi kar sakte aap, kyunke hamesha har waqt is ne koi...</w:t>
      </w:r>
      <w:r>
        <w:br/>
      </w:r>
      <w:r>
        <w:rPr>
          <w:sz w:val="20"/>
        </w:rPr>
        <w:t>54:20  misalan main Christian logon ki tareef karta hoon kyunke in mein main is tarah ki cheezein pata hoon.</w:t>
      </w:r>
      <w:r>
        <w:br/>
      </w:r>
      <w:r>
        <w:rPr>
          <w:sz w:val="20"/>
        </w:rPr>
        <w:t>54:27  دیکھیں، پونا میں ان کا ایک بہت بڑا ادارہ ہے، اس کا نام ہے De Nobili College.</w:t>
      </w:r>
      <w:r>
        <w:br/>
      </w:r>
      <w:r>
        <w:rPr>
          <w:sz w:val="20"/>
        </w:rPr>
        <w:t>54:35  De Nobili College mein ek library hai.</w:t>
      </w:r>
      <w:r>
        <w:br/>
      </w:r>
      <w:r>
        <w:rPr>
          <w:sz w:val="20"/>
        </w:rPr>
        <w:t>54:38  to main Poona gaya tha to main aur mere ek do ek do saathi bhi the, hum logon</w:t>
      </w:r>
      <w:r>
        <w:br/>
      </w:r>
      <w:r>
        <w:rPr>
          <w:sz w:val="20"/>
        </w:rPr>
        <w:t>54:45  ko dikhate hue woh le gaye.</w:t>
      </w:r>
      <w:r>
        <w:br/>
      </w:r>
      <w:r>
        <w:rPr>
          <w:sz w:val="20"/>
        </w:rPr>
        <w:t>54:48  to is library mein hum log dakhil hue to is mein reading room tha, woh mezain bohat sari</w:t>
      </w:r>
      <w:r>
        <w:br/>
      </w:r>
      <w:r>
        <w:rPr>
          <w:sz w:val="20"/>
        </w:rPr>
        <w:t>54:56  thin aur log kitabein le le ke jhuke hue the, kitab par jhuke hue the, padh rahe the.</w:t>
      </w:r>
      <w:r>
        <w:br/>
      </w:r>
      <w:r>
        <w:rPr>
          <w:sz w:val="20"/>
        </w:rPr>
        <w:t>55:03  hum is mein round lete rahe.</w:t>
      </w:r>
      <w:r>
        <w:br/>
      </w:r>
      <w:r>
        <w:rPr>
          <w:sz w:val="20"/>
        </w:rPr>
        <w:t>55:06  ab tak mujhe yaad hai ke ek bhi aadmi sar nahi uthaya ke kaun aaya hai, kaun gaya.</w:t>
      </w:r>
      <w:r>
        <w:br/>
      </w:r>
      <w:r>
        <w:rPr>
          <w:sz w:val="20"/>
        </w:rPr>
        <w:t>55:14  ek bhi aadmi nahi tha jo sar utha ke dekhe ke kaun aaya hai, kaun gaya.</w:t>
      </w:r>
      <w:r>
        <w:br/>
      </w:r>
      <w:r>
        <w:rPr>
          <w:sz w:val="20"/>
        </w:rPr>
        <w:t>55:20  hum log un ke liye source of distraction the, woh sab, lekin un ka concentration, concentration study par</w:t>
      </w:r>
      <w:r>
        <w:br/>
      </w:r>
      <w:r>
        <w:rPr>
          <w:sz w:val="20"/>
        </w:rPr>
        <w:t>55:28  itna barha hua tha ke unhone kuch nahi, kaun aaya hai, kaun gaya.</w:t>
      </w:r>
      <w:r>
        <w:br/>
      </w:r>
      <w:r>
        <w:rPr>
          <w:sz w:val="20"/>
        </w:rPr>
        <w:t>55:34  yeh tha Sahaba ka mamla jis mein lage rahe hain to lage rahe hain.</w:t>
      </w:r>
      <w:r>
        <w:br/>
      </w:r>
      <w:r>
        <w:rPr>
          <w:sz w:val="20"/>
        </w:rPr>
        <w:t>55:40  kabhi dunya mein chahe Arab ho ya Ajam ho, aap kisi kamre mein hon, kahin bahar baithe hon,</w:t>
      </w:r>
      <w:r>
        <w:br/>
      </w:r>
      <w:r>
        <w:rPr>
          <w:sz w:val="20"/>
        </w:rPr>
        <w:t>55:48  yeh namumkin hai ke aas paas aap ke waqiyat na hon.</w:t>
      </w:r>
      <w:r>
        <w:br/>
      </w:r>
      <w:r>
        <w:rPr>
          <w:sz w:val="20"/>
        </w:rPr>
        <w:t>55:53  waqiyat zaroor honge, tarah tarah ke.</w:t>
      </w:r>
      <w:r>
        <w:br/>
      </w:r>
      <w:r>
        <w:rPr>
          <w:sz w:val="20"/>
        </w:rPr>
        <w:t>55:56  kabhi hawa chaly gi, kabhi chora ary gi, kabhi aik patti gir jaye gi drakht se, kabhi koi</w:t>
      </w:r>
      <w:r>
        <w:br/>
      </w:r>
      <w:r>
        <w:rPr>
          <w:sz w:val="20"/>
        </w:rPr>
        <w:t>56:03  bol dy ga.</w:t>
      </w:r>
      <w:r>
        <w:br/>
      </w:r>
      <w:r>
        <w:rPr>
          <w:sz w:val="20"/>
        </w:rPr>
        <w:t>56:05  to jab aap is tarah soch rahy hon ky bilkul chup chap sochtay chaly ja rahy hain to</w:t>
      </w:r>
      <w:r>
        <w:br/>
      </w:r>
      <w:r>
        <w:rPr>
          <w:sz w:val="20"/>
        </w:rPr>
        <w:t>56:12  اس معنی کا آپ وہی حالت آپ کی ہے جو Deobandi college والوں کی کہ پڑھ رہے</w:t>
      </w:r>
      <w:r>
        <w:br/>
      </w:r>
      <w:r>
        <w:rPr>
          <w:sz w:val="20"/>
        </w:rPr>
        <w:t>56:20  hain to parh rahy hain.</w:t>
      </w:r>
      <w:r>
        <w:br/>
      </w:r>
      <w:r>
        <w:rPr>
          <w:sz w:val="20"/>
        </w:rPr>
        <w:t>56:22  inhain is se matlab nahi ky kon aya hai, kon gaya.</w:t>
      </w:r>
    </w:p>
    <w:p>
      <w:pPr>
        <w:pStyle w:val="Heading2"/>
      </w:pPr>
      <w:r>
        <w:t>Western civilization dominance over Japanese</w:t>
      </w:r>
    </w:p>
    <w:p>
      <w:r>
        <w:rPr>
          <w:color w:val="666666"/>
          <w:sz w:val="18"/>
        </w:rPr>
        <w:t>Other · Discovery of Modern Age I 10th Feb. 13 · 2m 16s · at 1:02:24 · https://youtu.be/Yp5T0KacY84?t=3744</w:t>
      </w:r>
    </w:p>
    <w:p>
      <w:r>
        <w:rPr>
          <w:i/>
        </w:rPr>
        <w:t>“Everyone acknowledges Japan's development, but culturally Western civilization dominates, not Japanese civilization. What are your thoughts on this?”</w:t>
      </w:r>
    </w:p>
    <w:p>
      <w:r>
        <w:rPr>
          <w:sz w:val="20"/>
        </w:rPr>
        <w:t>1:02:24  maulana, agla sawal dilli se hai jameel akhtar khan sahab ka.</w:t>
      </w:r>
      <w:r>
        <w:br/>
      </w:r>
      <w:r>
        <w:rPr>
          <w:sz w:val="20"/>
        </w:rPr>
        <w:t>1:02:30  unhon ne likha hai: "japan ki taraqqi ko sabhi log mante hain magar tahzeeb ke aitbar se western</w:t>
      </w:r>
      <w:r>
        <w:br/>
      </w:r>
      <w:r>
        <w:rPr>
          <w:sz w:val="20"/>
        </w:rPr>
        <w:t>1:02:35  civilization ka ghalba hai, nah ke japanese civilization ka." is ke baray mein aap kya kahengay? japan</w:t>
      </w:r>
      <w:r>
        <w:br/>
      </w:r>
      <w:r>
        <w:rPr>
          <w:sz w:val="20"/>
        </w:rPr>
        <w:t>1:02:41  ki koi civilization hi nahin hai.</w:t>
      </w:r>
      <w:r>
        <w:br/>
      </w:r>
      <w:r>
        <w:rPr>
          <w:sz w:val="20"/>
        </w:rPr>
        <w:t>1:02:47  koi civilization japan ki nahin hai.</w:t>
      </w:r>
      <w:r>
        <w:br/>
      </w:r>
      <w:r>
        <w:rPr>
          <w:sz w:val="20"/>
        </w:rPr>
        <w:t>1:02:52  yeh to ajeeb o ghareeb sawal hai yeh.</w:t>
      </w:r>
      <w:r>
        <w:br/>
      </w:r>
      <w:r>
        <w:rPr>
          <w:sz w:val="20"/>
        </w:rPr>
        <w:t>1:02:58  aap batayein ke japan ki civilization kya cheez hoti hai? yeh to kuch bhi nahin.</w:t>
      </w:r>
      <w:r>
        <w:br/>
      </w:r>
      <w:r>
        <w:rPr>
          <w:sz w:val="20"/>
        </w:rPr>
        <w:t>1:03:04  aur western civilization ko bhi aap musalman samajhte hain ke western civilization ka naam hai neutral ka, nagra</w:t>
      </w:r>
      <w:r>
        <w:br/>
      </w:r>
      <w:r>
        <w:rPr>
          <w:sz w:val="20"/>
        </w:rPr>
        <w:t>1:03:09  pin hone ka.</w:t>
      </w:r>
      <w:r>
        <w:br/>
      </w:r>
      <w:r>
        <w:rPr>
          <w:sz w:val="20"/>
        </w:rPr>
        <w:t>1:03:15  مسلمان یہ بھی نہیں جانتے کہ what is Western civilization.</w:t>
      </w:r>
      <w:r>
        <w:br/>
      </w:r>
      <w:r>
        <w:rPr>
          <w:sz w:val="20"/>
        </w:rPr>
        <w:t>1:03:21  chand isi qism ki cheezon ko le kar woh western civilization ko mante hain.</w:t>
      </w:r>
      <w:r>
        <w:br/>
      </w:r>
      <w:r>
        <w:rPr>
          <w:sz w:val="20"/>
        </w:rPr>
        <w:t>1:03:26  western civilization jis baat ka naam hai, woh hamari aap ki bhi civilization hai ke nature mein Allah</w:t>
      </w:r>
      <w:r>
        <w:br/>
      </w:r>
      <w:r>
        <w:rPr>
          <w:sz w:val="20"/>
        </w:rPr>
        <w:t>1:03:32  taala ne jo taaqatein chupa rakhi theen, us ko discover karna.</w:t>
      </w:r>
      <w:r>
        <w:br/>
      </w:r>
      <w:r>
        <w:rPr>
          <w:sz w:val="20"/>
        </w:rPr>
        <w:t>1:03:38  woh hamari aap ki sab ki cheez hai.</w:t>
      </w:r>
      <w:r>
        <w:br/>
      </w:r>
      <w:r>
        <w:rPr>
          <w:sz w:val="20"/>
        </w:rPr>
        <w:t>1:03:44  woh west ki cheez nahi hai.</w:t>
      </w:r>
      <w:r>
        <w:br/>
      </w:r>
      <w:r>
        <w:rPr>
          <w:sz w:val="20"/>
        </w:rPr>
        <w:t>1:03:49  woh yeh jo cheezein aaj dekhte hain, aap car ho ya hawa ya communication ho, ek camera ho,</w:t>
      </w:r>
      <w:r>
        <w:br/>
      </w:r>
      <w:r>
        <w:rPr>
          <w:sz w:val="20"/>
        </w:rPr>
        <w:t>1:03:55  ek computer ho, yeh isi nature mein, Allah ke barah-e-nature mein maujood thi pehle se.</w:t>
      </w:r>
      <w:r>
        <w:br/>
      </w:r>
      <w:r>
        <w:rPr>
          <w:sz w:val="20"/>
        </w:rPr>
        <w:t>1:04:01  us ko discover kar ke istemal kiya.</w:t>
      </w:r>
      <w:r>
        <w:br/>
      </w:r>
      <w:r>
        <w:rPr>
          <w:sz w:val="20"/>
        </w:rPr>
        <w:t>1:04:06  yeh toh hamare aap ke sab ki hai.</w:t>
      </w:r>
      <w:r>
        <w:br/>
      </w:r>
      <w:r>
        <w:rPr>
          <w:sz w:val="20"/>
        </w:rPr>
        <w:t>1:04:12  log samajhte hain ke western civilization koi alag shaitani duniya ki cheez hai.</w:t>
      </w:r>
      <w:r>
        <w:br/>
      </w:r>
      <w:r>
        <w:rPr>
          <w:sz w:val="20"/>
        </w:rPr>
        <w:t>1:04:18  yeh bilkul hi bekhabari ki baat hai.</w:t>
      </w:r>
      <w:r>
        <w:br/>
      </w:r>
      <w:r>
        <w:rPr>
          <w:sz w:val="20"/>
        </w:rPr>
        <w:t>1:04:23  یہی تو میں نے کہا کہ سب بالکل بے خبر ہیں لوگ کہ what is Western civilization.</w:t>
      </w:r>
      <w:r>
        <w:br/>
      </w:r>
      <w:r>
        <w:rPr>
          <w:sz w:val="20"/>
        </w:rPr>
        <w:t>1:04:29  jante hi nahi.</w:t>
      </w:r>
      <w:r>
        <w:br/>
      </w:r>
      <w:r>
        <w:rPr>
          <w:sz w:val="20"/>
        </w:rPr>
        <w:t>1:04:35  baghair bolay hue taqreerein karte hain.</w:t>
      </w:r>
    </w:p>
    <w:p>
      <w:pPr>
        <w:pStyle w:val="Heading2"/>
      </w:pPr>
      <w:r>
        <w:t>What is Shariat and is it sacred?</w:t>
      </w:r>
    </w:p>
    <w:p>
      <w:r>
        <w:rPr>
          <w:color w:val="666666"/>
          <w:sz w:val="18"/>
        </w:rPr>
        <w:t>Other · Q&amp;A 11 Jul 2010 Maulana Wahiduddin Khan · 2m 02s · at 32:00 · https://youtu.be/UHtdtzGGwFQ?t=1920</w:t>
      </w:r>
    </w:p>
    <w:p>
      <w:r>
        <w:rPr>
          <w:i/>
        </w:rPr>
        <w:t>“What is Shariat? How did it come into being? Is it considered as sacred as the Hadith and Quran Sharif?”</w:t>
      </w:r>
    </w:p>
    <w:p>
      <w:r>
        <w:rPr>
          <w:sz w:val="20"/>
        </w:rPr>
        <w:t>32:00  maulana, agla sawal kya hai? aah, mister dhiraj bakshi ne Delhi se. unhone likha hai ke "What is Shariat?</w:t>
      </w:r>
      <w:r>
        <w:br/>
      </w:r>
      <w:r>
        <w:rPr>
          <w:sz w:val="20"/>
        </w:rPr>
        <w:t>32:10  How did it come into being? Is it considered as sacred as the Hadith and Quran Sharif</w:t>
      </w:r>
      <w:r>
        <w:br/>
      </w:r>
      <w:r>
        <w:rPr>
          <w:sz w:val="20"/>
        </w:rPr>
        <w:t>32:19  ?" yeh shariat ka woh taweez is ko Allah kehte hain, Allah. qanoon. ek hai deen, ek hai shariat. deen ka matlab hai fundamentals.</w:t>
      </w:r>
      <w:r>
        <w:br/>
      </w:r>
      <w:r>
        <w:rPr>
          <w:sz w:val="20"/>
        </w:rPr>
        <w:t>32:30  principles. to fundamental principles jo hain woh deen hain. aur jo law bante hain, law. is ko kehte hain shariat.</w:t>
      </w:r>
      <w:r>
        <w:br/>
      </w:r>
      <w:r>
        <w:rPr>
          <w:sz w:val="20"/>
        </w:rPr>
        <w:t>32:41  It's not something you do with customs which have become law. haan? aisa to nahi hai ke customs which have become</w:t>
      </w:r>
      <w:r>
        <w:br/>
      </w:r>
      <w:r>
        <w:rPr>
          <w:sz w:val="20"/>
        </w:rPr>
        <w:t>32:47  law . Maulana, jo customs hain woh keh rahe hain ke aah, jo customs hain woh wahi usi ko to nahi۔۔۔۔۔</w:t>
      </w:r>
      <w:r>
        <w:br/>
      </w:r>
      <w:r>
        <w:rPr>
          <w:sz w:val="20"/>
        </w:rPr>
        <w:t>32:53  ۔۔۔۔۔؟ nahi, nahi. Customs is nothing. Islam mein customs is nothing. Customs to musalmanon ne pakad rakha hai. yeh sab musalmanon ki tareeqe hain. yeh sab jitna aap dekhte hain woh sab customs hain musalmanon ka.</w:t>
      </w:r>
      <w:r>
        <w:br/>
      </w:r>
      <w:r>
        <w:rPr>
          <w:sz w:val="20"/>
        </w:rPr>
        <w:t>33:05  apna banaya hua. woh shariat se koi taalluq is ka nahi hai.</w:t>
      </w:r>
      <w:r>
        <w:br/>
      </w:r>
      <w:r>
        <w:rPr>
          <w:sz w:val="20"/>
        </w:rPr>
        <w:t>33:12  to shariat to woh hai jo quran mein bhi shariat hai, hadith mein bhi shariat hai. woh la. yaani la wala part jo hai us ko shariat kahenge.</w:t>
      </w:r>
      <w:r>
        <w:br/>
      </w:r>
      <w:r>
        <w:rPr>
          <w:sz w:val="20"/>
        </w:rPr>
        <w:t>33:22  aur jo part hai principles wala us ko deen kahenge. bas. aur customs, rituals to musalmanon ka apna banaya hua hai.</w:t>
      </w:r>
      <w:r>
        <w:br/>
      </w:r>
      <w:r>
        <w:rPr>
          <w:sz w:val="20"/>
        </w:rPr>
        <w:t>33:31  is ka islam se koi taalluq nahi hai. jaise misaal ke taur par burqa hai. burqa koi shariat thori hai. burqa to customs hai.</w:t>
      </w:r>
      <w:r>
        <w:br/>
      </w:r>
      <w:r>
        <w:rPr>
          <w:sz w:val="20"/>
        </w:rPr>
        <w:t>33:41  rasool allah ke jab tak zamaney mein auratein theen koi burqa nahi padhta tha koi. musalmanon ka customs hai yeh.</w:t>
      </w:r>
      <w:r>
        <w:br/>
      </w:r>
      <w:r>
        <w:rPr>
          <w:sz w:val="20"/>
        </w:rPr>
        <w:t>33:48  woh sahi o galat mein nahi kehta. sahi o galat ek alag cheez hai. lekin behal woh rasool allah ke zamaney mein nahi tha. baat ko as a customs yeh raaij hua.</w:t>
      </w:r>
      <w:r>
        <w:br/>
      </w:r>
      <w:r>
        <w:rPr>
          <w:sz w:val="20"/>
        </w:rPr>
        <w:t>33:59  mein yeh nahi keh raha hoon ke sahi o galat woh alag cheez hai.</w:t>
      </w:r>
    </w:p>
    <w:p>
      <w:pPr>
        <w:pStyle w:val="Heading2"/>
      </w:pPr>
      <w:r>
        <w:t>What is the meaning of the word distraction?</w:t>
      </w:r>
    </w:p>
    <w:p>
      <w:r>
        <w:rPr>
          <w:color w:val="666666"/>
          <w:sz w:val="18"/>
        </w:rPr>
        <w:t>Other · Jihad Fillah June 23, 2013 · 2m 50s · at 1:05:50 · https://youtu.be/NRTno1eQTos?t=3950</w:t>
      </w:r>
    </w:p>
    <w:p>
      <w:r>
        <w:rPr>
          <w:i/>
        </w:rPr>
        <w:t>“What is the meaning of the word 'distraction' that is often used? What does it mean?”</w:t>
      </w:r>
    </w:p>
    <w:p>
      <w:r>
        <w:rPr>
          <w:sz w:val="20"/>
        </w:rPr>
        <w:t>1:05:50  maulana, agla sawal thampur se hai mehtab sahib ka. woh aap se yeh janna chahte hain ke jo word "distraction" kai baar istemal hota hai, us ke mani kya hain?</w:t>
      </w:r>
      <w:r>
        <w:br/>
      </w:r>
      <w:r>
        <w:rPr>
          <w:sz w:val="20"/>
        </w:rPr>
        <w:t>1:06:00  is ka kya matlab hai? dekhen, lafzi mani ka matlab hai distraction ke bhatakna, idhar se udhar bhatakna.</w:t>
      </w:r>
      <w:r>
        <w:br/>
      </w:r>
      <w:r>
        <w:rPr>
          <w:sz w:val="20"/>
        </w:rPr>
        <w:t>1:06:09  distract hone ka matlab hai bhatakna. to ek dekhen, maslan ek road hai, ek street path hai. chaliye, ab aap khwamkhwah idhar bhatken, idhar bhatken</w:t>
      </w:r>
      <w:r>
        <w:br/>
      </w:r>
      <w:r>
        <w:rPr>
          <w:sz w:val="20"/>
        </w:rPr>
        <w:t>1:06:21  to woh wohi mind mein hoti hai. mind mein ek hai, ek sahi soch par chalen. aap ek ek idhar udhar bhatken.</w:t>
      </w:r>
      <w:r>
        <w:br/>
      </w:r>
      <w:r>
        <w:rPr>
          <w:sz w:val="20"/>
        </w:rPr>
        <w:t>1:06:31  idhar udhar bhatakne ke mani hain ke paper mein parha aap ne ke falan ne kisi bomb maar diya aur isi ko le ke baithe hue hain. isi ki charcha kar rahe hain. kahin socha ke kisi ne aisa kar diya, kisi ne waisa kar diya.</w:t>
      </w:r>
      <w:r>
        <w:br/>
      </w:r>
      <w:r>
        <w:rPr>
          <w:sz w:val="20"/>
        </w:rPr>
        <w:t>1:06:42  beshtar log jo hain, news jo hoti hai, media, media ko le kar ke distract hote rehte hain.</w:t>
      </w:r>
      <w:r>
        <w:br/>
      </w:r>
      <w:r>
        <w:rPr>
          <w:sz w:val="20"/>
        </w:rPr>
        <w:t>1:06:50  sab se bara source distraction ka aaj kal media ban gaya hai. jo parha media mein, isi ki charcha kar rahe hain. apne aap se nahi sochte, apne aap se nahi sochte.</w:t>
      </w:r>
      <w:r>
        <w:br/>
      </w:r>
      <w:r>
        <w:rPr>
          <w:sz w:val="20"/>
        </w:rPr>
        <w:t>1:07:00  main to media, main bhi akhbar parhta hoon, radio sunta hoon, kabhi kabhi tv bhi dekh leta hoon. lekin main woh kuch nahi, bas waqti cheez samajhta hoon.</w:t>
      </w:r>
      <w:r>
        <w:br/>
      </w:r>
      <w:r>
        <w:rPr>
          <w:sz w:val="20"/>
        </w:rPr>
        <w:t>1:07:08  us ko yeh nahi ke woh usi ko, is mein jo hai, bas usi ko main pathar le ke maar liya. laga usi par sochne, baatein karne, charcha karne.</w:t>
      </w:r>
      <w:r>
        <w:br/>
      </w:r>
      <w:r>
        <w:rPr>
          <w:sz w:val="20"/>
        </w:rPr>
        <w:t>1:07:18  to dekhen, distract hona ya na hona aap ke apne ikhtiyar mein hai. chahe to aap distract hon, chahe na hon. agar aap ka mind developed mind hai, developed mind to aap yaqeenan apne ko bacha payenge.</w:t>
      </w:r>
      <w:r>
        <w:br/>
      </w:r>
      <w:r>
        <w:rPr>
          <w:sz w:val="20"/>
        </w:rPr>
        <w:t>1:07:33  jo developed mind nahin hota hai, yaani pakhta mind nahin hota hai, wahi distract hota rehta hai. pakhta mind kya karega?</w:t>
      </w:r>
      <w:r>
        <w:br/>
      </w:r>
      <w:r>
        <w:rPr>
          <w:sz w:val="20"/>
        </w:rPr>
        <w:t>1:07:45  mature</w:t>
      </w:r>
      <w:r>
        <w:br/>
      </w:r>
      <w:r>
        <w:rPr>
          <w:sz w:val="20"/>
        </w:rPr>
        <w:t>1:07:46  mind kya karega? woh sochega ke distraction jo mein kar raha hoon, to iska mujhe faida hai ke nahin? faida hai? lage ke faida kuch nahin, phir nuksan hai.</w:t>
      </w:r>
      <w:r>
        <w:br/>
      </w:r>
      <w:r>
        <w:rPr>
          <w:sz w:val="20"/>
        </w:rPr>
        <w:t>1:07:56  to aadmi apne ko is se bacha lega.</w:t>
      </w:r>
      <w:r>
        <w:br/>
      </w:r>
      <w:r>
        <w:rPr>
          <w:sz w:val="20"/>
        </w:rPr>
        <w:t>1:08:02  jaise mera roz ka mamool batata hoon aap ko, kisi se koi baat ho gayi, farz kijiye ke woh ikhtilaf kar diya us ne, to mein der nahin lagata is mein behas karne mein.</w:t>
      </w:r>
      <w:r>
        <w:br/>
      </w:r>
      <w:r>
        <w:rPr>
          <w:sz w:val="20"/>
        </w:rPr>
        <w:t>1:08:14  mein kehta hoon, "you are right, time bra." mein kyun phansaoon? khwamkhwah behas, behas, behas. mein kehta hoon, "bhai, you are right, time bra." bas baat khatam.</w:t>
      </w:r>
      <w:r>
        <w:br/>
      </w:r>
      <w:r>
        <w:rPr>
          <w:sz w:val="20"/>
        </w:rPr>
        <w:t>1:08:23  kyunki woh agar mein is par zyada behas karoon to mein distract ho jaoonga right path se.</w:t>
      </w:r>
      <w:r>
        <w:br/>
      </w:r>
      <w:r>
        <w:rPr>
          <w:sz w:val="20"/>
        </w:rPr>
        <w:t>1:08:30  to apne aap ko right path par bachane ke liye woh jaldi se keh deta hoon, "theek hai, you are right time bra."</w:t>
      </w:r>
    </w:p>
    <w:p>
      <w:pPr>
        <w:pStyle w:val="Heading2"/>
      </w:pPr>
      <w:r>
        <w:t>Which Islamic law school do you follow?</w:t>
      </w:r>
    </w:p>
    <w:p>
      <w:r>
        <w:rPr>
          <w:color w:val="666666"/>
          <w:sz w:val="18"/>
        </w:rPr>
        <w:t>Other · Conversation with Maulana Wahiduddin Khan | October 01, 2017 · 2m 47s · at 9:21 · https://youtu.be/TmOYGd3rp2M?t=561</w:t>
      </w:r>
    </w:p>
    <w:p>
      <w:r>
        <w:rPr>
          <w:i/>
        </w:rPr>
        <w:t>“Do you follow any Islamic law school like Hanafi?”</w:t>
      </w:r>
    </w:p>
    <w:p>
      <w:r>
        <w:rPr>
          <w:sz w:val="20"/>
        </w:rPr>
        <w:t>9:21  maulana, agla sawal huzaifa mehmood ne bheja hai.</w:t>
      </w:r>
      <w:r>
        <w:br/>
      </w:r>
      <w:r>
        <w:rPr>
          <w:sz w:val="20"/>
        </w:rPr>
        <w:t>9:27  unhon ne apni location nahi likhi hai.</w:t>
      </w:r>
      <w:r>
        <w:br/>
      </w:r>
      <w:r>
        <w:rPr>
          <w:sz w:val="20"/>
        </w:rPr>
        <w:t>9:33  unhon ne aap se yeh poocha hai ke "Do you follow any Islamic law school like Hanafi or</w:t>
      </w:r>
      <w:r>
        <w:br/>
      </w:r>
      <w:r>
        <w:rPr>
          <w:sz w:val="20"/>
        </w:rPr>
        <w:t>9:39  any other school?" dekhen, is maamle mein aap meri kitaab parhiye, "Tehzeeb Deen".</w:t>
      </w:r>
      <w:r>
        <w:br/>
      </w:r>
      <w:r>
        <w:rPr>
          <w:sz w:val="20"/>
        </w:rPr>
        <w:t>9:45  is mein is ka jawab maujood</w:t>
      </w:r>
      <w:r>
        <w:br/>
      </w:r>
      <w:r>
        <w:rPr>
          <w:sz w:val="20"/>
        </w:rPr>
        <w:t>9:51  hai.</w:t>
      </w:r>
      <w:r>
        <w:br/>
      </w:r>
      <w:r>
        <w:rPr>
          <w:sz w:val="20"/>
        </w:rPr>
        <w:t>9:57  is ko parhiye, phir sawal kijiye is ko parhne ke baad.</w:t>
      </w:r>
      <w:r>
        <w:br/>
      </w:r>
      <w:r>
        <w:rPr>
          <w:sz w:val="20"/>
        </w:rPr>
        <w:t>10:03  kyunke is kitaab mein mera jo maslak hai, woh clear tor par bata diya gaya hai.</w:t>
      </w:r>
      <w:r>
        <w:br/>
      </w:r>
      <w:r>
        <w:rPr>
          <w:sz w:val="20"/>
        </w:rPr>
        <w:t>10:09  maulana, next question has been sent by a sister from USA.</w:t>
      </w:r>
      <w:r>
        <w:br/>
      </w:r>
      <w:r>
        <w:rPr>
          <w:sz w:val="20"/>
        </w:rPr>
        <w:t>10:15  she has not mentioned her</w:t>
      </w:r>
      <w:r>
        <w:br/>
      </w:r>
      <w:r>
        <w:rPr>
          <w:sz w:val="20"/>
        </w:rPr>
        <w:t>10:21  name.</w:t>
      </w:r>
      <w:r>
        <w:br/>
      </w:r>
      <w:r>
        <w:rPr>
          <w:sz w:val="20"/>
        </w:rPr>
        <w:t>10:27  un ka sawal yeh hai ke "In the Quran, Allah says that we have made the Quran easy to understand.</w:t>
      </w:r>
      <w:r>
        <w:br/>
      </w:r>
      <w:r>
        <w:rPr>
          <w:sz w:val="20"/>
        </w:rPr>
        <w:t>10:33  But when I read it, I hardly understand it.</w:t>
      </w:r>
      <w:r>
        <w:br/>
      </w:r>
      <w:r>
        <w:rPr>
          <w:sz w:val="20"/>
        </w:rPr>
        <w:t>10:39  Why is this contradiction?" dekhen, yeh contradiction ki baat nahi hai.</w:t>
      </w:r>
      <w:r>
        <w:br/>
      </w:r>
      <w:r>
        <w:rPr>
          <w:sz w:val="20"/>
        </w:rPr>
        <w:t>10:45  yeh level ki baat hai, level of study. Quran ko</w:t>
      </w:r>
      <w:r>
        <w:br/>
      </w:r>
      <w:r>
        <w:rPr>
          <w:sz w:val="20"/>
        </w:rPr>
        <w:t>10:51  agar aadmi sirf saada andaaz mein parhe to parhega aur samjhega.</w:t>
      </w:r>
      <w:r>
        <w:br/>
      </w:r>
      <w:r>
        <w:rPr>
          <w:sz w:val="20"/>
        </w:rPr>
        <w:t>11:02  lekin agar aap is ki deeper meaning jo hai, us ko jaanna chahen to aap ko ghor karna parta hai.</w:t>
      </w:r>
      <w:r>
        <w:br/>
      </w:r>
      <w:r>
        <w:rPr>
          <w:sz w:val="20"/>
        </w:rPr>
        <w:t>11:12  misal ke tor par dekhen, Quran mein hai ke "أقيموا الصلاة"</w:t>
      </w:r>
      <w:r>
        <w:br/>
      </w:r>
      <w:r>
        <w:rPr>
          <w:sz w:val="20"/>
        </w:rPr>
        <w:t>11:22  .</w:t>
      </w:r>
      <w:r>
        <w:br/>
      </w:r>
      <w:r>
        <w:rPr>
          <w:sz w:val="20"/>
        </w:rPr>
        <w:t>11:28  namaz ada karo.</w:t>
      </w:r>
      <w:r>
        <w:br/>
      </w:r>
      <w:r>
        <w:rPr>
          <w:sz w:val="20"/>
        </w:rPr>
        <w:t>11:33  to bohat aasan hai yeh jaanna ke Quran yahan kya keh raha hai.</w:t>
      </w:r>
      <w:r>
        <w:br/>
      </w:r>
      <w:r>
        <w:rPr>
          <w:sz w:val="20"/>
        </w:rPr>
        <w:t>11:38  aap is ayat ko parhen ge aur Quran mein jo baat kahi gayi hai, us ko samajh jayen</w:t>
      </w:r>
      <w:r>
        <w:br/>
      </w:r>
      <w:r>
        <w:rPr>
          <w:sz w:val="20"/>
        </w:rPr>
        <w:t>11:43  ge aur phir namaz ada karte rahen ge.</w:t>
      </w:r>
      <w:r>
        <w:br/>
      </w:r>
      <w:r>
        <w:rPr>
          <w:sz w:val="20"/>
        </w:rPr>
        <w:t>11:48  lekin namaz ki jo deeper meaning hai, us ke liye aap ko</w:t>
      </w:r>
      <w:r>
        <w:br/>
      </w:r>
      <w:r>
        <w:rPr>
          <w:sz w:val="20"/>
        </w:rPr>
        <w:t>11:54  sochna parega, ghor karna parega, is ki teh tak jana parega.</w:t>
      </w:r>
      <w:r>
        <w:br/>
      </w:r>
      <w:r>
        <w:rPr>
          <w:sz w:val="20"/>
        </w:rPr>
        <w:t>12:01  to yeh farq hai level of study ka, na ke samajhne mein mushkil ka.</w:t>
      </w:r>
    </w:p>
    <w:p>
      <w:pPr>
        <w:pStyle w:val="Heading2"/>
      </w:pPr>
      <w:r>
        <w:t>Why scholars don't understand your words</w:t>
      </w:r>
    </w:p>
    <w:p>
      <w:r>
        <w:rPr>
          <w:color w:val="666666"/>
          <w:sz w:val="18"/>
        </w:rPr>
        <w:t>Other · Revival of Muslims March 8, 2015 · 3m 40s · at 45:54 · https://youtu.be/B9E2OTb4BVE?t=2754</w:t>
      </w:r>
    </w:p>
    <w:p>
      <w:r>
        <w:rPr>
          <w:i/>
        </w:rPr>
        <w:t>“Maulana, if a doctor talks to another doctor about medical matters, that doctor immediately understands. My question is: you are a scholar and speak about Quran and Hadith, so why don't our other scholars understand what you say?”</w:t>
      </w:r>
    </w:p>
    <w:p>
      <w:r>
        <w:rPr>
          <w:sz w:val="20"/>
        </w:rPr>
        <w:t>45:54  Assalam o Alaikum wa Rahmatullahi wa Barakatuh. Maulana, yeh sawal Dhampur se bheja hai Mahtab sahib ne, aur unhone likha hai ke Maulana sahib, agar koi doctor kisi doosre doctor se medical line ki baat kare toh woh doctor is baat ko foran samajh lega.</w:t>
      </w:r>
      <w:r>
        <w:br/>
      </w:r>
      <w:r>
        <w:rPr>
          <w:sz w:val="20"/>
        </w:rPr>
        <w:t>46:16  mera sawal yeh hai ke aap bhi aik aalim hain, Quran aur Hadees ke hawale se baat karte hain, phir hamare in ulama ko aap ki baat kyun samajh mein nahi aati?</w:t>
      </w:r>
      <w:r>
        <w:br/>
      </w:r>
      <w:r>
        <w:rPr>
          <w:sz w:val="20"/>
        </w:rPr>
        <w:t>46:31  bhai, aaj ki baat, aaj ka mein jo bola hoon toh isi par bola hoon ke badal hai, yaani aik woh un ke aur</w:t>
      </w:r>
      <w:r>
        <w:br/>
      </w:r>
      <w:r>
        <w:rPr>
          <w:sz w:val="20"/>
        </w:rPr>
        <w:t>46:49  asar baat ke beech mein aik badal aa gaya hai, is ki wajah se samajh mein nahi aati. jis ki maine misaal di, kai misalein.</w:t>
      </w:r>
      <w:r>
        <w:br/>
      </w:r>
      <w:r>
        <w:rPr>
          <w:sz w:val="20"/>
        </w:rPr>
        <w:t>47:04  toh dekhein, hamare madaris ki aik aik aik baat yeh hai ke har madrase ko kisi bare aalim ne banaya hai,</w:t>
      </w:r>
      <w:r>
        <w:br/>
      </w:r>
      <w:r>
        <w:rPr>
          <w:sz w:val="20"/>
        </w:rPr>
        <w:t>47:19  sirf aik madrassa is mein istasna hai, woh Jamia Darussalam. toh madaris mein kya hai ke woh jo bani hai, unhi ko sab kuch samajh aata hai, sab kuch.</w:t>
      </w:r>
      <w:r>
        <w:br/>
      </w:r>
      <w:r>
        <w:rPr>
          <w:sz w:val="20"/>
        </w:rPr>
        <w:t>47:34  toh madaris ke bare mein mera tajruba yeh hai ke madrase ke parhe hue logon ke aur asal deen ke beech mein woh aalim haail hai ke hamare Hazrat Hassan Qayyani.</w:t>
      </w:r>
      <w:r>
        <w:br/>
      </w:r>
      <w:r>
        <w:rPr>
          <w:sz w:val="20"/>
        </w:rPr>
        <w:t>47:51  maine kai baar tajruba kiya hai ke koi baat aisa mein kahoon jo Quran o Hadees ke hawale se kahoon toh woh kya keh dein ge?</w:t>
      </w:r>
      <w:r>
        <w:br/>
      </w:r>
      <w:r>
        <w:rPr>
          <w:sz w:val="20"/>
        </w:rPr>
        <w:t>48:00  bhai, hamare Hazrat Hassan Qayyani, hamare Hazrat, kya aap se aap kya aap se kam jante the?</w:t>
      </w:r>
      <w:r>
        <w:br/>
      </w:r>
      <w:r>
        <w:rPr>
          <w:sz w:val="20"/>
        </w:rPr>
        <w:t>48:08  hamare Hazrat, yeh in ka afsar hota hai, yeh in ka afsar hota hai. maine bar bar yeh tajruba kiya hai ke madrase ke log jo hain, woh apna, un ke jo apne akabir kehte hain, un ko woh un ke jo akabir ke afsar bhi jeete hain,</w:t>
      </w:r>
      <w:r>
        <w:br/>
      </w:r>
      <w:r>
        <w:rPr>
          <w:sz w:val="20"/>
        </w:rPr>
        <w:t>48:30  bade, to jab main un se baat karta hoon aur Quran o Hadees sunata hoon to kya keh dete hain?</w:t>
      </w:r>
      <w:r>
        <w:br/>
      </w:r>
      <w:r>
        <w:rPr>
          <w:sz w:val="20"/>
        </w:rPr>
        <w:t>48:40  kya Quran o Hadees in ko nahi maloom tha? hamare akabir le jate the Quran o Hadees ko, aap hi jante hain.</w:t>
      </w:r>
      <w:r>
        <w:br/>
      </w:r>
      <w:r>
        <w:rPr>
          <w:sz w:val="20"/>
        </w:rPr>
        <w:t>48:50  to yeh hai un ki shart, is shart ko todna, yani aap jante hain ke bahut se madarse ke padhe hue bhi hamare saathi hain, un ki shart tooti hai.</w:t>
      </w:r>
      <w:r>
        <w:br/>
      </w:r>
      <w:r>
        <w:rPr>
          <w:sz w:val="20"/>
        </w:rPr>
        <w:t>49:03  to shart ko tootne ki shakal yeh hai ke aap hamari kitabein parhwaien, hamari kitabein parhwaen. mujhe bahut se, yani madaris ke farigheen mein bahut se log hain jo hamare khilaf the.</w:t>
      </w:r>
      <w:r>
        <w:br/>
      </w:r>
      <w:r>
        <w:rPr>
          <w:sz w:val="20"/>
        </w:rPr>
        <w:t>49:17  phir jab un ko kitabein parhwai gayeen to unhone maan liya ke bhai yeh to baat theek hai. to mere khayal se adab ko padhana bahut zaroori hai, isi se shart toote gi, is ke baad un ka ikhtilaf khatm ho jayega.</w:t>
      </w:r>
    </w:p>
    <w:p>
      <w:pPr>
        <w:pStyle w:val="Heading2"/>
      </w:pPr>
      <w:r>
        <w:t>Why slavery not abolished in Islam?</w:t>
      </w:r>
    </w:p>
    <w:p>
      <w:r>
        <w:rPr>
          <w:color w:val="666666"/>
          <w:sz w:val="18"/>
        </w:rPr>
        <w:t>Other · Art of Crisis Management I 3 October, 2010 Maulana Wahiduddin Khan · 4m 51s · at 1:44:12 · https://youtu.be/mcJZ0YEOolk?t=6252</w:t>
      </w:r>
    </w:p>
    <w:p>
      <w:r>
        <w:rPr>
          <w:i/>
        </w:rPr>
        <w:t>“Why was slavery not abolished in Islam, like alcohol consumption and eating pork were declared haram?”</w:t>
      </w:r>
    </w:p>
    <w:p>
      <w:r>
        <w:rPr>
          <w:sz w:val="20"/>
        </w:rPr>
        <w:t>1:44:12  text ko padhein. text ko. hmm, un ka ek sawal aur hai. Maulana, unhone poocha hai: "Why was slavery not abolish in Islam?" Like alcohol.</w:t>
      </w:r>
      <w:r>
        <w:br/>
      </w:r>
      <w:r>
        <w:rPr>
          <w:sz w:val="20"/>
        </w:rPr>
        <w:t>1:44:25  Kya? Why? Why was slavery? hmm, not abolish in Islam?</w:t>
      </w:r>
      <w:r>
        <w:br/>
      </w:r>
      <w:r>
        <w:rPr>
          <w:sz w:val="20"/>
        </w:rPr>
        <w:t>1:44:30  Like alcohol consumption and eating pork was declared haram? Nahi, aisa nahi hai. alcohol bhi dekhiye, achaanak khatam nahi kiya gaya tha.</w:t>
      </w:r>
      <w:r>
        <w:br/>
      </w:r>
      <w:r>
        <w:rPr>
          <w:sz w:val="20"/>
        </w:rPr>
        <w:t>1:44:41  kayi stages mein khatam kiya gaya tha. Islam ka tareeqa yeh nahi hai ke radically aap achaanak elaan kar dein ke sab khatam.</w:t>
      </w:r>
      <w:r>
        <w:br/>
      </w:r>
      <w:r>
        <w:rPr>
          <w:sz w:val="20"/>
        </w:rPr>
        <w:t>1:44:49  gradual tareeqe se khatam kiya jata hai. to slavery bhi khatam ki gayi gradual tareeqe se. kyunke slavery jo hai, aaj aap samajh nahi paate ke slavery kya cheez hai.</w:t>
      </w:r>
      <w:r>
        <w:br/>
      </w:r>
      <w:r>
        <w:rPr>
          <w:sz w:val="20"/>
        </w:rPr>
        <w:t>1:44:59  slavery us zamane ki employment thi.</w:t>
      </w:r>
      <w:r>
        <w:br/>
      </w:r>
      <w:r>
        <w:rPr>
          <w:sz w:val="20"/>
        </w:rPr>
        <w:t>1:45:04  log samajhte nahi slavery kya cheez hai. is zamane mein jab ke aaj kal ki tarah se industry nahi thi, aaj ki tarah se yeh jo itne saare tareeqe hain kamane kamane ke, woh sab nahi the.</w:t>
      </w:r>
      <w:r>
        <w:br/>
      </w:r>
      <w:r>
        <w:rPr>
          <w:sz w:val="20"/>
        </w:rPr>
        <w:t>1:45:16  to is zamane mein slavery ek ek employment tha.</w:t>
      </w:r>
      <w:r>
        <w:br/>
      </w:r>
      <w:r>
        <w:rPr>
          <w:sz w:val="20"/>
        </w:rPr>
        <w:t>1:45:21  to achaanak abolish kar diya jaye to bahut saare log be rozgar ho jayenge. is tarah woh kahan khappen ge? woh log achaanak bahut se log be rozgar ho jayenge.</w:t>
      </w:r>
      <w:r>
        <w:br/>
      </w:r>
      <w:r>
        <w:rPr>
          <w:sz w:val="20"/>
        </w:rPr>
        <w:t>1:45:32  is liye islam ne is ko gradual tareeqay se khatam kiya. ek arab ne bohat acha likha hai. ek un ka mein ne parha, un ki ek kitab hai,</w:t>
      </w:r>
      <w:r>
        <w:br/>
      </w:r>
      <w:r>
        <w:rPr>
          <w:sz w:val="20"/>
        </w:rPr>
        <w:t>1:45:42  wo mushkilat al quran. is ka naam hai ke islam ne slavery ke mamlay mein ek form jo usool ikhtiyar kiya, wo yeh tha ke tazeeq al madkhal</w:t>
      </w:r>
      <w:r>
        <w:br/>
      </w:r>
      <w:r>
        <w:rPr>
          <w:sz w:val="20"/>
        </w:rPr>
        <w:t>1:45:58  aur tawsee al makhraj, yaani gradual tor par yeh karna ke naye slave na banen aur pichlay slave jo hain, wo khatam hotay khatam hotay chlay jayen.</w:t>
      </w:r>
      <w:r>
        <w:br/>
      </w:r>
      <w:r>
        <w:rPr>
          <w:sz w:val="20"/>
        </w:rPr>
        <w:t>1:46:12  mukhtalif cheezon mein, mislan kaffara ada karna, mukhtalif cheezon ko azaad karne ka sawab jo bataya gaya hai waghera.</w:t>
      </w:r>
      <w:r>
        <w:br/>
      </w:r>
      <w:r>
        <w:rPr>
          <w:sz w:val="20"/>
        </w:rPr>
        <w:t>1:46:19  to islam ne yeh tareeqa ikhtiyar kiya ke achaanak khatam na kar ke gradual tor par khatam karna. aur wo tareeqa yeh tha ke nayi slavery to band ki gayi, kar di gayi usi waqt, lekin jo already jo slave thay, un ke liye mukhtalif tareeqon se yeh kiya gaya ke dheeray dheeray, dheeray dheeray wo azaad ho kar society mein absorb hotay chlay jayen.</w:t>
      </w:r>
      <w:r>
        <w:br/>
      </w:r>
      <w:r>
        <w:rPr>
          <w:sz w:val="20"/>
        </w:rPr>
        <w:t>1:46:42  isi ko unhon ne kaha hai ke wo tazeeq al makhraj aur tawsee al madkhal. tawsee al madkhal yeh bohat bohat hi sahi hai.</w:t>
      </w:r>
      <w:r>
        <w:br/>
      </w:r>
      <w:r>
        <w:rPr>
          <w:sz w:val="20"/>
        </w:rPr>
        <w:t>1:46:53  mein samajhta hoon ke is ko to islam mein yeh ho ke naye slave na banaye jayen</w:t>
      </w:r>
      <w:r>
        <w:br/>
      </w:r>
      <w:r>
        <w:rPr>
          <w:sz w:val="20"/>
        </w:rPr>
        <w:t>1:46:59  aur pichlay jo slave hain, jo goya ke un ka rozgar wahi tha kahin, to un ko dheeray dheeray, dheeray dheeray khatam kiya jaye aur un ko society mein absorb kar diya jaye.</w:t>
      </w:r>
      <w:r>
        <w:br/>
      </w:r>
      <w:r>
        <w:rPr>
          <w:sz w:val="20"/>
        </w:rPr>
        <w:t>1:47:11  aaj koi slave banaye to bilkul haram hoga. wo slave bana ab islam mein jaiz nahi hai. jo thay mazi ke, bas wo thay slave. aaj aap slave banayen to jaiz nahi hai.</w:t>
      </w:r>
      <w:r>
        <w:br/>
      </w:r>
      <w:r>
        <w:rPr>
          <w:sz w:val="20"/>
        </w:rPr>
        <w:t>1:47:25  maulana, yeh sawal kiya hai miss sadia ne new delhi se: "christians and jews, you said according to the law of nature, degenerated.</w:t>
      </w:r>
      <w:r>
        <w:br/>
      </w:r>
      <w:r>
        <w:rPr>
          <w:sz w:val="20"/>
        </w:rPr>
        <w:t>1:47:37  would you say that even today, both jews and christians have failed to regenerate their people?"</w:t>
      </w:r>
      <w:r>
        <w:br/>
      </w:r>
      <w:r>
        <w:rPr>
          <w:sz w:val="20"/>
        </w:rPr>
        <w:t>1:47:47  haan, un ka wo maslay paida nahi hue. hum logon ka jo mission hai, aisa mission kahin nahi hai. yaad rakhiye, nahi nahi, yahudiyon mein nahi, isaiyon mein. un ke haan wo social social kaam hota hai.</w:t>
      </w:r>
      <w:r>
        <w:br/>
      </w:r>
      <w:r>
        <w:rPr>
          <w:sz w:val="20"/>
        </w:rPr>
        <w:t>1:47:58  sab ke haan, sab ka social kaam hota hai. baqi yeh jo kaam hamare haan ho raha hai,</w:t>
      </w:r>
      <w:r>
        <w:br/>
      </w:r>
      <w:r>
        <w:rPr>
          <w:sz w:val="20"/>
        </w:rPr>
        <w:t>1:48:06  re engineering of mind, yaani is original mazhab ko phir se revive karna, yeh to kahin bhi nahi ho raha hai. yeh to Allah taala ne yeh mission jo khara kiya hai, bohat unique hai.</w:t>
      </w:r>
      <w:r>
        <w:br/>
      </w:r>
      <w:r>
        <w:rPr>
          <w:sz w:val="20"/>
        </w:rPr>
        <w:t>1:48:21  na aisa muslim mission musalmanon mein kahin hai, na yahudiyon mein hai, na isaiyon mein hai. aap logon ko shukr karna chahiye ke aap log is se jure aur aap logon ke zamanay mein yeh mission khara hua.</w:t>
      </w:r>
      <w:r>
        <w:br/>
      </w:r>
      <w:r>
        <w:rPr>
          <w:sz w:val="20"/>
        </w:rPr>
        <w:t>1:48:33  warna yeh to is ke, is ke, yaani sari muslim dunya mein, ah, jo hai, kuch tha hi nahi, siway andheray, andheray, andheray ke.</w:t>
      </w:r>
      <w:r>
        <w:br/>
      </w:r>
      <w:r>
        <w:rPr>
          <w:sz w:val="20"/>
        </w:rPr>
        <w:t>1:48:43  christian aur yahudiyon ke bhi kuch bhi nahi thi. haan, political tehreekein un ke haan hain aur</w:t>
      </w:r>
      <w:r>
        <w:br/>
      </w:r>
      <w:r>
        <w:rPr>
          <w:sz w:val="20"/>
        </w:rPr>
        <w:t>1:48:49  social kaam hain aur doosray doosray kaam hain. yeh yeh jo revival hai, yeh to yeh to aaj kahin bhi nahi, kahin bhi nahi hai.</w:t>
      </w:r>
    </w:p>
    <w:p>
      <w:pPr>
        <w:pStyle w:val="Heading2"/>
      </w:pPr>
      <w:r>
        <w:t>Addressing translation errors in Quran distribution</w:t>
      </w:r>
    </w:p>
    <w:p>
      <w:r>
        <w:rPr>
          <w:color w:val="666666"/>
          <w:sz w:val="18"/>
        </w:rPr>
        <w:t>Quran &amp; Tafsir · Roza (Fasting) Shock May 26, 2019 · 2m 58s · at 28:21 · https://youtu.be/GXYhGriFRpM?t=1701</w:t>
      </w:r>
    </w:p>
    <w:p>
      <w:r>
        <w:rPr>
          <w:i/>
        </w:rPr>
        <w:t>“When we print Quran translations, if somewhere there is a mistake due to human error in the translation due to following a certain interpretation, because of that, the people who take Quran from us for distribution leave us. How can we address them? Tell about this.”</w:t>
      </w:r>
    </w:p>
    <w:p>
      <w:r>
        <w:rPr>
          <w:sz w:val="20"/>
        </w:rPr>
        <w:t>28:21  Allah." Maulana, agla sawal bheja hai Bilal Shafee Sahab ne Itanagar se. Unhone likha hai: "Hum jo Quran translation print karte hain, is mein agar kahin koi translation mein human error ki wajah se mistake pai jati hai,</w:t>
      </w:r>
      <w:r>
        <w:br/>
      </w:r>
      <w:r>
        <w:rPr>
          <w:sz w:val="20"/>
        </w:rPr>
        <w:t>28:38  due to following a certain interpretation, to is ki wajah se log jo hum se Quran le kar distribute karte hain, woh humara saath chhod dete hain.</w:t>
      </w:r>
      <w:r>
        <w:br/>
      </w:r>
      <w:r>
        <w:rPr>
          <w:sz w:val="20"/>
        </w:rPr>
        <w:t>28:49  Hum un ko kaise address kar sakte hain? Is ke bare mein bata</w:t>
      </w:r>
      <w:r>
        <w:br/>
      </w:r>
      <w:r>
        <w:rPr>
          <w:sz w:val="20"/>
        </w:rPr>
        <w:t>28:54  ayein. Bhai, koi ghalati ab tak to mere ilm mein nahi aayi hai. Yeh log shosha shosha ko ghalati samajh lete hain. To shosha to har cheez mein Quran mein, present Quran mein bhi shosha maujood hai.</w:t>
      </w:r>
      <w:r>
        <w:br/>
      </w:r>
      <w:r>
        <w:rPr>
          <w:sz w:val="20"/>
        </w:rPr>
        <w:t>29:06  In ko logon ne istemal kiya hai. Har cheez mein shosha hai. To shosha aur ghalati mein farq hai. Mere nazdeek hamara jo Quran chhap raha hai, to koi ghalati ki baat nahi hai,</w:t>
      </w:r>
      <w:r>
        <w:br/>
      </w:r>
      <w:r>
        <w:rPr>
          <w:sz w:val="20"/>
        </w:rPr>
        <w:t>29:20  sirf jhoota propaganda hai.</w:t>
      </w:r>
      <w:r>
        <w:br/>
      </w:r>
      <w:r>
        <w:rPr>
          <w:sz w:val="20"/>
        </w:rPr>
        <w:t>29:25  Ab tak mere ilm mein to koi aisi ghalati aayi nahi hai.</w:t>
      </w:r>
      <w:r>
        <w:br/>
      </w:r>
      <w:r>
        <w:rPr>
          <w:sz w:val="20"/>
        </w:rPr>
        <w:t>29:31  Misal ke taur par, ek samne nikala tha ke kisi tarjume mein</w:t>
      </w:r>
      <w:r>
        <w:br/>
      </w:r>
      <w:r>
        <w:rPr>
          <w:sz w:val="20"/>
        </w:rPr>
        <w:t>29:40  wa ki jagah comma likh gaya tha, to bas ghalati. Yeh ghalati koi hai? Yeh koi ghalati hai? Aisi ghalati to is mein bhi nikal aayegi jo sabit aur jo Sahabi ne jama kiya tha aur nikale yeh logon ne.</w:t>
      </w:r>
      <w:r>
        <w:br/>
      </w:r>
      <w:r>
        <w:rPr>
          <w:sz w:val="20"/>
        </w:rPr>
        <w:t>29:55  Yeh sab bekar baatein hain. Jab tak positive soch na ho, aadmi jaan hi nahi sakta kya ghalati hai, kya sahi hai.</w:t>
      </w:r>
      <w:r>
        <w:br/>
      </w:r>
      <w:r>
        <w:rPr>
          <w:sz w:val="20"/>
        </w:rPr>
        <w:t>30:06  Haan, yeh aasan kaam nahi hai ke yeh jaan jaan na ke kya kya ghalat hai, kya sahi. Is se pehle ek ek cheez honi chahiye, woh hai positive thinking, Allah ka darr.</w:t>
      </w:r>
      <w:r>
        <w:br/>
      </w:r>
      <w:r>
        <w:rPr>
          <w:sz w:val="20"/>
        </w:rPr>
        <w:t>30:18  Allah ka darr na ho to aap har cheez mein, misal ke taur par, ek ek Sahab ne jaante hain, Allah mein ghalati kya nikali hai? Khaliq ki ke Khaliq ne cheezon ke andar kuch zyada bojh rakh diya.</w:t>
      </w:r>
      <w:r>
        <w:br/>
      </w:r>
      <w:r>
        <w:rPr>
          <w:sz w:val="20"/>
        </w:rPr>
        <w:t>30:38  Hum das pound ka bojh le kar chalte hain, thak jate hain to gravity zyada hai. Gravity kam hoti to aisa na hota.</w:t>
      </w:r>
      <w:r>
        <w:br/>
      </w:r>
      <w:r>
        <w:rPr>
          <w:sz w:val="20"/>
        </w:rPr>
        <w:t>30:48  To Khuda ki takhleeq mein ghalati nikal rakhi hai. To yeh is ka matlab nahi ke jo ghalati ka lafz bol de to ghalati pa liya.</w:t>
      </w:r>
      <w:r>
        <w:br/>
      </w:r>
      <w:r>
        <w:rPr>
          <w:sz w:val="20"/>
        </w:rPr>
        <w:t>30:58  Us ne shoshe ko log samajhte hain. Aasan kaam nahi hai keh kar kehna ke yeh ghalat hai, yeh sahi hai. Kisi ne agar hamare tarajum mein koi ghalati nikali hai to woh mere paas bhejein.</w:t>
      </w:r>
      <w:r>
        <w:br/>
      </w:r>
      <w:r>
        <w:rPr>
          <w:sz w:val="20"/>
        </w:rPr>
        <w:t>31:12  woh</w:t>
      </w:r>
    </w:p>
    <w:p>
      <w:pPr>
        <w:pStyle w:val="Heading2"/>
      </w:pPr>
      <w:r>
        <w:t>Are Quranic mentions of Jews time-bound?</w:t>
      </w:r>
    </w:p>
    <w:p>
      <w:r>
        <w:rPr>
          <w:color w:val="666666"/>
          <w:sz w:val="18"/>
        </w:rPr>
        <w:t>Quran &amp; Tafsir · Realistic Approach March 30, 2014 Maulana Wahiduddin Khan · 4m 03s · at 1:04:53 · https://youtu.be/K36UonBsGlA?t=3893</w:t>
      </w:r>
    </w:p>
    <w:p>
      <w:r>
        <w:rPr>
          <w:i/>
        </w:rPr>
        <w:t>“Jews are enemies of Islam and always will be; this is the summary of most books. Does the mention of Jews in the Quran refer only to the Jews of the Prophet's time? Please clarify.”</w:t>
      </w:r>
    </w:p>
    <w:p>
      <w:r>
        <w:rPr>
          <w:sz w:val="20"/>
        </w:rPr>
        <w:t>1:04:53  maulana, agla sawal dilli se hai jameel akhtar sahib ne kiya hai. unhon ne likha hai: "yahoodi islam ke dushman hain aur hamesha rahenge.</w:t>
      </w:r>
      <w:r>
        <w:br/>
      </w:r>
      <w:r>
        <w:rPr>
          <w:sz w:val="20"/>
        </w:rPr>
        <w:t>1:05:04  zyadatar kitabon ka khulasa yahi hai. quran mein yahood ka zikr kiya sirf huzoor ke daur ke yahood ke liye hi hai?</w:t>
      </w:r>
      <w:r>
        <w:br/>
      </w:r>
      <w:r>
        <w:rPr>
          <w:sz w:val="20"/>
        </w:rPr>
        <w:t>1:05:12  is ko wazeh karen." bhai, yahoodi ki baat nahi hai. aap ki kitabon mein likha rehta hai, sari kitabon mein: "kuffar-e-makka, mushrikeen-e-makka." to kya wo aaj ke liye hai?</w:t>
      </w:r>
      <w:r>
        <w:br/>
      </w:r>
      <w:r>
        <w:rPr>
          <w:sz w:val="20"/>
        </w:rPr>
        <w:t>1:05:23  sab kitabon mein likha rehta hai. "kuffar-e-makka, mushrikeen-e-makka." "qul ya ayyuhal kafirun" quran majeed mein. to kya aaj ke liye hai? ye "qul ya ayyuhal kafirun" jo hai, ye makka walon ke liye hai ye.</w:t>
      </w:r>
      <w:r>
        <w:br/>
      </w:r>
      <w:r>
        <w:rPr>
          <w:sz w:val="20"/>
        </w:rPr>
        <w:t>1:05:39  ye "qul ya ayyuhal kafirun" jo hai, makka walon ke liye hai ye. hamari kitabon mein likha rehta hai: "kuffar-e-makka, mushrikeen-e-makka." wo qadi makka ke liye hota hai.</w:t>
      </w:r>
      <w:r>
        <w:br/>
      </w:r>
      <w:r>
        <w:rPr>
          <w:sz w:val="20"/>
        </w:rPr>
        <w:t>1:05:47  to ye farq to har jis tarah doosron ke bare mein, is tarah yahood ke bare mein bhi hai.</w:t>
      </w:r>
      <w:r>
        <w:br/>
      </w:r>
      <w:r>
        <w:rPr>
          <w:sz w:val="20"/>
        </w:rPr>
        <w:t>1:05:56  jaise doosron ke bare mein, is tarah yahood ke bare mein bhi hai. asal mein dekhiye, hua ye hai. qissa kya hua? ke yahood ko jab maar peet hui falasteen mein to chale gaye, jis ko kehte hain Diaspora.</w:t>
      </w:r>
      <w:r>
        <w:br/>
      </w:r>
      <w:r>
        <w:rPr>
          <w:sz w:val="20"/>
        </w:rPr>
        <w:t>1:06:13  yani yahoodi Diaspora mein chale gaye. yani doosre mulkon mein. un ki badi tadad Western countries mein chali gayi. Europe mein aur America mein.</w:t>
      </w:r>
      <w:r>
        <w:br/>
      </w:r>
      <w:r>
        <w:rPr>
          <w:sz w:val="20"/>
        </w:rPr>
        <w:t>1:06:23  to wahan unhon ne English padhi, wahan unhon ne science padhi. to Diaspora un ke liye wo nemat ban gaya. Diaspora un ke liye nemat ban gaya.</w:t>
      </w:r>
      <w:r>
        <w:br/>
      </w:r>
      <w:r>
        <w:rPr>
          <w:sz w:val="20"/>
        </w:rPr>
        <w:t>1:06:35  aur padh padh ke, padh padh ke wo Education mein aage badhte chale gaye. main aap ko ek misaal deta hoon ke main teen baar gaya hoon falasteen aur israel.</w:t>
      </w:r>
      <w:r>
        <w:br/>
      </w:r>
      <w:r>
        <w:rPr>
          <w:sz w:val="20"/>
        </w:rPr>
        <w:t>1:06:49  to ek baar to aap ko ye maloom hua ke jo yahoodi rehte hain America mein, unhon ne ek Fund ikattha kiya.</w:t>
      </w:r>
      <w:r>
        <w:br/>
      </w:r>
      <w:r>
        <w:rPr>
          <w:sz w:val="20"/>
        </w:rPr>
        <w:t>1:06:58  ek billion dollar. billion B se. ek billion dollar ikattha kar ke gaye wo yerushalayim.</w:t>
      </w:r>
      <w:r>
        <w:br/>
      </w:r>
      <w:r>
        <w:rPr>
          <w:sz w:val="20"/>
        </w:rPr>
        <w:t>1:07:07  wahan ka jo bada rabai tha, Chief rabai, us se mile. unhon ne kaha ke yerushalayim mein bohat bara Synagogue banaiye.</w:t>
      </w:r>
      <w:r>
        <w:br/>
      </w:r>
      <w:r>
        <w:rPr>
          <w:sz w:val="20"/>
        </w:rPr>
        <w:t>1:07:16  Synagogue kehte hain yahoodi ibadat khane ko. ke yerushalayim mein bohat hi bara Synagogue banaiye aap. to Chief rabai jo tha, us ne kaha ke Khuda ko bohat bare Synagogue ki zaroorat nahi hai.</w:t>
      </w:r>
      <w:r>
        <w:br/>
      </w:r>
      <w:r>
        <w:rPr>
          <w:sz w:val="20"/>
        </w:rPr>
        <w:t>1:07:29  us ko Education mein lagao. to ek billion dollar ka Fund wahan par qaim hua Education ke liye. aur wo dhoom se lage, yani parhne lage yahoodi ladke.</w:t>
      </w:r>
      <w:r>
        <w:br/>
      </w:r>
      <w:r>
        <w:rPr>
          <w:sz w:val="20"/>
        </w:rPr>
        <w:t>1:07:41  is tarah se wahan aaya hai ye Education ka jo daur aaya hai. hamare haan badqismati se aise log paida hi nahi hote.</w:t>
      </w:r>
      <w:r>
        <w:br/>
      </w:r>
      <w:r>
        <w:rPr>
          <w:sz w:val="20"/>
        </w:rPr>
        <w:t>1:07:50  kyun ke Society itni kharab hai, itni kharab hai. koi achhi baat kahe to us ko daba dete hain. sarsrit ko aap jante hain ke aaj aap sarsrit ko bara darja dete hain.</w:t>
      </w:r>
      <w:r>
        <w:br/>
      </w:r>
      <w:r>
        <w:rPr>
          <w:sz w:val="20"/>
        </w:rPr>
        <w:t>1:08:02  lekin sarsrit ke zamane mein kya hua? un par fatwe lage. un ko mukhalifaten ki gayeen. yani sarsrit ke moaserin jo the, zabardast mukhalifaten ki gayeen un ki.</w:t>
      </w:r>
      <w:r>
        <w:br/>
      </w:r>
      <w:r>
        <w:rPr>
          <w:sz w:val="20"/>
        </w:rPr>
        <w:t>1:08:13  un ko sab kuch kaha: munafiq, kafir, fasiq, pata nahi kya kya kar dala.</w:t>
      </w:r>
      <w:r>
        <w:br/>
      </w:r>
      <w:r>
        <w:rPr>
          <w:sz w:val="20"/>
        </w:rPr>
        <w:t>1:08:21  to koi bhi kaam kar paye taajjub jab us ko yani Supporter mile. jab Supporter na mile to kuch nahi kaam ho sakta. Rasool Allah ko bhi kaam mila ke jab Supporter mile aap ko.</w:t>
      </w:r>
      <w:r>
        <w:br/>
      </w:r>
      <w:r>
        <w:rPr>
          <w:sz w:val="20"/>
        </w:rPr>
        <w:t>1:08:32  pehlay nabiyon ko Support nahi mile to koi bara kaam bhi nahi ho saka. to musalmanon ke mizaj ko badlie taake jo kaam karne ke liye utha hai to us ko Supporter mile.</w:t>
      </w:r>
      <w:r>
        <w:br/>
      </w:r>
      <w:r>
        <w:rPr>
          <w:sz w:val="20"/>
        </w:rPr>
        <w:t>1:08:42  ye bhi is ka ek pehlu hai. jab aap musalmanon ke mizaj ko badlenge to kisi kaam karne wale ko Support denge. tab ja kar bara kaam hoga.</w:t>
      </w:r>
    </w:p>
    <w:p>
      <w:pPr>
        <w:pStyle w:val="Heading2"/>
      </w:pPr>
      <w:r>
        <w:t>Categories in Paradise and qualifying for highest</w:t>
      </w:r>
    </w:p>
    <w:p>
      <w:r>
        <w:rPr>
          <w:color w:val="666666"/>
          <w:sz w:val="18"/>
        </w:rPr>
        <w:t>Quran &amp; Tafsir · Man and The Paradise August 11, 2013 Maulana Wahiduddin Khan · 3m 48s · at 45:56 · https://youtu.be/m8XdpnaS95U?t=2756</w:t>
      </w:r>
    </w:p>
    <w:p>
      <w:r>
        <w:rPr>
          <w:i/>
        </w:rPr>
        <w:t>“It is mentioned in the Quran that there are various categories in Paradise. Please tell us what are these categories and how one can qualify for the highest category?”</w:t>
      </w:r>
    </w:p>
    <w:p>
      <w:r>
        <w:rPr>
          <w:sz w:val="20"/>
        </w:rPr>
        <w:t>45:56  Maulana, yeh sawal Mumbai se aya hai Fawad sahab ka aur unhone likha hai: "Maulana sahib, it is mentioned in the Quran that there are various categories in paradise.</w:t>
      </w:r>
      <w:r>
        <w:br/>
      </w:r>
      <w:r>
        <w:rPr>
          <w:sz w:val="20"/>
        </w:rPr>
        <w:t>46:09  Please tell us what are these categories and how one can qualify for the highest category?"</w:t>
      </w:r>
      <w:r>
        <w:br/>
      </w:r>
      <w:r>
        <w:rPr>
          <w:sz w:val="20"/>
        </w:rPr>
        <w:t>46:20  meri samajh se do hi category hain.</w:t>
      </w:r>
      <w:r>
        <w:br/>
      </w:r>
      <w:r>
        <w:rPr>
          <w:sz w:val="20"/>
        </w:rPr>
        <w:t>46:25  quran mein hai jannatan, yaani do jannatein hain. sab category ho sakti hai lekin basically do darje hain jannat ke: min doonihima jannatan, yaani do jannatein hain.</w:t>
      </w:r>
      <w:r>
        <w:br/>
      </w:r>
      <w:r>
        <w:rPr>
          <w:sz w:val="20"/>
        </w:rPr>
        <w:t>46:43  to quran mein doosri jo ayat hai us se maloom hota hai ke jannat wale jo hain ek hain as-sabiqun aur ek hain muqtisad.</w:t>
      </w:r>
      <w:r>
        <w:br/>
      </w:r>
      <w:r>
        <w:rPr>
          <w:sz w:val="20"/>
        </w:rPr>
        <w:t>46:58  do title diye gaye hain.</w:t>
      </w:r>
      <w:r>
        <w:br/>
      </w:r>
      <w:r>
        <w:rPr>
          <w:sz w:val="20"/>
        </w:rPr>
        <w:t>47:03  as-sabiqun ka lafzi matlab hai aage badh kar allah ke raaste mein aage badhne wale aur muqtisad ka matlab hota hai darmiyan darmiyani darje ke log.</w:t>
      </w:r>
      <w:r>
        <w:br/>
      </w:r>
      <w:r>
        <w:rPr>
          <w:sz w:val="20"/>
        </w:rPr>
        <w:t>47:16  yaani ek hai forward group aur ek hai right group.</w:t>
      </w:r>
      <w:r>
        <w:br/>
      </w:r>
      <w:r>
        <w:rPr>
          <w:sz w:val="20"/>
        </w:rPr>
        <w:t>47:24  to forward group mein woh hai jo badh badh kar ke deen mein hissa le.</w:t>
      </w:r>
      <w:r>
        <w:br/>
      </w:r>
      <w:r>
        <w:rPr>
          <w:sz w:val="20"/>
        </w:rPr>
        <w:t>47:32  aap ka tajurba kya hoga ke do qism ke log hote hain: ek woh hain jo darmiyani darje ke log hote hain aur woh kuch soch samajh kar chalte hain, kuch doosre taqaze bhi hote hain un ke saamne, kuch jannat ke aur khuda ke taqaze bhi.</w:t>
      </w:r>
      <w:r>
        <w:br/>
      </w:r>
      <w:r>
        <w:rPr>
          <w:sz w:val="20"/>
        </w:rPr>
        <w:t>47:52  to woh</w:t>
      </w:r>
      <w:r>
        <w:br/>
      </w:r>
      <w:r>
        <w:rPr>
          <w:sz w:val="20"/>
        </w:rPr>
        <w:t>47:56  ga muqtisad hain. to muqtisad ke liye bhi jannat hai lekin woh log jo jannat ke aala darjon mein jagah payenge woh as-sabiqun hain, badh badh kar.</w:t>
      </w:r>
      <w:r>
        <w:br/>
      </w:r>
      <w:r>
        <w:rPr>
          <w:sz w:val="20"/>
        </w:rPr>
        <w:t>48:11  yaani koi reservation nahi, koi doosra consideration nahi, koi distraction nahi, koi aur interest nahi.</w:t>
      </w:r>
      <w:r>
        <w:br/>
      </w:r>
      <w:r>
        <w:rPr>
          <w:sz w:val="20"/>
        </w:rPr>
        <w:t>48:23  sab kuch jhonk dein apne aap ko.</w:t>
      </w:r>
      <w:r>
        <w:br/>
      </w:r>
      <w:r>
        <w:rPr>
          <w:sz w:val="20"/>
        </w:rPr>
        <w:t>48:27  jis ko main kahoon ke apne aap ko allah ke liye jhonk dene wale.</w:t>
      </w:r>
      <w:r>
        <w:br/>
      </w:r>
      <w:r>
        <w:rPr>
          <w:sz w:val="20"/>
        </w:rPr>
        <w:t>48:36  aur ek woh hain ke woh kuch family ke taqaze hain, kuch business ke taqaze hain, kuch job ke taqaze hain. is ko bhi poora karte hain aur saath saath woh allah ke taqaze bhi poora karte hain.</w:t>
      </w:r>
      <w:r>
        <w:br/>
      </w:r>
      <w:r>
        <w:rPr>
          <w:sz w:val="20"/>
        </w:rPr>
        <w:t>48:48  to kaha main kahunga ke fifty fifty ka maamla jinka ho, yaani fifty percent doosre taqaze, fifty percent allah ke taqaze aur hundred percent.</w:t>
      </w:r>
      <w:r>
        <w:br/>
      </w:r>
      <w:r>
        <w:rPr>
          <w:sz w:val="20"/>
        </w:rPr>
        <w:t>49:01  to kaha do group hoga: ek woh jo fifty fifty ka formula ikhtiyar kare, chalo bhai fifty percent allah ko dena hai aur fifty percent doosre jo hamari zimmedariyan hain is ko lena hai,</w:t>
      </w:r>
      <w:r>
        <w:br/>
      </w:r>
      <w:r>
        <w:rPr>
          <w:sz w:val="20"/>
        </w:rPr>
        <w:t>49:15  family hai, bachche hain aur doosre worldly interest hain. to jo fifty fifty wale formula par chalein, un ke liye darmiyani jannat hai aur jo hundred percent apne ko jhonk dein allah ke raaste mein, un ke liye firdous se aala jannat hai.</w:t>
      </w:r>
      <w:r>
        <w:br/>
      </w:r>
      <w:r>
        <w:rPr>
          <w:sz w:val="20"/>
        </w:rPr>
        <w:t>49:37  un ko as-sabiqun kaha gaya hai.</w:t>
      </w:r>
    </w:p>
    <w:p>
      <w:pPr>
        <w:pStyle w:val="Heading2"/>
      </w:pPr>
      <w:r>
        <w:t>Cause and cure for despair in Quran</w:t>
      </w:r>
    </w:p>
    <w:p>
      <w:r>
        <w:rPr>
          <w:color w:val="666666"/>
          <w:sz w:val="18"/>
        </w:rPr>
        <w:t>Quran &amp; Tafsir · Example of the Prophet March 20, 2016 · 3m 53s · at 1:18:36 · https://youtu.be/79HmhzXU41w?t=4716</w:t>
      </w:r>
    </w:p>
    <w:p>
      <w:r>
        <w:rPr>
          <w:i/>
        </w:rPr>
        <w:t>“Please suggest the cause and cure for despair from the spirit of the Quran. The first thing is that despair is forbidden in Islam; the Quran says 'do not despair'...”</w:t>
      </w:r>
    </w:p>
    <w:p>
      <w:r>
        <w:rPr>
          <w:sz w:val="20"/>
        </w:rPr>
        <w:t>1:18:36  Maulana, agla sawal kia hai Tariq Badar Sahab ne Lahore Pakistan se, aur unhon ne likha hai Quran</w:t>
      </w:r>
      <w:r>
        <w:br/>
      </w:r>
      <w:r>
        <w:rPr>
          <w:sz w:val="20"/>
        </w:rPr>
        <w:t>1:18:44  ki rooh se mayusi ki waja aur ilaj tajweez farmayen.</w:t>
      </w:r>
      <w:r>
        <w:br/>
      </w:r>
      <w:r>
        <w:rPr>
          <w:sz w:val="20"/>
        </w:rPr>
        <w:t>1:18:52  pehli baat to yeh hai ke islam mein mayusi haram hai, quran mein hai ke la ta'yasu min</w:t>
      </w:r>
      <w:r>
        <w:br/>
      </w:r>
      <w:r>
        <w:rPr>
          <w:sz w:val="20"/>
        </w:rPr>
        <w:t>1:18:58  rah allah, allah ki rehmat se mayus na ho, yeh hukum ke taur par.</w:t>
      </w:r>
      <w:r>
        <w:br/>
      </w:r>
      <w:r>
        <w:rPr>
          <w:sz w:val="20"/>
        </w:rPr>
        <w:t>1:19:05  to mayusi to siray se islam mein jaiz hi nahi hai,</w:t>
      </w:r>
      <w:r>
        <w:br/>
      </w:r>
      <w:r>
        <w:rPr>
          <w:sz w:val="20"/>
        </w:rPr>
        <w:t>1:19:12  dosri baat yeh hai ke mayusi kyun hoti hai</w:t>
      </w:r>
      <w:r>
        <w:br/>
      </w:r>
      <w:r>
        <w:rPr>
          <w:sz w:val="20"/>
        </w:rPr>
        <w:t>1:19:16  aur is ka ilaj kya hai?</w:t>
      </w:r>
      <w:r>
        <w:br/>
      </w:r>
      <w:r>
        <w:rPr>
          <w:sz w:val="20"/>
        </w:rPr>
        <w:t>1:19:19  to dekhiye, mayusi hoti hai asal mein</w:t>
      </w:r>
      <w:r>
        <w:br/>
      </w:r>
      <w:r>
        <w:rPr>
          <w:sz w:val="20"/>
        </w:rPr>
        <w:t>1:19:23  jahan tak mein samajh paya hoon,</w:t>
      </w:r>
      <w:r>
        <w:br/>
      </w:r>
      <w:r>
        <w:rPr>
          <w:sz w:val="20"/>
        </w:rPr>
        <w:t>1:19:27  yani deep thinking na hone ki waja se,</w:t>
      </w:r>
      <w:r>
        <w:br/>
      </w:r>
      <w:r>
        <w:rPr>
          <w:sz w:val="20"/>
        </w:rPr>
        <w:t>1:19:35  deep thinking na hone ki waja se</w:t>
      </w:r>
      <w:r>
        <w:br/>
      </w:r>
      <w:r>
        <w:rPr>
          <w:sz w:val="20"/>
        </w:rPr>
        <w:t>1:19:39  mayusi aati hai.</w:t>
      </w:r>
      <w:r>
        <w:br/>
      </w:r>
      <w:r>
        <w:rPr>
          <w:sz w:val="20"/>
        </w:rPr>
        <w:t>1:19:42  misal ke taur par mein apna case batata hoon aap ko ke itni lambi meri umar ho gayi</w:t>
      </w:r>
      <w:r>
        <w:br/>
      </w:r>
      <w:r>
        <w:rPr>
          <w:sz w:val="20"/>
        </w:rPr>
        <w:t>1:19:48  aur zindagi bhar mujhe bhi yeh daura pada ke falan waqea hoga, is se mayusi, falan waqea hoga,</w:t>
      </w:r>
      <w:r>
        <w:br/>
      </w:r>
      <w:r>
        <w:rPr>
          <w:sz w:val="20"/>
        </w:rPr>
        <w:t>1:19:54  is se mayusi.</w:t>
      </w:r>
      <w:r>
        <w:br/>
      </w:r>
      <w:r>
        <w:rPr>
          <w:sz w:val="20"/>
        </w:rPr>
        <w:t>1:19:55  ek do nahi,</w:t>
      </w:r>
      <w:r>
        <w:br/>
      </w:r>
      <w:r>
        <w:rPr>
          <w:sz w:val="20"/>
        </w:rPr>
        <w:t>1:19:58  aaj mein sochta hoon to woh sab jo hua tha, wahi mere liye best tha.</w:t>
      </w:r>
      <w:r>
        <w:br/>
      </w:r>
      <w:r>
        <w:rPr>
          <w:sz w:val="20"/>
        </w:rPr>
        <w:t>1:20:04  yahan se wahan tak jitne bhi waqeat mein ne sochta hoon, woh jo hua, wahi best tha.</w:t>
      </w:r>
      <w:r>
        <w:br/>
      </w:r>
      <w:r>
        <w:rPr>
          <w:sz w:val="20"/>
        </w:rPr>
        <w:t>1:20:09  koi mujh se mulaqat kisi ko to mein aap ko ek sau ek qisse bataunga.</w:t>
      </w:r>
      <w:r>
        <w:br/>
      </w:r>
      <w:r>
        <w:rPr>
          <w:sz w:val="20"/>
        </w:rPr>
        <w:t>1:20:14  kyun hota kya hai? insan ki limitations hain, aur sab se bari baat yeh hai ke insan future</w:t>
      </w:r>
      <w:r>
        <w:br/>
      </w:r>
      <w:r>
        <w:rPr>
          <w:sz w:val="20"/>
        </w:rPr>
        <w:t>1:20:23  ko nahi janta,</w:t>
      </w:r>
      <w:r>
        <w:br/>
      </w:r>
      <w:r>
        <w:rPr>
          <w:sz w:val="20"/>
        </w:rPr>
        <w:t>1:20:25  future ko nahi janta.</w:t>
      </w:r>
      <w:r>
        <w:br/>
      </w:r>
      <w:r>
        <w:rPr>
          <w:sz w:val="20"/>
        </w:rPr>
        <w:t>1:20:27  to jis waqey ko mein ne ek kisi waqt samjhaya tha ke mere</w:t>
      </w:r>
      <w:r>
        <w:br/>
      </w:r>
      <w:r>
        <w:rPr>
          <w:sz w:val="20"/>
        </w:rPr>
        <w:t>1:20:34  yeh mera kaam nahi hua, mera kaam bigad gaya,</w:t>
      </w:r>
      <w:r>
        <w:br/>
      </w:r>
      <w:r>
        <w:rPr>
          <w:sz w:val="20"/>
        </w:rPr>
        <w:t>1:20:39  lekin baad ko mila, wahi to, wahi to, isi mein to meri kamyabi ka raaz tha, wahi mere</w:t>
      </w:r>
      <w:r>
        <w:br/>
      </w:r>
      <w:r>
        <w:rPr>
          <w:sz w:val="20"/>
        </w:rPr>
        <w:t>1:20:45  liye best tha.</w:t>
      </w:r>
      <w:r>
        <w:br/>
      </w:r>
      <w:r>
        <w:rPr>
          <w:sz w:val="20"/>
        </w:rPr>
        <w:t>1:20:48  to sab se,</w:t>
      </w:r>
      <w:r>
        <w:br/>
      </w:r>
      <w:r>
        <w:rPr>
          <w:sz w:val="20"/>
        </w:rPr>
        <w:t>1:20:50  yani sab se zyada effective tareeqa yeh hai ke aadmi Allah par yaqeen rakhe ke jo ho raha</w:t>
      </w:r>
      <w:r>
        <w:br/>
      </w:r>
      <w:r>
        <w:rPr>
          <w:sz w:val="20"/>
        </w:rPr>
        <w:t>1:20:57  hai, woh yani woh jo kaha Hazrat Ali ne, al khair fi ma waqa, yani what happened happened</w:t>
      </w:r>
      <w:r>
        <w:br/>
      </w:r>
      <w:r>
        <w:rPr>
          <w:sz w:val="20"/>
        </w:rPr>
        <w:t>1:21:05  for my, for my betterment,</w:t>
      </w:r>
      <w:r>
        <w:br/>
      </w:r>
      <w:r>
        <w:rPr>
          <w:sz w:val="20"/>
        </w:rPr>
        <w:t>1:21:10  jo hua mere, mere, aur chounke bohat se insaanon ki misalein milein gi aap ko, insaanon ki bohat</w:t>
      </w:r>
      <w:r>
        <w:br/>
      </w:r>
      <w:r>
        <w:rPr>
          <w:sz w:val="20"/>
        </w:rPr>
        <w:t>1:21:17  se insaanon ki misalein milein gi ke jo kisi cheez ko le kar mayoos ho gaye thay, aur</w:t>
      </w:r>
      <w:r>
        <w:br/>
      </w:r>
      <w:r>
        <w:rPr>
          <w:sz w:val="20"/>
        </w:rPr>
        <w:t>1:21:21  baad ke un ke betterment mein tha, woh</w:t>
      </w:r>
      <w:r>
        <w:br/>
      </w:r>
      <w:r>
        <w:rPr>
          <w:sz w:val="20"/>
        </w:rPr>
        <w:t>1:21:26  to khud apne baray mein aap sochein.</w:t>
      </w:r>
      <w:r>
        <w:br/>
      </w:r>
      <w:r>
        <w:rPr>
          <w:sz w:val="20"/>
        </w:rPr>
        <w:t>1:21:29  har aadmi mein sochta hoon ke agar soche to kabhi kisi cheez ko le kar woh jahan mayoos</w:t>
      </w:r>
      <w:r>
        <w:br/>
      </w:r>
      <w:r>
        <w:rPr>
          <w:sz w:val="20"/>
        </w:rPr>
        <w:t>1:21:35  ho gaya tha, aaj jo dekha to lage ga ke woh to bohat acha tha mere liye.</w:t>
      </w:r>
      <w:r>
        <w:br/>
      </w:r>
      <w:r>
        <w:rPr>
          <w:sz w:val="20"/>
        </w:rPr>
        <w:t>1:21:41  to yeh jo qoul hai, al khair fi ma waqa, what happened happened for my betterment, bohat hi sahih</w:t>
      </w:r>
      <w:r>
        <w:br/>
      </w:r>
      <w:r>
        <w:rPr>
          <w:sz w:val="20"/>
        </w:rPr>
        <w:t>1:21:49  hai, is ko hamesha yaad rakhna chahiye aadmi ko.</w:t>
      </w:r>
      <w:r>
        <w:br/>
      </w:r>
      <w:r>
        <w:rPr>
          <w:sz w:val="20"/>
        </w:rPr>
        <w:t>1:21:53  to wajah yeh hai ke aadmi mustaqbil ko, future ko nahi janta,</w:t>
      </w:r>
      <w:r>
        <w:br/>
      </w:r>
      <w:r>
        <w:rPr>
          <w:sz w:val="20"/>
        </w:rPr>
        <w:t>1:22:01  kal kya hone wala hai, is ko nahi janta, is liye aaj woh samajhta hai ke mera baat,</w:t>
      </w:r>
      <w:r>
        <w:br/>
      </w:r>
      <w:r>
        <w:rPr>
          <w:sz w:val="20"/>
        </w:rPr>
        <w:t>1:22:06  mera kaam bigar gaya.</w:t>
      </w:r>
      <w:r>
        <w:br/>
      </w:r>
      <w:r>
        <w:rPr>
          <w:sz w:val="20"/>
        </w:rPr>
        <w:t>1:22:09  to wajah to hoti hai future ko na janna,</w:t>
      </w:r>
      <w:r>
        <w:br/>
      </w:r>
      <w:r>
        <w:rPr>
          <w:sz w:val="20"/>
        </w:rPr>
        <w:t>1:22:13  aur ilaaj yeh hai ke is is jo sahabi ka yeh qoul hai, al khair fi ma waqa, what</w:t>
      </w:r>
      <w:r>
        <w:br/>
      </w:r>
      <w:r>
        <w:rPr>
          <w:sz w:val="20"/>
        </w:rPr>
        <w:t>1:22:19  happened happened for my betterment, is par yaqeen karna,</w:t>
      </w:r>
      <w:r>
        <w:br/>
      </w:r>
      <w:r>
        <w:rPr>
          <w:sz w:val="20"/>
        </w:rPr>
        <w:t>1:22:23  is par yaqeen karna.</w:t>
      </w:r>
      <w:r>
        <w:br/>
      </w:r>
      <w:r>
        <w:rPr>
          <w:sz w:val="20"/>
        </w:rPr>
        <w:t>1:22:26  mein samajhta hoon ke yeh two point formula hai.</w:t>
      </w:r>
    </w:p>
    <w:p>
      <w:pPr>
        <w:pStyle w:val="Heading2"/>
      </w:pPr>
      <w:r>
        <w:t>Connecting cultural speeches to Quran</w:t>
      </w:r>
    </w:p>
    <w:p>
      <w:r>
        <w:rPr>
          <w:color w:val="666666"/>
          <w:sz w:val="18"/>
        </w:rPr>
        <w:t>Quran &amp; Tafsir · Question &amp; Answer Jan 6th 2013 - Maulana Wahiduddin Kahn · 2m 58s · at 33:29 · https://youtu.be/1FAK1QuHEpw?t=2009</w:t>
      </w:r>
    </w:p>
    <w:p>
      <w:r>
        <w:rPr>
          <w:i/>
        </w:rPr>
        <w:t>“I heard a speech by a great scholar about Muslim culture. At the end, he quoted Prophet Ibrahim saying: 'O my people! I ask no reward from you; my reward is with Allah.' My question is: after such a cultural speech, how is it to connect it to the Quran?”</w:t>
      </w:r>
    </w:p>
    <w:p>
      <w:r>
        <w:rPr>
          <w:sz w:val="20"/>
        </w:rPr>
        <w:t>33:29  molana, yeh sawal dilli se hai, shah imran hasan sahab ka. unhon ne likha hai: "ek bare aalim e deen ki maine taqreer suni.</w:t>
      </w:r>
      <w:r>
        <w:br/>
      </w:r>
      <w:r>
        <w:rPr>
          <w:sz w:val="20"/>
        </w:rPr>
        <w:t>33:39  yeh taqreer muslim culture ke upar thi. aakhir mein unhon ne Hazrat Ibrahim ki yeh baat kahi ke aye</w:t>
      </w:r>
      <w:r>
        <w:br/>
      </w:r>
      <w:r>
        <w:rPr>
          <w:sz w:val="20"/>
        </w:rPr>
        <w:t>33:49  meri qaum! main tum se koi ajr nahi mangta. mera ajr to Allah ke paas hai." molana sahib, mera sawal yeh hai ke is tarah ki cultural taqreer ke baad is ko quran se jodna kaisa hai?</w:t>
      </w:r>
      <w:r>
        <w:br/>
      </w:r>
      <w:r>
        <w:rPr>
          <w:sz w:val="20"/>
        </w:rPr>
        <w:t>34:11  cultural jo musalmanon ka zehan hai, cultural identity yani shanakht woh to ek milli yani milli mamla hai, millat ka mamla hai.</w:t>
      </w:r>
      <w:r>
        <w:br/>
      </w:r>
      <w:r>
        <w:rPr>
          <w:sz w:val="20"/>
        </w:rPr>
        <w:t>34:26  musalman is zamane mein bohat zyada baatein karte hain shanakht ki, identity ki. woh ek milli masla hai. woh Hazrat Ibrahim ka jo waqia hai ya doosre paighambaron ka woh da'i ka culture hai ke da'i jin logon mein daryaaon mein kaam karta hai, un se un se chanda mangna, un se faida uthana yeh is ka mizaj nahi hota hai.</w:t>
      </w:r>
      <w:r>
        <w:br/>
      </w:r>
      <w:r>
        <w:rPr>
          <w:sz w:val="20"/>
        </w:rPr>
        <w:t>34:50  woh woh to yak tarafah tor par apni baat un tak pohnchanay ki koshish karta hai. woh us ko jo us ko lena hai, woh Allah se umeed rakhta hai.</w:t>
      </w:r>
      <w:r>
        <w:br/>
      </w:r>
      <w:r>
        <w:rPr>
          <w:sz w:val="20"/>
        </w:rPr>
        <w:t>34:59  is ke liye woh baqi jo mad'u log hain, un se is kisi maadi cheez ki umeed de kar nahi kaam karta. woh kuch nahi.</w:t>
      </w:r>
      <w:r>
        <w:br/>
      </w:r>
      <w:r>
        <w:rPr>
          <w:sz w:val="20"/>
        </w:rPr>
        <w:t>35:10  to woh woh wahan par da'wa culture ki baat hai, woh milli culture ki baat nahi hai. dono alag cheezein hain. milli culture to ek qaumi cheez hai, qaumi.</w:t>
      </w:r>
      <w:r>
        <w:br/>
      </w:r>
      <w:r>
        <w:rPr>
          <w:sz w:val="20"/>
        </w:rPr>
        <w:t>35:20  ab woh to ek da'wati cheezein, bohat oonchi oonchi baat hai. woh woh alag hai, woh alag hai.</w:t>
      </w:r>
      <w:r>
        <w:br/>
      </w:r>
      <w:r>
        <w:rPr>
          <w:sz w:val="20"/>
        </w:rPr>
        <w:t>35:28  okay, we will end the session now. thank you.</w:t>
      </w:r>
    </w:p>
    <w:p>
      <w:pPr>
        <w:pStyle w:val="Heading2"/>
      </w:pPr>
      <w:r>
        <w:t>Contextual interpretation of fighting verses</w:t>
      </w:r>
    </w:p>
    <w:p>
      <w:r>
        <w:rPr>
          <w:color w:val="666666"/>
          <w:sz w:val="18"/>
        </w:rPr>
        <w:t>Quran &amp; Tafsir · Study of The Quran November 30, 2014 · 3m 47s · at 1:10:31 · https://youtu.be/x3fcJ2nlDow?t=4231</w:t>
      </w:r>
    </w:p>
    <w:p>
      <w:r>
        <w:rPr>
          <w:i/>
        </w:rPr>
        <w:t>“Moulana, you always say that we have to see the verses in the context of their background when they were revealed. And therefore those verses like fighting and kafir related were meant for the time when they were revealed. When should we apply them today?”</w:t>
      </w:r>
    </w:p>
    <w:p>
      <w:r>
        <w:rPr>
          <w:sz w:val="20"/>
        </w:rPr>
        <w:t>1:10:31  Moulana, agla sawal Mumbai se kiya hai Ahmed Sahab ne, aur unhon ne likha hai: "Moulana you always say that we have to see the verses in the context of its background when they were revealed.</w:t>
      </w:r>
      <w:r>
        <w:br/>
      </w:r>
      <w:r>
        <w:rPr>
          <w:sz w:val="20"/>
        </w:rPr>
        <w:t>1:10:44  And therefore those verses like fighting aur kafir related were meant for the time when they were revealed.</w:t>
      </w:r>
      <w:r>
        <w:br/>
      </w:r>
      <w:r>
        <w:rPr>
          <w:sz w:val="20"/>
        </w:rPr>
        <w:t>1:10:54  When</w:t>
      </w:r>
      <w:r>
        <w:br/>
      </w:r>
      <w:r>
        <w:rPr>
          <w:sz w:val="20"/>
        </w:rPr>
        <w:t>1:10:55  we say this to people, they tell us what is the basis of your argument that those verses were not meant for future.</w:t>
      </w:r>
      <w:r>
        <w:br/>
      </w:r>
      <w:r>
        <w:rPr>
          <w:sz w:val="20"/>
        </w:rPr>
        <w:t>1:11:04  They say that all the verses were meant for future as well. Moulana how can we address such issues on a rational level?" To main to jawab de diya aap ko ke sare Islam is cards mante hain ke qital ki ayat hai woh hasan li-zati nahin, hasan li-ghairi</w:t>
      </w:r>
      <w:r>
        <w:br/>
      </w:r>
      <w:r>
        <w:rPr>
          <w:sz w:val="20"/>
        </w:rPr>
        <w:t>1:11:23  hai. Hasan hasan li-zati hain, hasan li-ghairi nahin. Yani hasan li-zati aur hasan li-ghairi ka matlab yeh hai ke violence fateh ka violence ke liye nahin hai, kisi positive end ke liye hai.</w:t>
      </w:r>
      <w:r>
        <w:br/>
      </w:r>
      <w:r>
        <w:rPr>
          <w:sz w:val="20"/>
        </w:rPr>
        <w:t>1:11:38  Woh positive end nahin ho to ladai bhi nahin ki jayegi. Yeh to sare log mante hain,</w:t>
      </w:r>
      <w:r>
        <w:br/>
      </w:r>
      <w:r>
        <w:rPr>
          <w:sz w:val="20"/>
        </w:rPr>
        <w:t>1:11:46  Yeh sare log mante hain.</w:t>
      </w:r>
      <w:r>
        <w:br/>
      </w:r>
      <w:r>
        <w:rPr>
          <w:sz w:val="20"/>
        </w:rPr>
        <w:t>1:11:48  Na mare to yani bohat ajeeb baat hai ke agar koi na mare, us ko kiya khaas ladna ban raha hai? Laren, maren hain aap.</w:t>
      </w:r>
      <w:r>
        <w:br/>
      </w:r>
      <w:r>
        <w:rPr>
          <w:sz w:val="20"/>
        </w:rPr>
        <w:t>1:11:57  Yeh Islam hai, yeh koi maqsad nahin hai, koi koi koi positive end nahin hai. Khwah makhwah badhen, lad ke maren.</w:t>
      </w:r>
      <w:r>
        <w:br/>
      </w:r>
      <w:r>
        <w:rPr>
          <w:sz w:val="20"/>
        </w:rPr>
        <w:t>1:12:06  Yeh koi Islam hua?</w:t>
      </w:r>
      <w:r>
        <w:br/>
      </w:r>
      <w:r>
        <w:rPr>
          <w:sz w:val="20"/>
        </w:rPr>
        <w:t>1:12:11  Quran mein dekhen ayat hai ke qaatiloohum hatta la tuqro fitnatun</w:t>
      </w:r>
      <w:r>
        <w:br/>
      </w:r>
      <w:r>
        <w:rPr>
          <w:sz w:val="20"/>
        </w:rPr>
        <w:t>1:12:16  Jab fitna ko khatam karne ke liye laro. Fitna nahin to ladai bhi nahin. Yani fitna khatam karne ke liye laro.</w:t>
      </w:r>
      <w:r>
        <w:br/>
      </w:r>
      <w:r>
        <w:rPr>
          <w:sz w:val="20"/>
        </w:rPr>
        <w:t>1:12:27  To ab fitna kahan hai? Fitna ka matlab hai religious persecution. Jab religious persecution nahin to ladna kis liye? Jab religious persecution nahin hai to ladna kis liye?</w:t>
      </w:r>
      <w:r>
        <w:br/>
      </w:r>
      <w:r>
        <w:rPr>
          <w:sz w:val="20"/>
        </w:rPr>
        <w:t>1:12:42  Dekhen is mein koi. Yani yani kuch cheezon ke bare mein yahi ulma mante bhi hain. Misal ke taur par dekhiye Quran mein hai ke a'idduhum masaddatakum bil quwwati yani quwwat quwwat faraham karo.</w:t>
      </w:r>
      <w:r>
        <w:br/>
      </w:r>
      <w:r>
        <w:rPr>
          <w:sz w:val="20"/>
        </w:rPr>
        <w:t>1:13:01  Apne rival jo tumhare hain un ke liye muqable mein quwwat faraham karo. Quwwat ka matlab kiya hai?</w:t>
      </w:r>
      <w:r>
        <w:br/>
      </w:r>
      <w:r>
        <w:rPr>
          <w:sz w:val="20"/>
        </w:rPr>
        <w:t>1:13:10  hadis mein aata hai ke ala ind al quwwata aram</w:t>
      </w:r>
      <w:r>
        <w:br/>
      </w:r>
      <w:r>
        <w:rPr>
          <w:sz w:val="20"/>
        </w:rPr>
        <w:t>1:13:15  ke sun lo ke quwwat se murad hai teer marna.</w:t>
      </w:r>
      <w:r>
        <w:br/>
      </w:r>
      <w:r>
        <w:rPr>
          <w:sz w:val="20"/>
        </w:rPr>
        <w:t>1:13:21  to kya aap aaj koi muslim state teer kaman ki fauj banayegi? koi banati hai? koi koi fauj?</w:t>
      </w:r>
      <w:r>
        <w:br/>
      </w:r>
      <w:r>
        <w:rPr>
          <w:sz w:val="20"/>
        </w:rPr>
        <w:t>1:13:31  koi muslim fauj? koi dunya mein koi muslim mulk aisa hai jo kahe ke adad quwwat ka matlab hai teer kaman par raho?</w:t>
      </w:r>
      <w:r>
        <w:br/>
      </w:r>
      <w:r>
        <w:rPr>
          <w:sz w:val="20"/>
        </w:rPr>
        <w:t>1:13:41  yahan par sab logon ne, sare ulama ne yeh maan liya ke teer kaman ki baat is zamane ke lihaz se thi, aaj ke lihaz se nahi hai.</w:t>
      </w:r>
      <w:r>
        <w:br/>
      </w:r>
      <w:r>
        <w:rPr>
          <w:sz w:val="20"/>
        </w:rPr>
        <w:t>1:13:50  aaj adad quwwat aaj ke lihaz se hoga. aaj jo jis cheez ko quwwat samjha, jo cheez quwwat hogi, us ke lihaz se hum tayari karenge.</w:t>
      </w:r>
      <w:r>
        <w:br/>
      </w:r>
      <w:r>
        <w:rPr>
          <w:sz w:val="20"/>
        </w:rPr>
        <w:t>1:14:00  to yahan to log mante hain, log adad quwwat ka matlab teer kaman nahi hai. aur doosre cheezon mein nahi mante.</w:t>
      </w:r>
      <w:r>
        <w:br/>
      </w:r>
      <w:r>
        <w:rPr>
          <w:sz w:val="20"/>
        </w:rPr>
        <w:t>1:14:08  yeh to bilkul hi mein samajhta hoon ke sare log jo double standard ho gaye hain. sab ke sab double standard ho gaye hain.</w:t>
      </w:r>
    </w:p>
    <w:p>
      <w:pPr>
        <w:pStyle w:val="Heading2"/>
      </w:pPr>
      <w:r>
        <w:t>Conveying Quran understanding to conditioned minds</w:t>
      </w:r>
    </w:p>
    <w:p>
      <w:r>
        <w:rPr>
          <w:color w:val="666666"/>
          <w:sz w:val="18"/>
        </w:rPr>
        <w:t>Quran &amp; Tafsir · Roza and Quran July 18, 2010 · 4m 56s · at 1:01:55 · https://youtu.be/TSjqSQEb0EQ?t=3715</w:t>
      </w:r>
    </w:p>
    <w:p>
      <w:r>
        <w:rPr>
          <w:i/>
        </w:rPr>
        <w:t>“I have visited almost every village of India. Muslims living in the villages read Quran, retain it in memory, but without understanding. How can the importance of understanding Quran be conveyed to such conditioned minds?”</w:t>
      </w:r>
    </w:p>
    <w:p>
      <w:r>
        <w:rPr>
          <w:sz w:val="20"/>
        </w:rPr>
        <w:t>1:01:55  Maulana, agla sawal Mr. Chaudhry Akbar ka hai, Haryana se. He has written: "I have visited almost every village of India.</w:t>
      </w:r>
      <w:r>
        <w:br/>
      </w:r>
      <w:r>
        <w:rPr>
          <w:sz w:val="20"/>
        </w:rPr>
        <w:t>1:02:06  Muslims living in the villages read Quran, retain it in their memory, but without any understanding."</w:t>
      </w:r>
      <w:r>
        <w:br/>
      </w:r>
      <w:r>
        <w:rPr>
          <w:sz w:val="20"/>
        </w:rPr>
        <w:t>1:02:14  Maulana sahib, my question is: how can the importance of understanding Quran be conveyed to such conditioned minds?</w:t>
      </w:r>
      <w:r>
        <w:br/>
      </w:r>
      <w:r>
        <w:rPr>
          <w:sz w:val="20"/>
        </w:rPr>
        <w:t>1:02:25  Abhi mein ne bataya na ke ayat Aisha se kaha gaya hai kuch logon ke bare mein ke is tarah se far far far far Quran padhte hain. Baghair samjhe jab padhenge toh aap far far padhenge.</w:t>
      </w:r>
      <w:r>
        <w:br/>
      </w:r>
      <w:r>
        <w:rPr>
          <w:sz w:val="20"/>
        </w:rPr>
        <w:t>1:02:34  Aap toh unhon ne kaha ke ulahaka qara'uhu wa lam yaqra'u unhon ne padha magar nahi padha. Yeh jab hadithain sunai jayen,</w:t>
      </w:r>
      <w:r>
        <w:br/>
      </w:r>
      <w:r>
        <w:rPr>
          <w:sz w:val="20"/>
        </w:rPr>
        <w:t>1:02:44  Sahaba ke waqiat sunaye jayen ke woh ek Sahabi teen saal tak Surah Al-Baqarah pe sochte rahe, sirf Surah Al-Baqarah pe teen saal tak ghor karte rahe.</w:t>
      </w:r>
      <w:r>
        <w:br/>
      </w:r>
      <w:r>
        <w:rPr>
          <w:sz w:val="20"/>
        </w:rPr>
        <w:t>1:02:57  Yeh bataya jaye ke Quran utra hai tadabbur ke liye liyadabbaru ayatihi aaj kal hota kya hai ke kuch log ja ke fazail sunate hain.</w:t>
      </w:r>
      <w:r>
        <w:br/>
      </w:r>
      <w:r>
        <w:rPr>
          <w:sz w:val="20"/>
        </w:rPr>
        <w:t>1:03:07  Fazail jo hain woh banawati kahaniyan hoti hain. Yaani yeh jo padhte hain baghair soche samjhe aur yaad karte hain is ko toh us ki kahaniyan banayi gayi hain.</w:t>
      </w:r>
      <w:r>
        <w:br/>
      </w:r>
      <w:r>
        <w:rPr>
          <w:sz w:val="20"/>
        </w:rPr>
        <w:t>1:03:19  Woh khoob sunate hain ja kar un ko. Woh sab bilkul baseless kahaniyan hoti hain.</w:t>
      </w:r>
      <w:r>
        <w:br/>
      </w:r>
      <w:r>
        <w:rPr>
          <w:sz w:val="20"/>
        </w:rPr>
        <w:t>1:03:24  Un ko bataya jaye Quran utra hai tadabbur ke liye. Un ko bataya jaye ke Sahaba kis tarah se padhte the, study kar ke padhte the. Aur bataya jaye ke unhon ne kis tarah se kaha ke jo bila ghor o fikr padhe, use padha hi nahi Quran majeed ko.</w:t>
      </w:r>
      <w:r>
        <w:br/>
      </w:r>
      <w:r>
        <w:rPr>
          <w:sz w:val="20"/>
        </w:rPr>
        <w:t>1:03:40  Jitna zyada yeh baatein batayi jayengi, utni zyada un ke samne baat ayegi. Abhi toh kya hai? Abhi toh sirf fazail ki kahaniyan sunate hain log. Log jate hain masjidon mein aur aur wahan taqreerein karte hain, kahaniyan sunate hain.</w:t>
      </w:r>
      <w:r>
        <w:br/>
      </w:r>
      <w:r>
        <w:rPr>
          <w:sz w:val="20"/>
        </w:rPr>
        <w:t>1:03:54  Log samajhte hain ke sach much yeh baat sahi hai. Toh zaroorat hai ke ek ek movement chalayi jaye jin logon ko bataye sahi baat.</w:t>
      </w:r>
      <w:r>
        <w:br/>
      </w:r>
      <w:r>
        <w:rPr>
          <w:sz w:val="20"/>
        </w:rPr>
        <w:t>1:04:06  Toh inshallah is ka asar hoga. Zaroor asar hoga.</w:t>
      </w:r>
      <w:r>
        <w:br/>
      </w:r>
      <w:r>
        <w:rPr>
          <w:sz w:val="20"/>
        </w:rPr>
        <w:t>1:04:13  Maulana, yeh sawal hai Maulana Abdul Basit Omri ka, Doha, Qatar se</w:t>
      </w:r>
      <w:r>
        <w:br/>
      </w:r>
      <w:r>
        <w:rPr>
          <w:sz w:val="20"/>
        </w:rPr>
        <w:t>1:04:19  . unhon ne likha hai ke "ajz" ko bator usool daryaft karna, is ka matlab kya hai?</w:t>
      </w:r>
      <w:r>
        <w:br/>
      </w:r>
      <w:r>
        <w:rPr>
          <w:sz w:val="20"/>
        </w:rPr>
        <w:t>1:04:37  is ka matlab yeh hai ke insaan ke paas khud koi taqat nahi hai, khud koi qudrat nahi hai. insaan ke bas mein kuch bhi nahi hai.</w:t>
      </w:r>
      <w:r>
        <w:br/>
      </w:r>
      <w:r>
        <w:rPr>
          <w:sz w:val="20"/>
        </w:rPr>
        <w:t>1:04:48  jaise mein bol raha hoon, yeh bhi mere bas mein nahi hai. mein alwar gaya ek baar to wahan par ek thay molana ibrahim sahib, bade zabardast speaker thay.</w:t>
      </w:r>
      <w:r>
        <w:br/>
      </w:r>
      <w:r>
        <w:rPr>
          <w:sz w:val="20"/>
        </w:rPr>
        <w:t>1:04:58  woh bohat speaker bade thay. ek din bol rahe thay, woh is stage par bolte bolte gir gaye.</w:t>
      </w:r>
      <w:r>
        <w:br/>
      </w:r>
      <w:r>
        <w:rPr>
          <w:sz w:val="20"/>
        </w:rPr>
        <w:t>1:05:09  zuban band ho gayi. is ke baad mein ne dekha hai un ko kursi par baithe rehte thay wahan par</w:t>
      </w:r>
      <w:r>
        <w:br/>
      </w:r>
      <w:r>
        <w:rPr>
          <w:sz w:val="20"/>
        </w:rPr>
        <w:t>1:05:15  , ek tooti hui kursi par masjid mein. aise hi bol nahi paate thay. woh to hum hamare ikhtiyar mein kya hai? is baat ko discover karna.</w:t>
      </w:r>
      <w:r>
        <w:br/>
      </w:r>
      <w:r>
        <w:rPr>
          <w:sz w:val="20"/>
        </w:rPr>
        <w:t>1:05:28  is baat ko discover karna ke jo kuch hai, woh Allah ki madad se ho raha hai. Allah ki madad uth jaye to sab khatam. to log is se bekhabar hain.</w:t>
      </w:r>
      <w:r>
        <w:br/>
      </w:r>
      <w:r>
        <w:rPr>
          <w:sz w:val="20"/>
        </w:rPr>
        <w:t>1:05:40  yani log har cheezon cheez ko guaranteed lete rehte hain.</w:t>
      </w:r>
      <w:r>
        <w:br/>
      </w:r>
      <w:r>
        <w:rPr>
          <w:sz w:val="20"/>
        </w:rPr>
        <w:t>1:05:45  jo ho raha hai to aise hi hota rahega. aas paas aise waqiat hote hain ke jo ho raha hai, waise hi nahi ho raha hai. to yeh mizaj khatam agar ho jaye ke cheezon ko guaranteed na liya jaye, balke socha jaye, socha jaye, socha jaye.</w:t>
      </w:r>
      <w:r>
        <w:br/>
      </w:r>
      <w:r>
        <w:rPr>
          <w:sz w:val="20"/>
        </w:rPr>
        <w:t>1:06:04  aur is cheez ko matlab discovery daryaft kiya jaye ke Allah taala ki is se madad hai, tab hum is kaam kar paate hain.</w:t>
      </w:r>
      <w:r>
        <w:br/>
      </w:r>
      <w:r>
        <w:rPr>
          <w:sz w:val="20"/>
        </w:rPr>
        <w:t>1:06:14  to insaan harkat mein paida hua, ajiz hi paida hua hai.</w:t>
      </w:r>
      <w:r>
        <w:br/>
      </w:r>
      <w:r>
        <w:rPr>
          <w:sz w:val="20"/>
        </w:rPr>
        <w:t>1:06:19  yani apni harkat ke aitbar se ajiz hi, helpless hai. yeh to Khuda ke life support system hai, Khuda ki madad hai, yeh zameen hai, yeh sari cheezein hain.</w:t>
      </w:r>
      <w:r>
        <w:br/>
      </w:r>
      <w:r>
        <w:rPr>
          <w:sz w:val="20"/>
        </w:rPr>
        <w:t>1:06:29  tab hum yahan par zinda hain aur jee rahe hain. agar Khuda is ko wapas le le to ek dafa achaanak khatam sara maamla. to haqeeqat aitbar se hum ajiz hi hain.</w:t>
      </w:r>
      <w:r>
        <w:br/>
      </w:r>
      <w:r>
        <w:rPr>
          <w:sz w:val="20"/>
        </w:rPr>
        <w:t>1:06:42  yeh to ek farzi baat hai ke hum apne ko ajiz nahi samajhte. cheezon ko guaranteed le rahe hote hain.</w:t>
      </w:r>
    </w:p>
    <w:p>
      <w:pPr>
        <w:pStyle w:val="Heading2"/>
      </w:pPr>
      <w:r>
        <w:t>Dealing with Quranists Denying Hadith</w:t>
      </w:r>
    </w:p>
    <w:p>
      <w:r>
        <w:rPr>
          <w:color w:val="666666"/>
          <w:sz w:val="18"/>
        </w:rPr>
        <w:t>Quran &amp; Tafsir · An Intellectual Journey May 1, 2011 · 3m 03s · at 1:24:13 · https://youtu.be/AqjjyimoIqw?t=5053</w:t>
      </w:r>
    </w:p>
    <w:p>
      <w:r>
        <w:rPr>
          <w:i/>
        </w:rPr>
        <w:t>“We are living in a society occupied by the Quranists, that is those people who deny the authenticity of Hadith and Prophetic traditions. These people are gradually getting wide acceptance. Kindly suggest how to cope with this problem so that we can stand against this satanic delusion.”</w:t>
      </w:r>
    </w:p>
    <w:p>
      <w:r>
        <w:rPr>
          <w:sz w:val="20"/>
        </w:rPr>
        <w:t>1:24:13  Mr Firdous Nazir ne Delhi se sawal kiya hai, unhon ne likha hai: "We are living in a society occupied by the Quranists, that is those people by the Quranists." Quranist Maulana, woh un ko unhon ne explain kiya hai ke "those people who deny the authenticity of Hadith or prophetic traditions." These people are gradually getting wide acceptance.</w:t>
      </w:r>
      <w:r>
        <w:br/>
      </w:r>
      <w:r>
        <w:rPr>
          <w:sz w:val="20"/>
        </w:rPr>
        <w:t>1:24:42  Kindly suggest how to cope with this problem so that we can stand against this satanic delusion. dekhen, cope ka nazariya hi batil hai, yeh jo nazariya hai ke how to cope, cope ka karna hai,</w:t>
      </w:r>
      <w:r>
        <w:br/>
      </w:r>
      <w:r>
        <w:rPr>
          <w:sz w:val="20"/>
        </w:rPr>
        <w:t>1:24:56  khair khwahi ke sath un ko se miliye, kitaaben dijiye, un ke liye dua kijiye. yeh cope ko jo lafz hai, woh mujhe pasand nahi hai.</w:t>
      </w:r>
      <w:r>
        <w:br/>
      </w:r>
      <w:r>
        <w:rPr>
          <w:sz w:val="20"/>
        </w:rPr>
        <w:t>1:25:07  aisa koi bhi shakhs jo aap ke ilm mein aata hai, us se miliye, us se baat kijiye. agar woh sincere hai aur waqai baat karta hai to baat chalaie, warna us ko kitaab dijiye.</w:t>
      </w:r>
      <w:r>
        <w:br/>
      </w:r>
      <w:r>
        <w:rPr>
          <w:sz w:val="20"/>
        </w:rPr>
        <w:t>1:25:19  is se bhi nahi kaam chalta, dua kijiye. bas un se na to nafrat paida kijiye, na un ko bura samjhiye, kuch nahi.</w:t>
      </w:r>
      <w:r>
        <w:br/>
      </w:r>
      <w:r>
        <w:rPr>
          <w:sz w:val="20"/>
        </w:rPr>
        <w:t>1:25:28  un ko samjhiye ke deviation ka case hai. deviation</w:t>
      </w:r>
      <w:r>
        <w:br/>
      </w:r>
      <w:r>
        <w:rPr>
          <w:sz w:val="20"/>
        </w:rPr>
        <w:t>1:25:33  yeh matlab hai ke bas ek koi saazish hai, yahudiyon ki saazish hai, aur yahudiyon ne saazish kar ke group khara kar rakha. yeh sab yeh soch bilkul galat hai.</w:t>
      </w:r>
      <w:r>
        <w:br/>
      </w:r>
      <w:r>
        <w:rPr>
          <w:sz w:val="20"/>
        </w:rPr>
        <w:t>1:25:42  aksar log yahi karte hain, yeh saazish ke alfaaz mein bayan karte hain, yeh saazish hai. ajeeb ghareeb qism ke tasawwurat musalmanon mein bane hue hain. har cheez ko saazish, har cheez ko saazish, koi saazish nahin.</w:t>
      </w:r>
      <w:r>
        <w:br/>
      </w:r>
      <w:r>
        <w:rPr>
          <w:sz w:val="20"/>
        </w:rPr>
        <w:t>1:25:54  un ki samajh mein nahin baat aa rahi, aap ko samjhaiye aur kitabein dijiye. nahin bhi kaam banta hai to dua kijiye</w:t>
      </w:r>
      <w:r>
        <w:br/>
      </w:r>
      <w:r>
        <w:rPr>
          <w:sz w:val="20"/>
        </w:rPr>
        <w:t>1:26:01  ye. bas yeh mat sochein ke yeh saazish hai, yeh satanic, yeh satanic hain. yeh log yeh sab alfaaz bolne ke maani hain ke aap un ki islaah nahin kar sakte.</w:t>
      </w:r>
      <w:r>
        <w:br/>
      </w:r>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r>
        <w:br/>
      </w:r>
      <w:r>
        <w:rPr>
          <w:sz w:val="20"/>
        </w:rPr>
        <w:t>1:26:42  yeh koi tareeqa nahin hai.</w:t>
      </w:r>
      <w:r>
        <w:br/>
      </w:r>
      <w:r>
        <w:rPr>
          <w:sz w:val="20"/>
        </w:rPr>
        <w:t>1:26:45  to dawat ya islaah shuru hoti hai aap ke dil se, aur aap ke dil se shuru hone ka matlab yeh hai ke sab se pehle un ke khair khwah baniye, un se mohabbat karna seekhiye, un se, un ke,</w:t>
      </w:r>
      <w:r>
        <w:br/>
      </w:r>
      <w:r>
        <w:rPr>
          <w:sz w:val="20"/>
        </w:rPr>
        <w:t>1:27:02  un ke bare mein sanjeedgi ke sath sochiye ke kahan un ka dimagh atka hua hai, kis tarah hum un ke dimagh ko address kar sakte hain. is tarah se kaam hota hai.</w:t>
      </w:r>
    </w:p>
    <w:p>
      <w:pPr>
        <w:pStyle w:val="Heading2"/>
      </w:pPr>
      <w:r>
        <w:t>Deeper meaning of charity in Quran</w:t>
      </w:r>
    </w:p>
    <w:p>
      <w:r>
        <w:rPr>
          <w:color w:val="666666"/>
          <w:sz w:val="18"/>
        </w:rPr>
        <w:t>Quran &amp; Tafsir · The Concept of Help Feb 9, 2020—Maulana Wahiduddin Khan · 3m 17s · at 56:17 · https://youtu.be/WScXmduh1AQ?t=3377</w:t>
      </w:r>
    </w:p>
    <w:p>
      <w:r>
        <w:rPr>
          <w:i/>
        </w:rPr>
        <w:t>“As per God's creation plan, there will always be a section of people who will be underprivileged and weak. People who are blessed have been asked to help weaker section of society. The concept of zakat is based on the same concept. Allah too has endorsed charity in Quran at many places. Maulana, kindly help us to know the deeper meaning of such Quranic injunction.”</w:t>
      </w:r>
    </w:p>
    <w:p>
      <w:r>
        <w:rPr>
          <w:sz w:val="20"/>
        </w:rPr>
        <w:t>56:17  ek sawal yeh sawal aamir mori sahib ne kiya hai goa se. unhon ne likha hai: "as per god's creation plan, there would always be a section of people who will be under privileged and weak.</w:t>
      </w:r>
      <w:r>
        <w:br/>
      </w:r>
      <w:r>
        <w:rPr>
          <w:sz w:val="20"/>
        </w:rPr>
        <w:t>56:33  people who are blessed have been asked to help weaker section of society. the concept of zakat is based on the same concept.</w:t>
      </w:r>
      <w:r>
        <w:br/>
      </w:r>
      <w:r>
        <w:rPr>
          <w:sz w:val="20"/>
        </w:rPr>
        <w:t>56:45  allah to his endorse charity in quran at many places. maulana sahib, kindly help us to know the deeper meaning of such quranic injunction." aisa hi ek aur sawal maulana dilli se miss falak areeba ne bheja hai.</w:t>
      </w:r>
      <w:r>
        <w:br/>
      </w:r>
      <w:r>
        <w:rPr>
          <w:sz w:val="20"/>
        </w:rPr>
        <w:t>57:02  unhon ne likha hai: "giving people things for free is not real help. sharing wisdom is real help. thank you for explaining this maulana, but most of us give alms to poor in the form of zakat, thinking we are helping the needy.</w:t>
      </w:r>
      <w:r>
        <w:br/>
      </w:r>
      <w:r>
        <w:rPr>
          <w:sz w:val="20"/>
        </w:rPr>
        <w:t>57:19  so is there a better way we can use zakat to impart knowledge and wisdom? please guide us." dekhiye, weaker section society ka lafz hi galat hai.</w:t>
      </w:r>
      <w:r>
        <w:br/>
      </w:r>
      <w:r>
        <w:rPr>
          <w:sz w:val="20"/>
        </w:rPr>
        <w:t>57:32  isi lafz se log</w:t>
      </w:r>
      <w:r>
        <w:br/>
      </w:r>
      <w:r>
        <w:rPr>
          <w:sz w:val="20"/>
        </w:rPr>
        <w:t>57:37  mis lead hue hain. weaker section society is nothing. jin ko aap weaker kehte hain, wo leader hain.</w:t>
      </w:r>
      <w:r>
        <w:br/>
      </w:r>
      <w:r>
        <w:rPr>
          <w:sz w:val="20"/>
        </w:rPr>
        <w:t>57:46  leader are ic str. yeh dekhiye, in ke andar incentive incentive hai. aap dekh lijiye, jo jin ko aap weaker kehte the, un ke andar incentive hota hai.</w:t>
      </w:r>
      <w:r>
        <w:br/>
      </w:r>
      <w:r>
        <w:rPr>
          <w:sz w:val="20"/>
        </w:rPr>
        <w:t>57:58  incentive zyada bari dolat hai,</w:t>
      </w:r>
      <w:r>
        <w:br/>
      </w:r>
      <w:r>
        <w:rPr>
          <w:sz w:val="20"/>
        </w:rPr>
        <w:t>58:03  yani paise se zyada bari dolat hai. incentive.</w:t>
      </w:r>
      <w:r>
        <w:br/>
      </w:r>
      <w:r>
        <w:rPr>
          <w:sz w:val="20"/>
        </w:rPr>
        <w:t>58:09  aur main samajhta hoon ke yahan main ek baat kahunga, ek bohat bari baat kahunga jo shayad log jante nahi, wo yeh hai ke allah taala ne is zamane mein dolat ki bharmar kar di hai.</w:t>
      </w:r>
      <w:r>
        <w:br/>
      </w:r>
      <w:r>
        <w:rPr>
          <w:sz w:val="20"/>
        </w:rPr>
        <w:t>58:26  ab aap har aadmi ke liye moqa hai ke wo paisa kamaye, paisa kamaye,</w:t>
      </w:r>
      <w:r>
        <w:br/>
      </w:r>
      <w:r>
        <w:rPr>
          <w:sz w:val="20"/>
        </w:rPr>
        <w:t>58:35  har aadmi ke liye moqa hai ke wo paisa kamaye,</w:t>
      </w:r>
    </w:p>
    <w:p>
      <w:pPr>
        <w:pStyle w:val="Heading2"/>
      </w:pPr>
      <w:r>
        <w:t>Define meaning of guest in Quran and Hadith</w:t>
      </w:r>
    </w:p>
    <w:p>
      <w:r>
        <w:rPr>
          <w:color w:val="666666"/>
          <w:sz w:val="18"/>
        </w:rPr>
        <w:t>Quran &amp; Tafsir · Degeneration of Ummah October 16, 2016 · 3m 20s · at 56:43 · https://youtu.be/W8nafLKMQes?t=3403</w:t>
      </w:r>
    </w:p>
    <w:p>
      <w:r>
        <w:rPr>
          <w:i/>
        </w:rPr>
        <w:t>“Kindly define what is the meaning of 'guest' in the light of Quran and Hadith?”</w:t>
      </w:r>
    </w:p>
    <w:p>
      <w:r>
        <w:rPr>
          <w:sz w:val="20"/>
        </w:rPr>
        <w:t>56:43  maulana, agla sawal sajid ahmed sahib ne kiya hai maharashtra se aur unhon ne aap se poocha hai</w:t>
      </w:r>
      <w:r>
        <w:br/>
      </w:r>
      <w:r>
        <w:rPr>
          <w:sz w:val="20"/>
        </w:rPr>
        <w:t>56:50  کہ: "Kindly define what is the meaning of guest in the light of Quran and Hadith?" قرآن و</w:t>
      </w:r>
      <w:r>
        <w:br/>
      </w:r>
      <w:r>
        <w:rPr>
          <w:sz w:val="20"/>
        </w:rPr>
        <w:t>56:58  hadees ke mutabiq guest ka matlab hai zaroorat mand, needy, needy, zaroorat mand.</w:t>
      </w:r>
      <w:r>
        <w:br/>
      </w:r>
      <w:r>
        <w:rPr>
          <w:sz w:val="20"/>
        </w:rPr>
        <w:t>57:04  yani ek aadmi bahar se aata hai to pehle zamanay mein riwaj tha ke bahar se aata hai</w:t>
      </w:r>
      <w:r>
        <w:br/>
      </w:r>
      <w:r>
        <w:rPr>
          <w:sz w:val="20"/>
        </w:rPr>
        <w:t>57:11  to pehle zamanay mein hotel nahi hua karte thay.</w:t>
      </w:r>
      <w:r>
        <w:br/>
      </w:r>
      <w:r>
        <w:rPr>
          <w:sz w:val="20"/>
        </w:rPr>
        <w:t>57:15  kisi kisi basti mein pohancha woh to kisi se kahe ga ke: "bhai, main fraaj ghar se aaya</w:t>
      </w:r>
      <w:r>
        <w:br/>
      </w:r>
      <w:r>
        <w:rPr>
          <w:sz w:val="20"/>
        </w:rPr>
        <w:t>57:23  hoon, mujhe yahan theharnay ka moqa do." to yeh riwaj tha ke teen din woh apne haan rakhe</w:t>
      </w:r>
      <w:r>
        <w:br/>
      </w:r>
      <w:r>
        <w:rPr>
          <w:sz w:val="20"/>
        </w:rPr>
        <w:t>57:31  ga, jo khaye ga woh khilaye ga, jo khaye ga woh khilaye ga aur teen din apnay haan</w:t>
      </w:r>
      <w:r>
        <w:br/>
      </w:r>
      <w:r>
        <w:rPr>
          <w:sz w:val="20"/>
        </w:rPr>
        <w:t>57:38  rakhe ga.</w:t>
      </w:r>
      <w:r>
        <w:br/>
      </w:r>
      <w:r>
        <w:rPr>
          <w:sz w:val="20"/>
        </w:rPr>
        <w:t>57:40  yeh yahi sahi maano mein yani guest culture hai.</w:t>
      </w:r>
      <w:r>
        <w:br/>
      </w:r>
      <w:r>
        <w:rPr>
          <w:sz w:val="20"/>
        </w:rPr>
        <w:t>57:44  aaj kal jo hai woh dhoom dhaam tamasha, woh to aik is ka Islam se koi talluq nahi</w:t>
      </w:r>
      <w:r>
        <w:br/>
      </w:r>
      <w:r>
        <w:rPr>
          <w:sz w:val="20"/>
        </w:rPr>
        <w:t>57:51  hai.</w:t>
      </w:r>
      <w:r>
        <w:br/>
      </w:r>
      <w:r>
        <w:rPr>
          <w:sz w:val="20"/>
        </w:rPr>
        <w:t>57:53  yani is is aadmi ko jab kisi basti mein pohancha jata tha to us zamane ka dastoor tha,</w:t>
      </w:r>
      <w:r>
        <w:br/>
      </w:r>
      <w:r>
        <w:rPr>
          <w:sz w:val="20"/>
        </w:rPr>
        <w:t>58:01  riwaj tha ke agar woh aa kar kahe ke: "bhai, mein firaaj ghar se aaya hoon, mujhe yahan</w:t>
      </w:r>
      <w:r>
        <w:br/>
      </w:r>
      <w:r>
        <w:rPr>
          <w:sz w:val="20"/>
        </w:rPr>
        <w:t>58:08  thehrna hai" to jis se bhi keh de, woh basti kisi se aadmi se bhi, to us par</w:t>
      </w:r>
      <w:r>
        <w:br/>
      </w:r>
      <w:r>
        <w:rPr>
          <w:sz w:val="20"/>
        </w:rPr>
        <w:t>58:16  yeh zaroori ho jata tha ke woh kahe ke: "tum teen din mere haan thehr sakte ho, raho."</w:t>
      </w:r>
      <w:r>
        <w:br/>
      </w:r>
      <w:r>
        <w:rPr>
          <w:sz w:val="20"/>
        </w:rPr>
        <w:t>58:24  to thehrne ka aur jo roz khata hai, woh khilane ka zimmedari us ki ho jati thi.</w:t>
      </w:r>
      <w:r>
        <w:br/>
      </w:r>
      <w:r>
        <w:rPr>
          <w:sz w:val="20"/>
        </w:rPr>
        <w:t>58:32  bas yahi yahi itna hi hai.</w:t>
      </w:r>
      <w:r>
        <w:br/>
      </w:r>
      <w:r>
        <w:rPr>
          <w:sz w:val="20"/>
        </w:rPr>
        <w:t>58:34  aur aaj kal jo guest ka concept hai, woh to dhoom dhaam hai, shaan shaukat hai, woh Islam</w:t>
      </w:r>
      <w:r>
        <w:br/>
      </w:r>
      <w:r>
        <w:rPr>
          <w:sz w:val="20"/>
        </w:rPr>
        <w:t>58:42  mein nahi hai.</w:t>
      </w:r>
      <w:r>
        <w:br/>
      </w:r>
      <w:r>
        <w:rPr>
          <w:sz w:val="20"/>
        </w:rPr>
        <w:t>58:43  okay, so we we'll end the session.</w:t>
      </w:r>
      <w:r>
        <w:br/>
      </w:r>
      <w:r>
        <w:rPr>
          <w:sz w:val="20"/>
        </w:rPr>
        <w:t>58:46  If you want to join CPS or have some feedback or suggestion for us, then</w:t>
      </w:r>
      <w:r>
        <w:br/>
      </w:r>
      <w:r>
        <w:rPr>
          <w:sz w:val="20"/>
        </w:rPr>
        <w:t>58:54  write to us in info at cps global.org.</w:t>
      </w:r>
      <w:r>
        <w:br/>
      </w:r>
      <w:r>
        <w:rPr>
          <w:sz w:val="20"/>
        </w:rPr>
        <w:t>59:00  we'll be back next Sunday same time.</w:t>
      </w:r>
      <w:r>
        <w:br/>
      </w:r>
      <w:r>
        <w:rPr>
          <w:sz w:val="20"/>
        </w:rPr>
        <w:t>59:03  thank you.</w:t>
      </w:r>
    </w:p>
    <w:p>
      <w:pPr>
        <w:pStyle w:val="Heading2"/>
      </w:pPr>
      <w:r>
        <w:t>Detail of Yusuf's Story in Quran</w:t>
      </w:r>
    </w:p>
    <w:p>
      <w:r>
        <w:rPr>
          <w:color w:val="666666"/>
          <w:sz w:val="18"/>
        </w:rPr>
        <w:t>Quran &amp; Tafsir · Divine Love July 31, 2016 · 2m 30s · at 58:00 · https://youtu.be/-gQiWX3l6J4?t=3480</w:t>
      </w:r>
    </w:p>
    <w:p>
      <w:r>
        <w:rPr>
          <w:i/>
        </w:rPr>
        <w:t>“In Surah Yusuf, the story of Prophet Yusuf (peace be upon him) is given in such great detail. Why is it so detailed?”</w:t>
      </w:r>
    </w:p>
    <w:p>
      <w:r>
        <w:rPr>
          <w:sz w:val="20"/>
        </w:rPr>
        <w:t>58:00  ji Maulana agla sawal lete hain jo Pakistan se Kashif Nadeem sahib ne bheja hai.</w:t>
      </w:r>
      <w:r>
        <w:br/>
      </w:r>
      <w:r>
        <w:rPr>
          <w:sz w:val="20"/>
        </w:rPr>
        <w:t>58:06  unhone likha hai Surah Yusuf mein Hazrat Yusuf Alaihissalam ka waqia itni detail ke sath maujood</w:t>
      </w:r>
      <w:r>
        <w:br/>
      </w:r>
      <w:r>
        <w:rPr>
          <w:sz w:val="20"/>
        </w:rPr>
        <w:t>58:14  hai.</w:t>
      </w:r>
      <w:r>
        <w:br/>
      </w:r>
      <w:r>
        <w:rPr>
          <w:sz w:val="20"/>
        </w:rPr>
        <w:t>58:15  Maulana sahib I would request you to elaborate the unsaid, untold and hidden lessons from the complete story</w:t>
      </w:r>
      <w:r>
        <w:br/>
      </w:r>
      <w:r>
        <w:rPr>
          <w:sz w:val="20"/>
        </w:rPr>
        <w:t>58:23  of Prophet Yusuf.</w:t>
      </w:r>
      <w:r>
        <w:br/>
      </w:r>
      <w:r>
        <w:rPr>
          <w:sz w:val="20"/>
        </w:rPr>
        <w:t>58:25  bhai aap ne parha nahi.</w:t>
      </w:r>
      <w:r>
        <w:br/>
      </w:r>
      <w:r>
        <w:rPr>
          <w:sz w:val="20"/>
        </w:rPr>
        <w:t>58:27  hum ne to bohat tafseel se likha hai Ahsan al-Qasas.</w:t>
      </w:r>
      <w:r>
        <w:br/>
      </w:r>
      <w:r>
        <w:rPr>
          <w:sz w:val="20"/>
        </w:rPr>
        <w:t>58:31  Quran mein Hazrat Yusuf Alaihissalam ko Ahsan al-Qasas kaha gaya hai.</w:t>
      </w:r>
      <w:r>
        <w:br/>
      </w:r>
      <w:r>
        <w:rPr>
          <w:sz w:val="20"/>
        </w:rPr>
        <w:t>58:36  Best story.</w:t>
      </w:r>
      <w:r>
        <w:br/>
      </w:r>
      <w:r>
        <w:rPr>
          <w:sz w:val="20"/>
        </w:rPr>
        <w:t>58:38  is par to hum ne bohat tafseel se likha hai.</w:t>
      </w:r>
      <w:r>
        <w:br/>
      </w:r>
      <w:r>
        <w:rPr>
          <w:sz w:val="20"/>
        </w:rPr>
        <w:t>58:42  kai baar likha hai.</w:t>
      </w:r>
      <w:r>
        <w:br/>
      </w:r>
      <w:r>
        <w:rPr>
          <w:sz w:val="20"/>
        </w:rPr>
        <w:t>58:44  aap aap ne parha nahi ab mein kya karoon.</w:t>
      </w:r>
      <w:r>
        <w:br/>
      </w:r>
      <w:r>
        <w:rPr>
          <w:sz w:val="20"/>
        </w:rPr>
        <w:t>58:47  is ko parh kar phir sawal kijiye.</w:t>
      </w:r>
      <w:r>
        <w:br/>
      </w:r>
      <w:r>
        <w:rPr>
          <w:sz w:val="20"/>
        </w:rPr>
        <w:t>58:50  Maulana agla comment Khwaja Kaleemuddin sahib ne bheja hai Pennsylvania se.</w:t>
      </w:r>
      <w:r>
        <w:br/>
      </w:r>
      <w:r>
        <w:rPr>
          <w:sz w:val="20"/>
        </w:rPr>
        <w:t>58:56  He has forwarded a comment of a lecturer whom he had sent your books.</w:t>
      </w:r>
      <w:r>
        <w:br/>
      </w:r>
      <w:r>
        <w:rPr>
          <w:sz w:val="20"/>
        </w:rPr>
        <w:t>59:02  The person is Dr. Craig Considine lecturer department of sociology Rice University.</w:t>
      </w:r>
      <w:r>
        <w:br/>
      </w:r>
      <w:r>
        <w:rPr>
          <w:sz w:val="20"/>
        </w:rPr>
        <w:t>59:07  He wrote to Kaleem sahib that thank you for sending Maulana sahib's books.</w:t>
      </w:r>
      <w:r>
        <w:br/>
      </w:r>
      <w:r>
        <w:rPr>
          <w:sz w:val="20"/>
        </w:rPr>
        <w:t>59:12  God bless you for your kind deed.</w:t>
      </w:r>
      <w:r>
        <w:br/>
      </w:r>
      <w:r>
        <w:rPr>
          <w:sz w:val="20"/>
        </w:rPr>
        <w:t>59:15  It is very much appreciated because knowledge fuels me and nourishes my soul.</w:t>
      </w:r>
      <w:r>
        <w:br/>
      </w:r>
      <w:r>
        <w:rPr>
          <w:sz w:val="20"/>
        </w:rPr>
        <w:t>59:21  Masha Allah.</w:t>
      </w:r>
      <w:r>
        <w:br/>
      </w:r>
      <w:r>
        <w:rPr>
          <w:sz w:val="20"/>
        </w:rPr>
        <w:t>59:22  Okay so we will end this session now.</w:t>
      </w:r>
      <w:r>
        <w:br/>
      </w:r>
      <w:r>
        <w:rPr>
          <w:sz w:val="20"/>
        </w:rPr>
        <w:t>59:26  We will be back next Sunday same time at 10:30 AM.</w:t>
      </w:r>
      <w:r>
        <w:br/>
      </w:r>
      <w:r>
        <w:rPr>
          <w:sz w:val="20"/>
        </w:rPr>
        <w:t>59:31  Thank you.</w:t>
      </w:r>
    </w:p>
    <w:p>
      <w:pPr>
        <w:pStyle w:val="Heading2"/>
      </w:pPr>
      <w:r>
        <w:t>Difference between tadabbur and tafsir</w:t>
      </w:r>
    </w:p>
    <w:p>
      <w:r>
        <w:rPr>
          <w:color w:val="666666"/>
          <w:sz w:val="18"/>
        </w:rPr>
        <w:t>Quran &amp; Tafsir · Importance of Creative Thinking December 11, 2011 · 3m 12s · at 1:21:58 · https://youtu.be/jfML9Arb0S4?t=4918</w:t>
      </w:r>
    </w:p>
    <w:p>
      <w:r>
        <w:rPr>
          <w:i/>
        </w:rPr>
        <w:t>“Maulana, what is the difference between tadabbur (contemplation) and tafsir (exegesis)? Please explain.”</w:t>
      </w:r>
    </w:p>
    <w:p>
      <w:r>
        <w:rPr>
          <w:sz w:val="20"/>
        </w:rPr>
        <w:t>1:21:58  un natural way ko agar follow karein ge aap toh sirf nakami hogi. is mein koi kuch milne wala nahi aap ko. Maulana, agla sawal hai Mr Sultan Kashmiri ka.</w:t>
      </w:r>
      <w:r>
        <w:br/>
      </w:r>
      <w:r>
        <w:rPr>
          <w:sz w:val="20"/>
        </w:rPr>
        <w:t>1:22:12  unhon ne likha hai: "Maulana sahib, tadabbur aur tafsir baraye mein kya farq hai? is ke baray mein batayein." bhai, tadabbur ke maani toh contemplation, sochna.</w:t>
      </w:r>
      <w:r>
        <w:br/>
      </w:r>
      <w:r>
        <w:rPr>
          <w:sz w:val="20"/>
        </w:rPr>
        <w:t>1:22:25  bohat achi cheez cheez hai. aap sochein, aap toh dono alag alag cheezein hain. yani Quran ko parhne ka ek matlab yeh hai ke aap is ko jo alfaaz hain, us ke baghair samjhe hue, us ki tilawat karein.</w:t>
      </w:r>
      <w:r>
        <w:br/>
      </w:r>
      <w:r>
        <w:rPr>
          <w:sz w:val="20"/>
        </w:rPr>
        <w:t>1:22:40  toh woh kaha tadabbur ke baghair Quran ko parhna hai. ek yeh hai ke Quran ko aap parhein toh sochein. Arabic jante hain toh Arabic class samjhein, nahi toh translation parhein.</w:t>
      </w:r>
      <w:r>
        <w:br/>
      </w:r>
      <w:r>
        <w:rPr>
          <w:sz w:val="20"/>
        </w:rPr>
        <w:t>1:22:50  toh parh kar sochein ke kya matlab hai is ka.</w:t>
      </w:r>
      <w:r>
        <w:br/>
      </w:r>
      <w:r>
        <w:rPr>
          <w:sz w:val="20"/>
        </w:rPr>
        <w:t>1:22:55  jaise kal mein ek sahib se baat kar raha tha ke "Alhamdulillah Rabbil Alameen" yeh pehli ayat hai Quran Majeed ki. toh maine kaha "Alhamdulillah" bas sochte sochte maloom hua ke "Alhamdulillah Rabb" jo hai, woh result hai, woh nateeja hai, asal nahi hai.</w:t>
      </w:r>
      <w:r>
        <w:br/>
      </w:r>
      <w:r>
        <w:rPr>
          <w:sz w:val="20"/>
        </w:rPr>
        <w:t>1:23:11  asal jo hai, marifat. pehle marifat aati hai, phir "Alhamdulillah" niklta hai munh se. yeh hai sochna.</w:t>
      </w:r>
      <w:r>
        <w:br/>
      </w:r>
      <w:r>
        <w:rPr>
          <w:sz w:val="20"/>
        </w:rPr>
        <w:t>1:23:19  aap batayein, kaise aap kahein ke "Alhamdulillah" jab tak aap is se pehle aap ke mind mein ek ek inqilab na aa chuka ho, ek intellectual revolution ke aap ne socha, aap ne Allah ko daryaft kiya, Allah ki glory ko jana, aap ne Allah ki boundaries ko jana, aap ne Allah ki blessings ko jana, aap ne yeh sab baatein aap ne jani, phir aap kahan parhein ge "Alhamdulillah Rabbil Alameen"?</w:t>
      </w:r>
      <w:r>
        <w:br/>
      </w:r>
      <w:r>
        <w:rPr>
          <w:sz w:val="20"/>
        </w:rPr>
        <w:t>1:23:44  toh "Alhamdulillah" se pehle marifat darkar</w:t>
      </w:r>
      <w:r>
        <w:br/>
      </w:r>
      <w:r>
        <w:rPr>
          <w:sz w:val="20"/>
        </w:rPr>
        <w:t>1:23:47  hai. marifat nahi toh sacha "Alhamdulillah" bhi nahi. yeh hai sochna. baqi jo tafsir baraye hai, woh toh aise hai ke yani aap na Arabic jaanein, na Arabic ko follow karein, na Quran ke jo shan e nazool hai, us ko follow karein.</w:t>
      </w:r>
      <w:r>
        <w:br/>
      </w:r>
      <w:r>
        <w:rPr>
          <w:sz w:val="20"/>
        </w:rPr>
        <w:t>1:24:04  bas yun hi ult pult kuch kahein. jaise kuch log kehte hain ke imaan ka matlab aman hai, aman ka nizam qaim karo, salat ka matlab hai social nizam, social nizam qaim k</w:t>
      </w:r>
      <w:r>
        <w:br/>
      </w:r>
      <w:r>
        <w:rPr>
          <w:sz w:val="20"/>
        </w:rPr>
        <w:t>1:24:17  ro. aisi ulti pulti baatein hain. is ka koi talluq na siwaq se hota, na lughat se hota, na doosri jo mufassireen hain un se hota, na shan e nazool se hota.</w:t>
      </w:r>
      <w:r>
        <w:br/>
      </w:r>
      <w:r>
        <w:rPr>
          <w:sz w:val="20"/>
        </w:rPr>
        <w:t>1:24:28  toh tafsir baraye ka matlab hai ke bas apni rai yun hi dena, aur jabke yani baghair gehrai se baat ko samjhe hue, toh tafsir baraye toh bilashuba galat baat hai.</w:t>
      </w:r>
      <w:r>
        <w:br/>
      </w:r>
      <w:r>
        <w:rPr>
          <w:sz w:val="20"/>
        </w:rPr>
        <w:t>1:24:41  woh toh galat hai, bilkul is mein koi shaq nahi hai. lekin</w:t>
      </w:r>
      <w:r>
        <w:br/>
      </w:r>
      <w:r>
        <w:rPr>
          <w:sz w:val="20"/>
        </w:rPr>
        <w:t>1:24:44  sochna jo hai, bohat bari cheez hai. agar tadabbur nahi karein ge aap toh Quran ki gehri baaton ko aap pakar nahi paein ge. toh tadabbur bohat hi zaroori hai, aur tafsir baraye jo hai,</w:t>
      </w:r>
      <w:r>
        <w:br/>
      </w:r>
      <w:r>
        <w:rPr>
          <w:sz w:val="20"/>
        </w:rPr>
        <w:t>1:24:57  woh apni rai par chalana hai. kuch bhi baatein karna hai apne apni rai ke mutabiq. yani yeh yeh nahi sochna ke Quran ke alfaaz se woh baat nikalti hai ke nahi nikalti hai.</w:t>
      </w:r>
    </w:p>
    <w:p>
      <w:pPr>
        <w:pStyle w:val="Heading2"/>
      </w:pPr>
      <w:r>
        <w:t>Does Addressing Prophet by Titles Indicate Greater Honor?</w:t>
      </w:r>
    </w:p>
    <w:p>
      <w:r>
        <w:rPr>
          <w:color w:val="666666"/>
          <w:sz w:val="18"/>
        </w:rPr>
        <w:t>Quran &amp; Tafsir · Hadith Prediction November 3, 2013 · 3m 25s · at 1:01:27 · https://youtu.be/cb5Lzw9c8aE?t=3687</w:t>
      </w:r>
    </w:p>
    <w:p>
      <w:r>
        <w:rPr>
          <w:i/>
        </w:rPr>
        <w:t>“In the Quran, Allah mentions other prophets by name, such as O Ibrahim, O Musa, and O Dawood, but never addresses the Prophet as O Muhammad; rather He addresses him as O Muddaththir and O Muzzammil. Does this mean that Allah honored him more than the other prophets by not calling him by name?”</w:t>
      </w:r>
    </w:p>
    <w:p>
      <w:r>
        <w:rPr>
          <w:sz w:val="20"/>
        </w:rPr>
        <w:t>1:01:27  maulana, agla sawal iqbal sahab ka hai bangalore se. unhon ne likha hai: "saare quran mein allah ne doosre paighambaron ko naam se yaad kiya jaise ya ibrahim, ya musa, ya dawood,</w:t>
      </w:r>
      <w:r>
        <w:br/>
      </w:r>
      <w:r>
        <w:rPr>
          <w:sz w:val="20"/>
        </w:rPr>
        <w:t>1:01:43  magar ek martaba bhi ya muhammad nahi keh ke balkeh aap ko al-kabe se yaad kiya jaise ya ayyuhal mudathir, ya ayyuhal muzammil</w:t>
      </w:r>
      <w:r>
        <w:br/>
      </w:r>
      <w:r>
        <w:rPr>
          <w:sz w:val="20"/>
        </w:rPr>
        <w:t>1:01:54  . kya is se yeh baat nikalti hai ke allah ne huzoor ki ta'zeem zyada ki doosre nabiyon ke muqable mein, is liye ya muhammad keh kar nahi khitab kiya?" yeh bilkul absurd baat hai, koi is ka sarpar nahi hai.</w:t>
      </w:r>
      <w:r>
        <w:br/>
      </w:r>
      <w:r>
        <w:rPr>
          <w:sz w:val="20"/>
        </w:rPr>
        <w:t>1:02:09  itni baaton ka is tarah se agar shoshe nikale jayen to aaj hi ghareeb qism shoshe niklenge, nikalte rehte hain log. yeh yeh shoshe hain, yeh koi daleel nahi hai.</w:t>
      </w:r>
      <w:r>
        <w:br/>
      </w:r>
      <w:r>
        <w:rPr>
          <w:sz w:val="20"/>
        </w:rPr>
        <w:t>1:02:25  daleel kya hai? quran ki doosri ayat la nu farriqu baina ahadin min rusulih yeh daleel hai is ka naam. yeh koi daleel hai ke ya ya hai ke nahi, yeh to shosha hai.</w:t>
      </w:r>
      <w:r>
        <w:br/>
      </w:r>
      <w:r>
        <w:rPr>
          <w:sz w:val="20"/>
        </w:rPr>
        <w:t>1:02:37  daleel hi is ka naam hai ke is ayat ko padhein aap la nu farriqu baina ahadin min rusulih hum ek rasool doosre mein farq nahi karte.</w:t>
      </w:r>
      <w:r>
        <w:br/>
      </w:r>
      <w:r>
        <w:rPr>
          <w:sz w:val="20"/>
        </w:rPr>
        <w:t>1:02:48  yeh yeh is ka naam daleel hai. yeh to shoshe</w:t>
      </w:r>
      <w:r>
        <w:br/>
      </w:r>
      <w:r>
        <w:rPr>
          <w:sz w:val="20"/>
        </w:rPr>
        <w:t>1:02:50  ki baatein hain. shoshe jo chahein nikalte rahiye aap, shoshe ki koi had nahi hai. hazaron shoshe nikal sakte hain aap.</w:t>
      </w:r>
      <w:r>
        <w:br/>
      </w:r>
      <w:r>
        <w:rPr>
          <w:sz w:val="20"/>
        </w:rPr>
        <w:t>1:03:02  ab misaal, misaal ki taraf main kahoon ke mere ek bete ka naam hai saistain, to main kahoon ke dekho bhai, mera mera beta to allah ko takht par yaad aaya, us ne us ko naam wahan se mujhe bataya ke is ka naam yeh rakho.</w:t>
      </w:r>
      <w:r>
        <w:br/>
      </w:r>
      <w:r>
        <w:rPr>
          <w:sz w:val="20"/>
        </w:rPr>
        <w:t>1:03:16  to shosha nikal lenge bhai,</w:t>
      </w:r>
      <w:r>
        <w:br/>
      </w:r>
      <w:r>
        <w:rPr>
          <w:sz w:val="20"/>
        </w:rPr>
        <w:t>1:03:18  to allah ka diya hua naam hai. yeh naam to allah ka diya hua hai, yeh allah ko bohat bohat mehboob hai. yeh shoshe nikalne se koi baat banti hai?</w:t>
      </w:r>
      <w:r>
        <w:br/>
      </w:r>
      <w:r>
        <w:rPr>
          <w:sz w:val="20"/>
        </w:rPr>
        <w:t>1:03:28  shoshon se kuch sabit nahi hota. itni bari ayat hai yeh ke la nu farriqu baina ahadin min rusulih hum rasoolon ke darmiyan farq nahi karte.</w:t>
      </w:r>
      <w:r>
        <w:br/>
      </w:r>
      <w:r>
        <w:rPr>
          <w:sz w:val="20"/>
        </w:rPr>
        <w:t>1:03:40  aur quran mein dekhein, is se bhi bari baat main aap se arz karta hoon.</w:t>
      </w:r>
      <w:r>
        <w:br/>
      </w:r>
      <w:r>
        <w:rPr>
          <w:sz w:val="20"/>
        </w:rPr>
        <w:t>1:03:45  quran mein ek ayat hai jis mein mukhtalif nabiyon ka zikr hai naam ke sath, aur us ke baad rasool Allah ko khitab kar ke kaha gaya hai ke olai'kal ladhina hada Allah fabihdih mqtdeh yeh rasool Allah ko khitab hi hai ke yeh hain woh peghambar jin ko hum ne hidayat di, to tum un ki pairwi karo.</w:t>
      </w:r>
      <w:r>
        <w:br/>
      </w:r>
      <w:r>
        <w:rPr>
          <w:sz w:val="20"/>
        </w:rPr>
        <w:t>1:04:07  rasool Allah ko follower bana diya, follower</w:t>
      </w:r>
      <w:r>
        <w:br/>
      </w:r>
      <w:r>
        <w:rPr>
          <w:sz w:val="20"/>
        </w:rPr>
        <w:t>1:04:13  fabihdih mqtdeh,</w:t>
      </w:r>
      <w:r>
        <w:br/>
      </w:r>
      <w:r>
        <w:rPr>
          <w:sz w:val="20"/>
        </w:rPr>
        <w:t>1:04:15  to tum pairwi karo in rasoolon ki. ab dekhiye, rasool Allah ko peero ki jagah par rakh diya, follower ki jagah par. to dekhiye, shoshon ki koi had nahin hoti.</w:t>
      </w:r>
      <w:r>
        <w:br/>
      </w:r>
      <w:r>
        <w:rPr>
          <w:sz w:val="20"/>
        </w:rPr>
        <w:t>1:04:26  shoshe jo chahen nikalte rahiye, lekin aap ko dekhna chahiye ke ke haqeeqi ma'non mein mudallal baat kaun si hai.</w:t>
      </w:r>
      <w:r>
        <w:br/>
      </w:r>
      <w:r>
        <w:rPr>
          <w:sz w:val="20"/>
        </w:rPr>
        <w:t>1:04:36  mudallal baat yeh hai ke Allah ke nazdeek tamam peghambar barabar hain.</w:t>
      </w:r>
      <w:r>
        <w:br/>
      </w:r>
      <w:r>
        <w:rPr>
          <w:sz w:val="20"/>
        </w:rPr>
        <w:t>1:04:42  kisi Allah ka apne khud ailan ke mutabiq tamam peghambar barabar hain, aur peghambaron mein tafrīq karna yeh bilashubah Allah ke ke khilaf sarkashi karna hai.</w:t>
      </w:r>
    </w:p>
    <w:p>
      <w:pPr>
        <w:pStyle w:val="Heading2"/>
      </w:pPr>
      <w:r>
        <w:t>Essence of Alhamdulillah Rabbil Alameen</w:t>
      </w:r>
    </w:p>
    <w:p>
      <w:r>
        <w:rPr>
          <w:color w:val="666666"/>
          <w:sz w:val="18"/>
        </w:rPr>
        <w:t>Quran &amp; Tafsir · The Quran September 20, 2020 Maulana Wahiduddin Khan · 2m 13s · at 19:39 · https://youtu.be/yQZGg2A0-Tk?t=1179</w:t>
      </w:r>
    </w:p>
    <w:p>
      <w:r>
        <w:rPr>
          <w:i/>
        </w:rPr>
        <w:t>“What is the essence of 'Alhamdulillah Rabbil Alameen'?”</w:t>
      </w:r>
    </w:p>
    <w:p>
      <w:r>
        <w:rPr>
          <w:sz w:val="20"/>
        </w:rPr>
        <w:t>19:39  maulana, agla sawal dilli se faraz khan sahib ne kiya hai. unho ne aap se poocha hai: "maulana, what is the essence of Alhamdulillah Rabbil Alameen?"</w:t>
      </w:r>
      <w:r>
        <w:br/>
      </w:r>
      <w:r>
        <w:rPr>
          <w:sz w:val="20"/>
        </w:rPr>
        <w:t>20:00  alhamdulillah rabb ul alameen ka tarjuma hai</w:t>
      </w:r>
      <w:r>
        <w:br/>
      </w:r>
      <w:r>
        <w:rPr>
          <w:sz w:val="20"/>
        </w:rPr>
        <w:t>20:07  ke sare hamd allah ke liye hain.</w:t>
      </w:r>
      <w:r>
        <w:br/>
      </w:r>
      <w:r>
        <w:rPr>
          <w:sz w:val="20"/>
        </w:rPr>
        <w:t>20:14  sare hamd allah ke liye. main samajhta hoon ke yeh wasee ek cheez hai. jaise greek philosopher ke baray mein aata hai ke</w:t>
      </w:r>
      <w:r>
        <w:br/>
      </w:r>
      <w:r>
        <w:rPr>
          <w:sz w:val="20"/>
        </w:rPr>
        <w:t>20:30  kya kehta hai usay? main ne pa liya.</w:t>
      </w:r>
      <w:r>
        <w:br/>
      </w:r>
      <w:r>
        <w:rPr>
          <w:sz w:val="20"/>
        </w:rPr>
        <w:t>20:33  eureka? eureka, eureka</w:t>
      </w:r>
      <w:r>
        <w:br/>
      </w:r>
      <w:r>
        <w:rPr>
          <w:sz w:val="20"/>
        </w:rPr>
        <w:t>20:39  ke quran ko jab aap bohat ghor karenge to allah ke tofeeq se aap par badan khulenge.</w:t>
      </w:r>
      <w:r>
        <w:br/>
      </w:r>
      <w:r>
        <w:rPr>
          <w:sz w:val="20"/>
        </w:rPr>
        <w:t>20:49  phir aap kahan padhenge ke wallah wajadt, wallah wajadt?</w:t>
      </w:r>
      <w:r>
        <w:br/>
      </w:r>
      <w:r>
        <w:rPr>
          <w:sz w:val="20"/>
        </w:rPr>
        <w:t>20:56  yahi tareeqa hai.</w:t>
      </w:r>
      <w:r>
        <w:br/>
      </w:r>
      <w:r>
        <w:rPr>
          <w:sz w:val="20"/>
        </w:rPr>
        <w:t>21:03  misalan yeh jo maine kaha ke alhamdulillah rabbul alameen, woh sahi hai jaise ke is ne kaha tha: eureka, eureka.</w:t>
      </w:r>
      <w:r>
        <w:br/>
      </w:r>
      <w:r>
        <w:rPr>
          <w:sz w:val="20"/>
        </w:rPr>
        <w:t>21:14  toh abhi kal mujhe samajh mein aayi yeh baat kal ke yeh eureka jaisi</w:t>
      </w:r>
      <w:r>
        <w:br/>
      </w:r>
      <w:r>
        <w:rPr>
          <w:sz w:val="20"/>
        </w:rPr>
        <w:t>21:22  ek cheez hai.</w:t>
      </w:r>
      <w:r>
        <w:br/>
      </w:r>
      <w:r>
        <w:rPr>
          <w:sz w:val="20"/>
        </w:rPr>
        <w:t>21:26  toh wallah wajadt, wallah wajadt ya eureka, eureka yaani quran ki</w:t>
      </w:r>
      <w:r>
        <w:br/>
      </w:r>
      <w:r>
        <w:rPr>
          <w:sz w:val="20"/>
        </w:rPr>
        <w:t>21:38  quran ki form ka</w:t>
      </w:r>
      <w:r>
        <w:br/>
      </w:r>
      <w:r>
        <w:rPr>
          <w:sz w:val="20"/>
        </w:rPr>
        <w:t>21:42  raaz maine daryaft kar liya.</w:t>
      </w:r>
    </w:p>
    <w:p>
      <w:pPr>
        <w:pStyle w:val="Heading2"/>
      </w:pPr>
      <w:r>
        <w:t>Explain Quran 5:82 about affection to faithful</w:t>
      </w:r>
    </w:p>
    <w:p>
      <w:r>
        <w:rPr>
          <w:color w:val="666666"/>
          <w:sz w:val="18"/>
        </w:rPr>
        <w:t>Quran &amp; Tafsir · Building A Creative Personality | 20 Nov 2011 · 3m 57s · at 1:22:34 · https://youtu.be/jdfhpwfEvKg?t=4954</w:t>
      </w:r>
    </w:p>
    <w:p>
      <w:r>
        <w:rPr>
          <w:i/>
        </w:rPr>
        <w:t>“Kindly explain Chapter 5, Verse 82 of the Quran, where it says: 'You will find that the nearest in affection to the faithful are...'”</w:t>
      </w:r>
    </w:p>
    <w:p>
      <w:r>
        <w:rPr>
          <w:sz w:val="20"/>
        </w:rPr>
        <w:t>1:22:34  Maulana, agla sawal kya hai? Maulana Zakwan Nadvi ne Delhi se.</w:t>
      </w:r>
      <w:r>
        <w:br/>
      </w:r>
      <w:r>
        <w:rPr>
          <w:sz w:val="20"/>
        </w:rPr>
        <w:t>1:22:39  unhon ne likha hai: "Kindly explain the chapter five verse number 82 of Quran, where it says: you</w:t>
      </w:r>
      <w:r>
        <w:br/>
      </w:r>
      <w:r>
        <w:rPr>
          <w:sz w:val="20"/>
        </w:rPr>
        <w:t>1:22:43  will find that the nearest in affection to the faithful are</w:t>
      </w:r>
      <w:r>
        <w:br/>
      </w:r>
      <w:r>
        <w:rPr>
          <w:sz w:val="20"/>
        </w:rPr>
        <w:t>1:22:47  those who say we are Christians.</w:t>
      </w:r>
      <w:r>
        <w:br/>
      </w:r>
      <w:r>
        <w:rPr>
          <w:sz w:val="20"/>
        </w:rPr>
        <w:t>1:22:53  that is because their priest and monks among them, and because they are free from pride." haan, Christian</w:t>
      </w:r>
      <w:r>
        <w:br/>
      </w:r>
      <w:r>
        <w:rPr>
          <w:sz w:val="20"/>
        </w:rPr>
        <w:t>1:23:00  ke baray mein jo ayat hai, woh hadith mein bhi aaya hai.</w:t>
      </w:r>
      <w:r>
        <w:br/>
      </w:r>
      <w:r>
        <w:rPr>
          <w:sz w:val="20"/>
        </w:rPr>
        <w:t>1:23:06  to yeh aap sab ka tajurba hai ke Christian mein nermi hoti hai aur yani unhein cooperation ka</w:t>
      </w:r>
      <w:r>
        <w:br/>
      </w:r>
      <w:r>
        <w:rPr>
          <w:sz w:val="20"/>
        </w:rPr>
        <w:t>1:23:12  madah hota hai,</w:t>
      </w:r>
      <w:r>
        <w:br/>
      </w:r>
      <w:r>
        <w:rPr>
          <w:sz w:val="20"/>
        </w:rPr>
        <w:t>1:23:18  sakhti nahi hoti hai.</w:t>
      </w:r>
      <w:r>
        <w:br/>
      </w:r>
      <w:r>
        <w:rPr>
          <w:sz w:val="20"/>
        </w:rPr>
        <w:t>1:23:23  ab yeh kyun aisa hai? yeh yeh yeh sochne ki baat hai, lekin yeh baat hai apni jagah par sahi.</w:t>
      </w:r>
      <w:r>
        <w:br/>
      </w:r>
      <w:r>
        <w:rPr>
          <w:sz w:val="20"/>
        </w:rPr>
        <w:t>1:23:27  abhi mein ne qissa bataya aap ko christian ka ke unhon ne seminar kiya, sara kharcha unhon ne</w:t>
      </w:r>
      <w:r>
        <w:br/>
      </w:r>
      <w:r>
        <w:rPr>
          <w:sz w:val="20"/>
        </w:rPr>
        <w:t>1:23:31  uthaya, sab kuch.</w:t>
      </w:r>
      <w:r>
        <w:br/>
      </w:r>
      <w:r>
        <w:rPr>
          <w:sz w:val="20"/>
        </w:rPr>
        <w:t>1:23:36  aur hamare log jo gaye apni kitabein le kar ke wahan taqseem kiya, is ka bhi paisa loota</w:t>
      </w:r>
      <w:r>
        <w:br/>
      </w:r>
      <w:r>
        <w:rPr>
          <w:sz w:val="20"/>
        </w:rPr>
        <w:t>1:23:40  diya unhon ne.</w:t>
      </w:r>
      <w:r>
        <w:br/>
      </w:r>
      <w:r>
        <w:rPr>
          <w:sz w:val="20"/>
        </w:rPr>
        <w:t>1:23:45  mein to samajhta hoon ke christian logon ke andar bohat hi ajeeb sifaat hain,</w:t>
      </w:r>
      <w:r>
        <w:br/>
      </w:r>
      <w:r>
        <w:rPr>
          <w:sz w:val="20"/>
        </w:rPr>
        <w:t>1:23:49  bohat ajeeb sifaat hain: narmi, modesty, openness, aur help karna.</w:t>
      </w:r>
      <w:r>
        <w:br/>
      </w:r>
      <w:r>
        <w:rPr>
          <w:sz w:val="20"/>
        </w:rPr>
        <w:t>1:23:55  is ka waja kya hai? yeh mein nahi jaanta, mujhe nahi maloom, lekin waqea hai, aaj bhi yeh</w:t>
      </w:r>
      <w:r>
        <w:br/>
      </w:r>
      <w:r>
        <w:rPr>
          <w:sz w:val="20"/>
        </w:rPr>
        <w:t>1:24:01  waqea hai ke christian logon mein yeh sab baatein pai jati hain.</w:t>
      </w:r>
      <w:r>
        <w:br/>
      </w:r>
      <w:r>
        <w:rPr>
          <w:sz w:val="20"/>
        </w:rPr>
        <w:t>1:24:07  maulana sharq hussain ne dilli se sawal kiya hai: aap ne farmaya ke positive thinking ke zariye hi</w:t>
      </w:r>
      <w:r>
        <w:br/>
      </w:r>
      <w:r>
        <w:rPr>
          <w:sz w:val="20"/>
        </w:rPr>
        <w:t>1:24:13  insan ke liye</w:t>
      </w:r>
      <w:r>
        <w:br/>
      </w:r>
      <w:r>
        <w:rPr>
          <w:sz w:val="20"/>
        </w:rPr>
        <w:t>1:24:19  یہ پوسیبل ہو سکتا ہے کہ اس کے اندر creative thinking آئے۔</w:t>
      </w:r>
      <w:r>
        <w:br/>
      </w:r>
      <w:r>
        <w:rPr>
          <w:sz w:val="20"/>
        </w:rPr>
        <w:t>1:24:24  is ko thora sa aur wazeh karein.</w:t>
      </w:r>
      <w:r>
        <w:br/>
      </w:r>
      <w:r>
        <w:rPr>
          <w:sz w:val="20"/>
        </w:rPr>
        <w:t>1:24:29  dekhein, creative thinking ke liye zaroori hai ke aap aap ka mind free ho, ghair zaroori masail se.</w:t>
      </w:r>
      <w:r>
        <w:br/>
      </w:r>
      <w:r>
        <w:rPr>
          <w:sz w:val="20"/>
        </w:rPr>
        <w:t>1:24:35  beshtar log, kya sare log, mein pata hoon logon ke andar ghair zaroori masail mein uljhe rehte hain.</w:t>
      </w:r>
      <w:r>
        <w:br/>
      </w:r>
      <w:r>
        <w:rPr>
          <w:sz w:val="20"/>
        </w:rPr>
        <w:t>1:24:40  is liye woh kehte hain ke creativity barhti nahi.</w:t>
      </w:r>
      <w:r>
        <w:br/>
      </w:r>
      <w:r>
        <w:rPr>
          <w:sz w:val="20"/>
        </w:rPr>
        <w:t>1:24:45  to creative thinking</w:t>
      </w:r>
      <w:r>
        <w:br/>
      </w:r>
      <w:r>
        <w:rPr>
          <w:sz w:val="20"/>
        </w:rPr>
        <w:t>1:24:50  ki pehli shart yeh hai ke aap ka zehan jo hai, manfi sawalat mein na uljhe, ghair zaroori</w:t>
      </w:r>
      <w:r>
        <w:br/>
      </w:r>
      <w:r>
        <w:rPr>
          <w:sz w:val="20"/>
        </w:rPr>
        <w:t>1:24:53  qism ke sawalat mein na uljhe.</w:t>
      </w:r>
      <w:r>
        <w:br/>
      </w:r>
      <w:r>
        <w:rPr>
          <w:sz w:val="20"/>
        </w:rPr>
        <w:t>1:24:57  yeh sab na ho, tab woh woh woh woh positivity aye gi.</w:t>
      </w:r>
      <w:r>
        <w:br/>
      </w:r>
      <w:r>
        <w:rPr>
          <w:sz w:val="20"/>
        </w:rPr>
        <w:t>1:25:01  positivity is tarah kabhi nahi aa sakti hai ke aap negative jo hai, uljhe hue hon aur aur</w:t>
      </w:r>
      <w:r>
        <w:br/>
      </w:r>
      <w:r>
        <w:rPr>
          <w:sz w:val="20"/>
        </w:rPr>
        <w:t>1:25:05  positivity bhi taraqqi kare.</w:t>
      </w:r>
      <w:r>
        <w:br/>
      </w:r>
      <w:r>
        <w:rPr>
          <w:sz w:val="20"/>
        </w:rPr>
        <w:t>1:25:09  aisa nahi ho sakta.</w:t>
      </w:r>
      <w:r>
        <w:br/>
      </w:r>
      <w:r>
        <w:rPr>
          <w:sz w:val="20"/>
        </w:rPr>
        <w:t>1:25:12  to jis aadmi ko banna hai positive thinker, us ko aik price deni pare gi.</w:t>
      </w:r>
      <w:r>
        <w:br/>
      </w:r>
      <w:r>
        <w:rPr>
          <w:sz w:val="20"/>
        </w:rPr>
        <w:t>1:25:16  woh price yeh hai ke negative thinking se</w:t>
      </w:r>
      <w:r>
        <w:br/>
      </w:r>
      <w:r>
        <w:rPr>
          <w:sz w:val="20"/>
        </w:rPr>
        <w:t>1:25:20  mukammal taur par apne ko azaad karna. maslan aaj hi subah main kisi se keh raha tha, peeche ki baat ko le kar ke unhone kuch shikayati baat ki, barson pehle ki baat. main ne kaha, barson ke pehle baat jo ho gayi, woh woh aap lota to sakte nahi. woh jo ho gaya, woh ho gaya. ab us ko kyun yaad karte hain? woh yaad kar ke kyun apne zehn ko negative banate hain? to jis aadmi ko ban</w:t>
      </w:r>
      <w:r>
        <w:br/>
      </w:r>
      <w:r>
        <w:rPr>
          <w:sz w:val="20"/>
        </w:rPr>
        <w:t>1:25:50  na hai creative thinking ki ahmiyat maloom ho, jo apne aap ko positive thinker banana chahta ho, us ko ek price deni padegi. woh price yeh hai ke ghair zaroori sawalat se apne ko bachana. do cheezon se bachana padega, teen cheezon se: distraction se, unnecessary questions se, aur negative sentiment se. nahi to kabhi bhi development nahi hoga. yaad rakhiye, creative thinking ya positive thinking ki ek price hai. woh price kya hai? ke aap in</w:t>
      </w:r>
      <w:r>
        <w:br/>
      </w:r>
      <w:r>
        <w:rPr>
          <w:sz w:val="20"/>
        </w:rPr>
        <w:t>1:26:20  necessary question se apne ko bachayein, distraction se bachayein, aur negativity se bachayein.</w:t>
      </w:r>
      <w:r>
        <w:br/>
      </w:r>
      <w:r>
        <w:rPr>
          <w:sz w:val="20"/>
        </w:rPr>
        <w:t>1:26:26  tab ja kar ke yeh development hoga, warna nahi hoga.</w:t>
      </w:r>
    </w:p>
    <w:p>
      <w:pPr>
        <w:pStyle w:val="Heading2"/>
      </w:pPr>
      <w:r>
        <w:t>Explain the concept of Quranic omissions</w:t>
      </w:r>
    </w:p>
    <w:p>
      <w:r>
        <w:rPr>
          <w:color w:val="666666"/>
          <w:sz w:val="18"/>
        </w:rPr>
        <w:t>Quran &amp; Tafsir · Replanning | February 26, 2017 · 3m 33s · at 53:32 · https://youtu.be/E120hwMH9x8?t=3212</w:t>
      </w:r>
    </w:p>
    <w:p>
      <w:r>
        <w:rPr>
          <w:i/>
        </w:rPr>
        <w:t>“You said that people write books on the topic of 'problems of the Quran', but according to you the real thing is to discover the 'omissions of the Quran'. Please explain this.”</w:t>
      </w:r>
    </w:p>
    <w:p>
      <w:r>
        <w:rPr>
          <w:sz w:val="20"/>
        </w:rPr>
        <w:t>53:32  allab hai is ka Maulana un ka aik aur sawal hai unhon ne likha hai Maulana aap ne kaha hai ke log mushkilat Quran ke topic par book likhte hain magar aap ke mutabiq asal hai mahzufat e Quran ko daryaft karna is ke baray mein bataein dekhiye Quran ki apni aik aik style hai</w:t>
      </w:r>
      <w:r>
        <w:br/>
      </w:r>
      <w:r>
        <w:rPr>
          <w:sz w:val="20"/>
        </w:rPr>
        <w:t>54:02  is ka quran mein history ki zaban nahi hai novel ki afsane ki zaban nahi hai wisdom ki</w:t>
      </w:r>
      <w:r>
        <w:br/>
      </w:r>
      <w:r>
        <w:rPr>
          <w:sz w:val="20"/>
        </w:rPr>
        <w:t>54:10  zaban hai wisdom ki zaban jo hoti hai us mein hamesha kuch cheezein ghair mazkoor hoti hain yani</w:t>
      </w:r>
      <w:r>
        <w:br/>
      </w:r>
      <w:r>
        <w:rPr>
          <w:sz w:val="20"/>
        </w:rPr>
        <w:t>54:17  aap ko soch kar janna parta hai to isi ko mein kehta hoon mahzufuat e quran yani quran mein</w:t>
      </w:r>
      <w:r>
        <w:br/>
      </w:r>
      <w:r>
        <w:rPr>
          <w:sz w:val="20"/>
        </w:rPr>
        <w:t>54:25  hamesha kuch cheezein mahzoof rehti hain un</w:t>
      </w:r>
      <w:r>
        <w:br/>
      </w:r>
      <w:r>
        <w:rPr>
          <w:sz w:val="20"/>
        </w:rPr>
        <w:t>54:32  declared jaise misaal ke taur par lijiye uhud ke mauqe par is zamane mein jo jang hui thi</w:t>
      </w:r>
      <w:r>
        <w:br/>
      </w:r>
      <w:r>
        <w:rPr>
          <w:sz w:val="20"/>
        </w:rPr>
        <w:t>54:43  to 70 sahaba mare gaye the to is ke baad jo ayat utri wo yeh nahi thi ke</w:t>
      </w:r>
      <w:r>
        <w:br/>
      </w:r>
      <w:r>
        <w:rPr>
          <w:sz w:val="20"/>
        </w:rPr>
        <w:t>54:54  wo dushman hain un ki dushmani par laanat bhejo bad duaayein karo</w:t>
      </w:r>
      <w:r>
        <w:br/>
      </w:r>
      <w:r>
        <w:rPr>
          <w:sz w:val="20"/>
        </w:rPr>
        <w:t>55:05  is ke baad yeh kaha gaya ke fasabakum ghamun bigham likala ta'su ala mafatikum yani yeh jo gham</w:t>
      </w:r>
      <w:r>
        <w:br/>
      </w:r>
      <w:r>
        <w:rPr>
          <w:sz w:val="20"/>
        </w:rPr>
        <w:t>55:13  pada hai tumhare upar use nahi ke tum mayoos ho jao likala ta'su ala mafatikum jo tum par</w:t>
      </w:r>
      <w:r>
        <w:br/>
      </w:r>
      <w:r>
        <w:rPr>
          <w:sz w:val="20"/>
        </w:rPr>
        <w:t>55:20  musibat pada hai jo tumhe khoya gaya hai us par mayoos ho jao yeh allah ki iskeep nahi</w:t>
      </w:r>
      <w:r>
        <w:br/>
      </w:r>
      <w:r>
        <w:rPr>
          <w:sz w:val="20"/>
        </w:rPr>
        <w:t>55:28  hai lekin yeh zikr nahi hai ke kya karo</w:t>
      </w:r>
      <w:r>
        <w:br/>
      </w:r>
      <w:r>
        <w:rPr>
          <w:sz w:val="20"/>
        </w:rPr>
        <w:t>55:35  mayoos na ho to kya karo aap is ayat ko padhiye quran majeed mein yeh to kaha gaya</w:t>
      </w:r>
      <w:r>
        <w:br/>
      </w:r>
      <w:r>
        <w:rPr>
          <w:sz w:val="20"/>
        </w:rPr>
        <w:t>55:41  hai ke ahad mein jo tum ko nuqsan hua us par mayoos na ho to sawal hai ke</w:t>
      </w:r>
      <w:r>
        <w:br/>
      </w:r>
      <w:r>
        <w:rPr>
          <w:sz w:val="20"/>
        </w:rPr>
        <w:t>55:47  mayoos na ho to kya karo is ke baad kya karo to wahan implicit hai ek cheez woh</w:t>
      </w:r>
      <w:r>
        <w:br/>
      </w:r>
      <w:r>
        <w:rPr>
          <w:sz w:val="20"/>
        </w:rPr>
        <w:t>55:54  hai ke re planning karo mayoos hone ke bajaye halaat ka jaiza lo apni taqat ka mukhalif ki</w:t>
      </w:r>
      <w:r>
        <w:br/>
      </w:r>
      <w:r>
        <w:rPr>
          <w:sz w:val="20"/>
        </w:rPr>
        <w:t>56:00  taqat ka andaza karo</w:t>
      </w:r>
      <w:r>
        <w:br/>
      </w:r>
      <w:r>
        <w:rPr>
          <w:sz w:val="20"/>
        </w:rPr>
        <w:t>56:06  halaat ko samjho aqal ko istemal karo aur re planning karo ab re planning ka wahan par zikr</w:t>
      </w:r>
      <w:r>
        <w:br/>
      </w:r>
      <w:r>
        <w:rPr>
          <w:sz w:val="20"/>
        </w:rPr>
        <w:t>56:13  nahi hai woh cheez mahzoof hai undeclared hai to quran mein aisa bohat zyada hai jab tak aap</w:t>
      </w:r>
      <w:r>
        <w:br/>
      </w:r>
      <w:r>
        <w:rPr>
          <w:sz w:val="20"/>
        </w:rPr>
        <w:t>56:21  quran ke mahzoofat ko nahi samjhenge aap quran ki wisdom ko nahi samajh sakte pehle hi ayat</w:t>
      </w:r>
      <w:r>
        <w:br/>
      </w:r>
      <w:r>
        <w:rPr>
          <w:sz w:val="20"/>
        </w:rPr>
        <w:t>56:28  dekhiye alhamdulillah rabbil alameen shukr hai allah rabb</w:t>
      </w:r>
      <w:r>
        <w:br/>
      </w:r>
      <w:r>
        <w:rPr>
          <w:sz w:val="20"/>
        </w:rPr>
        <w:t>56:36  il alameen ka is mein ek cheez mahzoof hai ke dunya mein jab koi unwanted situation aati hai us</w:t>
      </w:r>
      <w:r>
        <w:br/>
      </w:r>
      <w:r>
        <w:rPr>
          <w:sz w:val="20"/>
        </w:rPr>
        <w:t>56:43  ko bhulao tab ilm kar paoge tab shukr ada kar paoge to sare quran mein jo</w:t>
      </w:r>
      <w:r>
        <w:br/>
      </w:r>
      <w:r>
        <w:rPr>
          <w:sz w:val="20"/>
        </w:rPr>
        <w:t>56:51  wisdom jo hai woh mahzoofat mein hai agar mahzoofat aap ko nahi padhna aata to aap wisdom se</w:t>
      </w:r>
      <w:r>
        <w:br/>
      </w:r>
      <w:r>
        <w:rPr>
          <w:sz w:val="20"/>
        </w:rPr>
        <w:t>56:58  be khabar rahenge yani between the lines jo hai us ko janna padega aap ko</w:t>
      </w:r>
    </w:p>
    <w:p>
      <w:pPr>
        <w:pStyle w:val="Heading2"/>
      </w:pPr>
      <w:r>
        <w:t>Explain the meaning of Tabat yada Abi Lahab</w:t>
      </w:r>
    </w:p>
    <w:p>
      <w:r>
        <w:rPr>
          <w:color w:val="666666"/>
          <w:sz w:val="18"/>
        </w:rPr>
        <w:t>Quran &amp; Tafsir · Q&amp;A 04 Mar 2012 Maulana Wahiduddin Khan · 3m 56s · at 10:19 · https://youtu.be/txRmutuvWQI?t=619</w:t>
      </w:r>
    </w:p>
    <w:p>
      <w:r>
        <w:rPr>
          <w:i/>
        </w:rPr>
        <w:t>“Kindly comment on the reference and the meaning of 'Tabat yada Abi Lahab'.”</w:t>
      </w:r>
    </w:p>
    <w:p>
      <w:r>
        <w:rPr>
          <w:sz w:val="20"/>
        </w:rPr>
        <w:t>10:19  maulana, agla sawal hai doctor pajhma siddiqi ka dilli se. unhon ne aap se poocha hai: "kindly comment on the reference and the meaning of tabadida abilahab."</w:t>
      </w:r>
      <w:r>
        <w:br/>
      </w:r>
      <w:r>
        <w:rPr>
          <w:sz w:val="20"/>
        </w:rPr>
        <w:t>10:32  tabtida abilahab.</w:t>
      </w:r>
      <w:r>
        <w:br/>
      </w:r>
      <w:r>
        <w:rPr>
          <w:sz w:val="20"/>
        </w:rPr>
        <w:t>10:46  dekhiye, makkah mein</w:t>
      </w:r>
      <w:r>
        <w:br/>
      </w:r>
      <w:r>
        <w:rPr>
          <w:sz w:val="20"/>
        </w:rPr>
        <w:t>10:52  jis ko kehte hain yaani kamina pan, kamina pan ka kirdaar sirf aik hi tha, abu lahab ka tha. woh to aur log jo thay, jaise abujahal hai, woh sarkashi ki thi us ne.</w:t>
      </w:r>
      <w:r>
        <w:br/>
      </w:r>
      <w:r>
        <w:rPr>
          <w:sz w:val="20"/>
        </w:rPr>
        <w:t>11:05  lekin aik hai sarkashi karna, aik hai kamina pan,</w:t>
      </w:r>
      <w:r>
        <w:br/>
      </w:r>
      <w:r>
        <w:rPr>
          <w:sz w:val="20"/>
        </w:rPr>
        <w:t>11:09  kamina ban jana mukhalifat mein. to sarkashi bhi buri cheez hai, lekin abujahal ka naam le kar kahin quran majeed mein nahi aaya hai.</w:t>
      </w:r>
      <w:r>
        <w:br/>
      </w:r>
      <w:r>
        <w:rPr>
          <w:sz w:val="20"/>
        </w:rPr>
        <w:t>11:21  lekin abu abu lahab ke bare mein naam le kar bura bataya gaya hai is ko.</w:t>
      </w:r>
      <w:r>
        <w:br/>
      </w:r>
      <w:r>
        <w:rPr>
          <w:sz w:val="20"/>
        </w:rPr>
        <w:t>11:27  to is se main jo nateeja pahuncha hoon woh yeh hai ke allah ki nazar mein kamina pan bohat hi buri cheez hai.</w:t>
      </w:r>
      <w:r>
        <w:br/>
      </w:r>
      <w:r>
        <w:rPr>
          <w:sz w:val="20"/>
        </w:rPr>
        <w:t>11:36  sarkashi bhi buri hai, lekin kamina pan is se zyada bura hai. kamina pan kya hai? aib lagana, ilzaam lagana, badnaam karna,</w:t>
      </w:r>
      <w:r>
        <w:br/>
      </w:r>
      <w:r>
        <w:rPr>
          <w:sz w:val="20"/>
        </w:rPr>
        <w:t>11:45  yaani kisi ki ko jo character assistant karna waghera. main aik misaal deta hoon aap ko ke rasool allah sallallahu alaihi wasallam ne abu lahab bhi aap ka chacha tha, abu talib bhi aap ke chacha thay.</w:t>
      </w:r>
      <w:r>
        <w:br/>
      </w:r>
      <w:r>
        <w:rPr>
          <w:sz w:val="20"/>
        </w:rPr>
        <w:t>12:00  to rasool allah sallallahu alaihi wasallam ne jab nabuwat mili to aap ne wahan par bulaya logon ko.</w:t>
      </w:r>
      <w:r>
        <w:br/>
      </w:r>
      <w:r>
        <w:rPr>
          <w:sz w:val="20"/>
        </w:rPr>
        <w:t>12:04  safah jo jo aik chattan thi, wahan par log akhatta hue to aap ne dawat di.</w:t>
      </w:r>
      <w:r>
        <w:br/>
      </w:r>
      <w:r>
        <w:rPr>
          <w:sz w:val="20"/>
        </w:rPr>
        <w:t>12:14  dawat dene ke baad log khamoshi se uth uth ke chale gaye. kisi ne maana nahi, khamoshi se chale gaye. lekin abu talib,</w:t>
      </w:r>
      <w:r>
        <w:br/>
      </w:r>
      <w:r>
        <w:rPr>
          <w:sz w:val="20"/>
        </w:rPr>
        <w:t>12:21  woh abu lahab jo tha, abu lahab khada ho ke kya kehta hai? tablak saram saram ama jamaatna ila hadha tera bura ho sara din, isi liye hum ko akhatta kiya tha.</w:t>
      </w:r>
      <w:r>
        <w:br/>
      </w:r>
      <w:r>
        <w:rPr>
          <w:sz w:val="20"/>
        </w:rPr>
        <w:t>12:33  yeh jo hai, yeh yeh kamina pan hai, jhooti mukhalifat.</w:t>
      </w:r>
      <w:r>
        <w:br/>
      </w:r>
      <w:r>
        <w:rPr>
          <w:sz w:val="20"/>
        </w:rPr>
        <w:t>12:39  to aik hai sarkashi, aik hai jhooti mukhalifat. to ab yeh surah batati hai ke allah ki nazar mein jhooti mukhalifat bohat hi buri cheez hai.</w:t>
      </w:r>
      <w:r>
        <w:br/>
      </w:r>
      <w:r>
        <w:rPr>
          <w:sz w:val="20"/>
        </w:rPr>
        <w:t>12:53  kamina pan, jhooti mukhalifat, ilzaam lagana, aib aib lagana,</w:t>
      </w:r>
      <w:r>
        <w:br/>
      </w:r>
      <w:r>
        <w:rPr>
          <w:sz w:val="20"/>
        </w:rPr>
        <w:t>12:57  be buniyad aik character association karna, character assassination. to is surah mein yeh paigham hai, jahan tak main samajhta hoon ke allah ki nazar mein sarkash bilashuba bura hai, lekin</w:t>
      </w:r>
      <w:r>
        <w:br/>
      </w:r>
      <w:r>
        <w:rPr>
          <w:sz w:val="20"/>
        </w:rPr>
        <w:t>13:14  kamina insan is se bhi zyada bura hai. kamina insan ki tareef yeh hai ke aap ki mukhalifat mein jhooti baatein kehne lage. yaani dekhiye, abujahal jo tha, mukhalif tha aap ka, kabhi us ne rasool allah par koi jhoota ilzaam nahi lagaya,</w:t>
      </w:r>
      <w:r>
        <w:br/>
      </w:r>
      <w:r>
        <w:rPr>
          <w:sz w:val="20"/>
        </w:rPr>
        <w:t>13:32  kabhi nahi. maine kitabon mein kabhi nahi padha ke us ne abujahal, abujahal ne rasool allah par koi jhoota ilzaam lagaya ho. lekin abu abu talib jo tha, yeh abu lahab jo tha, woh kamina pan dikhata tha, jhooti baatein aap ke khilaf, ilzaam tarashi, character assassination waghera.</w:t>
      </w:r>
      <w:r>
        <w:br/>
      </w:r>
      <w:r>
        <w:rPr>
          <w:sz w:val="20"/>
        </w:rPr>
        <w:t>13:52  to yeh bohat hi bara kirdaar hota hai. to yeh is is is is is is surah mein yahi sabak, isi baat ka sabak diya gaya hai ke is se daro ke tumhara anjaam abu lahab ka na ho jaye kahin, agar tum</w:t>
      </w:r>
      <w:r>
        <w:br/>
      </w:r>
      <w:r>
        <w:rPr>
          <w:sz w:val="20"/>
        </w:rPr>
        <w:t>14:09  woh tareeqa ikhtiyar karo jo abu lahab ne ikhtiyar kiya tha.</w:t>
      </w:r>
    </w:p>
    <w:p>
      <w:pPr>
        <w:pStyle w:val="Heading2"/>
      </w:pPr>
      <w:r>
        <w:t>Explain verse on political system</w:t>
      </w:r>
    </w:p>
    <w:p>
      <w:r>
        <w:rPr>
          <w:color w:val="666666"/>
          <w:sz w:val="18"/>
        </w:rPr>
        <w:t>Quran &amp; Tafsir · Sahaba and Muhaddithin 24th June 2012 - Maulana Wahiduddin Khan · 3m 22s · at 1:30:03 · https://youtu.be/tUPo7MI0Bdo?t=5403</w:t>
      </w:r>
    </w:p>
    <w:p>
      <w:r>
        <w:rPr>
          <w:i/>
        </w:rPr>
        <w:t>“A great scholar who is a leader of the political interpretation of Islam, I asked him: where in the Quran is it said that you should establish a political system in the world? He cited the verse 'Hukm al-Din'. Maulana, please explain this verse.”</w:t>
      </w:r>
    </w:p>
    <w:p>
      <w:r>
        <w:rPr>
          <w:sz w:val="20"/>
        </w:rPr>
        <w:t>1:30:03  Maulana, un ka ek aur sawal hai. unhon ne likha hai ke ek baray aalim jo Islam ke political interpretation ke leader hain, mein ne un se poocha ke Quran ki ayat mein kahan</w:t>
      </w:r>
      <w:r>
        <w:br/>
      </w:r>
      <w:r>
        <w:rPr>
          <w:sz w:val="20"/>
        </w:rPr>
        <w:t>1:30:15  kaha gaya hai ke tum dunya mein political system ko qaim karo? unhon ne ayat Hakeemuddin ka hawala diya. Maulana, is ayat ko aap explain karen.</w:t>
      </w:r>
      <w:r>
        <w:br/>
      </w:r>
      <w:r>
        <w:rPr>
          <w:sz w:val="20"/>
        </w:rPr>
        <w:t>1:30:27  dekhen, yeh bohat bari, mein is ko gunah samajhta hoon</w:t>
      </w:r>
      <w:r>
        <w:br/>
      </w:r>
      <w:r>
        <w:rPr>
          <w:sz w:val="20"/>
        </w:rPr>
        <w:t>1:30:32  ke Hakeemuddin ko iqamat-e-hukumat ke ma'ni mein liya jaye. kuch aur log hain jo Hakeem-us-Salat ke ma'ni lete hain, iqamat-e-nizam, yani social nizam qaim karna samajhte hain ke is mein Hakeem-us-Salat ka alfaaz hukum diya gaya hai.</w:t>
      </w:r>
      <w:r>
        <w:br/>
      </w:r>
      <w:r>
        <w:rPr>
          <w:sz w:val="20"/>
        </w:rPr>
        <w:t>1:30:50  Hakeemuddin ke ma'ni har giz yeh nahin hain ke iqamat-e-hukumat. is par mein ne likhi hai Ta'beer Ghalati hai, bohat lambi behas ki hai, is ko aap parh lijiyey. Hakeemuddin ke ma'ni hain ghair siyasi daire mein deen ke jo taqazay hain, jis ko ke har fard</w:t>
      </w:r>
      <w:r>
        <w:br/>
      </w:r>
      <w:r>
        <w:rPr>
          <w:sz w:val="20"/>
        </w:rPr>
        <w:t>1:31:07  bila rukawat ikhtiyar kar sakta hai, is ko, is is par qaim hona, yani tauheed, ikhlas, ibadat, akhlaq aur Allah se mohabbat, Allah se khauf, yeh sab cheezen is se murad hain.</w:t>
      </w:r>
      <w:r>
        <w:br/>
      </w:r>
      <w:r>
        <w:rPr>
          <w:sz w:val="20"/>
        </w:rPr>
        <w:t>1:31:27  is ka hukumat se kuch bhi talluq nahin hai.</w:t>
      </w:r>
      <w:r>
        <w:br/>
      </w:r>
      <w:r>
        <w:rPr>
          <w:sz w:val="20"/>
        </w:rPr>
        <w:t>1:31:30  is par mein ne likha hua hai, mein ne yeh bhi likha hai is mein ke saaray hi mufassireen mutafiq hain ke is mein siyasat shamil nahin hai.</w:t>
      </w:r>
      <w:r>
        <w:br/>
      </w:r>
      <w:r>
        <w:rPr>
          <w:sz w:val="20"/>
        </w:rPr>
        <w:t>1:31:42  yeh jo aaj kal ke nikle hain siyasi ta'beer karne walay, yeh to bohat hi ziyada جسارت karte hain</w:t>
      </w:r>
      <w:r>
        <w:br/>
      </w:r>
      <w:r>
        <w:rPr>
          <w:sz w:val="20"/>
        </w:rPr>
        <w:t>1:31:49  aur ke koi saboot nahin hai, aur phir bhi is ko dohrata chale ja rahe hain. yani na to lughat mein saboot hai, na Quran mein saboot hai, na tafseeron mein se koi aik bhi mufassir is ke haq mein hai.</w:t>
      </w:r>
      <w:r>
        <w:br/>
      </w:r>
      <w:r>
        <w:rPr>
          <w:sz w:val="20"/>
        </w:rPr>
        <w:t>1:32:06  mein aap ko aik waqia arz karta hoon ke jab mein ne kitab likhi "Ta'beer Ghalati" to is fiqh ke jo a'imma hain, baray baray top ke log, un ko mein ne chhapnay se pehle aik kitab di thi.</w:t>
      </w:r>
      <w:r>
        <w:br/>
      </w:r>
      <w:r>
        <w:rPr>
          <w:sz w:val="20"/>
        </w:rPr>
        <w:t>1:32:19  to is mein yeh likha hua tha ke kisi bhi mufassir ne Hakeemuddin ke a'maal nahin liye.</w:t>
      </w:r>
      <w:r>
        <w:br/>
      </w:r>
      <w:r>
        <w:rPr>
          <w:sz w:val="20"/>
        </w:rPr>
        <w:t>1:32:27  to unhon ne aik hawala diya ke falan mufassir ne liya hai, halankay hawala bilkul ghalat tha. yani woh is mein idhar udhar kar ke sabit kiya gaya tha ke mufassir ne liya hai.</w:t>
      </w:r>
      <w:r>
        <w:br/>
      </w:r>
      <w:r>
        <w:rPr>
          <w:sz w:val="20"/>
        </w:rPr>
        <w:t>1:32:39  phir is ka tajziya kiya mein ne, aap parh lijiyey, bay kitab tha, bay Ghalati mein. yeh top ke aalim thay is halqay ke jinhon ne yeh kaam kiya tha</w:t>
      </w:r>
      <w:r>
        <w:br/>
      </w:r>
      <w:r>
        <w:rPr>
          <w:sz w:val="20"/>
        </w:rPr>
        <w:t>1:32:49  ke ghalat hawala de kar ke sabit karna chaha tha ke aik mufassir is ko manta hai, halankay aur bhi bhi nahin manta. woh bhi nahin manta. hatta ke mein ne likha tha ke "Sawat-ul-Ilham" jo hai, bay nuqtay tafseer hai.</w:t>
      </w:r>
      <w:r>
        <w:br/>
      </w:r>
      <w:r>
        <w:rPr>
          <w:sz w:val="20"/>
        </w:rPr>
        <w:t>1:33:04  aik aik tafseer hai jo poori tafseer hai, is mein nuqtay walay lafz nahin, yeh sawal kiye gaye hain. is tafseer ka naam hai "Sawat-ul-Ilham".</w:t>
      </w:r>
      <w:r>
        <w:br/>
      </w:r>
      <w:r>
        <w:rPr>
          <w:sz w:val="20"/>
        </w:rPr>
        <w:t>1:33:14  to mein ne kaha tha ke is mein bhi yeh mafhoom nahin hai jo aap lete hain. to aap is ko dekh lijiyey meri kitab mein "Ta'beer Ghalati" mein.</w:t>
      </w:r>
    </w:p>
    <w:p>
      <w:pPr>
        <w:pStyle w:val="Heading2"/>
      </w:pPr>
      <w:r>
        <w:t>Explanation of Quran 2:208 wholeheartedly</w:t>
      </w:r>
    </w:p>
    <w:p>
      <w:r>
        <w:rPr>
          <w:color w:val="666666"/>
          <w:sz w:val="18"/>
        </w:rPr>
        <w:t>Quran &amp; Tafsir · God Oriented Life (In Conversation with Maulana) 23 10 11 · 2m 58s · at 0:11 · https://youtu.be/E_LWwsWww2U?t=11</w:t>
      </w:r>
    </w:p>
    <w:p>
      <w:r>
        <w:rPr>
          <w:i/>
        </w:rPr>
        <w:t>“It is urged in the Quran, chapter 2, verse 208: 'O you who believe, enter into Islam wholeheartedly.' Moulana, kindly explain this verse. What does 'wholeheartedly' mean? Does it mean we must adopt the entire system of Islam?”</w:t>
      </w:r>
    </w:p>
    <w:p>
      <w:r>
        <w:rPr>
          <w:sz w:val="20"/>
        </w:rPr>
        <w:t>0:11  maulana yeh sawal misster shoaib khan ne kiya hai lucknow se unhone likha hai "it is urged in the quran chapter number 2 verse number 208 o ye who believe enter into islam wholeheartedly" maulana kindly explain this verse.</w:t>
      </w:r>
      <w:r>
        <w:br/>
      </w:r>
      <w:r>
        <w:rPr>
          <w:sz w:val="20"/>
        </w:rPr>
        <w:t>0:36  wholeheartedly is ka tarjuma nahi hoga yani is ka tarjuma hoga poore ke poore islam mein dakhil ho jao khud khuloos fasl mein kaf poore ke poore</w:t>
      </w:r>
      <w:r>
        <w:br/>
      </w:r>
      <w:r>
        <w:rPr>
          <w:sz w:val="20"/>
        </w:rPr>
        <w:t>0:51  to dekhen poore ke poore ka matlab yeh nahi ke sara nizam dakhil karo islam mein yeh bilkul</w:t>
      </w:r>
      <w:r>
        <w:br/>
      </w:r>
      <w:r>
        <w:rPr>
          <w:sz w:val="20"/>
        </w:rPr>
        <w:t>0:56  hi baseless baat hai yeh qisse nikala jaye nazariya</w:t>
      </w:r>
      <w:r>
        <w:br/>
      </w:r>
      <w:r>
        <w:rPr>
          <w:sz w:val="20"/>
        </w:rPr>
        <w:t>0:59  ke siyasi nizam samaji nizam iqtisadi nizam falan nizam yeh nizam nahi nahi yeh ayat individual ko mukhatib</w:t>
      </w:r>
      <w:r>
        <w:br/>
      </w:r>
      <w:r>
        <w:rPr>
          <w:sz w:val="20"/>
        </w:rPr>
        <w:t>1:08  kar rahi hai ek fard ko ek shakhs apne aap ko</w:t>
      </w:r>
      <w:r>
        <w:br/>
      </w:r>
      <w:r>
        <w:rPr>
          <w:sz w:val="20"/>
        </w:rPr>
        <w:t>1:15  apne jo bas mein hai us ke aitbar se poore ke poore islam mein dakhil ho yani</w:t>
      </w:r>
      <w:r>
        <w:br/>
      </w:r>
      <w:r>
        <w:rPr>
          <w:sz w:val="20"/>
        </w:rPr>
        <w:t>1:22  poori zindagi us ki god oriented zindagi ban jaye</w:t>
      </w:r>
      <w:r>
        <w:br/>
      </w:r>
      <w:r>
        <w:rPr>
          <w:sz w:val="20"/>
        </w:rPr>
        <w:t>1:27  uski sochna</w:t>
      </w:r>
      <w:r>
        <w:br/>
      </w:r>
      <w:r>
        <w:rPr>
          <w:sz w:val="20"/>
        </w:rPr>
        <w:t>1:29  uska bolna uska behavior uski dealing yeh matlab hai iska yeh harghiz matlab nahi</w:t>
      </w:r>
      <w:r>
        <w:br/>
      </w:r>
      <w:r>
        <w:rPr>
          <w:sz w:val="20"/>
        </w:rPr>
        <w:t>1:36  hai ke</w:t>
      </w:r>
      <w:r>
        <w:br/>
      </w:r>
      <w:r>
        <w:rPr>
          <w:sz w:val="20"/>
        </w:rPr>
        <w:t>1:37  sare nizam hayat ko woh karo</w:t>
      </w:r>
      <w:r>
        <w:br/>
      </w:r>
      <w:r>
        <w:rPr>
          <w:sz w:val="20"/>
        </w:rPr>
        <w:t>1:41  lad kar logon se qabza karo aur har jagah islam nafiz karo iska koi taluq</w:t>
      </w:r>
      <w:r>
        <w:br/>
      </w:r>
      <w:r>
        <w:rPr>
          <w:sz w:val="20"/>
        </w:rPr>
        <w:t>1:48  is khud sakhta mafhoom ka is ayat se nahi kyunke kai log is se yeh matlab nikalte hain</w:t>
      </w:r>
      <w:r>
        <w:br/>
      </w:r>
      <w:r>
        <w:rPr>
          <w:sz w:val="20"/>
        </w:rPr>
        <w:t>1:56  is ka tarjuma yeh hai ke</w:t>
      </w:r>
      <w:r>
        <w:br/>
      </w:r>
      <w:r>
        <w:rPr>
          <w:sz w:val="20"/>
        </w:rPr>
        <w:t>1:59  ae iman lane walon tum</w:t>
      </w:r>
      <w:r>
        <w:br/>
      </w:r>
      <w:r>
        <w:rPr>
          <w:sz w:val="20"/>
        </w:rPr>
        <w:t>2:05  poore ke poore islam mein dakhil ho jao</w:t>
      </w:r>
      <w:r>
        <w:br/>
      </w:r>
      <w:r>
        <w:rPr>
          <w:sz w:val="20"/>
        </w:rPr>
        <w:t>2:11  yeh nahi kaha ke ae logon logon tum munazzam ho kar</w:t>
      </w:r>
      <w:r>
        <w:br/>
      </w:r>
      <w:r>
        <w:rPr>
          <w:sz w:val="20"/>
        </w:rPr>
        <w:t>2:16  logon se ittedar chheeno yeh kahan is mein hai</w:t>
      </w:r>
      <w:r>
        <w:br/>
      </w:r>
      <w:r>
        <w:rPr>
          <w:sz w:val="20"/>
        </w:rPr>
        <w:t>2:19  ke iqtidaar chheen kar ke sare mamlaat hayat par islam par qanoon naafiz karo yeh kahan hai is mein</w:t>
      </w:r>
      <w:r>
        <w:br/>
      </w:r>
      <w:r>
        <w:rPr>
          <w:sz w:val="20"/>
        </w:rPr>
        <w:t>2:28  is is woh woh shakhs jo islam laya hai us shakhs ko khitab kar rahi hai ayat</w:t>
      </w:r>
      <w:r>
        <w:br/>
      </w:r>
      <w:r>
        <w:rPr>
          <w:sz w:val="20"/>
        </w:rPr>
        <w:t>2:34  ke ae ae shakhs jo tu islam laya hai tu dawah kar raha hai momin hone ka tu</w:t>
      </w:r>
      <w:r>
        <w:br/>
      </w:r>
      <w:r>
        <w:rPr>
          <w:sz w:val="20"/>
        </w:rPr>
        <w:t>2:40  apni poori zindagi ko islam mein rang rang le</w:t>
      </w:r>
      <w:r>
        <w:br/>
      </w:r>
      <w:r>
        <w:rPr>
          <w:sz w:val="20"/>
        </w:rPr>
        <w:t>2:43  woh jo doosri jagah hai sabqat</w:t>
      </w:r>
      <w:r>
        <w:br/>
      </w:r>
      <w:r>
        <w:rPr>
          <w:sz w:val="20"/>
        </w:rPr>
        <w:t>2:47  allah allah apni zaati zindagi ko tumhare aitbar se</w:t>
      </w:r>
      <w:r>
        <w:br/>
      </w:r>
      <w:r>
        <w:rPr>
          <w:sz w:val="20"/>
        </w:rPr>
        <w:t>2:53  islam ke rang mein rang do yani poori tarah ins ban jao poori tarah sachche ban jao mamlaat</w:t>
      </w:r>
      <w:r>
        <w:br/>
      </w:r>
      <w:r>
        <w:rPr>
          <w:sz w:val="20"/>
        </w:rPr>
        <w:t>3:00  mein poori tarike se sahi dealing karo yeh matlab hai is ka</w:t>
      </w:r>
    </w:p>
    <w:p>
      <w:pPr>
        <w:pStyle w:val="Heading2"/>
      </w:pPr>
      <w:r>
        <w:t>Explanation of Quran 2:258 about Abraham</w:t>
      </w:r>
    </w:p>
    <w:p>
      <w:r>
        <w:rPr>
          <w:color w:val="666666"/>
          <w:sz w:val="18"/>
        </w:rPr>
        <w:t>Quran &amp; Tafsir · Reason and Faith July 10, 2016 · 3m 12s · at 1:11:15 · https://youtu.be/axR4I5yv29E?t=4275</w:t>
      </w:r>
    </w:p>
    <w:p>
      <w:r>
        <w:rPr>
          <w:i/>
        </w:rPr>
        <w:t>“Please explain the verse in Quran 2:258 where Abraham says 'My Lord is the one who gives life and causes death' and the other says 'I give life and cause death'.”</w:t>
      </w:r>
    </w:p>
    <w:p>
      <w:r>
        <w:rPr>
          <w:sz w:val="20"/>
        </w:rPr>
        <w:t>1:11:15  Maulana, agla sawal Chogle Sahab ne kiya hai, Mumbai se, aur unhon ne Quran ka reference diya hai,</w:t>
      </w:r>
      <w:r>
        <w:br/>
      </w:r>
      <w:r>
        <w:rPr>
          <w:sz w:val="20"/>
        </w:rPr>
        <w:t>1:11:21  chapter 2, verse number 258, jis mein aaya hai when Abraham said my Lord is the one who</w:t>
      </w:r>
      <w:r>
        <w:br/>
      </w:r>
      <w:r>
        <w:rPr>
          <w:sz w:val="20"/>
        </w:rPr>
        <w:t>1:11:27  gives life and causes death he said I give life and cause death Abraham said indeed Allah brings</w:t>
      </w:r>
      <w:r>
        <w:br/>
      </w:r>
      <w:r>
        <w:rPr>
          <w:sz w:val="20"/>
        </w:rPr>
        <w:t>1:11:34  up the sun from the east so bring it up from the west so the disbeliever was overwhelmed</w:t>
      </w:r>
      <w:r>
        <w:br/>
      </w:r>
      <w:r>
        <w:rPr>
          <w:sz w:val="20"/>
        </w:rPr>
        <w:t>1:11:40  Maulana Sahab doesn't this suggest that debate is also a type of da'wa jab adopted peacefully mein is</w:t>
      </w:r>
      <w:r>
        <w:br/>
      </w:r>
      <w:r>
        <w:rPr>
          <w:sz w:val="20"/>
        </w:rPr>
        <w:t>1:11:46  ko gunah samajhta hoon ke paighambar ko debater kaha jaye.</w:t>
      </w:r>
      <w:r>
        <w:br/>
      </w:r>
      <w:r>
        <w:rPr>
          <w:sz w:val="20"/>
        </w:rPr>
        <w:t>1:11:52  Logon ko darna chahiye ke Allah Ta'ala ki pakar na jayein.</w:t>
      </w:r>
      <w:r>
        <w:br/>
      </w:r>
      <w:r>
        <w:rPr>
          <w:sz w:val="20"/>
        </w:rPr>
        <w:t>1:11:59  Woh yeh to da'wati baat cheet hai.</w:t>
      </w:r>
      <w:r>
        <w:br/>
      </w:r>
      <w:r>
        <w:rPr>
          <w:sz w:val="20"/>
        </w:rPr>
        <w:t>1:12:05  Yeh debate kahan se hai? Yeh da'wati baat cheet hai, da'wati dialogue hai.</w:t>
      </w:r>
      <w:r>
        <w:br/>
      </w:r>
      <w:r>
        <w:rPr>
          <w:sz w:val="20"/>
        </w:rPr>
        <w:t>1:12:11  Debate ko jo log samajhte hain ke da'wat, mujhe shakk andaza hai ke woh Allah ka pakre jayein ge.</w:t>
      </w:r>
      <w:r>
        <w:br/>
      </w:r>
      <w:r>
        <w:rPr>
          <w:sz w:val="20"/>
        </w:rPr>
        <w:t>1:12:17  Maulana, Dhampur se Ahmad Fouad Sahab ne sawal kiya hai.</w:t>
      </w:r>
      <w:r>
        <w:br/>
      </w:r>
      <w:r>
        <w:rPr>
          <w:sz w:val="20"/>
        </w:rPr>
        <w:t>1:12:24  Unhon ne kaha hai ke in Quran it is mentioned and whoever desires other than Islam as religion</w:t>
      </w:r>
      <w:r>
        <w:br/>
      </w:r>
      <w:r>
        <w:rPr>
          <w:sz w:val="20"/>
        </w:rPr>
        <w:t>1:12:30  never will it be accepted from him and he in the hereafter will be among the losers Maulana</w:t>
      </w:r>
      <w:r>
        <w:br/>
      </w:r>
      <w:r>
        <w:rPr>
          <w:sz w:val="20"/>
        </w:rPr>
        <w:t>1:12:36  Sahab doesn't this آیت reflect the supremacy of Islam over other religions?</w:t>
      </w:r>
      <w:r>
        <w:br/>
      </w:r>
      <w:r>
        <w:rPr>
          <w:sz w:val="20"/>
        </w:rPr>
        <w:t>1:12:43  How to understand this verse better dekhein, supremacy ek alag cheez hai aur jo baat is mein hai</w:t>
      </w:r>
      <w:r>
        <w:br/>
      </w:r>
      <w:r>
        <w:rPr>
          <w:sz w:val="20"/>
        </w:rPr>
        <w:t>1:12:48  woh alag cheez hai.</w:t>
      </w:r>
      <w:r>
        <w:br/>
      </w:r>
      <w:r>
        <w:rPr>
          <w:sz w:val="20"/>
        </w:rPr>
        <w:t>1:12:54  Is ka ta'alluq salvation se hai, nijat.</w:t>
      </w:r>
      <w:r>
        <w:br/>
      </w:r>
      <w:r>
        <w:rPr>
          <w:sz w:val="20"/>
        </w:rPr>
        <w:t>1:12:59  Aap dictionary mein dekh lijiye ke salvation ke kya ma'ni hote hain aur superiority ke kya ma'ni hote hain.</w:t>
      </w:r>
      <w:r>
        <w:br/>
      </w:r>
      <w:r>
        <w:rPr>
          <w:sz w:val="20"/>
        </w:rPr>
        <w:t>1:13:05  aap yahood ke haan yeh lafz tha Jewish supremacism ab wahi ho gaya hai Muslim supremacy.</w:t>
      </w:r>
      <w:r>
        <w:br/>
      </w:r>
      <w:r>
        <w:rPr>
          <w:sz w:val="20"/>
        </w:rPr>
        <w:t>1:13:11  aap kitabon mein parhiye, internet par dekhiye to aap ko mil jayegi is ki detail.</w:t>
      </w:r>
      <w:r>
        <w:br/>
      </w:r>
      <w:r>
        <w:rPr>
          <w:sz w:val="20"/>
        </w:rPr>
        <w:t>1:13:16  woh alag cheez hai, woh alag cheez hai.</w:t>
      </w:r>
      <w:r>
        <w:br/>
      </w:r>
      <w:r>
        <w:rPr>
          <w:sz w:val="20"/>
        </w:rPr>
        <w:t>1:13:22  Okay, so we will end this session now.</w:t>
      </w:r>
      <w:r>
        <w:br/>
      </w:r>
      <w:r>
        <w:rPr>
          <w:sz w:val="20"/>
        </w:rPr>
        <w:t>1:13:28  We will be back next Sunday same time. Keep watching CPS International. Thank you.</w:t>
      </w:r>
    </w:p>
    <w:p>
      <w:pPr>
        <w:pStyle w:val="Heading2"/>
      </w:pPr>
      <w:r>
        <w:t>Explanation of Quran 41:30</w:t>
      </w:r>
    </w:p>
    <w:p>
      <w:r>
        <w:rPr>
          <w:color w:val="666666"/>
          <w:sz w:val="18"/>
        </w:rPr>
        <w:t>Quran &amp; Tafsir · Wisdom of Hadith Maulana Wahiduddin Khan February 23, 2014 · 3m 54s · at 1:31:56 · https://youtu.be/5E_MIQpToK4?t=5516</w:t>
      </w:r>
    </w:p>
    <w:p>
      <w:r>
        <w:rPr>
          <w:i/>
        </w:rPr>
        <w:t>“In chapter 41, verse number 30 of Quran, it is mentioned as for those who affirm: 'Our Lord is God' and then remain steadfast.”</w:t>
      </w:r>
    </w:p>
    <w:p>
      <w:r>
        <w:rPr>
          <w:sz w:val="20"/>
        </w:rPr>
        <w:t>1:31:56  Maulana, agla sawal Ramish Siddiqui sahib ka hai Dilli se.</w:t>
      </w:r>
      <w:r>
        <w:br/>
      </w:r>
      <w:r>
        <w:rPr>
          <w:sz w:val="20"/>
        </w:rPr>
        <w:t>1:32:00  انہوں نے لکھا ہے: "In chapter 41, verse number 30 of Quran, it is mentioned as for those</w:t>
      </w:r>
      <w:r>
        <w:br/>
      </w:r>
      <w:r>
        <w:rPr>
          <w:sz w:val="20"/>
        </w:rPr>
        <w:t>1:32:08  who affirm: 'Our Lord is God' and then remain steadfast.</w:t>
      </w:r>
      <w:r>
        <w:br/>
      </w:r>
      <w:r>
        <w:rPr>
          <w:sz w:val="20"/>
        </w:rPr>
        <w:t>1:32:13  The angels will descend on them, saying: 'Have no fear and do not grieve'.</w:t>
      </w:r>
      <w:r>
        <w:br/>
      </w:r>
      <w:r>
        <w:rPr>
          <w:sz w:val="20"/>
        </w:rPr>
        <w:t>1:32:19  Maulana, please explain fear and grief in this verse.</w:t>
      </w:r>
      <w:r>
        <w:br/>
      </w:r>
      <w:r>
        <w:rPr>
          <w:sz w:val="20"/>
        </w:rPr>
        <w:t>1:32:23  Hmm, yeh Quran mein ayat hai ke: "Innal lazina qalu Rabbun Allah tummastakhifuna tatanaazalu alam malaikatu Allah takhaf</w:t>
      </w:r>
      <w:r>
        <w:br/>
      </w:r>
      <w:r>
        <w:rPr>
          <w:sz w:val="20"/>
        </w:rPr>
        <w:t>1:32:30  wala tahzan".</w:t>
      </w:r>
      <w:r>
        <w:br/>
      </w:r>
      <w:r>
        <w:rPr>
          <w:sz w:val="20"/>
        </w:rPr>
        <w:t>1:32:32  to is par ghor karte hue yeh baat samajh aati hai ke iman laane ke baad jab aadmi</w:t>
      </w:r>
      <w:r>
        <w:br/>
      </w:r>
      <w:r>
        <w:rPr>
          <w:sz w:val="20"/>
        </w:rPr>
        <w:t>1:32:40  isko mission banata hai, ek hai ke aap iman laayein aur namaz padhein to khauf is mein</w:t>
      </w:r>
      <w:r>
        <w:br/>
      </w:r>
      <w:r>
        <w:rPr>
          <w:sz w:val="20"/>
        </w:rPr>
        <w:t>1:32:47  khauf ki koi baat hi nahin hogi.</w:t>
      </w:r>
      <w:r>
        <w:br/>
      </w:r>
      <w:r>
        <w:rPr>
          <w:sz w:val="20"/>
        </w:rPr>
        <w:t>1:32:50  yeh farishtay aa kar kehte hain ke: "Daro mat, hum tumhare saath hain".</w:t>
      </w:r>
      <w:r>
        <w:br/>
      </w:r>
      <w:r>
        <w:rPr>
          <w:sz w:val="20"/>
        </w:rPr>
        <w:t>1:32:56  to kab kahenge? Agar aap iman laaye aur namaz padh rahe hain aur apne kaam mein lage</w:t>
      </w:r>
      <w:r>
        <w:br/>
      </w:r>
      <w:r>
        <w:rPr>
          <w:sz w:val="20"/>
        </w:rPr>
        <w:t>1:33:04  hue hain to is mein khauf ki baat to koi hai nahin.</w:t>
      </w:r>
      <w:r>
        <w:br/>
      </w:r>
      <w:r>
        <w:rPr>
          <w:sz w:val="20"/>
        </w:rPr>
        <w:t>1:33:09  khauf ki baat yeh hai ke jab aap iman ko Islam ka mission banayein to log jaana padta</w:t>
      </w:r>
      <w:r>
        <w:br/>
      </w:r>
      <w:r>
        <w:rPr>
          <w:sz w:val="20"/>
        </w:rPr>
        <w:t>1:33:16  hai aap ko doosron ke darmiyan.</w:t>
      </w:r>
      <w:r>
        <w:br/>
      </w:r>
      <w:r>
        <w:rPr>
          <w:sz w:val="20"/>
        </w:rPr>
        <w:t>1:33:19  wahan koi police khadi hui hai, wahan koi mukhalif khada hua hai, wahan koi tarah tarah ke is</w:t>
      </w:r>
      <w:r>
        <w:br/>
      </w:r>
      <w:r>
        <w:rPr>
          <w:sz w:val="20"/>
        </w:rPr>
        <w:t>1:33:27  mein masail paida hote hain.</w:t>
      </w:r>
      <w:r>
        <w:br/>
      </w:r>
      <w:r>
        <w:rPr>
          <w:sz w:val="20"/>
        </w:rPr>
        <w:t>1:33:29  koi kehta hai ke: "Hum yeh karenge, koi kehta hai woh karenge".</w:t>
      </w:r>
      <w:r>
        <w:br/>
      </w:r>
      <w:r>
        <w:rPr>
          <w:sz w:val="20"/>
        </w:rPr>
        <w:t>1:33:35  woh woh hai khauf ke mawaqe.</w:t>
      </w:r>
      <w:r>
        <w:br/>
      </w:r>
      <w:r>
        <w:rPr>
          <w:sz w:val="20"/>
        </w:rPr>
        <w:t>1:33:37  to wahan par farishtay aap ka saath dete hain.</w:t>
      </w:r>
      <w:r>
        <w:br/>
      </w:r>
      <w:r>
        <w:rPr>
          <w:sz w:val="20"/>
        </w:rPr>
        <w:t>1:33:41  aur hamare jo log distribution kar rahe hain, un se poochhiye aap ke kis tarah se ghareeb tor</w:t>
      </w:r>
      <w:r>
        <w:br/>
      </w:r>
      <w:r>
        <w:rPr>
          <w:sz w:val="20"/>
        </w:rPr>
        <w:t>1:33:49  par un ke kaam bante rehte hain.</w:t>
      </w:r>
      <w:r>
        <w:br/>
      </w:r>
      <w:r>
        <w:rPr>
          <w:sz w:val="20"/>
        </w:rPr>
        <w:t>1:33:52  misal ke taur par ek ek bahut bada function tha, main sathiyon ne bataya ke wahan wo gaye,</w:t>
      </w:r>
      <w:r>
        <w:br/>
      </w:r>
      <w:r>
        <w:rPr>
          <w:sz w:val="20"/>
        </w:rPr>
        <w:t>1:34:00  wahan police bahut thi aur aur wahan par yeh qanoon tha ke koi yahan distribute nahi kar sakta.</w:t>
      </w:r>
      <w:r>
        <w:br/>
      </w:r>
      <w:r>
        <w:rPr>
          <w:sz w:val="20"/>
        </w:rPr>
        <w:t>1:34:07  to aapas mein unhon ne mashwara kiya ke: "phir yahan to yeh qanoon hai ke distribute nahi kar</w:t>
      </w:r>
      <w:r>
        <w:br/>
      </w:r>
      <w:r>
        <w:rPr>
          <w:sz w:val="20"/>
        </w:rPr>
        <w:t>1:34:15  sakte, police wale pakad lenge hum ko".</w:t>
      </w:r>
      <w:r>
        <w:br/>
      </w:r>
      <w:r>
        <w:rPr>
          <w:sz w:val="20"/>
        </w:rPr>
        <w:t>1:34:19  to unhon ne kaha: "khush rahen, dua karo, dua karo, ghus jao".</w:t>
      </w:r>
      <w:r>
        <w:br/>
      </w:r>
      <w:r>
        <w:rPr>
          <w:sz w:val="20"/>
        </w:rPr>
        <w:t>1:34:24  aur waqea to aise hi hua, dua kiya aur ghus gaye to wahan par police wale ne poocha</w:t>
      </w:r>
      <w:r>
        <w:br/>
      </w:r>
      <w:r>
        <w:rPr>
          <w:sz w:val="20"/>
        </w:rPr>
        <w:t>1:34:31  bhi nahi aur khoob distribute karte rahe wo.</w:t>
      </w:r>
      <w:r>
        <w:br/>
      </w:r>
      <w:r>
        <w:rPr>
          <w:sz w:val="20"/>
        </w:rPr>
        <w:t>1:34:35  to wahi to hai ke jab aap apne iman ko mission banayenge, tab logon ke darmiyan dakhil</w:t>
      </w:r>
      <w:r>
        <w:br/>
      </w:r>
      <w:r>
        <w:rPr>
          <w:sz w:val="20"/>
        </w:rPr>
        <w:t>1:34:43  hona padega aap ko.</w:t>
      </w:r>
      <w:r>
        <w:br/>
      </w:r>
      <w:r>
        <w:rPr>
          <w:sz w:val="20"/>
        </w:rPr>
        <w:t>1:34:45  jab jab dakhil honge logon ke darmiyan to tarah tarah ki mukhalifaten hongi, tarah tarah ke</w:t>
      </w:r>
      <w:r>
        <w:br/>
      </w:r>
      <w:r>
        <w:rPr>
          <w:sz w:val="20"/>
        </w:rPr>
        <w:t>1:34:52  masail paida honge.</w:t>
      </w:r>
      <w:r>
        <w:br/>
      </w:r>
      <w:r>
        <w:rPr>
          <w:sz w:val="20"/>
        </w:rPr>
        <w:t>1:34:54  wahan par agar aap sach sachay, aap ka iman sacha iman hai, aap ka Allah par bharosa hai,</w:t>
      </w:r>
      <w:r>
        <w:br/>
      </w:r>
      <w:r>
        <w:rPr>
          <w:sz w:val="20"/>
        </w:rPr>
        <w:t>1:35:02  aap dua kar rahe hain, Allah ko yaad kar rahe hain to farishte utrenge aur aap ke</w:t>
      </w:r>
      <w:r>
        <w:br/>
      </w:r>
      <w:r>
        <w:rPr>
          <w:sz w:val="20"/>
        </w:rPr>
        <w:t>1:35:10  masle ko hal kar denge.</w:t>
      </w:r>
      <w:r>
        <w:br/>
      </w:r>
      <w:r>
        <w:rPr>
          <w:sz w:val="20"/>
        </w:rPr>
        <w:t>1:35:12  to main samajhta hoon ke yeh ayat jo hai bahut badi ayat hai in in logon ke liye</w:t>
      </w:r>
      <w:r>
        <w:br/>
      </w:r>
      <w:r>
        <w:rPr>
          <w:sz w:val="20"/>
        </w:rPr>
        <w:t>1:35:20  jo ba taur mission ke Islam ko ikhtiyar karte hain ke ke baghair yani yani koi khauf karne ki</w:t>
      </w:r>
      <w:r>
        <w:br/>
      </w:r>
      <w:r>
        <w:rPr>
          <w:sz w:val="20"/>
        </w:rPr>
        <w:t>1:35:28  zarurat nahi hai.</w:t>
      </w:r>
      <w:r>
        <w:br/>
      </w:r>
      <w:r>
        <w:rPr>
          <w:sz w:val="20"/>
        </w:rPr>
        <w:t>1:35:29  har mauqe par jao aur peaceful raho, tum khud peaceful raho, apni taraf se koi muqawamat</w:t>
      </w:r>
      <w:r>
        <w:br/>
      </w:r>
      <w:r>
        <w:rPr>
          <w:sz w:val="20"/>
        </w:rPr>
        <w:t>1:35:37  do, bas tum khud peaceful raho to sare kaam wahan par aa kar eagle kar denge.</w:t>
      </w:r>
      <w:r>
        <w:br/>
      </w:r>
      <w:r>
        <w:rPr>
          <w:sz w:val="20"/>
        </w:rPr>
        <w:t>1:35:44  yeh is ayat bhi ek bahut badi good tiling hai, bahut badi basharat hai.</w:t>
      </w:r>
    </w:p>
    <w:p>
      <w:pPr>
        <w:pStyle w:val="Heading2"/>
      </w:pPr>
      <w:r>
        <w:t>Explanation of Quran 5:82 on Christians</w:t>
      </w:r>
    </w:p>
    <w:p>
      <w:r>
        <w:rPr>
          <w:color w:val="666666"/>
          <w:sz w:val="18"/>
        </w:rPr>
        <w:t>Quran &amp; Tafsir · Q&amp;A 20 Nov 2011 Maulana Wahiduddin Khan · 4m 04s · at 21:01 · https://youtu.be/7sNDn8Y6jUc?t=1261</w:t>
      </w:r>
    </w:p>
    <w:p>
      <w:r>
        <w:rPr>
          <w:i/>
        </w:rPr>
        <w:t>“Kindly explain chapter 5, verse 82 of the Quran, where it says: 'You will find that the nearest in affection to the faithful are those who say, "We are Christians." That is because there are priests and monks among them and because they are free from pride.'”</w:t>
      </w:r>
    </w:p>
    <w:p>
      <w:r>
        <w:rPr>
          <w:sz w:val="20"/>
        </w:rPr>
        <w:t>21:01  maulana, agla sawal kya hai maulana zakwan nadvi ne dilli se. unhon ne likha hai: "kindly explain the chapter 5, verse number 82 of quran, where it says:</w:t>
      </w:r>
      <w:r>
        <w:br/>
      </w:r>
      <w:r>
        <w:rPr>
          <w:sz w:val="20"/>
        </w:rPr>
        <w:t>21:14  'you will find that the nearest in affection to the faithful are those who say, 'we are christians.' that is because there are priests and monks among them and because they are free from pride.'"</w:t>
      </w:r>
      <w:r>
        <w:br/>
      </w:r>
      <w:r>
        <w:rPr>
          <w:sz w:val="20"/>
        </w:rPr>
        <w:t>21:32  haan, christian ke bare mein jo ayat hai woh hadith mein bhi aya hai. toh yeh aap sab ka tajurba hai ke christian mein narmi hoti hai aur</w:t>
      </w:r>
      <w:r>
        <w:br/>
      </w:r>
      <w:r>
        <w:rPr>
          <w:sz w:val="20"/>
        </w:rPr>
        <w:t>21:47  yani unhein cooperation ka madah hota hai. sakhti nahi hoti hai. ab yeh kyun aisa hai yeh yeh sochne ki baat hai lekin yeh baat hai apni jagah par sahi.</w:t>
      </w:r>
      <w:r>
        <w:br/>
      </w:r>
      <w:r>
        <w:rPr>
          <w:sz w:val="20"/>
        </w:rPr>
        <w:t>21:58  abhi mein ne qissa bataya aap ko Christian ka ke unhon ne</w:t>
      </w:r>
      <w:r>
        <w:br/>
      </w:r>
      <w:r>
        <w:rPr>
          <w:sz w:val="20"/>
        </w:rPr>
        <w:t>22:03  seminar kiya sara kharcha unhon ne uthaya sab kuch aur hamare log jo gaye apni kitabein le kar ke wahan taqseem kiya is ka bhi paisa lota diya unhon ne.</w:t>
      </w:r>
      <w:r>
        <w:br/>
      </w:r>
      <w:r>
        <w:rPr>
          <w:sz w:val="20"/>
        </w:rPr>
        <w:t>22:15  mein to samajhta hoon ke Christian logon ke andar bohat hi ajeeb sifat hain.</w:t>
      </w:r>
      <w:r>
        <w:br/>
      </w:r>
      <w:r>
        <w:rPr>
          <w:sz w:val="20"/>
        </w:rPr>
        <w:t>22:20  bohat ajeeb sifat hain. narmi, modesty, openness aur help karna.</w:t>
      </w:r>
      <w:r>
        <w:br/>
      </w:r>
      <w:r>
        <w:rPr>
          <w:sz w:val="20"/>
        </w:rPr>
        <w:t>22:31  is ka waja kya hai yeh mein nahi janta. mujhe nahi maloom ke lekin waqia hai, aaj bhi yeh waqia hai ke Christian logon mein yeh sab baatein pai jati hain.</w:t>
      </w:r>
      <w:r>
        <w:br/>
      </w:r>
      <w:r>
        <w:rPr>
          <w:sz w:val="20"/>
        </w:rPr>
        <w:t>22:42  Maulana Shariq Hussain ne Dilli se sawal kiya hai. aap ne farmaya ke positive thinking ke zariye hi insan ke liye yeh possible ho sakta hai ke us ke andar creative thinking aaye.</w:t>
      </w:r>
      <w:r>
        <w:br/>
      </w:r>
      <w:r>
        <w:rPr>
          <w:sz w:val="20"/>
        </w:rPr>
        <w:t>22:56  is ko thora sa aur wazeh karein.</w:t>
      </w:r>
      <w:r>
        <w:br/>
      </w:r>
      <w:r>
        <w:rPr>
          <w:sz w:val="20"/>
        </w:rPr>
        <w:t>23:00  dekhein, creative thinking ke liye zaroori hai ke aap ka mind free ho. ghair zaroori masail se. beshtar log, kya sare log, mein pata hoon logon ke andar, ghair zaroori masail mein uljhe rehte hain.</w:t>
      </w:r>
      <w:r>
        <w:br/>
      </w:r>
      <w:r>
        <w:rPr>
          <w:sz w:val="20"/>
        </w:rPr>
        <w:t>23:16  is liye woh kehte hain creativity barhti nahi.</w:t>
      </w:r>
      <w:r>
        <w:br/>
      </w:r>
      <w:r>
        <w:rPr>
          <w:sz w:val="20"/>
        </w:rPr>
        <w:t>23:19  to creative thinking ki pehli shart yeh hai ke aap ka zehan jo hai manfi sawalat mein na uljhe. ghair zaroori qism ke sawalat mein na uljhe.</w:t>
      </w:r>
      <w:r>
        <w:br/>
      </w:r>
      <w:r>
        <w:rPr>
          <w:sz w:val="20"/>
        </w:rPr>
        <w:t>23:28  yeh sab na ho. tab woh woh woh woh positivity aaye gi. Positivity</w:t>
      </w:r>
      <w:r>
        <w:br/>
      </w:r>
      <w:r>
        <w:rPr>
          <w:sz w:val="20"/>
        </w:rPr>
        <w:t>23:37  is tarah kabhi nahi aa sakti hai ke aap negative jo hain woh uljhe hue hon aur aur positivity bhi taraqqi kare, aisa nahi ho sakta. to jis aadmi ko banna hai positive thinker us ko ek price deni pare gi.</w:t>
      </w:r>
      <w:r>
        <w:br/>
      </w:r>
      <w:r>
        <w:rPr>
          <w:sz w:val="20"/>
        </w:rPr>
        <w:t>23:49  woh price yeh hai ke negative thinking se mukammal taur par apne ko azaad karna.</w:t>
      </w:r>
      <w:r>
        <w:br/>
      </w:r>
      <w:r>
        <w:rPr>
          <w:sz w:val="20"/>
        </w:rPr>
        <w:t>23:56  misal ke taur par aaj hi subah mein kisi se keh raha tha peechay ki baat ko le kar ke unhon ne kuch shikayati baat ki barson pehle ki baat.</w:t>
      </w:r>
      <w:r>
        <w:br/>
      </w:r>
      <w:r>
        <w:rPr>
          <w:sz w:val="20"/>
        </w:rPr>
        <w:t>24:07  mein ne kaha barson ke pehle baat jo ho gayi woh woh aap luta sakte nahi.</w:t>
      </w:r>
      <w:r>
        <w:br/>
      </w:r>
      <w:r>
        <w:rPr>
          <w:sz w:val="20"/>
        </w:rPr>
        <w:t>24:13  woh jo ho gaya woh ho gaya. ab is ko kyun yaad karte hain? woh yaad kar ke kyun apne zehan ko negative banate hain? to jis aadmi ko creative thinking ki ahmiyat maloom ho jo apne aap ko positive thinker banana chahta ho us ko ek price deni pare gi.</w:t>
      </w:r>
      <w:r>
        <w:br/>
      </w:r>
      <w:r>
        <w:rPr>
          <w:sz w:val="20"/>
        </w:rPr>
        <w:t>24:28  woh price yeh hai ke ghair zaroori sawalat se apne ko bachana. do cheezon se bachana pare ga. teen cheezon se. Distraction se,</w:t>
      </w:r>
      <w:r>
        <w:br/>
      </w:r>
      <w:r>
        <w:rPr>
          <w:sz w:val="20"/>
        </w:rPr>
        <w:t>24:36  unnecessary questions se aur negative sentiments se. nahi to kabhi bhi development nahi hoga. yaad rakhiye.</w:t>
      </w:r>
      <w:r>
        <w:br/>
      </w:r>
      <w:r>
        <w:rPr>
          <w:sz w:val="20"/>
        </w:rPr>
        <w:t>24:45  Creative thinking ya positive thinking ki ek price hai. woh price kya hai? ke aap unnecessary questions se apne ko bachayein.</w:t>
      </w:r>
      <w:r>
        <w:br/>
      </w:r>
      <w:r>
        <w:rPr>
          <w:sz w:val="20"/>
        </w:rPr>
        <w:t>24:55  Distraction se bachayein. aur negativity se bachayein. tab ja kar ke yeh development hoga warna nahi hoga.</w:t>
      </w:r>
    </w:p>
    <w:p>
      <w:pPr>
        <w:pStyle w:val="Heading2"/>
      </w:pPr>
      <w:r>
        <w:t>Explanation of Quran 9:113 on seeking forgiveness</w:t>
      </w:r>
    </w:p>
    <w:p>
      <w:r>
        <w:rPr>
          <w:color w:val="666666"/>
          <w:sz w:val="18"/>
        </w:rPr>
        <w:t>Quran &amp; Tafsir · God Oriented Life (In Conversation with Maulana) 23 10 11 · 3m 05s · at 34:02 · https://youtu.be/E_LWwsWww2U?t=2042</w:t>
      </w:r>
    </w:p>
    <w:p>
      <w:r>
        <w:rPr>
          <w:i/>
        </w:rPr>
        <w:t>“In Quran chapter 9 verse 113, the translation says it is not proper for the Prophet and those who believe to seek forgiveness for the polytheists. Please explain this verse.”</w:t>
      </w:r>
    </w:p>
    <w:p>
      <w:r>
        <w:rPr>
          <w:sz w:val="20"/>
        </w:rPr>
        <w:t>34:02  مولانا اگلا سوال مسٹر احمد انوت نے دلی سے کیا ہے انہوں نے لکھا ہے in Quran chapter</w:t>
      </w:r>
      <w:r>
        <w:br/>
      </w:r>
      <w:r>
        <w:rPr>
          <w:sz w:val="20"/>
        </w:rPr>
        <w:t>34:09  nine verse number 113</w:t>
      </w:r>
      <w:r>
        <w:br/>
      </w:r>
      <w:r>
        <w:rPr>
          <w:sz w:val="20"/>
        </w:rPr>
        <w:t>34:12  The translation says it is not proper for the prophet and those who believe to seek forgiveness for</w:t>
      </w:r>
      <w:r>
        <w:br/>
      </w:r>
      <w:r>
        <w:rPr>
          <w:sz w:val="20"/>
        </w:rPr>
        <w:t>34:21  polytheist even though they are close relatives</w:t>
      </w:r>
      <w:r>
        <w:br/>
      </w:r>
      <w:r>
        <w:rPr>
          <w:sz w:val="20"/>
        </w:rPr>
        <w:t>34:26  after it has become clear to them that they have earned the punishment of hell</w:t>
      </w:r>
      <w:r>
        <w:br/>
      </w:r>
      <w:r>
        <w:rPr>
          <w:sz w:val="20"/>
        </w:rPr>
        <w:t>34:32  kindly explain</w:t>
      </w:r>
      <w:r>
        <w:br/>
      </w:r>
      <w:r>
        <w:rPr>
          <w:sz w:val="20"/>
        </w:rPr>
        <w:t>34:33  this verse dekhein yeh jang ke bare mein hai aap halaat ke bare mein nahi hai jangy</w:t>
      </w:r>
      <w:r>
        <w:br/>
      </w:r>
      <w:r>
        <w:rPr>
          <w:sz w:val="20"/>
        </w:rPr>
        <w:t>34:39  halat ka yeh qanoon hai is ke context se alag kar ke ap parhein ge to kuch samajh</w:t>
      </w:r>
      <w:r>
        <w:br/>
      </w:r>
      <w:r>
        <w:rPr>
          <w:sz w:val="20"/>
        </w:rPr>
        <w:t>34:45  nahin gaye to har ek ko ap nafrat karein ge har ek ko dushman bana lein ge apna</w:t>
      </w:r>
      <w:r>
        <w:br/>
      </w:r>
      <w:r>
        <w:rPr>
          <w:sz w:val="20"/>
        </w:rPr>
        <w:t>34:49  jab musalma muslim aur doosre jo thay un ke mukhalifeen at war thay tab ka yeh qanoon hai</w:t>
      </w:r>
      <w:r>
        <w:br/>
      </w:r>
      <w:r>
        <w:rPr>
          <w:sz w:val="20"/>
        </w:rPr>
        <w:t>34:58  is ko is ke context hata kar mat dekhiye is ko ap tafseeron mein parhiye is ke shan</w:t>
      </w:r>
      <w:r>
        <w:br/>
      </w:r>
      <w:r>
        <w:rPr>
          <w:sz w:val="20"/>
        </w:rPr>
        <w:t>35:04  nuzool ko to ap yeh baat clear ho jaye gi ap ke upar is is is ayat ka</w:t>
      </w:r>
      <w:r>
        <w:br/>
      </w:r>
      <w:r>
        <w:rPr>
          <w:sz w:val="20"/>
        </w:rPr>
        <w:t>35:09  shan nuzool ap tasawwur mil jaye ga ap ko</w:t>
      </w:r>
      <w:r>
        <w:br/>
      </w:r>
      <w:r>
        <w:rPr>
          <w:sz w:val="20"/>
        </w:rPr>
        <w:t>35:13  Dr Owais ne Delhi se likha hai if the two thought crime or social crime which is more severe and why</w:t>
      </w:r>
      <w:r>
        <w:br/>
      </w:r>
      <w:r>
        <w:rPr>
          <w:sz w:val="20"/>
        </w:rPr>
        <w:t>35:27  bhai ek insan ke aitbar se sakht hai doosra khuda ke aitbar se sakht hai sakht dono hain</w:t>
      </w:r>
      <w:r>
        <w:br/>
      </w:r>
      <w:r>
        <w:rPr>
          <w:sz w:val="20"/>
        </w:rPr>
        <w:t>35:33  yani shirk jo hai woh Allah taala maaf nahin farmayein ge lekin woh woh Allah ke haan punishable</w:t>
      </w:r>
      <w:r>
        <w:br/>
      </w:r>
      <w:r>
        <w:rPr>
          <w:sz w:val="20"/>
        </w:rPr>
        <w:t>35:37  hai duniya mein nahin</w:t>
      </w:r>
      <w:r>
        <w:br/>
      </w:r>
      <w:r>
        <w:rPr>
          <w:sz w:val="20"/>
        </w:rPr>
        <w:t>35:40  to sakhti mein dono mein aisa nahin koi kam sakht ho lekin insan ke bare mein ap crime</w:t>
      </w:r>
      <w:r>
        <w:br/>
      </w:r>
      <w:r>
        <w:rPr>
          <w:sz w:val="20"/>
        </w:rPr>
        <w:t>35:49  karein ge to duniya mein woh punishable hai khuda ke bare mein karein ge to akhirat mein punishable</w:t>
      </w:r>
      <w:r>
        <w:br/>
      </w:r>
      <w:r>
        <w:rPr>
          <w:sz w:val="20"/>
        </w:rPr>
        <w:t>35:53  hai bhai yeh farq hai bas</w:t>
      </w:r>
      <w:r>
        <w:br/>
      </w:r>
      <w:r>
        <w:rPr>
          <w:sz w:val="20"/>
        </w:rPr>
        <w:t>35:59  Mr Mazhar ne Delhi se likha hai kya Quran ko padhne ki koi khaas shariyat hai pakki napakki ka masla hai ya nahi</w:t>
      </w:r>
      <w:r>
        <w:br/>
      </w:r>
      <w:r>
        <w:rPr>
          <w:sz w:val="20"/>
        </w:rPr>
        <w:t>36:13  quran ko parhne ke liye ek hi shart hai woh quran mein hai</w:t>
      </w:r>
      <w:r>
        <w:br/>
      </w:r>
      <w:r>
        <w:rPr>
          <w:sz w:val="20"/>
        </w:rPr>
        <w:t>36:18  attaqullah wa yualimkumullah Allah se daro to Allah tum ko quran ke mazameen samjhaye ga asal</w:t>
      </w:r>
      <w:r>
        <w:br/>
      </w:r>
      <w:r>
        <w:rPr>
          <w:sz w:val="20"/>
        </w:rPr>
        <w:t>36:27  shart yeh hai baqi zahiri shartein hain woh sab log zahiri sharton ko jante hain asal shart se</w:t>
      </w:r>
      <w:r>
        <w:br/>
      </w:r>
      <w:r>
        <w:rPr>
          <w:sz w:val="20"/>
        </w:rPr>
        <w:t>36:32  be khabar hain jitna zyada ap ke andar taqwa hoga khuda tesi hogi sanjidgi hogi</w:t>
      </w:r>
      <w:r>
        <w:br/>
      </w:r>
      <w:r>
        <w:rPr>
          <w:sz w:val="20"/>
        </w:rPr>
        <w:t>36:40  honesty hogi sincerity hogi itni quran ki samajh mein ap ka aye ga asal shart yeh hai</w:t>
      </w:r>
      <w:r>
        <w:br/>
      </w:r>
      <w:r>
        <w:rPr>
          <w:sz w:val="20"/>
        </w:rPr>
        <w:t>36:48  logon ka haal yeh hai ke jo asal shart hai is is ka to zikr nahin karte aur</w:t>
      </w:r>
      <w:r>
        <w:br/>
      </w:r>
      <w:r>
        <w:rPr>
          <w:sz w:val="20"/>
        </w:rPr>
        <w:t>36:53  jo jo zahiri shart hai usi ka zikr karte hain</w:t>
      </w:r>
      <w:r>
        <w:br/>
      </w:r>
      <w:r>
        <w:rPr>
          <w:sz w:val="20"/>
        </w:rPr>
        <w:t>36:58  beh-haal</w:t>
      </w:r>
      <w:r>
        <w:br/>
      </w:r>
      <w:r>
        <w:rPr>
          <w:sz w:val="20"/>
        </w:rPr>
        <w:t>36:58  Quran mein jo likha hua hai woh yahi hai ittaqullah wa yualimkumullah is ayat ko aap ja kar tafseer mein bhi likhiye</w:t>
      </w:r>
    </w:p>
    <w:p>
      <w:pPr>
        <w:pStyle w:val="Heading2"/>
      </w:pPr>
      <w:r>
        <w:t>Explanation of Surah Al-Furqan 30</w:t>
      </w:r>
    </w:p>
    <w:p>
      <w:r>
        <w:rPr>
          <w:color w:val="666666"/>
          <w:sz w:val="18"/>
        </w:rPr>
        <w:t>Quran &amp; Tafsir · Islah e Ummat August 10, 2014 · 2m 30s · at 48:30 · https://youtu.be/a7ohKq4Xf0Y?t=2910</w:t>
      </w:r>
    </w:p>
    <w:p>
      <w:r>
        <w:rPr>
          <w:i/>
        </w:rPr>
        <w:t>“In Surah Al-Furqan verse 30, Allah says: 'And thus We have made for every prophet an enemy from among the criminals.' What is the explanation of this verse?”</w:t>
      </w:r>
    </w:p>
    <w:p>
      <w:r>
        <w:rPr>
          <w:sz w:val="20"/>
        </w:rPr>
        <w:t>48:30  maulana agla sawal dilli se kya hai shah nawaz zafar sahib ne aur unhon ne likha hai surah</w:t>
      </w:r>
      <w:r>
        <w:br/>
      </w:r>
      <w:r>
        <w:rPr>
          <w:sz w:val="20"/>
        </w:rPr>
        <w:t>48:38  furqan ki ayat number 30 mein Allah pak farmate hain aur isi tarah hum ne mujrimon mein se</w:t>
      </w:r>
      <w:r>
        <w:br/>
      </w:r>
      <w:r>
        <w:rPr>
          <w:sz w:val="20"/>
        </w:rPr>
        <w:t>48:46  har nabi ka dushman banaya</w:t>
      </w:r>
      <w:r>
        <w:br/>
      </w:r>
      <w:r>
        <w:rPr>
          <w:sz w:val="20"/>
        </w:rPr>
        <w:t>48:49  tazkir-ul-quran mein is ayat ke liye koi khusoosi comment nahi hai meharbani kar ke wazahat karein ke</w:t>
      </w:r>
      <w:r>
        <w:br/>
      </w:r>
      <w:r>
        <w:rPr>
          <w:sz w:val="20"/>
        </w:rPr>
        <w:t>48:56  is ayat mein Allah kya kehna chah rahe hain</w:t>
      </w:r>
      <w:r>
        <w:br/>
      </w:r>
      <w:r>
        <w:rPr>
          <w:sz w:val="20"/>
        </w:rPr>
        <w:t>49:04  dekhiye is ka matlab yeh hai ke jab bhi koi shakhs</w:t>
      </w:r>
      <w:r>
        <w:br/>
      </w:r>
      <w:r>
        <w:rPr>
          <w:sz w:val="20"/>
        </w:rPr>
        <w:t>49:11  be-amez dawat le kar uthta hai Allah ki</w:t>
      </w:r>
      <w:r>
        <w:br/>
      </w:r>
      <w:r>
        <w:rPr>
          <w:sz w:val="20"/>
        </w:rPr>
        <w:t>49:16  Allah ki jo be-amez dawat hai</w:t>
      </w:r>
      <w:r>
        <w:br/>
      </w:r>
      <w:r>
        <w:rPr>
          <w:sz w:val="20"/>
        </w:rPr>
        <w:t>49:21  to hamesha shaitan ko log khada karte hain is ko mukhalifat karne ke liye hum aap ho tab</w:t>
      </w:r>
      <w:r>
        <w:br/>
      </w:r>
      <w:r>
        <w:rPr>
          <w:sz w:val="20"/>
        </w:rPr>
        <w:t>49:26  bhi khada karega aur peghambar ho tab bhi khada karega</w:t>
      </w:r>
      <w:r>
        <w:br/>
      </w:r>
      <w:r>
        <w:rPr>
          <w:sz w:val="20"/>
        </w:rPr>
        <w:t>49:31  shaitan jo hai agar log</w:t>
      </w:r>
      <w:r>
        <w:br/>
      </w:r>
      <w:r>
        <w:rPr>
          <w:sz w:val="20"/>
        </w:rPr>
        <w:t>49:34  shirk par hon log milawat mazhab par hon logon ne gustakhana ka version bana rakha ho Islam ka</w:t>
      </w:r>
      <w:r>
        <w:br/>
      </w:r>
      <w:r>
        <w:rPr>
          <w:sz w:val="20"/>
        </w:rPr>
        <w:t>49:42  to shaitan aap ke peeche nahi padega</w:t>
      </w:r>
      <w:r>
        <w:br/>
      </w:r>
      <w:r>
        <w:rPr>
          <w:sz w:val="20"/>
        </w:rPr>
        <w:t>49:48  lekin jab aap</w:t>
      </w:r>
      <w:r>
        <w:br/>
      </w:r>
      <w:r>
        <w:rPr>
          <w:sz w:val="20"/>
        </w:rPr>
        <w:t>49:51  jo asli Islam hai jo Allah ka utara hua Islam hai</w:t>
      </w:r>
      <w:r>
        <w:br/>
      </w:r>
      <w:r>
        <w:rPr>
          <w:sz w:val="20"/>
        </w:rPr>
        <w:t>49:56  ya'ni jo jis mein koi milawat nahi hai is Islam ko le kar khada honge to zaroor</w:t>
      </w:r>
      <w:r>
        <w:br/>
      </w:r>
      <w:r>
        <w:rPr>
          <w:sz w:val="20"/>
        </w:rPr>
        <w:t>50:03  shaitan is ka dushman ban jayega to shaitan khud to samne aata nahi</w:t>
      </w:r>
      <w:r>
        <w:br/>
      </w:r>
      <w:r>
        <w:rPr>
          <w:sz w:val="20"/>
        </w:rPr>
        <w:t>50:10  kuch logon ko khada kar deta hai</w:t>
      </w:r>
      <w:r>
        <w:br/>
      </w:r>
      <w:r>
        <w:rPr>
          <w:sz w:val="20"/>
        </w:rPr>
        <w:t>50:14  woh wahi mukhalifana baatein karte hain badnaam karte hain ilzam lagate hain</w:t>
      </w:r>
      <w:r>
        <w:br/>
      </w:r>
      <w:r>
        <w:rPr>
          <w:sz w:val="20"/>
        </w:rPr>
        <w:t>50:22  tarah tarah se is ko character association karte hain</w:t>
      </w:r>
      <w:r>
        <w:br/>
      </w:r>
      <w:r>
        <w:rPr>
          <w:sz w:val="20"/>
        </w:rPr>
        <w:t>50:27  taake woh down karna chahte hain is mission ko yeh yeh bhi peghambar</w:t>
      </w:r>
      <w:r>
        <w:br/>
      </w:r>
      <w:r>
        <w:rPr>
          <w:sz w:val="20"/>
        </w:rPr>
        <w:t>50:34  ki yeh cheez hi nazdeek paighambar ki sunnat hai jo insan bhi paighambar ke namune par dawat Allah ke kaam khaas andaaz mein le kar uthega zaroor us ke dushman ban jayenge log shaitan log kuch logon ke dimagh mein daalega ke is ko down karo bas yeh matlab hai is ayat ka</w:t>
      </w:r>
    </w:p>
    <w:p>
      <w:pPr>
        <w:pStyle w:val="Heading2"/>
      </w:pPr>
      <w:r>
        <w:t>Explanation of Surah Baqarah verse 214</w:t>
      </w:r>
    </w:p>
    <w:p>
      <w:r>
        <w:rPr>
          <w:color w:val="666666"/>
          <w:sz w:val="18"/>
        </w:rPr>
        <w:t>Quran &amp; Tafsir · Brilliant Personality November 27, 2016 · 2m 58s · at 54:17 · https://youtu.be/268O3sgnjC0?t=3257</w:t>
      </w:r>
    </w:p>
    <w:p>
      <w:r>
        <w:rPr>
          <w:i/>
        </w:rPr>
        <w:t>“Kindly explain the verse of Surah Al-Baqarah, Chapter 2, Verse Number 214.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p>
    <w:p>
      <w:r>
        <w:rPr>
          <w:sz w:val="20"/>
        </w:rPr>
        <w:t>54:17  Maulana, agla sawal Mumbai se kya hai Muhammad Rafeeq Choghale sahib ne aur unhon ne likha hai "Moulana</w:t>
      </w:r>
      <w:r>
        <w:br/>
      </w:r>
      <w:r>
        <w:rPr>
          <w:sz w:val="20"/>
        </w:rPr>
        <w:t>54:25  Sahib, kindly explain the verse of Surah Al-Baqarah of Chapter 2, Verse Number 214.</w:t>
      </w:r>
      <w:r>
        <w:br/>
      </w:r>
      <w:r>
        <w:rPr>
          <w:sz w:val="20"/>
        </w:rPr>
        <w:t>54:34  It says, 'Or do you think that you will enter Paradise while such trial has not yet come to you as it came to those who passed on before you? They were touched by poverty and hardship and were shaken until even their messenger and those who believed with him said, 'When is the help of Allah?'</w:t>
      </w:r>
      <w:r>
        <w:br/>
      </w:r>
      <w:r>
        <w:rPr>
          <w:sz w:val="20"/>
        </w:rPr>
        <w:t>54:58  '" Maulana sahib, kindly explain this ayat for us.</w:t>
      </w:r>
      <w:r>
        <w:br/>
      </w:r>
      <w:r>
        <w:rPr>
          <w:sz w:val="20"/>
        </w:rPr>
        <w:t>55:04  dekhen, is tarah ki aur bhi aayatein Quran mein hain, Hadees mein bhi hain ke museebat ka pesh</w:t>
      </w:r>
      <w:r>
        <w:br/>
      </w:r>
      <w:r>
        <w:rPr>
          <w:sz w:val="20"/>
        </w:rPr>
        <w:t>55:11  aana, difficulty ka pesh aana, yahan tak ke zalzale ki کیفیت pehchana, yeh aisi aayatein aur Hadeesein aur bhi hain.</w:t>
      </w:r>
      <w:r>
        <w:br/>
      </w:r>
      <w:r>
        <w:rPr>
          <w:sz w:val="20"/>
        </w:rPr>
        <w:t>55:18  is par ghaur karne se main yeh samjha hai ke museebat ya difficulties ka ek bahut hi bada</w:t>
      </w:r>
      <w:r>
        <w:br/>
      </w:r>
      <w:r>
        <w:rPr>
          <w:sz w:val="20"/>
        </w:rPr>
        <w:t>55:25  contribution hai, woh aap ko hassas banata hai, aap ki sensitivity ko badhata hai.</w:t>
      </w:r>
      <w:r>
        <w:br/>
      </w:r>
      <w:r>
        <w:rPr>
          <w:sz w:val="20"/>
        </w:rPr>
        <w:t>55:32  جب آپ sensitive ہوتے ہیں تو آپ کے اندر عکس کی طاقت آتی ہے، grasp، G-R-A-S-P-E۔</w:t>
      </w:r>
      <w:r>
        <w:br/>
      </w:r>
      <w:r>
        <w:rPr>
          <w:sz w:val="20"/>
        </w:rPr>
        <w:t>55:39  museebat, phir sensitivity, phir grass, is ke baad aap wisdom ko pehchan paate hain.</w:t>
      </w:r>
      <w:r>
        <w:br/>
      </w:r>
      <w:r>
        <w:rPr>
          <w:sz w:val="20"/>
        </w:rPr>
        <w:t>55:46  Victim, woh jo main ne kaha tha, har jagah woh item hai noor ke, woh bhi hidden hote</w:t>
      </w:r>
      <w:r>
        <w:br/>
      </w:r>
      <w:r>
        <w:rPr>
          <w:sz w:val="20"/>
        </w:rPr>
        <w:t>55:53  hain, hidden hote hain.</w:t>
      </w:r>
      <w:r>
        <w:br/>
      </w:r>
      <w:r>
        <w:rPr>
          <w:sz w:val="20"/>
        </w:rPr>
        <w:t>56:00  yeh phool mein nectar hai, chupa hua hota hai, dikhai nahin deta lekin shehad ki makhi is ko</w:t>
      </w:r>
      <w:r>
        <w:br/>
      </w:r>
      <w:r>
        <w:rPr>
          <w:sz w:val="20"/>
        </w:rPr>
        <w:t>56:07  jaan leti hai.</w:t>
      </w:r>
      <w:r>
        <w:br/>
      </w:r>
      <w:r>
        <w:rPr>
          <w:sz w:val="20"/>
        </w:rPr>
        <w:t>56:14  shehad ki makhi ke andar aisi halat hoti hai, baatein kuch jise woh jaan leti hai.</w:t>
      </w:r>
      <w:r>
        <w:br/>
      </w:r>
      <w:r>
        <w:rPr>
          <w:sz w:val="20"/>
        </w:rPr>
        <w:t>56:20  toh sensitivity se aap discover kar paate hain, yeh hai noor-e-ma'rifat ka item.</w:t>
      </w:r>
      <w:r>
        <w:br/>
      </w:r>
      <w:r>
        <w:rPr>
          <w:sz w:val="20"/>
        </w:rPr>
        <w:t>56:27  toh Quran mein aur Hadees mein aisi aayatein bohat si, aayatein aur hadeesein bohat si hain ke ahl</w:t>
      </w:r>
      <w:r>
        <w:br/>
      </w:r>
      <w:r>
        <w:rPr>
          <w:sz w:val="20"/>
        </w:rPr>
        <w:t>56:34  jo sachche ahl-e-imaan hain, un par Allah museebat daalta hai, mushkilon mein daalta hai un ko.</w:t>
      </w:r>
      <w:r>
        <w:br/>
      </w:r>
      <w:r>
        <w:rPr>
          <w:sz w:val="20"/>
        </w:rPr>
        <w:t>56:41  toh is par ghaur karne se meri samajh mein yeh aayi thi ke museebat aap ko sensitive banati</w:t>
      </w:r>
      <w:r>
        <w:br/>
      </w:r>
      <w:r>
        <w:rPr>
          <w:sz w:val="20"/>
        </w:rPr>
        <w:t>56:48  ہے اور sensitive جب بنتے ہیں آپ تو آپ اخاذ بنتے ہیں، یعنی grasp بڑھتا ہے آپ کا۔</w:t>
      </w:r>
      <w:r>
        <w:br/>
      </w:r>
      <w:r>
        <w:rPr>
          <w:sz w:val="20"/>
        </w:rPr>
        <w:t>56:55  tab aap is qabil hote hain ke jo nectar hai ma'rifat ka, us ko extract karein aur phir</w:t>
      </w:r>
      <w:r>
        <w:br/>
      </w:r>
      <w:r>
        <w:rPr>
          <w:sz w:val="20"/>
        </w:rPr>
        <w:t>57:02  aap brilliant personalities banein aap ke andar.</w:t>
      </w:r>
      <w:r>
        <w:br/>
      </w:r>
      <w:r>
        <w:rPr>
          <w:sz w:val="20"/>
        </w:rPr>
        <w:t>57:09  yeh ek process hai jo is tarah se chalta hai.</w:t>
      </w:r>
    </w:p>
    <w:p>
      <w:pPr>
        <w:pStyle w:val="Heading2"/>
      </w:pPr>
      <w:r>
        <w:t>Help Allah and He will help you</w:t>
      </w:r>
    </w:p>
    <w:p>
      <w:r>
        <w:rPr>
          <w:color w:val="666666"/>
          <w:sz w:val="18"/>
        </w:rPr>
        <w:t>Quran &amp; Tafsir · The Purpose of Existence-9th September 2012 · 3m 04s · at 1:18:37 · https://youtu.be/KxCy8m6k_MQ?t=4717</w:t>
      </w:r>
    </w:p>
    <w:p>
      <w:r>
        <w:rPr>
          <w:i/>
        </w:rPr>
        <w:t>“It is said in the Quran: 'O you who believe! If you help Allah, He will help you.' This is chapter 47, verse number...”</w:t>
      </w:r>
    </w:p>
    <w:p>
      <w:r>
        <w:rPr>
          <w:sz w:val="20"/>
        </w:rPr>
        <w:t>1:18:37  molana, agla sawal dilli se hai molana zakwan nadvi sahib ka.</w:t>
      </w:r>
      <w:r>
        <w:br/>
      </w:r>
      <w:r>
        <w:rPr>
          <w:sz w:val="20"/>
        </w:rPr>
        <w:t>1:18:43  unhon ne likha hai: "quran mein kaha gaya hai ke aye iman walo!</w:t>
      </w:r>
      <w:r>
        <w:br/>
      </w:r>
      <w:r>
        <w:rPr>
          <w:sz w:val="20"/>
        </w:rPr>
        <w:t>1:18:50  agar tum Allah ki madad karoge to Allah tumhari madad karega." yeh chapter 47, verse number</w:t>
      </w:r>
      <w:r>
        <w:br/>
      </w:r>
      <w:r>
        <w:rPr>
          <w:sz w:val="20"/>
        </w:rPr>
        <w:t>1:18:57  seven mein aaya hai.</w:t>
      </w:r>
      <w:r>
        <w:br/>
      </w:r>
      <w:r>
        <w:rPr>
          <w:sz w:val="20"/>
        </w:rPr>
        <w:t>1:18:59  is aayat mein Allah ki madad karne ka matlab kya hai? is tarah aayat mein bande ko Allah</w:t>
      </w:r>
      <w:r>
        <w:br/>
      </w:r>
      <w:r>
        <w:rPr>
          <w:sz w:val="20"/>
        </w:rPr>
        <w:t>1:19:07  ki madad milne ka matlab kya hai? is ke bare mein bataein.</w:t>
      </w:r>
      <w:r>
        <w:br/>
      </w:r>
      <w:r>
        <w:rPr>
          <w:sz w:val="20"/>
        </w:rPr>
        <w:t>1:19:12  dekhein, yahan madad se ek sirf ek cheez murad hai yani Allah ki madad se.</w:t>
      </w:r>
      <w:r>
        <w:br/>
      </w:r>
      <w:r>
        <w:rPr>
          <w:sz w:val="20"/>
        </w:rPr>
        <w:t>1:19:18  woh hai da'wat Allah yani Allah ke message ko duniya walon tak pahunchana.</w:t>
      </w:r>
      <w:r>
        <w:br/>
      </w:r>
      <w:r>
        <w:rPr>
          <w:sz w:val="20"/>
        </w:rPr>
        <w:t>1:19:24  dekhein, Allah taala ko yeh matloob hai ke duniya yeh jaane ke kyun paida kiya Allah taala ne</w:t>
      </w:r>
      <w:r>
        <w:br/>
      </w:r>
      <w:r>
        <w:rPr>
          <w:sz w:val="20"/>
        </w:rPr>
        <w:t>1:19:31  انسان کو یعنی "What is the Christian plan of God?" ان باتوں کو بتانے کے لیے خدا خود</w:t>
      </w:r>
      <w:r>
        <w:br/>
      </w:r>
      <w:r>
        <w:rPr>
          <w:sz w:val="20"/>
        </w:rPr>
        <w:t>1:19:39  nahin aayega.</w:t>
      </w:r>
      <w:r>
        <w:br/>
      </w:r>
      <w:r>
        <w:rPr>
          <w:sz w:val="20"/>
        </w:rPr>
        <w:t>1:19:41  woh concept galat hai ke Khuda khud aata hai.</w:t>
      </w:r>
      <w:r>
        <w:br/>
      </w:r>
      <w:r>
        <w:rPr>
          <w:sz w:val="20"/>
        </w:rPr>
        <w:t>1:19:45  woh woh sahi nahin hai.</w:t>
      </w:r>
      <w:r>
        <w:br/>
      </w:r>
      <w:r>
        <w:rPr>
          <w:sz w:val="20"/>
        </w:rPr>
        <w:t>1:19:47  woh toh ek ek ek philosophy hai bas.</w:t>
      </w:r>
      <w:r>
        <w:br/>
      </w:r>
      <w:r>
        <w:rPr>
          <w:sz w:val="20"/>
        </w:rPr>
        <w:t>1:19:50  to Allah ne paighambaron ke zariye yeh ilm bhej diya.</w:t>
      </w:r>
      <w:r>
        <w:br/>
      </w:r>
      <w:r>
        <w:rPr>
          <w:sz w:val="20"/>
        </w:rPr>
        <w:t>1:19:54  ilm, is ilm ko aap har generation mein, har zamane mein logon tak pahunchate rehna hai.</w:t>
      </w:r>
      <w:r>
        <w:br/>
      </w:r>
      <w:r>
        <w:rPr>
          <w:sz w:val="20"/>
        </w:rPr>
        <w:t>1:20:01  is ko kaha jata hai da'wat il Allah.</w:t>
      </w:r>
      <w:r>
        <w:br/>
      </w:r>
      <w:r>
        <w:rPr>
          <w:sz w:val="20"/>
        </w:rPr>
        <w:t>1:20:05  to da'wat il Allah se murad hai woh aur koi doosri murad nahin hai aur koi cheez murad</w:t>
      </w:r>
      <w:r>
        <w:br/>
      </w:r>
      <w:r>
        <w:rPr>
          <w:sz w:val="20"/>
        </w:rPr>
        <w:t>1:20:12  nahin hai.</w:t>
      </w:r>
      <w:r>
        <w:br/>
      </w:r>
      <w:r>
        <w:rPr>
          <w:sz w:val="20"/>
        </w:rPr>
        <w:t>1:20:14  aaj kal jo qaumi ladaiyan hain musalmanon ki, woh hargiz murad nahin hain.</w:t>
      </w:r>
      <w:r>
        <w:br/>
      </w:r>
      <w:r>
        <w:rPr>
          <w:sz w:val="20"/>
        </w:rPr>
        <w:t>1:20:19  agar hoti to do sau saal se lad rahe hain musalman, ab tak jeet chuke ho, woh chuke</w:t>
      </w:r>
      <w:r>
        <w:br/>
      </w:r>
      <w:r>
        <w:rPr>
          <w:sz w:val="20"/>
        </w:rPr>
        <w:t>1:20:27  ho.</w:t>
      </w:r>
      <w:r>
        <w:br/>
      </w:r>
      <w:r>
        <w:rPr>
          <w:sz w:val="20"/>
        </w:rPr>
        <w:t>1:20:29  kahan jeete hain? woh tabaah ho rahe hain sirf.</w:t>
      </w:r>
      <w:r>
        <w:br/>
      </w:r>
      <w:r>
        <w:rPr>
          <w:sz w:val="20"/>
        </w:rPr>
        <w:t>1:20:33  to da'wat il Allah ka kaam karne ke liye jo log uthein ge, un ki hesiyat yeh hogi</w:t>
      </w:r>
      <w:r>
        <w:br/>
      </w:r>
      <w:r>
        <w:rPr>
          <w:sz w:val="20"/>
        </w:rPr>
        <w:t>1:20:40  ke woh Khuda ka kaam woh kar rahe hain.</w:t>
      </w:r>
      <w:r>
        <w:br/>
      </w:r>
      <w:r>
        <w:rPr>
          <w:sz w:val="20"/>
        </w:rPr>
        <w:t>1:20:44  to is mein woh zaroor kamyabi hogi.</w:t>
      </w:r>
      <w:r>
        <w:br/>
      </w:r>
      <w:r>
        <w:rPr>
          <w:sz w:val="20"/>
        </w:rPr>
        <w:t>1:20:47  un ko kamyabi is sense mein nahi ke hukoomat banayen ge.</w:t>
      </w:r>
      <w:r>
        <w:br/>
      </w:r>
      <w:r>
        <w:rPr>
          <w:sz w:val="20"/>
        </w:rPr>
        <w:t>1:20:52  woh yeh bhi samajh lijiye, har giz har giz is ka matlab yeh nahi ke un ki hukoomaten ban jayen</w:t>
      </w:r>
      <w:r>
        <w:br/>
      </w:r>
      <w:r>
        <w:rPr>
          <w:sz w:val="20"/>
        </w:rPr>
        <w:t>1:21:00  gi.</w:t>
      </w:r>
      <w:r>
        <w:br/>
      </w:r>
      <w:r>
        <w:rPr>
          <w:sz w:val="20"/>
        </w:rPr>
        <w:t>1:21:01  nahi, baat jo asal target hai, us ko achieve karne mein kamyabi hai.</w:t>
      </w:r>
      <w:r>
        <w:br/>
      </w:r>
      <w:r>
        <w:rPr>
          <w:sz w:val="20"/>
        </w:rPr>
        <w:t>1:21:07  target kiya hai? pohnchana.</w:t>
      </w:r>
      <w:r>
        <w:br/>
      </w:r>
      <w:r>
        <w:rPr>
          <w:sz w:val="20"/>
        </w:rPr>
        <w:t>1:21:08  "wama alaina illal balagh." to pohnchanay mein unhein Allah ki madad se woh kamyab ho jayen ge.</w:t>
      </w:r>
      <w:r>
        <w:br/>
      </w:r>
      <w:r>
        <w:rPr>
          <w:sz w:val="20"/>
        </w:rPr>
        <w:t>1:21:16  koi un ko rok nahi paye ga.</w:t>
      </w:r>
      <w:r>
        <w:br/>
      </w:r>
      <w:r>
        <w:rPr>
          <w:sz w:val="20"/>
        </w:rPr>
        <w:t>1:21:19  to Allah ki madad se murad hai dawat Allah aur is mamle mein Allah ki nusrat se murad</w:t>
      </w:r>
      <w:r>
        <w:br/>
      </w:r>
      <w:r>
        <w:rPr>
          <w:sz w:val="20"/>
        </w:rPr>
        <w:t>1:21:26  yeh hai ke woh apne target ko yani baat ko pohnchanay ke mamle mein koi bhi un ka</w:t>
      </w:r>
      <w:r>
        <w:br/>
      </w:r>
      <w:r>
        <w:rPr>
          <w:sz w:val="20"/>
        </w:rPr>
        <w:t>1:21:34  rasta rok nahi paye ga.</w:t>
      </w:r>
      <w:r>
        <w:br/>
      </w:r>
      <w:r>
        <w:rPr>
          <w:sz w:val="20"/>
        </w:rPr>
        <w:t>1:21:36  woh zaroor is target ko achieve kar payen ge.</w:t>
      </w:r>
      <w:r>
        <w:br/>
      </w:r>
      <w:r>
        <w:rPr>
          <w:sz w:val="20"/>
        </w:rPr>
        <w:t>1:21:40  yeh matlab hai is ka.</w:t>
      </w:r>
    </w:p>
    <w:p>
      <w:pPr>
        <w:pStyle w:val="Heading2"/>
      </w:pPr>
      <w:r>
        <w:t>Hifz at twelve vs daily recitation with translation</w:t>
      </w:r>
    </w:p>
    <w:p>
      <w:r>
        <w:rPr>
          <w:color w:val="666666"/>
          <w:sz w:val="18"/>
        </w:rPr>
        <w:t>Quran &amp; Tafsir · Divine Ideology of Life I 11 July 2010 · 3m 23s · at 1:23:10 · https://youtu.be/wOmHVfyjMJY?t=4990</w:t>
      </w:r>
    </w:p>
    <w:p>
      <w:r>
        <w:rPr>
          <w:i/>
        </w:rPr>
        <w:t>“In the West, many Muslims have their children memorize the Quran at a young age. I personally make my son recite three ruku with English translation daily, and it has a good effect. Is it better for a child to do hifz at twelve or to continue what I am doing?”</w:t>
      </w:r>
    </w:p>
    <w:p>
      <w:r>
        <w:rPr>
          <w:sz w:val="20"/>
        </w:rPr>
        <w:t>1:23:10  baqi sab to bilkul baseless baatein hain. Maulana, un ka ek aur sawal hai. unhon ne likha hai: "Maulana, here in the West, many Muslims want their children to memorize the Quran at a very young age.</w:t>
      </w:r>
      <w:r>
        <w:br/>
      </w:r>
      <w:r>
        <w:rPr>
          <w:sz w:val="20"/>
        </w:rPr>
        <w:t>1:23:27  I personally make my son recite three ruku with English translation of the Quran every day. I have noticed that it has very good effect on him.</w:t>
      </w:r>
      <w:r>
        <w:br/>
      </w:r>
      <w:r>
        <w:rPr>
          <w:sz w:val="20"/>
        </w:rPr>
        <w:t>1:23:39  Maulana, my question to you is that is it better for a child to do hifz at the age of twelve or to do what I am doing with my son?" aap theek kar rahi hain, yeh karna chahiye.</w:t>
      </w:r>
      <w:r>
        <w:br/>
      </w:r>
      <w:r>
        <w:rPr>
          <w:sz w:val="20"/>
        </w:rPr>
        <w:t>1:23:52  hifz to main samajhta hoon ke purane zamane ki baat hai. ab to hifz kuch logon ko karna chahiye taake taraveeh padhane ke liye.</w:t>
      </w:r>
      <w:r>
        <w:br/>
      </w:r>
      <w:r>
        <w:rPr>
          <w:sz w:val="20"/>
        </w:rPr>
        <w:t>1:24:01  bas. aur jo hai woh den dead index maujood hai.</w:t>
      </w:r>
      <w:r>
        <w:br/>
      </w:r>
      <w:r>
        <w:rPr>
          <w:sz w:val="20"/>
        </w:rPr>
        <w:t>1:24:05  mere paas quran ka index hai. jab chahun ayat nikal leta hoon. bas. printing press jab nai aaya tha, quran jab mehfooz hone mein shakk hota tha, kahin mehfooz na rahe.</w:t>
      </w:r>
      <w:r>
        <w:br/>
      </w:r>
      <w:r>
        <w:rPr>
          <w:sz w:val="20"/>
        </w:rPr>
        <w:t>1:24:19  ab kya, ab to kuch bhi nahi, quran mehfooz ho gaya. ab yeh nahi ke har aadmi hifz kare, har aadmi hifz kare. ek ek bohat hi ghalat aqeedah baitha hai logon ko ke ek haafiz jo hai poori family ko bakhshwayega.</w:t>
      </w:r>
      <w:r>
        <w:br/>
      </w:r>
      <w:r>
        <w:rPr>
          <w:sz w:val="20"/>
        </w:rPr>
        <w:t>1:24:32  yeh bilkul baseless baat hai</w:t>
      </w:r>
      <w:r>
        <w:br/>
      </w:r>
      <w:r>
        <w:rPr>
          <w:sz w:val="20"/>
        </w:rPr>
        <w:t>1:24:35  ke ek family mein agar ek haafiz ban jaye to poori family ko bakhshwayega. woh khud hi iski bakhshish doubtfull hai, woh doosron ke paas bakhshwayega. to yeh sab bilkul ghalat baatein hain.</w:t>
      </w:r>
      <w:r>
        <w:br/>
      </w:r>
      <w:r>
        <w:rPr>
          <w:sz w:val="20"/>
        </w:rPr>
        <w:t>1:24:47  aap jo kar rahi hain, woh theek kar rahi hain. quran ki study karna hai, hifz karna nahi hai. yeh to musalmanon ne ek ek bid'at nikal rakhi hai.</w:t>
      </w:r>
      <w:r>
        <w:br/>
      </w:r>
      <w:r>
        <w:rPr>
          <w:sz w:val="20"/>
        </w:rPr>
        <w:t>1:24:59  pehlay jab ke quran mehfooz nahi tha, printing press se pehlay, to bohat zaroori tha ke bohat saare logon ka quran yaad rahe. ab to printing press ke zamanay mein quran mehfooz ho chuka hai, bilkul hi mehfooz hai.</w:t>
      </w:r>
      <w:r>
        <w:br/>
      </w:r>
      <w:r>
        <w:rPr>
          <w:sz w:val="20"/>
        </w:rPr>
        <w:t>1:25:13  dekhein farq kya hai? pehlay har quran ka ek copy alag se banani parti thi. yaani ek copy bananay mein aap ko poora time lagta tha, woh ek hi copy aap bana paate thay.</w:t>
      </w:r>
      <w:r>
        <w:br/>
      </w:r>
      <w:r>
        <w:rPr>
          <w:sz w:val="20"/>
        </w:rPr>
        <w:t>1:25:28  woh b</w:t>
      </w:r>
      <w:r>
        <w:br/>
      </w:r>
      <w:r>
        <w:rPr>
          <w:sz w:val="20"/>
        </w:rPr>
        <w:t>1:25:29  s. ab woh chahe is mein mahina lage, aaye saal bhar lagay. ab kya hai? ek copy tayyar kar lijiye, aap iski verify kar lijiye, khoob khoob aalimoon ko dikha kar, dikha kar ke.</w:t>
      </w:r>
      <w:r>
        <w:br/>
      </w:r>
      <w:r>
        <w:rPr>
          <w:sz w:val="20"/>
        </w:rPr>
        <w:t>1:25:42  jab pata chala ke iska farishta sab theek hai, ek dam durust hai, us ko daal diye press mein, aap ko billion copy nikal aayegi iski. yaani ek corrected copy ki billion copy nikal aayegi.</w:t>
      </w:r>
      <w:r>
        <w:br/>
      </w:r>
      <w:r>
        <w:rPr>
          <w:sz w:val="20"/>
        </w:rPr>
        <w:t>1:25:55  to quran mehfooz ho gaya.</w:t>
      </w:r>
      <w:r>
        <w:br/>
      </w:r>
      <w:r>
        <w:rPr>
          <w:sz w:val="20"/>
        </w:rPr>
        <w:t>1:25:58  ab to sirf tarawih ke liye ya quran ki tarah namaz parhanay ke liye zaroorat hai. to individual level par aadmi kuch suratain is ko yaad hon.</w:t>
      </w:r>
      <w:r>
        <w:br/>
      </w:r>
      <w:r>
        <w:rPr>
          <w:sz w:val="20"/>
        </w:rPr>
        <w:t>1:26:08  jaise mujhe mein ne part paanch parah akhir ka mein yaad kiya tha, mein ne namaz parhnay ke liye. namaz parhnay ke liye bas. unhon ne jahan tak quran ki aayaton ko dhoondnay ki baat hai, to ab index mojood hai.</w:t>
      </w:r>
      <w:r>
        <w:br/>
      </w:r>
      <w:r>
        <w:rPr>
          <w:sz w:val="20"/>
        </w:rPr>
        <w:t>1:26:22  warna aap jo kar rahe hain, bilkul sahi kar rahi hain. aur doosray log jo ek rasam bana rakhi hai hifz karwanay ki, bilkul baseless hai.</w:t>
      </w:r>
    </w:p>
    <w:p>
      <w:pPr>
        <w:pStyle w:val="Heading2"/>
      </w:pPr>
      <w:r>
        <w:t>How can a common person understand religion</w:t>
      </w:r>
    </w:p>
    <w:p>
      <w:r>
        <w:rPr>
          <w:color w:val="666666"/>
          <w:sz w:val="18"/>
        </w:rPr>
        <w:t>Quran &amp; Tafsir · Realization of God May 5, 2019 · 2m 38s · at 45:38 · https://youtu.be/5X-vCFqiR4U?t=2738</w:t>
      </w:r>
    </w:p>
    <w:p>
      <w:r>
        <w:rPr>
          <w:i/>
        </w:rPr>
        <w:t>“My another question is that what should a common person do to understand the religion? Tell about this. Whether common person or special person, for everyone there is a verse in the Quran: 'Read this verse, give its translation.' 'Nay, but it is clear revelations in the hearts of those who have been given knowledge.'”</w:t>
      </w:r>
    </w:p>
    <w:p>
      <w:r>
        <w:rPr>
          <w:sz w:val="20"/>
        </w:rPr>
        <w:t>45:38  unhon ne likha hai: "mera ek aur sawal hai ke ek aam aadmi ko deen samajhne ke liye kya karna chahiye?" is ke bare mein bataein.</w:t>
      </w:r>
      <w:r>
        <w:br/>
      </w:r>
      <w:r>
        <w:rPr>
          <w:sz w:val="20"/>
        </w:rPr>
        <w:t>45:51  chahe aam aadmi ho, chahe khaas aadmi, sab ke liye Quran mein ek ayat hai:</w:t>
      </w:r>
      <w:r>
        <w:br/>
      </w:r>
      <w:r>
        <w:rPr>
          <w:sz w:val="20"/>
        </w:rPr>
        <w:t>45:59  "is ayat ko parhiye, is ka tarjuma bataiye." بل هو آیات بینات فی صدور الذین أوتوا العلم balkeh yeh khuli ayatain hain in logon ke seene mein jin ko ilm ata hua hai.</w:t>
      </w:r>
      <w:r>
        <w:br/>
      </w:r>
      <w:r>
        <w:rPr>
          <w:sz w:val="20"/>
        </w:rPr>
        <w:t>46:17  surah al ankabut ayat number 49.</w:t>
      </w:r>
      <w:r>
        <w:br/>
      </w:r>
      <w:r>
        <w:rPr>
          <w:sz w:val="20"/>
        </w:rPr>
        <w:t>46:22  yeh is ka tarjuma parhiye. balkeh yeh khuli hui ayatain hain in logon ke seenon mein jin ko ilm ata hua hai.</w:t>
      </w:r>
      <w:r>
        <w:br/>
      </w:r>
      <w:r>
        <w:rPr>
          <w:sz w:val="20"/>
        </w:rPr>
        <w:t>46:32  dekhiye, Quran ki ayatain jaise arabi zaban mein hum jante hain ke hain, woh fitrat mein maujood hain.</w:t>
      </w:r>
      <w:r>
        <w:br/>
      </w:r>
      <w:r>
        <w:rPr>
          <w:sz w:val="20"/>
        </w:rPr>
        <w:t>46:42  har aadmi ke dil mein hain. to aam aadmi paida hota hai le kar in ayaton ko. to aam aadmi aur khaas aadmi ka farq hi nahi hai.</w:t>
      </w:r>
      <w:r>
        <w:br/>
      </w:r>
      <w:r>
        <w:rPr>
          <w:sz w:val="20"/>
        </w:rPr>
        <w:t>46:54  Quran har aadmi ke seene mein hai.</w:t>
      </w:r>
      <w:r>
        <w:br/>
      </w:r>
      <w:r>
        <w:rPr>
          <w:sz w:val="20"/>
        </w:rPr>
        <w:t>47:00  sirf hafiz ke seene mein nahi hai, har aadmi ke seene mein hai. to yeh yeh yeh yeh koi excuse nahi hai.</w:t>
      </w:r>
      <w:r>
        <w:br/>
      </w:r>
      <w:r>
        <w:rPr>
          <w:sz w:val="20"/>
        </w:rPr>
        <w:t>47:09  har aadmi agar aap bhi apna koi deconditioning se bachaye, ek hi cheez hai. conditioning se bachaiye to Quran khuli hui kitab aap ke samne hai, understandable language mein.</w:t>
      </w:r>
      <w:r>
        <w:br/>
      </w:r>
      <w:r>
        <w:rPr>
          <w:sz w:val="20"/>
        </w:rPr>
        <w:t>47:27  Maulana, agla comment Chennai se bheja hai Um Ashad sahibah ne. unhon ne likha hai: "Today I understood clearly what is conditioning and deconditioning." Jazak Allah Maulana.</w:t>
      </w:r>
      <w:r>
        <w:br/>
      </w:r>
      <w:r>
        <w:rPr>
          <w:sz w:val="20"/>
        </w:rPr>
        <w:t>47:40  Miss Sahar Saleem ne Delhi se likha hai: "Molana sahib, today's lecture gave me the idea about the art of introspection, about the self and the creation which leads to realization of God.</w:t>
      </w:r>
      <w:r>
        <w:br/>
      </w:r>
      <w:r>
        <w:rPr>
          <w:sz w:val="20"/>
        </w:rPr>
        <w:t>47:55  Self and rediscovery functions as a mirror." Thank you Maulana sahib. Professor Najma Siddiqui ne Delhi se likha hai: "Molana, you have beautifully described the ways of God realization by giving such meaningful examples in such a practical way." Jazak Allah.</w:t>
      </w:r>
    </w:p>
    <w:p>
      <w:pPr>
        <w:pStyle w:val="Heading2"/>
      </w:pPr>
      <w:r>
        <w:t>How to understand Quran 9:5 on killing polytheists?</w:t>
      </w:r>
    </w:p>
    <w:p>
      <w:r>
        <w:rPr>
          <w:color w:val="666666"/>
          <w:sz w:val="18"/>
        </w:rPr>
        <w:t>Quran &amp; Tafsir · Quran A Miracle June 01, 2014 · 3m 18s · at 47:26 · https://youtu.be/8KM3lDsj4PY?t=2846</w:t>
      </w:r>
    </w:p>
    <w:p>
      <w:r>
        <w:rPr>
          <w:i/>
        </w:rPr>
        <w:t>“Moulana, Dr. Aslam is involved in distributing the Quran and I also got one copy from him which I am presently studying. However, there is one verse in the Quran which I am not able to understand. It is in Surah At-Tawbah, chapter nine verse number five. It says: 'When the forbidden months have passed, kill the polytheists who are at war with you wherever you find them, take them captive, and besiege them, and lie in wait for them at every place of ambush. But if they repent and take to prayer regularly and pay the zakat...'”</w:t>
      </w:r>
    </w:p>
    <w:p>
      <w:r>
        <w:rPr>
          <w:sz w:val="20"/>
        </w:rPr>
        <w:t>47:26  maulana yeh sawal saharanpur se aya hai swami amar pal singh ji ka unhon ne likha hai ke maulana sahib doctor aslam is involved in distributing the quran and i also got one copy from him which i am presently studying however there is one verse in the quran which i am not able to understand</w:t>
      </w:r>
      <w:r>
        <w:br/>
      </w:r>
      <w:r>
        <w:rPr>
          <w:sz w:val="20"/>
        </w:rPr>
        <w:t>47:53  it is in surah altaubah that is chapter nine verse number five it says when the forbidden months have passed kill the polytheists who are at war with you wherever you find them take them captive and beseech them and lie in wait for them at every place of ambush</w:t>
      </w:r>
      <w:r>
        <w:br/>
      </w:r>
      <w:r>
        <w:rPr>
          <w:sz w:val="20"/>
        </w:rPr>
        <w:t>48:18  but if they repent and take to namaz regularly and pay the arms then let them go their way god is forgiving and merciful my question is that why such a verse which supports violence is mentioned in the quran</w:t>
      </w:r>
      <w:r>
        <w:br/>
      </w:r>
      <w:r>
        <w:rPr>
          <w:sz w:val="20"/>
        </w:rPr>
        <w:t>48:37  I want to understand the correct meaning of the verse and don't want to be misguided it could be that quran is saying something and I am understanding something else kindly clarify my doubt with respect to the above verse.</w:t>
      </w:r>
      <w:r>
        <w:br/>
      </w:r>
      <w:r>
        <w:rPr>
          <w:sz w:val="20"/>
        </w:rPr>
        <w:t>48:54  dekhiye khud verse hi mein is ka jawab maujood hai. Kyun ke is mein hai at war aap ne khud parha abhi.</w:t>
      </w:r>
      <w:r>
        <w:br/>
      </w:r>
      <w:r>
        <w:rPr>
          <w:sz w:val="20"/>
        </w:rPr>
        <w:t>49:04  ke jo log at war hain jo maidan e jang mein hain woh</w:t>
      </w:r>
      <w:r>
        <w:br/>
      </w:r>
      <w:r>
        <w:rPr>
          <w:sz w:val="20"/>
        </w:rPr>
        <w:t>49:12  hamla karne ke liye nikal pade hain. Un ke bare mein yeh ayat hai. To sari dunya ka yeh bilkul usool hai ke jo at war hon un ko to yani un ki taqat ko todna parta hai.</w:t>
      </w:r>
      <w:r>
        <w:br/>
      </w:r>
      <w:r>
        <w:rPr>
          <w:sz w:val="20"/>
        </w:rPr>
        <w:t>49:27  lekin quran mein doosri jagah yeh bhi hai ke jang is waqt tak hai jab tak ke fareeq e sani hathiyar uthaye hue hain.</w:t>
      </w:r>
      <w:r>
        <w:br/>
      </w:r>
      <w:r>
        <w:rPr>
          <w:sz w:val="20"/>
        </w:rPr>
        <w:t>49:37  aur jang ki halat paida ki hui hai. Jaise hi jang khatam to hathiyar ka istemal bhi khatam. To woh waqti cheez thi.</w:t>
      </w:r>
      <w:r>
        <w:br/>
      </w:r>
      <w:r>
        <w:rPr>
          <w:sz w:val="20"/>
        </w:rPr>
        <w:t>49:46  ya aaj nahi ke aaj ladein musalman talwar le le kar ke. Is waqti soorat e haal mein ek temporary period mein yeh is mein dekh li jiye ke do baatein shart hain.</w:t>
      </w:r>
      <w:r>
        <w:br/>
      </w:r>
      <w:r>
        <w:rPr>
          <w:sz w:val="20"/>
        </w:rPr>
        <w:t>49:58  ek hai temporary period aur doosri yeh ke woh hai un logon se jo at war hon. Bas ab is ka ab is ayat ka koi application nahi hai.</w:t>
      </w:r>
      <w:r>
        <w:br/>
      </w:r>
      <w:r>
        <w:rPr>
          <w:sz w:val="20"/>
        </w:rPr>
        <w:t>50:08  woh ek tareekh ka hissa hai. Woh ek tareekh ka hissa hai.</w:t>
      </w:r>
      <w:r>
        <w:br/>
      </w:r>
      <w:r>
        <w:rPr>
          <w:sz w:val="20"/>
        </w:rPr>
        <w:t>50:15  to to jo log is ko yeh samajhte hain ke hamein hukum hai ke rozana lad lad ke marein logon ko to yeh bilkul galat matlab nikalte hain.</w:t>
      </w:r>
      <w:r>
        <w:br/>
      </w:r>
      <w:r>
        <w:rPr>
          <w:sz w:val="20"/>
        </w:rPr>
        <w:t>50:25  sirf ek temporary situation jis ko hum kehte hain ke at war hona us ke bare mein yeh hai. Bas is yeh to yeh universal norm hai ke aise logon ke sath un ko khatam karne ke liye muqabla karna parta hai.</w:t>
      </w:r>
    </w:p>
    <w:p>
      <w:pPr>
        <w:pStyle w:val="Heading2"/>
      </w:pPr>
      <w:r>
        <w:t>Ideal system vs ideal human in Quran</w:t>
      </w:r>
    </w:p>
    <w:p>
      <w:r>
        <w:rPr>
          <w:color w:val="666666"/>
          <w:sz w:val="18"/>
        </w:rPr>
        <w:t>Quran &amp; Tafsir · Message of The Quran March 29, 2015 · 2m 10s · at 44:33 · https://youtu.be/61ANCBxSPHs?t=2673</w:t>
      </w:r>
    </w:p>
    <w:p>
      <w:r>
        <w:rPr>
          <w:i/>
        </w:rPr>
        <w:t>“People say that not talking about the system is to make Islam landless. At one time you were also a proponent of the ideal system. But how did you realize that creating an ideal human is the purpose of the Quran? Clarify the confusion.”</w:t>
      </w:r>
    </w:p>
    <w:p>
      <w:r>
        <w:rPr>
          <w:sz w:val="20"/>
        </w:rPr>
        <w:t>44:33  Maulana, yeh sawal aaya hai Tamil Nadu se Maulana Iqbal Omri ka. aur unhon ne likha hai: "Maulana, log kehte hain ke system ki baat na karna Islam ko be zameen karna hai.</w:t>
      </w:r>
      <w:r>
        <w:br/>
      </w:r>
      <w:r>
        <w:rPr>
          <w:sz w:val="20"/>
        </w:rPr>
        <w:t>44:49  aik zamanay mein aap bhi ideal system ke daai thay. lekin aap ne kaisay jana ke ideal insan banana hi Quran ka maqsad hai?</w:t>
      </w:r>
      <w:r>
        <w:br/>
      </w:r>
      <w:r>
        <w:rPr>
          <w:sz w:val="20"/>
        </w:rPr>
        <w:t>45:00  Maulana, is mein jo mughalta hai us ko wazeh karen." dekhiye, mein kabhi bhi ideal system ka daai nahi tha.</w:t>
      </w:r>
      <w:r>
        <w:br/>
      </w:r>
      <w:r>
        <w:rPr>
          <w:sz w:val="20"/>
        </w:rPr>
        <w:t>45:09  aap meri kitab</w:t>
      </w:r>
      <w:r>
        <w:br/>
      </w:r>
      <w:r>
        <w:rPr>
          <w:sz w:val="20"/>
        </w:rPr>
        <w:t>45:13  sab chhapi hui parh sakte hain. aur is zamanay mein jab ke mein yani yeh alaihi al salam mission shuru nahi kiya tha. is zamanay ke jo mere mazameen thay us ko mein ne chhap diya hai.</w:t>
      </w:r>
      <w:r>
        <w:br/>
      </w:r>
      <w:r>
        <w:rPr>
          <w:sz w:val="20"/>
        </w:rPr>
        <w:t>45:25  is ka naam hai "Quran ka matloob insan</w:t>
      </w:r>
      <w:r>
        <w:br/>
      </w:r>
      <w:r>
        <w:rPr>
          <w:sz w:val="20"/>
        </w:rPr>
        <w:t>45:29  " is mein aap parh lijiyay. jo baaten aaj mein kehta hoon wahi baat us mein bhi kehta tha. is mein tareekh likhi hui hai kab kab woh likha aur kab kab chhap.</w:t>
      </w:r>
      <w:r>
        <w:br/>
      </w:r>
      <w:r>
        <w:rPr>
          <w:sz w:val="20"/>
        </w:rPr>
        <w:t>45:40  to mere pichlay mazameen aap parhen aur aaj ke mazameen parhen. to dono mein koi farq nahi dikhai dega aap ko. doosri baat yeh hai ke system ko jo ahmiyat dete hain log to apnay dimagh se dete hain.</w:t>
      </w:r>
      <w:r>
        <w:br/>
      </w:r>
      <w:r>
        <w:rPr>
          <w:sz w:val="20"/>
        </w:rPr>
        <w:t>45:58  unhein Quran se sabit karna paray ga.</w:t>
      </w:r>
      <w:r>
        <w:br/>
      </w:r>
      <w:r>
        <w:rPr>
          <w:sz w:val="20"/>
        </w:rPr>
        <w:t>46:03  Quran mein kahin aik koi ayat bataiye ke Quran mein yeh kaha gaya ke: "Ae Musalmano! tumhara farz yeh hai ke tum system ko qaim karo. nizam ko qaim karo." yeh kahan Quran mein hai?</w:t>
      </w:r>
      <w:r>
        <w:br/>
      </w:r>
      <w:r>
        <w:rPr>
          <w:sz w:val="20"/>
        </w:rPr>
        <w:t>46:13  to kahin bhi nahi hai. Quran mein to yeh hai ke Allah se daro, Allah se mohabbat karo, Allah ke oopar ghor o fikr karo.</w:t>
      </w:r>
      <w:r>
        <w:br/>
      </w:r>
      <w:r>
        <w:rPr>
          <w:sz w:val="20"/>
        </w:rPr>
        <w:t>46:22  yani sab spirit ki baaten hain, tadabbur ki baaten hain.</w:t>
      </w:r>
      <w:r>
        <w:br/>
      </w:r>
      <w:r>
        <w:rPr>
          <w:sz w:val="20"/>
        </w:rPr>
        <w:t>46:26  to jab tak aap Quran se koi daleel na dein yeh baat qabil e ghor nahi hogi. apnay apnay mind se jo baat kahain woh Quran ki baat kaisay ho sakti hai?</w:t>
      </w:r>
    </w:p>
    <w:p>
      <w:pPr>
        <w:pStyle w:val="Heading2"/>
      </w:pPr>
      <w:r>
        <w:t>Ijtihad as a Sunnah besides Quran and Hadith</w:t>
      </w:r>
    </w:p>
    <w:p>
      <w:r>
        <w:rPr>
          <w:color w:val="666666"/>
          <w:sz w:val="18"/>
        </w:rPr>
        <w:t>Quran &amp; Tafsir · Importance of Ijtihad December 21,2014 · 2m 47s · at 1:00:29 · https://youtu.be/6AgisKQ8V7s?t=3629</w:t>
      </w:r>
    </w:p>
    <w:p>
      <w:r>
        <w:rPr>
          <w:i/>
        </w:rPr>
        <w:t>“Today I learned that merely citing Quran and Hadith is not enough; rather, ijtihad is also a Sunnah.”</w:t>
      </w:r>
    </w:p>
    <w:p>
      <w:r>
        <w:rPr>
          <w:sz w:val="20"/>
        </w:rPr>
        <w:t>1:00:29  maulana, agla sawal maulana iqbal umri ne bheja hai chennai se aur unhon ne likha hai ke maulana,</w:t>
      </w:r>
      <w:r>
        <w:br/>
      </w:r>
      <w:r>
        <w:rPr>
          <w:sz w:val="20"/>
        </w:rPr>
        <w:t>1:00:35  aaj hi pata chala ke sirf quran aur hadith ka naam lena kafi nahin hai, balkeh ijtihad bhi</w:t>
      </w:r>
      <w:r>
        <w:br/>
      </w:r>
      <w:r>
        <w:rPr>
          <w:sz w:val="20"/>
        </w:rPr>
        <w:t>1:00:41  ek sunnat hai.</w:t>
      </w:r>
      <w:r>
        <w:br/>
      </w:r>
      <w:r>
        <w:rPr>
          <w:sz w:val="20"/>
        </w:rPr>
        <w:t>1:00:46  aur aur yeh third option hai.</w:t>
      </w:r>
      <w:r>
        <w:br/>
      </w:r>
      <w:r>
        <w:rPr>
          <w:sz w:val="20"/>
        </w:rPr>
        <w:t>1:00:52  maulana, ijtihad kis bare mein hoga? ibadat ya mamlat mein? jab mamlat hi se is ka talluq hai</w:t>
      </w:r>
      <w:r>
        <w:br/>
      </w:r>
      <w:r>
        <w:rPr>
          <w:sz w:val="20"/>
        </w:rPr>
        <w:t>1:00:58  to darne ki kya baat hai? jo behtar ho zamane ki nisbat se, usi ko ikhtiyar karna hoga.</w:t>
      </w:r>
      <w:r>
        <w:br/>
      </w:r>
      <w:r>
        <w:rPr>
          <w:sz w:val="20"/>
        </w:rPr>
        <w:t>1:01:04  maulana, is ki wazahat karen.</w:t>
      </w:r>
      <w:r>
        <w:br/>
      </w:r>
      <w:r>
        <w:rPr>
          <w:sz w:val="20"/>
        </w:rPr>
        <w:t>1:01:09  dekhiye, ijtihad log karte rahe juz'i mani mein, yani juz'iyati masail, ibadat aur mamlat ke jo juz'iyati masail</w:t>
      </w:r>
      <w:r>
        <w:br/>
      </w:r>
      <w:r>
        <w:rPr>
          <w:sz w:val="20"/>
        </w:rPr>
        <w:t>1:01:15  hain, is pe ijtihad karte rahe.</w:t>
      </w:r>
      <w:r>
        <w:br/>
      </w:r>
      <w:r>
        <w:rPr>
          <w:sz w:val="20"/>
        </w:rPr>
        <w:t>1:01:21  main is ko kuch nahin samajhta, woh to baghair mufti na ho, ulma na hon, tab bhi aadmi</w:t>
      </w:r>
      <w:r>
        <w:br/>
      </w:r>
      <w:r>
        <w:rPr>
          <w:sz w:val="20"/>
        </w:rPr>
        <w:t>1:01:27  khud hi khud soch ke jaan lega.</w:t>
      </w:r>
      <w:r>
        <w:br/>
      </w:r>
      <w:r>
        <w:rPr>
          <w:sz w:val="20"/>
        </w:rPr>
        <w:t>1:01:33  jaise hadith mein aata hai ke ijtihad qalbik, apne dil se fateh pooch lo.</w:t>
      </w:r>
      <w:r>
        <w:br/>
      </w:r>
      <w:r>
        <w:rPr>
          <w:sz w:val="20"/>
        </w:rPr>
        <w:t>1:01:38  ijtihad qalbik, main samajhta hoon ke itni behtar jo ke mufti sahebhan ne aur fuqaha ne, is ki</w:t>
      </w:r>
      <w:r>
        <w:br/>
      </w:r>
      <w:r>
        <w:rPr>
          <w:sz w:val="20"/>
        </w:rPr>
        <w:t>1:01:44  koi zaroorat hi nahin thi.</w:t>
      </w:r>
      <w:r>
        <w:br/>
      </w:r>
      <w:r>
        <w:rPr>
          <w:sz w:val="20"/>
        </w:rPr>
        <w:t>1:01:50  ijtihad qalbik kafi tha, aadmi apne dil se pooch kar ke chal sakta tha.</w:t>
      </w:r>
      <w:r>
        <w:br/>
      </w:r>
      <w:r>
        <w:rPr>
          <w:sz w:val="20"/>
        </w:rPr>
        <w:t>1:01:56  is ko itna hungama hazar saal se bacha hua hai juz'iyati masail mein.</w:t>
      </w:r>
      <w:r>
        <w:br/>
      </w:r>
      <w:r>
        <w:rPr>
          <w:sz w:val="20"/>
        </w:rPr>
        <w:t>1:02:01  to juz'iyati masail mein khoob khoob ijtihad kiya logon ne, lekin jahan tak kulliyati masail hain, is mein</w:t>
      </w:r>
      <w:r>
        <w:br/>
      </w:r>
      <w:r>
        <w:rPr>
          <w:sz w:val="20"/>
        </w:rPr>
        <w:t>1:02:07  ijtihad hi nahin kiya gaya.</w:t>
      </w:r>
      <w:r>
        <w:br/>
      </w:r>
      <w:r>
        <w:rPr>
          <w:sz w:val="20"/>
        </w:rPr>
        <w:t>1:02:13  siray se ijtihad nahin kiya gaya.</w:t>
      </w:r>
      <w:r>
        <w:br/>
      </w:r>
      <w:r>
        <w:rPr>
          <w:sz w:val="20"/>
        </w:rPr>
        <w:t>1:02:19  aisa nahin ke kam kiya gaya, ijtihad hi nahin kiya gaya.</w:t>
      </w:r>
      <w:r>
        <w:br/>
      </w:r>
      <w:r>
        <w:rPr>
          <w:sz w:val="20"/>
        </w:rPr>
        <w:t>1:02:24  juz'iyati masail sab aur jo juz'iyati masail hain, woh to ijtihad qalbik ke tehat aate hain.</w:t>
      </w:r>
      <w:r>
        <w:br/>
      </w:r>
      <w:r>
        <w:rPr>
          <w:sz w:val="20"/>
        </w:rPr>
        <w:t>1:02:30  mein ne bhi misaal ke taur par deta hoon aap ko ke bari bahas hai, yaani woh hanfiyon</w:t>
      </w:r>
      <w:r>
        <w:br/>
      </w:r>
      <w:r>
        <w:rPr>
          <w:sz w:val="20"/>
        </w:rPr>
        <w:t>1:02:36  aur salafiyon ke darmiyan ke woh qirat fatiha khalaf al imam, imam qirat kar raha hai to mein fatiha</w:t>
      </w:r>
      <w:r>
        <w:br/>
      </w:r>
      <w:r>
        <w:rPr>
          <w:sz w:val="20"/>
        </w:rPr>
        <w:t>1:02:42  parhoon ke na parhoon.</w:t>
      </w:r>
      <w:r>
        <w:br/>
      </w:r>
      <w:r>
        <w:rPr>
          <w:sz w:val="20"/>
        </w:rPr>
        <w:t>1:02:48  yeh aadmi khud hi samajh lega ke woh parh raha hai to mein sunoon, yeh kafi hai.</w:t>
      </w:r>
      <w:r>
        <w:br/>
      </w:r>
      <w:r>
        <w:rPr>
          <w:sz w:val="20"/>
        </w:rPr>
        <w:t>1:02:53  nahi parh raha to mein parh doon, common sense kafi hai.</w:t>
      </w:r>
      <w:r>
        <w:br/>
      </w:r>
      <w:r>
        <w:rPr>
          <w:sz w:val="20"/>
        </w:rPr>
        <w:t>1:02:59  ijtehad qulbika ka matlab common sense, jo cheez common sense se maloom ho sakti thi, us par logon</w:t>
      </w:r>
      <w:r>
        <w:br/>
      </w:r>
      <w:r>
        <w:rPr>
          <w:sz w:val="20"/>
        </w:rPr>
        <w:t>1:03:05  ne bari baheshein keen, hazaron kitabein likh dalien.</w:t>
      </w:r>
      <w:r>
        <w:br/>
      </w:r>
      <w:r>
        <w:rPr>
          <w:sz w:val="20"/>
        </w:rPr>
        <w:t>1:03:11  mein nahi samajhta ke yeh koi koi koi positive khidmat thi Islam ki.</w:t>
      </w:r>
    </w:p>
    <w:p>
      <w:pPr>
        <w:pStyle w:val="Heading2"/>
      </w:pPr>
      <w:r>
        <w:t>Implementing verse 15:94 in modern times</w:t>
      </w:r>
    </w:p>
    <w:p>
      <w:r>
        <w:rPr>
          <w:color w:val="666666"/>
          <w:sz w:val="18"/>
        </w:rPr>
        <w:t>Quran &amp; Tafsir · Collective Repentance I Feb 24, 2013 Maulana Wahiduddin Khan · 2m 16s · at 1:06:01 · https://youtu.be/lkkolxAL38c?t=3961</w:t>
      </w:r>
    </w:p>
    <w:p>
      <w:r>
        <w:rPr>
          <w:i/>
        </w:rPr>
        <w:t>“How can one implement in today's time the verse number 94 of Al-Hijr which says: 'Proclaim openly all that you have been commanded and leave alone those who ascribe divinity to anyone besides God?' Kindly comment.”</w:t>
      </w:r>
    </w:p>
    <w:p>
      <w:r>
        <w:rPr>
          <w:sz w:val="20"/>
        </w:rPr>
        <w:t>1:06:01  maulana, ab agla sawal mumbai se aya hai farhan naseem khan sahib ka. unhon ne likha hai: "maulana, how can one implement in today time the verse number 94 of al hijr which says</w:t>
      </w:r>
      <w:r>
        <w:br/>
      </w:r>
      <w:r>
        <w:rPr>
          <w:sz w:val="20"/>
        </w:rPr>
        <w:t>1:06:19  hence proclaim openly all that you have been bidden and leave alone and leave alone all those who ascribe divinity to anyone beside the god?" kindly comment.</w:t>
      </w:r>
      <w:r>
        <w:br/>
      </w:r>
      <w:r>
        <w:rPr>
          <w:sz w:val="20"/>
        </w:rPr>
        <w:t>1:06:33  aaj to azadi azadi hai,</w:t>
      </w:r>
      <w:r>
        <w:br/>
      </w:r>
      <w:r>
        <w:rPr>
          <w:sz w:val="20"/>
        </w:rPr>
        <w:t>1:06:36  aaj to sab se zyada dunya mein yeh kaam ho sakta hai.</w:t>
      </w:r>
      <w:r>
        <w:br/>
      </w:r>
      <w:r>
        <w:rPr>
          <w:sz w:val="20"/>
        </w:rPr>
        <w:t>1:06:42  fardah baat umar ko maane hain, khule taur par kaho. to pehle zamane mein to yani khule taur par karne ke liye pathar yani ki maar parti thi.</w:t>
      </w:r>
      <w:r>
        <w:br/>
      </w:r>
      <w:r>
        <w:rPr>
          <w:sz w:val="20"/>
        </w:rPr>
        <w:t>1:06:53  ab kya hai? ab to freedom hai, ab koi rukawat hi nahi hai.</w:t>
      </w:r>
      <w:r>
        <w:br/>
      </w:r>
      <w:r>
        <w:rPr>
          <w:sz w:val="20"/>
        </w:rPr>
        <w:t>1:06:58  ab to kuch bhi rukawat nahi hai. ab rukawat jo hai us waqt hai jab ke aap hamakat karen. aap pehle mujhe maar ki policy chalayen. musalmanon ne sari dunya mein aap pehle mujhe maar ki policy chala rakhi hai.</w:t>
      </w:r>
      <w:r>
        <w:br/>
      </w:r>
      <w:r>
        <w:rPr>
          <w:sz w:val="20"/>
        </w:rPr>
        <w:t>1:07:10  is ki wajah se masail paida hote hain. to kehte hain ke dawat ka kaam kaise karen?</w:t>
      </w:r>
      <w:r>
        <w:br/>
      </w:r>
      <w:r>
        <w:rPr>
          <w:sz w:val="20"/>
        </w:rPr>
        <w:t>1:07:15  apne aap pehle mujhe maar ki policy band karo, phir dawat ke sare mawaqe khulenge tumhare liye.</w:t>
      </w:r>
      <w:r>
        <w:br/>
      </w:r>
      <w:r>
        <w:rPr>
          <w:sz w:val="20"/>
        </w:rPr>
        <w:t>1:07:25  aap pehle mujhe maar ki, mujhe nahi ke aap samajhte nahi samajhte is ko ke ek bail khada hua hai, seengh wala. to hum ne gaon mein dekha hai, apna bail khada hua, aap is ko koi matlab nahi kisi cheez se.</w:t>
      </w:r>
      <w:r>
        <w:br/>
      </w:r>
      <w:r>
        <w:rPr>
          <w:sz w:val="20"/>
        </w:rPr>
        <w:t>1:07:37  ab bachche kahin pathar marte hain is ko to is ko seengh marta hai. woh</w:t>
      </w:r>
      <w:r>
        <w:br/>
      </w:r>
      <w:r>
        <w:rPr>
          <w:sz w:val="20"/>
        </w:rPr>
        <w:t>1:07:42  agar aap pathar na maren to seengh bhi nahi marega. woh khamkhwah nahi marta seengh kabhi bail. to musalman shayad dunya mein chalate hain, aap pehle mujhe maar ki ki siyasat.</w:t>
      </w:r>
      <w:r>
        <w:br/>
      </w:r>
      <w:r>
        <w:rPr>
          <w:sz w:val="20"/>
        </w:rPr>
        <w:t>1:07:55  aur phir jab masail paida hote hain to kehte hain hum da'wati kaam kaise karen?</w:t>
      </w:r>
      <w:r>
        <w:br/>
      </w:r>
      <w:r>
        <w:rPr>
          <w:sz w:val="20"/>
        </w:rPr>
        <w:t>1:08:01  to mera jawab yeh hai ke pehle khatm karo, aap pehle mujhe maar ki siyasat aur is ke baad dawat ke mauqe sab khule hue hain.</w:t>
      </w:r>
      <w:r>
        <w:br/>
      </w:r>
      <w:r>
        <w:rPr>
          <w:sz w:val="20"/>
        </w:rPr>
        <w:t>1:08:09  in ko faraham kar sakte ho, koi rukawat hi nahi hai is zamane mein.</w:t>
      </w:r>
    </w:p>
    <w:p>
      <w:pPr>
        <w:pStyle w:val="Heading2"/>
      </w:pPr>
      <w:r>
        <w:t>Interpretation of Quran 56:79 on Purity</w:t>
      </w:r>
    </w:p>
    <w:p>
      <w:r>
        <w:rPr>
          <w:color w:val="666666"/>
          <w:sz w:val="18"/>
        </w:rPr>
        <w:t>Quran &amp; Tafsir · Q&amp;A 20 Nov 2011 Maulana Wahiduddin Khan · 3m 41s · at 0:13 · https://youtu.be/7sNDn8Y6jUc?t=13</w:t>
      </w:r>
    </w:p>
    <w:p>
      <w:r>
        <w:rPr>
          <w:i/>
        </w:rPr>
        <w:t>“In chapter 56, verse 79, Allah says: 'None shall touch it except the purified.' Does it mean that only those who are clean can touch the Holy Quran? Does it imply that unbelievers who do not maintain cleanliness and women during their period are not allowed to touch or recite the Holy Quran? Please guide me.”</w:t>
      </w:r>
    </w:p>
    <w:p>
      <w:r>
        <w:rPr>
          <w:sz w:val="20"/>
        </w:rPr>
        <w:t>0:13  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r>
        <w:br/>
      </w:r>
      <w:r>
        <w:rPr>
          <w:sz w:val="20"/>
        </w:rPr>
        <w:t>0:41  in this way, the unbelievers who do not maintain cleanliness and women during their period are not allowed to touch or recite the holy quran.</w:t>
      </w:r>
      <w:r>
        <w:br/>
      </w:r>
      <w:r>
        <w:rPr>
          <w:sz w:val="20"/>
        </w:rPr>
        <w:t>0:52  please guide me with your answer.</w:t>
      </w:r>
      <w:r>
        <w:br/>
      </w:r>
      <w:r>
        <w:rPr>
          <w:sz w:val="20"/>
        </w:rPr>
        <w:t>0:57  dekhein, yeh is ayat ka koi taluq</w:t>
      </w:r>
      <w:r>
        <w:br/>
      </w:r>
      <w:r>
        <w:rPr>
          <w:sz w:val="20"/>
        </w:rPr>
        <w:t>1:02  is taharat aur pakizgi se nahi hai jis ko hum samajhte hain. yeh ayat farishton ke baray mein hai. yahan insan ka zikr hi nahi hai.</w:t>
      </w:r>
      <w:r>
        <w:br/>
      </w:r>
      <w:r>
        <w:rPr>
          <w:sz w:val="20"/>
        </w:rPr>
        <w:t>1:15  aur yeh, aap dekhen is ke alfaaz hain</w:t>
      </w:r>
      <w:r>
        <w:br/>
      </w:r>
      <w:r>
        <w:rPr>
          <w:sz w:val="20"/>
        </w:rPr>
        <w:t>1:19  ke "is ko nahi mas karte lekin tahir log". yani aik waqey ka zikr hai, yeh nahi hai ke jab tum quran ko choro to ja kar apne aap ko pak karo.</w:t>
      </w:r>
      <w:r>
        <w:br/>
      </w:r>
      <w:r>
        <w:rPr>
          <w:sz w:val="20"/>
        </w:rPr>
        <w:t>1:33  yeh amar ka seigha nahi hai yahan par.</w:t>
      </w:r>
      <w:r>
        <w:br/>
      </w:r>
      <w:r>
        <w:rPr>
          <w:sz w:val="20"/>
        </w:rPr>
        <w:t>1:36  yeh to khabar di gayi hai. is ke alfaaz yeh nahi hain ke "ae musalmano! jab tum quran ko chho to pehle ja kar wuzu karo".</w:t>
      </w:r>
      <w:r>
        <w:br/>
      </w:r>
      <w:r>
        <w:rPr>
          <w:sz w:val="20"/>
        </w:rPr>
        <w:t>1:45  yeh to hai hi nahi is mein. yeh khud sakhta bana liya gaya hai. is ka tarjuma ayat ka yeh hai ke "nahi</w:t>
      </w:r>
      <w:r>
        <w:br/>
      </w:r>
      <w:r>
        <w:rPr>
          <w:sz w:val="20"/>
        </w:rPr>
        <w:t>1:54  touch karte is ko magar woh log jo ke pak hain". yani already pak hain woh.</w:t>
      </w:r>
      <w:r>
        <w:br/>
      </w:r>
      <w:r>
        <w:rPr>
          <w:sz w:val="20"/>
        </w:rPr>
        <w:t>2:03  aisa nahi ke wuzu kar ke apne aap ko pak banate hain woh. yeh sath kuch bhi taaluq is masle se hai jo bana liya gaya hai.</w:t>
      </w:r>
      <w:r>
        <w:br/>
      </w:r>
      <w:r>
        <w:rPr>
          <w:sz w:val="20"/>
        </w:rPr>
        <w:t>2:14  to farishte 24 ghante har waqt pak hi rehte hain, un ke haan napaki koi tasawwur nahi logon mein. to yaad rakhen ke is mein aik khabar di gayi hai, koi hukum nahi diya gaya hai.</w:t>
      </w:r>
      <w:r>
        <w:br/>
      </w:r>
      <w:r>
        <w:rPr>
          <w:sz w:val="20"/>
        </w:rPr>
        <w:t>2:28  agar hukum hota to is ke alfaaz doosre hote</w:t>
      </w:r>
      <w:r>
        <w:br/>
      </w:r>
      <w:r>
        <w:rPr>
          <w:sz w:val="20"/>
        </w:rPr>
        <w:t>2:31  ke "ae musalmano!" to wohi yahan hota: "ae iman walo! jab tum quran ko chhoona ho, tum ko touch karna ho to pehle ja kar wuzu karo".</w:t>
      </w:r>
      <w:r>
        <w:br/>
      </w:r>
      <w:r>
        <w:rPr>
          <w:sz w:val="20"/>
        </w:rPr>
        <w:t>2:47  ya nahao, kuch bhi jo hota. yeh to hai hi nahi is mein.</w:t>
      </w:r>
      <w:r>
        <w:br/>
      </w:r>
      <w:r>
        <w:rPr>
          <w:sz w:val="20"/>
        </w:rPr>
        <w:t>2:51  aap kisi bhi quran ka le lijiye, is ka tarjuma parhiye. tarjume mein kya hai? tarjume mein aik khabar ki baat ki gayi hai, aik waqea jo ho raha hai us ko bataya gaya ke yeh jo quran utarta hai Allah ki taraf se,</w:t>
      </w:r>
      <w:r>
        <w:br/>
      </w:r>
      <w:r>
        <w:rPr>
          <w:sz w:val="20"/>
        </w:rPr>
        <w:t>3:05  to farishta lata tha is ko.</w:t>
      </w:r>
      <w:r>
        <w:br/>
      </w:r>
      <w:r>
        <w:rPr>
          <w:sz w:val="20"/>
        </w:rPr>
        <w:t>3:08  rasool Allah ke pas quran aata tha farishte ke zariye se. to is mein sirf yeh bataya ke Allah se le kar jo farishte is quran ko nabi tak pohnchte hain, woh bohat hi pak log hain.</w:t>
      </w:r>
      <w:r>
        <w:br/>
      </w:r>
      <w:r>
        <w:rPr>
          <w:sz w:val="20"/>
        </w:rPr>
        <w:t>3:25  yani baqi yahan pak wuzu karne ke silsile mein nahi hai. matlab woh</w:t>
      </w:r>
      <w:r>
        <w:br/>
      </w:r>
      <w:r>
        <w:rPr>
          <w:sz w:val="20"/>
        </w:rPr>
        <w:t>3:32  un ke andar nafarmani nahi hai, un ke andar inhiraf nahi hai, Allah ke hukum se khilaf nahi jate woh. woh har lihaz se pakiza log hain.</w:t>
      </w:r>
      <w:r>
        <w:br/>
      </w:r>
      <w:r>
        <w:rPr>
          <w:sz w:val="20"/>
        </w:rPr>
        <w:t>3:43  to yeh farishton ke baray mein hai aur is ka tarjuma khud batata hai ke yeh insan ke baray mein nahi hai, farishton ke baray mein hai. isi tarah aap ja kar is ka tarjuma parhiye aap.</w:t>
      </w:r>
    </w:p>
    <w:p>
      <w:pPr>
        <w:pStyle w:val="Heading2"/>
      </w:pPr>
      <w:r>
        <w:t>Interpretation of Quran 74:3 about government</w:t>
      </w:r>
    </w:p>
    <w:p>
      <w:r>
        <w:rPr>
          <w:color w:val="666666"/>
          <w:sz w:val="18"/>
        </w:rPr>
        <w:t>Quran &amp; Tafsir · Revival of Muslims March 08, 2015 · 3m 19s · at 1:12:54 · https://youtu.be/8ShFcr8YozI?t=4374</w:t>
      </w:r>
    </w:p>
    <w:p>
      <w:r>
        <w:rPr>
          <w:i/>
        </w:rPr>
        <w:t>“In Quran chapter 74 verse 3, it says 'Wa rabbaka fakabbir'. My colleague says that this verse means establishing a government. Please clarify this verse.”</w:t>
      </w:r>
    </w:p>
    <w:p>
      <w:r>
        <w:rPr>
          <w:sz w:val="20"/>
        </w:rPr>
        <w:t>1:12:54  maulana, agla sawal allahabad se aaya hai abrar sahib ka aur unhon ne likha hai ke quran ke chapter seventy-four verse number three mein aaya hai وَرَبَّكَ فَكَبِّرْ</w:t>
      </w:r>
      <w:r>
        <w:br/>
      </w:r>
      <w:r>
        <w:rPr>
          <w:sz w:val="20"/>
        </w:rPr>
        <w:t>1:13:09  maulana, mere ek saathi ka kehna hai ke is aayat se murad hukoomat qaim karna hai. maulana, is aayat ko wazeh karein.</w:t>
      </w:r>
      <w:r>
        <w:br/>
      </w:r>
      <w:r>
        <w:rPr>
          <w:sz w:val="20"/>
        </w:rPr>
        <w:t>1:13:19  haan, woh ek sahib thay pakistan ke, un ka death ho gayi</w:t>
      </w:r>
      <w:r>
        <w:br/>
      </w:r>
      <w:r>
        <w:rPr>
          <w:sz w:val="20"/>
        </w:rPr>
        <w:t>1:13:23  woh is ka tarjuma karte thay ke "apne rab ko bada karo". وَرَبَّكَ فَكَبِّرْ ke mani hote hain ke apne rab ki barhai bayan karo.</w:t>
      </w:r>
      <w:r>
        <w:br/>
      </w:r>
      <w:r>
        <w:rPr>
          <w:sz w:val="20"/>
        </w:rPr>
        <w:t>1:13:35  apne rab ki barhai bayan karo. woh is ka tarjuma karte thay ke "apne rab ko bada karo". to mein to is ko bilkul jahilana tarjuma samajhta hoon. na is ka talluq grammar se hai, na lughat se hai, na sachai se.</w:t>
      </w:r>
      <w:r>
        <w:br/>
      </w:r>
      <w:r>
        <w:rPr>
          <w:sz w:val="20"/>
        </w:rPr>
        <w:t>1:13:49  ab hum khuda ko bada karein ge?</w:t>
      </w:r>
      <w:r>
        <w:br/>
      </w:r>
      <w:r>
        <w:rPr>
          <w:sz w:val="20"/>
        </w:rPr>
        <w:t>1:13:52  aap ghore kijiye to yeh to badtar az kufr hai ke hum samjhein ke hum khuda ko bada karein ge. hum ne apne rab ko bada karo aur hukoomat qaim karo.</w:t>
      </w:r>
      <w:r>
        <w:br/>
      </w:r>
      <w:r>
        <w:rPr>
          <w:sz w:val="20"/>
        </w:rPr>
        <w:t>1:14:02  yeh to bilkul yani stupid qism ki baatein hain. is ka koi yani is ki koi base nahi hai.</w:t>
      </w:r>
      <w:r>
        <w:br/>
      </w:r>
      <w:r>
        <w:rPr>
          <w:sz w:val="20"/>
        </w:rPr>
        <w:t>1:14:14  maulana, unhon ne ek aur isi se related ek comment bheja hai aur likha hai ke mere ek dost hain jo kehte hain ke agar quran is waqt bhi is waqt bhi distribute ki ki jaati jis tarah aaj hoti hai to log khushi khushi accept karte jaise ke aaj kar rahe hain.</w:t>
      </w:r>
      <w:r>
        <w:br/>
      </w:r>
      <w:r>
        <w:rPr>
          <w:sz w:val="20"/>
        </w:rPr>
        <w:t>1:14:35  koi pareshani sahaba ko bhi nahi aati lekin unhon ne nizaam par aitraaz kiya tab unhein pareshani ka saamna karna</w:t>
      </w:r>
      <w:r>
        <w:br/>
      </w:r>
      <w:r>
        <w:rPr>
          <w:sz w:val="20"/>
        </w:rPr>
        <w:t>1:14:43  pada. yeh to baseless baat hai. kahan nizaam par aitraaz? koi koi batao, reference batao. reference batao, kahan nizaam par aitraaz sabit hota hai?</w:t>
      </w:r>
      <w:r>
        <w:br/>
      </w:r>
      <w:r>
        <w:rPr>
          <w:sz w:val="20"/>
        </w:rPr>
        <w:t>1:14:56  yeh to khud sakhta baat hai. khud hi garh liya, khud hi khud. khud hi garh liya ke nizaam. nizaam ka koi concept nahi tha na quran mein na hadees mein aap sab sabit kar sakte.</w:t>
      </w:r>
      <w:r>
        <w:br/>
      </w:r>
      <w:r>
        <w:rPr>
          <w:sz w:val="20"/>
        </w:rPr>
        <w:t>1:15:08  khud hi khud garh liya.</w:t>
      </w:r>
      <w:r>
        <w:br/>
      </w:r>
      <w:r>
        <w:rPr>
          <w:sz w:val="20"/>
        </w:rPr>
        <w:t>1:15:14  okay, so we will end this session now. thank you.</w:t>
      </w:r>
    </w:p>
    <w:p>
      <w:pPr>
        <w:pStyle w:val="Heading2"/>
      </w:pPr>
      <w:r>
        <w:t>Interpreting Quranic verse on human haste</w:t>
      </w:r>
    </w:p>
    <w:p>
      <w:r>
        <w:rPr>
          <w:color w:val="666666"/>
          <w:sz w:val="18"/>
        </w:rPr>
        <w:t>Quran &amp; Tafsir · Model of Paradise June 22, 2014 · 2m 08s · at 52:02 · https://youtu.be/7jXD8E_dN-E?t=3122</w:t>
      </w:r>
    </w:p>
    <w:p>
      <w:r>
        <w:rPr>
          <w:i/>
        </w:rPr>
        <w:t>“What is your comment on the Quranic verse 'Khuliqa al-insanu 'ajula'? Is it a negative term or is there any positivity in it? Please comment.”</w:t>
      </w:r>
    </w:p>
    <w:p>
      <w:r>
        <w:rPr>
          <w:sz w:val="20"/>
        </w:rPr>
        <w:t>52:02  maulana, agla sawal mehtab sahab ne kiya hai, dhampur se. aur unhon ne likha hai ke maulana sahib What is your comment on the Quranic ayat khuliqal insana ajula Is it a negative term or is there any positivity in it?</w:t>
      </w:r>
      <w:r>
        <w:br/>
      </w:r>
      <w:r>
        <w:rPr>
          <w:sz w:val="20"/>
        </w:rPr>
        <w:t>52:21  please comment. jab Allah ki takhleeq ka muamla yeh hai to zahir hai ke positive lena padega is ko.</w:t>
      </w:r>
      <w:r>
        <w:br/>
      </w:r>
      <w:r>
        <w:rPr>
          <w:sz w:val="20"/>
        </w:rPr>
        <w:t>52:29  hum negative term nahin le sakte. ke kyunke Allah ki jo takhleeq hai woh sab ki sab positive takhleeq hai.</w:t>
      </w:r>
      <w:r>
        <w:br/>
      </w:r>
      <w:r>
        <w:rPr>
          <w:sz w:val="20"/>
        </w:rPr>
        <w:t>52:40  negative takhleeq koi bhi nahin hai. hum apne istemal ke aitbar se is ko negative banate hain. khud takhleeq ke aitbar se koi cheez negative nahin hai.</w:t>
      </w:r>
      <w:r>
        <w:br/>
      </w:r>
      <w:r>
        <w:rPr>
          <w:sz w:val="20"/>
        </w:rPr>
        <w:t>52:52  to is ayat ka matlab hai ke insan ko paida kiya gaya hai, is ke andar jald bazi ka zehn hai. jaldi kaam ko jaldi karna.</w:t>
      </w:r>
      <w:r>
        <w:br/>
      </w:r>
      <w:r>
        <w:rPr>
          <w:sz w:val="20"/>
        </w:rPr>
        <w:t>53:01  to main samajhta hoon ke yeh jaldi ka jo muamla hai, yeh is ka ta'alluq hai incentive se. incentive se, motivation se.</w:t>
      </w:r>
      <w:r>
        <w:br/>
      </w:r>
      <w:r>
        <w:rPr>
          <w:sz w:val="20"/>
        </w:rPr>
        <w:t>53:12  to agar insan ke andar bohat zyada shauq na ho to bara kaam bhi woh nahin kar sakta.</w:t>
      </w:r>
      <w:r>
        <w:br/>
      </w:r>
      <w:r>
        <w:rPr>
          <w:sz w:val="20"/>
        </w:rPr>
        <w:t>53:19  to insan ka bohat zyada shauq aur bohat zyada is ke andar jazba hona, is ka ek phenomena hai ajal.</w:t>
      </w:r>
      <w:r>
        <w:br/>
      </w:r>
      <w:r>
        <w:rPr>
          <w:sz w:val="20"/>
        </w:rPr>
        <w:t>53:30  ajal is ka ek phenomena hai. lekin insan ko chahiye ke woh transfunction karta rahe aur apne aap ko criticize karta rahe.</w:t>
      </w:r>
      <w:r>
        <w:br/>
      </w:r>
      <w:r>
        <w:rPr>
          <w:sz w:val="20"/>
        </w:rPr>
        <w:t>53:41  jaise sarkon par speed breaker hote hain to aap apne aap ko criticize karta rahe.</w:t>
      </w:r>
      <w:r>
        <w:br/>
      </w:r>
      <w:r>
        <w:rPr>
          <w:sz w:val="20"/>
        </w:rPr>
        <w:t>53:50  woh muaddal banata rahe. to insan ka ajal pasand hona, main samajhta hoon ke yeh apne aap mein mein negative nahin hai.</w:t>
      </w:r>
      <w:r>
        <w:br/>
      </w:r>
      <w:r>
        <w:rPr>
          <w:sz w:val="20"/>
        </w:rPr>
        <w:t>53:59  albata agar koi aadmi apna introspection na ho to woh negative result is mein aa sakta hai.</w:t>
      </w:r>
    </w:p>
    <w:p>
      <w:pPr>
        <w:pStyle w:val="Heading2"/>
      </w:pPr>
      <w:r>
        <w:t>Is Arabic alone enough to understand Quran?</w:t>
      </w:r>
    </w:p>
    <w:p>
      <w:r>
        <w:rPr>
          <w:color w:val="666666"/>
          <w:sz w:val="18"/>
        </w:rPr>
        <w:t>Quran &amp; Tafsir · Q&amp;A 04 DEC 2011 Maulana Wahiduddin Khan · 3m 28s · at 15:52 · https://youtu.be/KIMNmuUZoGo?t=952</w:t>
      </w:r>
    </w:p>
    <w:p>
      <w:r>
        <w:rPr>
          <w:i/>
        </w:rPr>
        <w:t>“We have always heard that understanding Arabic is necessary to understand the Quran. But when we see people living in Makkah and Madinah, it seems that something else is also needed. Please explain.”</w:t>
      </w:r>
    </w:p>
    <w:p>
      <w:r>
        <w:rPr>
          <w:sz w:val="20"/>
        </w:rPr>
        <w:t>15:52  maulana, agla sawal aaya hai mister amir bin yusuf ka, karachi pakistan se. unhone likha hai: "hum shuru se yeh sunte chale aaye hain ke arabic language se humein quran ko samajhna zaroori hai.</w:t>
      </w:r>
      <w:r>
        <w:br/>
      </w:r>
      <w:r>
        <w:rPr>
          <w:sz w:val="20"/>
        </w:rPr>
        <w:t>16:08  magar aaj kal hum jo makkah aur madinah mein rehne wale logon ko jab dekhte hain to aisa lagta hai ke quran ko samajhne ke liye kuch aur bhi chahiye." is ke baray mein batayein.</w:t>
      </w:r>
      <w:r>
        <w:br/>
      </w:r>
      <w:r>
        <w:rPr>
          <w:sz w:val="20"/>
        </w:rPr>
        <w:t>16:23  dekhein, quran mein yeh nahi bataya gaya ke tum agar arabi jaano ge to quran ko samajh lo ge. yeh to logon ka khayal hai. yeh kahin bhi nahi bataya quran majeed mein.</w:t>
      </w:r>
      <w:r>
        <w:br/>
      </w:r>
      <w:r>
        <w:rPr>
          <w:sz w:val="20"/>
        </w:rPr>
        <w:t>16:32  agar tum arabi jaano ge to quran ko samajh lo ge. quran mein hai ke tadabbur karo ge to samjho ge. tadabbur, contemplation.</w:t>
      </w:r>
      <w:r>
        <w:br/>
      </w:r>
      <w:r>
        <w:rPr>
          <w:sz w:val="20"/>
        </w:rPr>
        <w:t>16:43  to arabi janna bhi zaroori hai. lekin tarjuma bhi kafi ho sakta hai kisi ke liye. agar woh is ke andar tadabbur ki salahiyat ho.</w:t>
      </w:r>
      <w:r>
        <w:br/>
      </w:r>
      <w:r>
        <w:rPr>
          <w:sz w:val="20"/>
        </w:rPr>
        <w:t>16:52  tadabbur ka matlab kya hai? tadabbur ka matlab yeh hai ke ek khule zehan ke sath aadmi parhe.</w:t>
      </w:r>
      <w:r>
        <w:br/>
      </w:r>
      <w:r>
        <w:rPr>
          <w:sz w:val="20"/>
        </w:rPr>
        <w:t>17:01  kisi bhi complex ke baghair parhe. baais se free ho kar parhe. jazbat se alag ho kar parhe quran ko.</w:t>
      </w:r>
      <w:r>
        <w:br/>
      </w:r>
      <w:r>
        <w:rPr>
          <w:sz w:val="20"/>
        </w:rPr>
        <w:t>17:12  to samajh jaye ga woh. lekin log jeete hain baais mein. tarah tarah ke ta'assubat mein, nafrat mein, jazbat mein. to kya samjhein ge aap?</w:t>
      </w:r>
      <w:r>
        <w:br/>
      </w:r>
      <w:r>
        <w:rPr>
          <w:sz w:val="20"/>
        </w:rPr>
        <w:t>17:22  jaise misal ke tor par log jeete hain yahudiyon se nafrat mein. to jab parhte hain woh quran majeed ki surah fatiha to ghair al maghdoob likhte hote hain ke is se murad yahudi hain.</w:t>
      </w:r>
      <w:r>
        <w:br/>
      </w:r>
      <w:r>
        <w:rPr>
          <w:sz w:val="20"/>
        </w:rPr>
        <w:t>17:35  un ke jeete hain isaiyon se nafrat mein. jab parhte hain ghair</w:t>
      </w:r>
      <w:r>
        <w:br/>
      </w:r>
      <w:r>
        <w:rPr>
          <w:sz w:val="20"/>
        </w:rPr>
        <w:t>17:41  alzalimeen to samajhte hain is se murad isai hain. yeh quran ko samajhna nahi hai yeh. ya apne mind ko quran mein parhna hai. to aap nafraten liye hue hon, ta'assubat liye hue hon,</w:t>
      </w:r>
      <w:r>
        <w:br/>
      </w:r>
      <w:r>
        <w:rPr>
          <w:sz w:val="20"/>
        </w:rPr>
        <w:t>17:57  aur</w:t>
      </w:r>
      <w:r>
        <w:br/>
      </w:r>
      <w:r>
        <w:rPr>
          <w:sz w:val="20"/>
        </w:rPr>
        <w:t>17:58  khud sakhta jazbat mein jeete hon to wohi quran mein parhen ge jo aap mind mein hai. sab se pehle apne mind ko free karna pare ga.</w:t>
      </w:r>
      <w:r>
        <w:br/>
      </w:r>
      <w:r>
        <w:rPr>
          <w:sz w:val="20"/>
        </w:rPr>
        <w:t>18:08  tab quran ko samjhen ge aap. arabi janna hergiz hergiz</w:t>
      </w:r>
      <w:r>
        <w:br/>
      </w:r>
      <w:r>
        <w:rPr>
          <w:sz w:val="20"/>
        </w:rPr>
        <w:t>18:15  lazmi shart nahi hai. lazmi shart hai apne mind ko free banana. apne mind ko her qism ke ta'assubat, nafrat, aur tarah tarah ke yani khud sakhta soch se apne ko free karna.</w:t>
      </w:r>
      <w:r>
        <w:br/>
      </w:r>
      <w:r>
        <w:rPr>
          <w:sz w:val="20"/>
        </w:rPr>
        <w:t>18:33  tab dekhiye arabi zaban ki zaroori is ke liye hai jo scholar banna chahta ho. scholar. to ek hai quran ko samajhna.</w:t>
      </w:r>
      <w:r>
        <w:br/>
      </w:r>
      <w:r>
        <w:rPr>
          <w:sz w:val="20"/>
        </w:rPr>
        <w:t>18:43  ek hai quran ka scholar banna. scholar. yani quran ki buniyad par koi mission chalana chahte hon aap. tab zaroori hai ke aap arabi janiye.</w:t>
      </w:r>
      <w:r>
        <w:br/>
      </w:r>
      <w:r>
        <w:rPr>
          <w:sz w:val="20"/>
        </w:rPr>
        <w:t>18:53  yani quran ki buniyad par ek mission uthana chahte hon aap to zaroori hai ke aap arabi janiye. lekin aap simply follow karne ke liye ke saada taur par apni zindagi mein quran ko lane ke liye to bas quran ko parhiye woh</w:t>
      </w:r>
      <w:r>
        <w:br/>
      </w:r>
      <w:r>
        <w:rPr>
          <w:sz w:val="20"/>
        </w:rPr>
        <w:t>19:10  ta'assubat se khali ho kar ke. to zaroor quran samajh mein ayega aap ke.</w:t>
      </w:r>
    </w:p>
    <w:p>
      <w:pPr>
        <w:pStyle w:val="Heading2"/>
      </w:pPr>
      <w:r>
        <w:t>Is Quran law and its difference from law</w:t>
      </w:r>
    </w:p>
    <w:p>
      <w:r>
        <w:rPr>
          <w:color w:val="666666"/>
          <w:sz w:val="18"/>
        </w:rPr>
        <w:t>Quran &amp; Tafsir · Eid-al-Azha I October 13, 2013 · 2m 03s · at 58:56 · https://youtu.be/oy7zn-uODcU?t=3536</w:t>
      </w:r>
    </w:p>
    <w:p>
      <w:r>
        <w:rPr>
          <w:i/>
        </w:rPr>
        <w:t>“Is the Quran law? How is it different from law? What is your opinion? If you read the definition of law in any dictionary or book, you will see...”</w:t>
      </w:r>
    </w:p>
    <w:p>
      <w:r>
        <w:rPr>
          <w:sz w:val="20"/>
        </w:rPr>
        <w:t>58:56  aata hai maulana agla sawal aaya hai jammu kashmir se muhammad yunus sahib ka unhone aap se</w:t>
      </w:r>
      <w:r>
        <w:br/>
      </w:r>
      <w:r>
        <w:rPr>
          <w:sz w:val="20"/>
        </w:rPr>
        <w:t>59:04  poochha hai is the quran law or is it different from law what is your opinion main aap</w:t>
      </w:r>
      <w:r>
        <w:br/>
      </w:r>
      <w:r>
        <w:rPr>
          <w:sz w:val="20"/>
        </w:rPr>
        <w:t>59:12  kisi bhi dictionary mein kisi kitaab mein law ki definition padhiye aur phir dekhiye toh aap ko definition</w:t>
      </w:r>
      <w:r>
        <w:br/>
      </w:r>
      <w:r>
        <w:rPr>
          <w:sz w:val="20"/>
        </w:rPr>
        <w:t>59:19  law ki milegi woh is par quran poora nahi utar raha hai toh quran book of law</w:t>
      </w:r>
      <w:r>
        <w:br/>
      </w:r>
      <w:r>
        <w:rPr>
          <w:sz w:val="20"/>
        </w:rPr>
        <w:t>59:27  hai hi nahi dekhein quran ke bare mein main yeh kahoon ga ke ek lafz mein agar main</w:t>
      </w:r>
      <w:r>
        <w:br/>
      </w:r>
      <w:r>
        <w:rPr>
          <w:sz w:val="20"/>
        </w:rPr>
        <w:t>59:35  kahoon toh kahoon ga ke woh creation plan of god ko batane ke liye hai what is the</w:t>
      </w:r>
      <w:r>
        <w:br/>
      </w:r>
      <w:r>
        <w:rPr>
          <w:sz w:val="20"/>
        </w:rPr>
        <w:t>59:42  creation plan of god yeh batane ke liye hai woh law ki kitaab hai hi nahi woh yeh</w:t>
      </w:r>
      <w:r>
        <w:br/>
      </w:r>
      <w:r>
        <w:rPr>
          <w:sz w:val="20"/>
        </w:rPr>
        <w:t>59:50  toh aap bahut aasani se aap soch sakte hain kisi bhi dictionary mein padhiye ek law ki definition</w:t>
      </w:r>
      <w:r>
        <w:br/>
      </w:r>
      <w:r>
        <w:rPr>
          <w:sz w:val="20"/>
        </w:rPr>
        <w:t>59:58  is ko le kar ke apply kijiye quran par toh lagega ke is is is maene mein</w:t>
      </w:r>
      <w:r>
        <w:br/>
      </w:r>
      <w:r>
        <w:rPr>
          <w:sz w:val="20"/>
        </w:rPr>
        <w:t>1:00:06  toh quran book of law hai hi nahi quran mein toh marifat ki baatein hain aur jannat dozakh</w:t>
      </w:r>
      <w:r>
        <w:br/>
      </w:r>
      <w:r>
        <w:rPr>
          <w:sz w:val="20"/>
        </w:rPr>
        <w:t>1:00:13  ki baatein hain Allah ki baatein hain aur Allah ka jo takhleeqi plan hai us ki baatein hain</w:t>
      </w:r>
      <w:r>
        <w:br/>
      </w:r>
      <w:r>
        <w:rPr>
          <w:sz w:val="20"/>
        </w:rPr>
        <w:t>1:00:21  yahi sab baatein hain is pe ek ek lafz mein kahoon ke quran kitaab marifat hai kitaab qanoon</w:t>
      </w:r>
      <w:r>
        <w:br/>
      </w:r>
      <w:r>
        <w:rPr>
          <w:sz w:val="20"/>
        </w:rPr>
        <w:t>1:00:29  nahi hai aur bahut aasani se koi bhi shakhs samajh sakta hai is ko yani yeh koi koi</w:t>
      </w:r>
      <w:r>
        <w:br/>
      </w:r>
      <w:r>
        <w:rPr>
          <w:sz w:val="20"/>
        </w:rPr>
        <w:t>1:00:36  filsfe ki baat nahi hai translation ka jo muqadma hai maulana ka us mein tafseel se likha hai</w:t>
      </w:r>
      <w:r>
        <w:br/>
      </w:r>
      <w:r>
        <w:rPr>
          <w:sz w:val="20"/>
        </w:rPr>
        <w:t>1:00:44  is mein translation quran ka jo translation hai na uska jo preface hai us mein tafseel se</w:t>
      </w:r>
      <w:r>
        <w:br/>
      </w:r>
      <w:r>
        <w:rPr>
          <w:sz w:val="20"/>
        </w:rPr>
        <w:t>1:00:52  likha hai maulana ne if you want to know the details you can read the preface of the</w:t>
      </w:r>
    </w:p>
    <w:p>
      <w:pPr>
        <w:pStyle w:val="Heading2"/>
      </w:pPr>
      <w:r>
        <w:t>Is memorizing Quran still important?</w:t>
      </w:r>
    </w:p>
    <w:p>
      <w:r>
        <w:rPr>
          <w:color w:val="666666"/>
          <w:sz w:val="18"/>
        </w:rPr>
        <w:t>Quran &amp; Tafsir · Universal outlook April 09, 2017 · 2m 00s · at 56:50 · https://youtu.be/n3HAPCpom5c?t=3410</w:t>
      </w:r>
    </w:p>
    <w:p>
      <w:r>
        <w:rPr>
          <w:i/>
        </w:rPr>
        <w:t>“Is memorizing the Quran no more important today because Quran is a preserved book? Maulana, what is your opinion on this?”</w:t>
      </w:r>
    </w:p>
    <w:p>
      <w:r>
        <w:rPr>
          <w:sz w:val="20"/>
        </w:rPr>
        <w:t>56:50  miss mariya amir ne karachi se sawal bheja hai unhone aapse poocha hai is memorizing the quran no more important today because quran is a preserved book</w:t>
      </w:r>
      <w:r>
        <w:br/>
      </w:r>
      <w:r>
        <w:rPr>
          <w:sz w:val="20"/>
        </w:rPr>
        <w:t>57:04  maulana sahab what is your opinion on this</w:t>
      </w:r>
      <w:r>
        <w:br/>
      </w:r>
      <w:r>
        <w:rPr>
          <w:sz w:val="20"/>
        </w:rPr>
        <w:t>57:11  theek hai yeh yani</w:t>
      </w:r>
      <w:r>
        <w:br/>
      </w:r>
      <w:r>
        <w:rPr>
          <w:sz w:val="20"/>
        </w:rPr>
        <w:t>57:14  jahan tak Quran ki mehfooz ki mehfooziyat ki baat hai to is ke liye to zaroorat nahi hai</w:t>
      </w:r>
      <w:r>
        <w:br/>
      </w:r>
      <w:r>
        <w:rPr>
          <w:sz w:val="20"/>
        </w:rPr>
        <w:t>57:20  kyunkeh woh mehfooz ho chuka</w:t>
      </w:r>
      <w:r>
        <w:br/>
      </w:r>
      <w:r>
        <w:rPr>
          <w:sz w:val="20"/>
        </w:rPr>
        <w:t>57:24  Quran jo hai mehfooz ho chuka to pehle mehfooz karta tha insan</w:t>
      </w:r>
      <w:r>
        <w:br/>
      </w:r>
      <w:r>
        <w:rPr>
          <w:sz w:val="20"/>
        </w:rPr>
        <w:t>57:31  yani printing press se pehle printing press se pehle insan mehfooz karta tha is ko memorize kar ke</w:t>
      </w:r>
      <w:r>
        <w:br/>
      </w:r>
      <w:r>
        <w:rPr>
          <w:sz w:val="20"/>
        </w:rPr>
        <w:t>57:38  to woh woh daur khatm ho gaya lekin Quran ke</w:t>
      </w:r>
      <w:r>
        <w:br/>
      </w:r>
      <w:r>
        <w:rPr>
          <w:sz w:val="20"/>
        </w:rPr>
        <w:t>57:44  hifz ki aik zaroorat phir bhi baqi hai keh Quran namaz mein padhaya jata hai</w:t>
      </w:r>
      <w:r>
        <w:br/>
      </w:r>
      <w:r>
        <w:rPr>
          <w:sz w:val="20"/>
        </w:rPr>
        <w:t>57:50  aur namaz ke ilawa jab aap safar mein hon aap car drive kar rahe hain tab bhi Quran</w:t>
      </w:r>
      <w:r>
        <w:br/>
      </w:r>
      <w:r>
        <w:rPr>
          <w:sz w:val="20"/>
        </w:rPr>
        <w:t>57:56  ko sochte hain to agar yaad rahega tab hi sochenge</w:t>
      </w:r>
      <w:r>
        <w:br/>
      </w:r>
      <w:r>
        <w:rPr>
          <w:sz w:val="20"/>
        </w:rPr>
        <w:t>58:00  to Quran mein jo tadabbur karna hai ghaur o fikr karna hai woh to baqi hai</w:t>
      </w:r>
      <w:r>
        <w:br/>
      </w:r>
      <w:r>
        <w:rPr>
          <w:sz w:val="20"/>
        </w:rPr>
        <w:t>58:07  to ab jab hawai jahaz mein aap fly kar rahe hain car safar kar rahe hain to wahan</w:t>
      </w:r>
      <w:r>
        <w:br/>
      </w:r>
      <w:r>
        <w:rPr>
          <w:sz w:val="20"/>
        </w:rPr>
        <w:t>58:12  to quran ka nuskhah aap ke paas khol ke parhein woh nahi hota to aap ke mind mein</w:t>
      </w:r>
      <w:r>
        <w:br/>
      </w:r>
      <w:r>
        <w:rPr>
          <w:sz w:val="20"/>
        </w:rPr>
        <w:t>58:17  jo hai quran isi ko le kar aap sochte hain sochte hain sochte hain to quran ke tahaffuz</w:t>
      </w:r>
      <w:r>
        <w:br/>
      </w:r>
      <w:r>
        <w:rPr>
          <w:sz w:val="20"/>
        </w:rPr>
        <w:t>58:24  ke liye ab zaroorat nahi hai lekin quran ke tadabbur ke liye zaroorat hai</w:t>
      </w:r>
      <w:r>
        <w:br/>
      </w:r>
      <w:r>
        <w:rPr>
          <w:sz w:val="20"/>
        </w:rPr>
        <w:t>58:33  quran ke tahaffuz ke liye to allah taala ne intezam kar diya printing press ke zariye lekin quran ke tadabbur ke liye to yeh zarurat hai aur baqi rahegi namaz mein padhne ki zarurat hai aur baqi rahegi</w:t>
      </w:r>
    </w:p>
    <w:p>
      <w:pPr>
        <w:pStyle w:val="Heading2"/>
      </w:pPr>
      <w:r>
        <w:t>Is secular knowledge important for understanding revelation?</w:t>
      </w:r>
    </w:p>
    <w:p>
      <w:r>
        <w:rPr>
          <w:color w:val="666666"/>
          <w:sz w:val="18"/>
        </w:rPr>
        <w:t>Quran &amp; Tafsir · God Particle July 8, 2012 · 2m 53s · at 1:01:54 · https://youtu.be/30Ulu10c2nA?t=3714</w:t>
      </w:r>
    </w:p>
    <w:p>
      <w:r>
        <w:rPr>
          <w:i/>
        </w:rPr>
        <w:t>“I have seen a lecture on TV channel given by one of the Maulana who said according to Islam, getting knowledge is compulsory to every Muslim. He emphasized that it is applied in religious knowledge only, that is the knowledge taken from the revelation of Allah. But I think that the secular knowledge is also very important to understand revelation of Allah.”</w:t>
      </w:r>
    </w:p>
    <w:p>
      <w:r>
        <w:rPr>
          <w:sz w:val="20"/>
        </w:rPr>
        <w:t>1:01:54  maulana, agla sawal delhi se hai mr. shahnawaz zafar sah</w:t>
      </w:r>
      <w:r>
        <w:br/>
      </w:r>
      <w:r>
        <w:rPr>
          <w:sz w:val="20"/>
        </w:rPr>
        <w:t>1:01:58  b ka. unhone likha hai: "I have seen a lecture on TV channel given by one of the maulana who said according to Islam, getting knowledge is compulsory to every Muslim.</w:t>
      </w:r>
      <w:r>
        <w:br/>
      </w:r>
      <w:r>
        <w:rPr>
          <w:sz w:val="20"/>
        </w:rPr>
        <w:t>1:02:11  he emphasized that it is applied in religious knowledge only, that is the knowledge taken from the wahy of Allah. but I think that the secular knowledge is also very important to understand wahy of Allah.</w:t>
      </w:r>
      <w:r>
        <w:br/>
      </w:r>
      <w:r>
        <w:rPr>
          <w:sz w:val="20"/>
        </w:rPr>
        <w:t>1:02:27  secular knowledge is the study of this world and universe, which belongs to almighty Allah only. everything in this universe belongs to almighty Allah, and that study will definitely give us that vision, which is required to see the creation miracle of almighty Allah.</w:t>
      </w:r>
      <w:r>
        <w:br/>
      </w:r>
      <w:r>
        <w:rPr>
          <w:sz w:val="20"/>
        </w:rPr>
        <w:t>1:02:46  and then also one can be mature enough to understand the wahy of Allah.</w:t>
      </w:r>
      <w:r>
        <w:br/>
      </w:r>
      <w:r>
        <w:rPr>
          <w:sz w:val="20"/>
        </w:rPr>
        <w:t>1:02:52  in short, we can say that Islam says all the knowledge with wisdom is compulsory to every Muslim. Maulana Sahib, please correct me if I am wrong.</w:t>
      </w:r>
      <w:r>
        <w:br/>
      </w:r>
      <w:r>
        <w:rPr>
          <w:sz w:val="20"/>
        </w:rPr>
        <w:t>1:03:04  aap ne sahi kaha, mujhe is se ittefaq hai. jo hadith hai ke "talab al-ilm farizah, talab al-ilm farizah wala kull muslim"</w:t>
      </w:r>
      <w:r>
        <w:br/>
      </w:r>
      <w:r>
        <w:rPr>
          <w:sz w:val="20"/>
        </w:rPr>
        <w:t>1:03:16  , ilm seekhna har muslim par farz hai. toh logon ne khud se is mein deen badha diya. dekhein, hadith mein deen nahi hai.</w:t>
      </w:r>
      <w:r>
        <w:br/>
      </w:r>
      <w:r>
        <w:rPr>
          <w:sz w:val="20"/>
        </w:rPr>
        <w:t>1:03:27  ismein sirf yeh batayein ke ilm ko seekhna har muslim par farz hai. apni taraf se isko badha diya. ilm se murad hai deen.</w:t>
      </w:r>
      <w:r>
        <w:br/>
      </w:r>
      <w:r>
        <w:rPr>
          <w:sz w:val="20"/>
        </w:rPr>
        <w:t>1:03:38  mein samajhta hoon ke yeh hargiz izafa sahi nahi hai.</w:t>
      </w:r>
      <w:r>
        <w:br/>
      </w:r>
      <w:r>
        <w:rPr>
          <w:sz w:val="20"/>
        </w:rPr>
        <w:t>1:03:45  quran mein itna zyada tadabbur ke liye kaha gaya hai, sochne ke liye kaha gaya hai: "kainat par ghaur karo" toh kya woh ilm nahi hai? woh yaani quran mein bhara hua hai, aisi ayat bhari hui hain jis mein ke "zameen aasman par ghaur karo" toh woh wohi toh ilm hai, aur kya ilm hai?</w:t>
      </w:r>
      <w:r>
        <w:br/>
      </w:r>
      <w:r>
        <w:rPr>
          <w:sz w:val="20"/>
        </w:rPr>
        <w:t>1:04:04  to mein samajhta hoon ke ilm yaani is hadith mein yeh kehna ke use ilm deen murad hai, yeh galat hai.</w:t>
      </w:r>
      <w:r>
        <w:br/>
      </w:r>
      <w:r>
        <w:rPr>
          <w:sz w:val="20"/>
        </w:rPr>
        <w:t>1:04:13  har ilm Allah ka ilm hai, har ilm ka talluq</w:t>
      </w:r>
      <w:r>
        <w:br/>
      </w:r>
      <w:r>
        <w:rPr>
          <w:sz w:val="20"/>
        </w:rPr>
        <w:t>1:04:19  har har ilm se hum ko zehni irtaqa mein mufeed faida hota hai. aur jab tak ke yaani jab tak hamara ilm wasee na ho,</w:t>
      </w:r>
      <w:r>
        <w:br/>
      </w:r>
      <w:r>
        <w:rPr>
          <w:sz w:val="20"/>
        </w:rPr>
        <w:t>1:04:35  jab tak hamara ilm wasee na ho, hum na Quran ko samajh sakte hain, na hadith ko samajh sakte hain. to mein aap se bilkul ittefaq karta hoon, aur bilkul sahi aap ne kaha.</w:t>
      </w:r>
    </w:p>
    <w:p>
      <w:pPr>
        <w:pStyle w:val="Heading2"/>
      </w:pPr>
      <w:r>
        <w:t>Linking Science with Quran and Hadith</w:t>
      </w:r>
    </w:p>
    <w:p>
      <w:r>
        <w:rPr>
          <w:color w:val="666666"/>
          <w:sz w:val="18"/>
        </w:rPr>
        <w:t>Quran &amp; Tafsir · Deeper Meaning of Quran 17 05 2015 · 4m 01s · at 1:05:52 · https://youtu.be/_Cj6gds7nWI?t=3952</w:t>
      </w:r>
    </w:p>
    <w:p>
      <w:r>
        <w:rPr>
          <w:i/>
        </w:rPr>
        <w:t>“To what extent is it correct to link modern scientific discoveries with the Quran and Hadith, given that the Quran is a book of guidance?”</w:t>
      </w:r>
    </w:p>
    <w:p>
      <w:r>
        <w:rPr>
          <w:sz w:val="20"/>
        </w:rPr>
        <w:t>1:05:52  maulana, in ka ek aur sawal hai, unhon ne aap se poocha hai ke maujooda scientific discoveries ko</w:t>
      </w:r>
      <w:r>
        <w:br/>
      </w:r>
      <w:r>
        <w:rPr>
          <w:sz w:val="20"/>
        </w:rPr>
        <w:t>1:05:57  quran aur hadith se jodna kahan tak durust hai, jabke quran kitaab-e-hidayat hai? dekhen, yeh bohat bari</w:t>
      </w:r>
      <w:r>
        <w:br/>
      </w:r>
      <w:r>
        <w:rPr>
          <w:sz w:val="20"/>
        </w:rPr>
        <w:t>1:06:03  ghalatfehmi hai.</w:t>
      </w:r>
      <w:r>
        <w:br/>
      </w:r>
      <w:r>
        <w:rPr>
          <w:sz w:val="20"/>
        </w:rPr>
        <w:t>1:06:09  scientific discovery ke log to hote hain ke maghrib ki discovery hai.</w:t>
      </w:r>
      <w:r>
        <w:br/>
      </w:r>
      <w:r>
        <w:rPr>
          <w:sz w:val="20"/>
        </w:rPr>
        <w:t>1:06:15  scientific discovery kya hai? laf ko daryaft karna, jo Khuda ka jo qanoon hai, usi ko daryaft karne</w:t>
      </w:r>
      <w:r>
        <w:br/>
      </w:r>
      <w:r>
        <w:rPr>
          <w:sz w:val="20"/>
        </w:rPr>
        <w:t>1:06:20  ka naam hai scientific discovery.</w:t>
      </w:r>
      <w:r>
        <w:br/>
      </w:r>
      <w:r>
        <w:rPr>
          <w:sz w:val="20"/>
        </w:rPr>
        <w:t>1:06:26  misalan dekhen, pehle zamanay mein insaan yeh samajhta tha ke zameen beech mein hai, suraj ke gird ghoom raha hai.</w:t>
      </w:r>
      <w:r>
        <w:br/>
      </w:r>
      <w:r>
        <w:rPr>
          <w:sz w:val="20"/>
        </w:rPr>
        <w:t>1:06:32  ab science ne daryaft kiya ke aisa nahi hai, balkay suraj beech mein hai, zameen ghoom rahi hai.</w:t>
      </w:r>
      <w:r>
        <w:br/>
      </w:r>
      <w:r>
        <w:rPr>
          <w:sz w:val="20"/>
        </w:rPr>
        <w:t>1:06:37  to yeh scientific discovery Khuda ke qanoon ko daryaft karna hai.</w:t>
      </w:r>
      <w:r>
        <w:br/>
      </w:r>
      <w:r>
        <w:rPr>
          <w:sz w:val="20"/>
        </w:rPr>
        <w:t>1:06:43  scientific discovery kisi aur cheez ka naam nahi hai, Khuda hi ke qanoon ko daryaft karne ka naam hai.</w:t>
      </w:r>
      <w:r>
        <w:br/>
      </w:r>
      <w:r>
        <w:rPr>
          <w:sz w:val="20"/>
        </w:rPr>
        <w:t>1:06:49  yeh bohat bari ghalatfehmi hai, log samajhte hain ke scientific discovery koi aur cheez hai.</w:t>
      </w:r>
      <w:r>
        <w:br/>
      </w:r>
      <w:r>
        <w:rPr>
          <w:sz w:val="20"/>
        </w:rPr>
        <w:t>1:06:54  misalan, main jab chhota tha to main samajhta tha ke khane ka matlab pet bharna hai.</w:t>
      </w:r>
      <w:r>
        <w:br/>
      </w:r>
      <w:r>
        <w:rPr>
          <w:sz w:val="20"/>
        </w:rPr>
        <w:t>1:07:00  mere bachpan mein khane ka matlab do hi hua karta tha: pet bharna aur taste.</w:t>
      </w:r>
      <w:r>
        <w:br/>
      </w:r>
      <w:r>
        <w:rPr>
          <w:sz w:val="20"/>
        </w:rPr>
        <w:t>1:07:06  bas baat ko jab maine mutala kiya to maloom hua ke science ne jo daryaft kiya hai,</w:t>
      </w:r>
      <w:r>
        <w:br/>
      </w:r>
      <w:r>
        <w:rPr>
          <w:sz w:val="20"/>
        </w:rPr>
        <w:t>1:07:11  wo teesri cheez jo chhooti hui thi, wo sab se bari cheez hai.</w:t>
      </w:r>
      <w:r>
        <w:br/>
      </w:r>
      <w:r>
        <w:rPr>
          <w:sz w:val="20"/>
        </w:rPr>
        <w:t>1:07:17  wo hai nutrition, nutritive value jo hai, us ki wo sab se bari cheez hai.</w:t>
      </w:r>
      <w:r>
        <w:br/>
      </w:r>
      <w:r>
        <w:rPr>
          <w:sz w:val="20"/>
        </w:rPr>
        <w:t>1:07:23  yeh to Allah ka qanoon hai, yeh koi aisa nahi ke kisi Misr, kisi Europe ne daryaft kar liya hai.</w:t>
      </w:r>
      <w:r>
        <w:br/>
      </w:r>
      <w:r>
        <w:rPr>
          <w:sz w:val="20"/>
        </w:rPr>
        <w:t>1:07:28  har woh cheez jo science mein, science ki wajah se, exact sciences mein, waise to log social science</w:t>
      </w:r>
      <w:r>
        <w:br/>
      </w:r>
      <w:r>
        <w:rPr>
          <w:sz w:val="20"/>
        </w:rPr>
        <w:t>1:07:34  ko bhi science kehte hain, wo main is ko science nahi manta.</w:t>
      </w:r>
      <w:r>
        <w:br/>
      </w:r>
      <w:r>
        <w:rPr>
          <w:sz w:val="20"/>
        </w:rPr>
        <w:t>1:07:40  political science ko bhi science kehte hain, wo main science nahi manta.</w:t>
      </w:r>
      <w:r>
        <w:br/>
      </w:r>
      <w:r>
        <w:rPr>
          <w:sz w:val="20"/>
        </w:rPr>
        <w:t>1:07:45  main sirf physical science ki baat karta hoon.</w:t>
      </w:r>
      <w:r>
        <w:br/>
      </w:r>
      <w:r>
        <w:rPr>
          <w:sz w:val="20"/>
        </w:rPr>
        <w:t>1:07:51  to physical science Khuda ke qanoon ki daryaft ka naam hai, kisi aur cheez ka naam nahi hai.</w:t>
      </w:r>
      <w:r>
        <w:br/>
      </w:r>
      <w:r>
        <w:rPr>
          <w:sz w:val="20"/>
        </w:rPr>
        <w:t>1:07:57  woh toh is mein koi, koi, koi takrao ki baat hi nahi hai.</w:t>
      </w:r>
      <w:r>
        <w:br/>
      </w:r>
      <w:r>
        <w:rPr>
          <w:sz w:val="20"/>
        </w:rPr>
        <w:t>1:08:02  wohi, wohi jo quran mein hai, wohi is mein hai.</w:t>
      </w:r>
      <w:r>
        <w:br/>
      </w:r>
      <w:r>
        <w:rPr>
          <w:sz w:val="20"/>
        </w:rPr>
        <w:t>1:08:08  is ko aap is pe kafi likha hai, aap parhiye apni kitabon ko.</w:t>
      </w:r>
      <w:r>
        <w:br/>
      </w:r>
      <w:r>
        <w:rPr>
          <w:sz w:val="20"/>
        </w:rPr>
        <w:t>1:08:14  maulana, unhon ne yeh bhi likha hai, aap se janna chahte hain ke haroon yahya ki kitabein aap</w:t>
      </w:r>
      <w:r>
        <w:br/>
      </w:r>
      <w:r>
        <w:rPr>
          <w:sz w:val="20"/>
        </w:rPr>
        <w:t>1:08:19  ke khayal se kis had tak quran aur sunnat ko samjhane mein support kar sakti hain? dekhiye, mein</w:t>
      </w:r>
      <w:r>
        <w:br/>
      </w:r>
      <w:r>
        <w:rPr>
          <w:sz w:val="20"/>
        </w:rPr>
        <w:t>1:08:25  kisi ki kitab par koi tabsarah nahi karunga.</w:t>
      </w:r>
      <w:r>
        <w:br/>
      </w:r>
      <w:r>
        <w:rPr>
          <w:sz w:val="20"/>
        </w:rPr>
        <w:t>1:08:31  aap parhiye, aap parh kar khud rai banaiye.</w:t>
      </w:r>
      <w:r>
        <w:br/>
      </w:r>
      <w:r>
        <w:rPr>
          <w:sz w:val="20"/>
        </w:rPr>
        <w:t>1:08:36  khud parhiye, khud ko rai banaiye.</w:t>
      </w:r>
      <w:r>
        <w:br/>
      </w:r>
      <w:r>
        <w:rPr>
          <w:sz w:val="20"/>
        </w:rPr>
        <w:t>1:08:42  mein is par koi remark nahi dunga.</w:t>
      </w:r>
      <w:r>
        <w:br/>
      </w:r>
      <w:r>
        <w:rPr>
          <w:sz w:val="20"/>
        </w:rPr>
        <w:t>1:08:48  Okay, so we will end this session now.</w:t>
      </w:r>
      <w:r>
        <w:br/>
      </w:r>
      <w:r>
        <w:rPr>
          <w:sz w:val="20"/>
        </w:rPr>
        <w:t>1:08:54  Thank you.</w:t>
      </w:r>
    </w:p>
    <w:p>
      <w:pPr>
        <w:pStyle w:val="Heading2"/>
      </w:pPr>
      <w:r>
        <w:t>Linking scientific discoveries with Quran</w:t>
      </w:r>
    </w:p>
    <w:p>
      <w:r>
        <w:rPr>
          <w:color w:val="666666"/>
          <w:sz w:val="18"/>
        </w:rPr>
        <w:t>Quran &amp; Tafsir · Deeper Meaning of The Quran May 17, 2015 · 3m 52s · at 1:07:52 · https://youtu.be/CoTUNYxSRiI?t=4072</w:t>
      </w:r>
    </w:p>
    <w:p>
      <w:r>
        <w:rPr>
          <w:i/>
        </w:rPr>
        <w:t>“To what extent is it correct to link current scientific discoveries with the Quran and Hadith, whereas the Quran is a book of guidance?”</w:t>
      </w:r>
    </w:p>
    <w:p>
      <w:r>
        <w:rPr>
          <w:sz w:val="20"/>
        </w:rPr>
        <w:t>1:07:52  maulana, in ka ek aur sawal hai. unhon ne aap se poocha hai ke: "maujooda scientific discoveries ko quran aur hadees se jorna kahan tak durust hai jabke quran kitab-e-hidayaat hai?"</w:t>
      </w:r>
      <w:r>
        <w:br/>
      </w:r>
      <w:r>
        <w:rPr>
          <w:sz w:val="20"/>
        </w:rPr>
        <w:t>1:08:06  dekhiye bohat bari galatfehmi hai. scientific discovery to hota hai ke. maghrib ki discovery hai. scientific discovery kya hai?</w:t>
      </w:r>
      <w:r>
        <w:br/>
      </w:r>
      <w:r>
        <w:rPr>
          <w:sz w:val="20"/>
        </w:rPr>
        <w:t>1:08:15  love jaise ko daryaft karna. jo khuda ka jo qanoon hai usi ko daryaft karne ka naam hai scientific discovery.</w:t>
      </w:r>
      <w:r>
        <w:br/>
      </w:r>
      <w:r>
        <w:rPr>
          <w:sz w:val="20"/>
        </w:rPr>
        <w:t>1:08:24  misalan dekhiye pehle zamanay mein insan yeh samajhta tha ke zameen</w:t>
      </w:r>
      <w:r>
        <w:br/>
      </w:r>
      <w:r>
        <w:rPr>
          <w:sz w:val="20"/>
        </w:rPr>
        <w:t>1:08:35  beech mein hai suraj ke gird ghoom raha hai. ab science ne daryaft kiya ke aisa nahin hai balkay suraj beech mein hai zameen ghoom rahi hai. to yeh scientific discovery khuda ke qanoon ko daryaft karna hai.</w:t>
      </w:r>
      <w:r>
        <w:br/>
      </w:r>
      <w:r>
        <w:rPr>
          <w:sz w:val="20"/>
        </w:rPr>
        <w:t>1:08:47  scientific discovery kisi aur cheez ka naam nahin hai. khudai qanoon ko daryaft karne ka naam hai.</w:t>
      </w:r>
      <w:r>
        <w:br/>
      </w:r>
      <w:r>
        <w:rPr>
          <w:sz w:val="20"/>
        </w:rPr>
        <w:t>1:08:55  yeh bohat bari galatfehmi hai log samajhte hain ke scientific discovery koi aur cheez hai. misalan main jab chota tha to mujhe samajhta tha ke khane ka matlab pet bharna.</w:t>
      </w:r>
      <w:r>
        <w:br/>
      </w:r>
      <w:r>
        <w:rPr>
          <w:sz w:val="20"/>
        </w:rPr>
        <w:t>1:09:06  mere bachpan mein do khane ka matlab do hi hua karta tha.</w:t>
      </w:r>
      <w:r>
        <w:br/>
      </w:r>
      <w:r>
        <w:rPr>
          <w:sz w:val="20"/>
        </w:rPr>
        <w:t>1:09:10  pet bharna aur taste. bas. baad ko jab maine mutala kiya to maloom hua ke science ne jo daryaft kiya hai woh teesri cheez jo choti hui thi woh sab se bari cheez hai.</w:t>
      </w:r>
      <w:r>
        <w:br/>
      </w:r>
      <w:r>
        <w:rPr>
          <w:sz w:val="20"/>
        </w:rPr>
        <w:t>1:09:27  woh hai nutrition. nutritive value jo hai us ki woh sab se bari cheez hai. yeh to Allah ka qanoon hai.</w:t>
      </w:r>
      <w:r>
        <w:br/>
      </w:r>
      <w:r>
        <w:rPr>
          <w:sz w:val="20"/>
        </w:rPr>
        <w:t>1:09:34  yeh koi aisa nahin ke kisi mister kisi europe ne daryaft kar liya hai. har woh cheez jo science mein science se murad hai exact sciences mein.</w:t>
      </w:r>
      <w:r>
        <w:br/>
      </w:r>
      <w:r>
        <w:rPr>
          <w:sz w:val="20"/>
        </w:rPr>
        <w:t>1:09:48  waise to log social science ko bhi science kehte hain woh main is ko science nahin manta. political science ko bhi science kehte hain woh main science nahin manta.</w:t>
      </w:r>
      <w:r>
        <w:br/>
      </w:r>
      <w:r>
        <w:rPr>
          <w:sz w:val="20"/>
        </w:rPr>
        <w:t>1:09:57  mein sirf Physical Science ki baat karta hoon. to Physical Science Khuda ke qanoon ki daryaft ka naam</w:t>
      </w:r>
      <w:r>
        <w:br/>
      </w:r>
      <w:r>
        <w:rPr>
          <w:sz w:val="20"/>
        </w:rPr>
        <w:t>1:10:03  hai. kisi aur cheez ka naam nahi hai woh. to is mein koi koi nahi koi takrao ki baat hi nahi hai. wahi wahi jo Quran mein hai wahi is mein hai.</w:t>
      </w:r>
      <w:r>
        <w:br/>
      </w:r>
      <w:r>
        <w:rPr>
          <w:sz w:val="20"/>
        </w:rPr>
        <w:t>1:10:14  jis ko aap is par kaafi likha hai aap parhiye meri kitabon ko.</w:t>
      </w:r>
      <w:r>
        <w:br/>
      </w:r>
      <w:r>
        <w:rPr>
          <w:sz w:val="20"/>
        </w:rPr>
        <w:t>1:10:23  Maulana, unhon ne</w:t>
      </w:r>
      <w:r>
        <w:br/>
      </w:r>
      <w:r>
        <w:rPr>
          <w:sz w:val="20"/>
        </w:rPr>
        <w:t>1:10:24  yeh bhi likha hai aap se janna chahte hain ke: "Haroon Yahya ki kitabein aap ke khayal se kis had tak Quran aur Sunnat ko samajhane mein Support kar sakti hain?" Dekhiye mein kisi ki kitab par koi tabsarah nahi karunga.</w:t>
      </w:r>
      <w:r>
        <w:br/>
      </w:r>
      <w:r>
        <w:rPr>
          <w:sz w:val="20"/>
        </w:rPr>
        <w:t>1:10:38  aap parhiye aur parh kar khud rai banaiye.</w:t>
      </w:r>
      <w:r>
        <w:br/>
      </w:r>
      <w:r>
        <w:rPr>
          <w:sz w:val="20"/>
        </w:rPr>
        <w:t>1:10:45  khud parhiye khud ko rai banaiye. mein is par koi Remark nahi dunga. okay So we will end this session now. Thank you.</w:t>
      </w:r>
    </w:p>
    <w:p>
      <w:pPr>
        <w:pStyle w:val="Heading2"/>
      </w:pPr>
      <w:r>
        <w:t>Low importance of Quran propagation</w:t>
      </w:r>
    </w:p>
    <w:p>
      <w:r>
        <w:rPr>
          <w:color w:val="666666"/>
          <w:sz w:val="18"/>
        </w:rPr>
        <w:t>Quran &amp; Tafsir · Dars-e-Quran, Ch. 2 Verse 54 | March 18, 2018 · 4m 01s · at 50:24 · https://youtu.be/xQ2LXsz1oTw?t=3024</w:t>
      </w:r>
    </w:p>
    <w:p>
      <w:r>
        <w:rPr>
          <w:i/>
        </w:rPr>
        <w:t>“Why does the importance of spreading the Quran seem so low among Muslims? What is the reason for this?”</w:t>
      </w:r>
    </w:p>
    <w:p>
      <w:r>
        <w:rPr>
          <w:sz w:val="20"/>
        </w:rPr>
        <w:t>50:24  to propagation of Islam and its and its implementation in the contemporary times." Maulana sawal lete hain. Maulana Iqbal Umri ne sawal kiya hai Chennai se. unhon ne aap se poocha hai ke quran ko phailane ki ahmiyat kyun bohat kam maloom hoti hai musalmanon mein? is ki kya wajah hai? is ki sab se bari wajah jo</w:t>
      </w:r>
      <w:r>
        <w:br/>
      </w:r>
      <w:r>
        <w:rPr>
          <w:sz w:val="20"/>
        </w:rPr>
        <w:t>50:54  hai woh quran ki be-hurmati ka sab se bara be-hurmati ka tasawwur hai.</w:t>
      </w:r>
      <w:r>
        <w:br/>
      </w:r>
      <w:r>
        <w:rPr>
          <w:sz w:val="20"/>
        </w:rPr>
        <w:t>51:01  pata nahi kyun chhaya hua hai, aaj se nahi, shuru se be-hurmati, be-hurmati na ho, be-</w:t>
      </w:r>
      <w:r>
        <w:br/>
      </w:r>
      <w:r>
        <w:rPr>
          <w:sz w:val="20"/>
        </w:rPr>
        <w:t>51:09  hurmati na ho, be-hurmati na ho.</w:t>
      </w:r>
      <w:r>
        <w:br/>
      </w:r>
      <w:r>
        <w:rPr>
          <w:sz w:val="20"/>
        </w:rPr>
        <w:t>51:17  toh main jo mujhe jo himmat jo hui, yeh ke wajah kya ke ah jab</w:t>
      </w:r>
      <w:r>
        <w:br/>
      </w:r>
      <w:r>
        <w:rPr>
          <w:sz w:val="20"/>
        </w:rPr>
        <w:t>51:25  shirk jali maaf ho sakta hai to aitraz ijtihadi khata maaf nahin hogi maqsad ke liye. to maine kaha ke dhoom se quran phailao, ijtihadi khata ko hote hone do. Allah woh hai jo shirk jali ko maaf kar deta hai, to ehteraam ah yani is ijtihadi khata ko maaf nahin karega. ajeeb ghareeb masla bana hua tha</w:t>
      </w:r>
      <w:r>
        <w:br/>
      </w:r>
      <w:r>
        <w:rPr>
          <w:sz w:val="20"/>
        </w:rPr>
        <w:t>51:55  jab maine shuru kiya is kaam ko to ke agar aap quran ko tarjume ke sath chhapen to be hurmati ka masla, be hurmati ka masla. aur sirf tarjuma, har ehteraam matan ko nikal ke chhapen to woh jaiz hi nahin. yani matan ke baghair sirf tarjuma chhapen to woh jaiz nahin.</w:t>
      </w:r>
      <w:r>
        <w:br/>
      </w:r>
      <w:r>
        <w:rPr>
          <w:sz w:val="20"/>
        </w:rPr>
        <w:t>52:25  aur agar dono ko mila kar chhapen toh be-hurmati ka masla.</w:t>
      </w:r>
      <w:r>
        <w:br/>
      </w:r>
      <w:r>
        <w:rPr>
          <w:sz w:val="20"/>
        </w:rPr>
        <w:t>52:30  toh main ne jab main ne is pe socha toh main ne kaha ke Allah ki shan ke</w:t>
      </w:r>
      <w:r>
        <w:br/>
      </w:r>
      <w:r>
        <w:rPr>
          <w:sz w:val="20"/>
        </w:rPr>
        <w:t>52:35  khilaf hai ke woh shirk jali ko toh maaf kar de aur ehtiram ke khud sakhta tasawwur ko</w:t>
      </w:r>
      <w:r>
        <w:br/>
      </w:r>
      <w:r>
        <w:rPr>
          <w:sz w:val="20"/>
        </w:rPr>
        <w:t>52:40  maaf na kare jo ke ek na quran mein na hadith mein.</w:t>
      </w:r>
      <w:r>
        <w:br/>
      </w:r>
      <w:r>
        <w:rPr>
          <w:sz w:val="20"/>
        </w:rPr>
        <w:t>52:45  tab mujhe himmat hui.</w:t>
      </w:r>
      <w:r>
        <w:br/>
      </w:r>
      <w:r>
        <w:rPr>
          <w:sz w:val="20"/>
        </w:rPr>
        <w:t>52:50  yahi sab se bara</w:t>
      </w:r>
      <w:r>
        <w:br/>
      </w:r>
      <w:r>
        <w:rPr>
          <w:sz w:val="20"/>
        </w:rPr>
        <w:t>52:55  bara masla hai.</w:t>
      </w:r>
      <w:r>
        <w:br/>
      </w:r>
      <w:r>
        <w:rPr>
          <w:sz w:val="20"/>
        </w:rPr>
        <w:t>53:01  har masjid mein, har masjid mein, har jagah.</w:t>
      </w:r>
      <w:r>
        <w:br/>
      </w:r>
      <w:r>
        <w:rPr>
          <w:sz w:val="20"/>
        </w:rPr>
        <w:t>53:07  ek jagah main gaya ek baar ek masjid mein toh us ke imam sahab aalim the.</w:t>
      </w:r>
      <w:r>
        <w:br/>
      </w:r>
      <w:r>
        <w:rPr>
          <w:sz w:val="20"/>
        </w:rPr>
        <w:t>53:13  woh toh imam sahab se ek masla poochna tha, ek quran ki ayat ko le kar ke.</w:t>
      </w:r>
      <w:r>
        <w:br/>
      </w:r>
      <w:r>
        <w:rPr>
          <w:sz w:val="20"/>
        </w:rPr>
        <w:t>53:19  toh quran ki woh jo chha-pa hua quran jo hota hai, mushaf woh laya gaya.</w:t>
      </w:r>
      <w:r>
        <w:br/>
      </w:r>
      <w:r>
        <w:rPr>
          <w:sz w:val="20"/>
        </w:rPr>
        <w:t>53:26  to woh imam sahib jo thay, woh chadar orhay hue thay. to chadar ke zariye unhon ne quran ke warq ko ulta, yani ungliyon mein chadar thi, ungliyan un ke touch nahin karti theen quran ko. to kaha ungliyon ke aur quran ke kaghaz ke beech mein chadar aa gayi to kaha be hurmati nahin hui is ki. isi qism ke bane hue thay jab hum ne shuru kiya. to mujh ko jis</w:t>
      </w:r>
      <w:r>
        <w:br/>
      </w:r>
      <w:r>
        <w:rPr>
          <w:sz w:val="20"/>
        </w:rPr>
        <w:t>53:56  jis himmat hui, woh yahi yahi baat thi ke jab Allah taala shirk jali ko maaf kar de,</w:t>
      </w:r>
      <w:r>
        <w:br/>
      </w:r>
      <w:r>
        <w:rPr>
          <w:sz w:val="20"/>
        </w:rPr>
        <w:t>54:02  karne ka ailan kar raha hai toh bohat.</w:t>
      </w:r>
      <w:r>
        <w:br/>
      </w:r>
      <w:r>
        <w:rPr>
          <w:sz w:val="20"/>
        </w:rPr>
        <w:t>54:08  toh ijtihadi khata toh bohat choti cheez hai, woh koi woh koi nahi maaf hoga.</w:t>
      </w:r>
      <w:r>
        <w:br/>
      </w:r>
      <w:r>
        <w:rPr>
          <w:sz w:val="20"/>
        </w:rPr>
        <w:t>54:14  تب میں نے لوگوں سے کہنا شروع کیا: "Palat karo Quran ko, Quran ke tarjume ko palat karo,</w:t>
      </w:r>
      <w:r>
        <w:br/>
      </w:r>
      <w:r>
        <w:rPr>
          <w:sz w:val="20"/>
        </w:rPr>
        <w:t>54:20  palat!" ji Maulana, kuch comments aur parhna chahein g</w:t>
      </w:r>
    </w:p>
    <w:p>
      <w:pPr>
        <w:pStyle w:val="Heading2"/>
      </w:pPr>
      <w:r>
        <w:t>Meaning of 'Leader of Mankind' in Quran</w:t>
      </w:r>
    </w:p>
    <w:p>
      <w:r>
        <w:rPr>
          <w:color w:val="666666"/>
          <w:sz w:val="18"/>
        </w:rPr>
        <w:t>Quran &amp; Tafsir · Discovery of Modern Age I 10th Feb. 13 · 2m 53s · at 1:22:09 · https://youtu.be/Yp5T0KacY84?t=4929</w:t>
      </w:r>
    </w:p>
    <w:p>
      <w:r>
        <w:rPr>
          <w:i/>
        </w:rPr>
        <w:t>“You have unfolded the meaning of the Quranic word 'Leader of mankind'. Please explain further.”</w:t>
      </w:r>
    </w:p>
    <w:p>
      <w:r>
        <w:rPr>
          <w:sz w:val="20"/>
        </w:rPr>
        <w:t>1:22:09  maulana, agla sawal kashmir se hai shad hussain sahab ka.</w:t>
      </w:r>
      <w:r>
        <w:br/>
      </w:r>
      <w:r>
        <w:rPr>
          <w:sz w:val="20"/>
        </w:rPr>
        <w:t>1:22:13  انہوں نے لکھا ہے: "مولانا، you have unfolded the meaning of the Quranic word leader of men</w:t>
      </w:r>
      <w:r>
        <w:br/>
      </w:r>
      <w:r>
        <w:rPr>
          <w:sz w:val="20"/>
        </w:rPr>
        <w:t>1:22:21  kind.</w:t>
      </w:r>
      <w:r>
        <w:br/>
      </w:r>
      <w:r>
        <w:rPr>
          <w:sz w:val="20"/>
        </w:rPr>
        <w:t>1:22:22  Your explanation provides a key to understand the divine plan of contemporary developments.</w:t>
      </w:r>
      <w:r>
        <w:br/>
      </w:r>
      <w:r>
        <w:rPr>
          <w:sz w:val="20"/>
        </w:rPr>
        <w:t>1:22:28  "Why Muslim thinkers remained ignorant from this for so long?" دیکھیے، یہ ایک کوسٹ ڈزنس تھا تاریخ میں۔</w:t>
      </w:r>
      <w:r>
        <w:br/>
      </w:r>
      <w:r>
        <w:rPr>
          <w:sz w:val="20"/>
        </w:rPr>
        <w:t>1:22:36  cost incidents do baat ek saath aai.</w:t>
      </w:r>
      <w:r>
        <w:br/>
      </w:r>
      <w:r>
        <w:rPr>
          <w:sz w:val="20"/>
        </w:rPr>
        <w:t>1:22:39  یعنی ماڈرن ماڈرن جو ایج ہے، وہ آیا اسی کے ساتھ ساتھ کلonialism آ گیا۔</w:t>
      </w:r>
      <w:r>
        <w:br/>
      </w:r>
      <w:r>
        <w:rPr>
          <w:sz w:val="20"/>
        </w:rPr>
        <w:t>1:22:45  saath saath yani musalman is waqt empire dunya mein thi 18veen sadi tak.</w:t>
      </w:r>
      <w:r>
        <w:br/>
      </w:r>
      <w:r>
        <w:rPr>
          <w:sz w:val="20"/>
        </w:rPr>
        <w:t>1:22:51  جگہ جگہ مغل ایمپائر یعنی Ottoman Empire۔</w:t>
      </w:r>
      <w:r>
        <w:br/>
      </w:r>
      <w:r>
        <w:rPr>
          <w:sz w:val="20"/>
        </w:rPr>
        <w:t>1:22:54  to yeh sari empires jo thin, woh tod diya in logon ne.</w:t>
      </w:r>
      <w:r>
        <w:br/>
      </w:r>
      <w:r>
        <w:rPr>
          <w:sz w:val="20"/>
        </w:rPr>
        <w:t>1:22:59  تو ایک یہ کویسچن تھا، وہ الگ چیز تھی، وہ الگ چیز تھی۔</w:t>
      </w:r>
      <w:r>
        <w:br/>
      </w:r>
      <w:r>
        <w:rPr>
          <w:sz w:val="20"/>
        </w:rPr>
        <w:t>1:23:04  modern jo age aaya tha, woh ek alag age tha.</w:t>
      </w:r>
      <w:r>
        <w:br/>
      </w:r>
      <w:r>
        <w:rPr>
          <w:sz w:val="20"/>
        </w:rPr>
        <w:t>1:23:09  isi ke saath saath yeh ek naya faragh aaya ke kuch logon ne yani woh ubhre europe se,</w:t>
      </w:r>
      <w:r>
        <w:br/>
      </w:r>
      <w:r>
        <w:rPr>
          <w:sz w:val="20"/>
        </w:rPr>
        <w:t>1:23:16  ubhar kar ke asia aur africa mein apni hukumatain qaim kar lin.</w:t>
      </w:r>
      <w:r>
        <w:br/>
      </w:r>
      <w:r>
        <w:rPr>
          <w:sz w:val="20"/>
        </w:rPr>
        <w:t>1:23:21  تو negative ہو گئے لوگ، سوچ نہیں پائے کہ ایک دوسرا پہلو ہوا ہے۔</w:t>
      </w:r>
      <w:r>
        <w:br/>
      </w:r>
      <w:r>
        <w:rPr>
          <w:sz w:val="20"/>
        </w:rPr>
        <w:t>1:23:27  woh ek alag cheez hai, yeh alag cheez hai.</w:t>
      </w:r>
      <w:r>
        <w:br/>
      </w:r>
      <w:r>
        <w:rPr>
          <w:sz w:val="20"/>
        </w:rPr>
        <w:t>1:23:31  donon ko alag kar ke nahi de sakte the.</w:t>
      </w:r>
      <w:r>
        <w:br/>
      </w:r>
      <w:r>
        <w:rPr>
          <w:sz w:val="20"/>
        </w:rPr>
        <w:t>1:23:35  donon ko alag kar ke nahi de sakte the.</w:t>
      </w:r>
      <w:r>
        <w:br/>
      </w:r>
      <w:r>
        <w:rPr>
          <w:sz w:val="20"/>
        </w:rPr>
        <w:t>1:23:39  وہ یعنی they failed to differentiate between the two.</w:t>
      </w:r>
      <w:r>
        <w:br/>
      </w:r>
      <w:r>
        <w:rPr>
          <w:sz w:val="20"/>
        </w:rPr>
        <w:t>1:23:43  yeh hai basic wajah.</w:t>
      </w:r>
      <w:r>
        <w:br/>
      </w:r>
      <w:r>
        <w:rPr>
          <w:sz w:val="20"/>
        </w:rPr>
        <w:t>1:23:45  is afsar sahab yeh nahi lage ke hamari hukumaton ko tod diya unhon ne, hamare empire khatam kar</w:t>
      </w:r>
      <w:r>
        <w:br/>
      </w:r>
      <w:r>
        <w:rPr>
          <w:sz w:val="20"/>
        </w:rPr>
        <w:t>1:23:52  diya, hamein ladna hai in se ladna hai.</w:t>
      </w:r>
      <w:r>
        <w:br/>
      </w:r>
      <w:r>
        <w:rPr>
          <w:sz w:val="20"/>
        </w:rPr>
        <w:t>1:23:56  lagte hain ke is se unhein ghafil ho gaye ke modern age ek basic laya hai, opportunity laya</w:t>
      </w:r>
      <w:r>
        <w:br/>
      </w:r>
      <w:r>
        <w:rPr>
          <w:sz w:val="20"/>
        </w:rPr>
        <w:t>1:24:03  hai, mawaqe laya hai ke is ka hum avail karna hai.</w:t>
      </w:r>
      <w:r>
        <w:br/>
      </w:r>
      <w:r>
        <w:rPr>
          <w:sz w:val="20"/>
        </w:rPr>
        <w:t>1:24:08  is se be khabar ho gaye.</w:t>
      </w:r>
      <w:r>
        <w:br/>
      </w:r>
      <w:r>
        <w:rPr>
          <w:sz w:val="20"/>
        </w:rPr>
        <w:t>1:24:11  wohi to hua jo japan mein hua.</w:t>
      </w:r>
      <w:r>
        <w:br/>
      </w:r>
      <w:r>
        <w:rPr>
          <w:sz w:val="20"/>
        </w:rPr>
        <w:t>1:24:14  japan wale be khabar thay.</w:t>
      </w:r>
      <w:r>
        <w:br/>
      </w:r>
      <w:r>
        <w:rPr>
          <w:sz w:val="20"/>
        </w:rPr>
        <w:t>1:24:16  to japan mein aisay leader paida hue.</w:t>
      </w:r>
      <w:r>
        <w:br/>
      </w:r>
      <w:r>
        <w:rPr>
          <w:sz w:val="20"/>
        </w:rPr>
        <w:t>1:24:19  khud jo hero heitel tha, hero heitel bohat zabardast parha likha aadmi tha jo king of japan is</w:t>
      </w:r>
      <w:r>
        <w:br/>
      </w:r>
      <w:r>
        <w:rPr>
          <w:sz w:val="20"/>
        </w:rPr>
        <w:t>1:24:27  waqt tha.</w:t>
      </w:r>
      <w:r>
        <w:br/>
      </w:r>
      <w:r>
        <w:rPr>
          <w:sz w:val="20"/>
        </w:rPr>
        <w:t>1:24:28  is ki speech aap dekhen, isi kitaab mein is ki speech di hui hai.</w:t>
      </w:r>
      <w:r>
        <w:br/>
      </w:r>
      <w:r>
        <w:rPr>
          <w:sz w:val="20"/>
        </w:rPr>
        <w:t>1:24:34  is ne lead ki.</w:t>
      </w:r>
      <w:r>
        <w:br/>
      </w:r>
      <w:r>
        <w:rPr>
          <w:sz w:val="20"/>
        </w:rPr>
        <w:t>1:24:36  muslim dunya mein koi hero heitel jaisa aadmi paida nahi jo lead de.</w:t>
      </w:r>
      <w:r>
        <w:br/>
      </w:r>
      <w:r>
        <w:rPr>
          <w:sz w:val="20"/>
        </w:rPr>
        <w:t>1:24:41  lead usay lead diya, bohat time par lead diya ke dekho karne ka kaam woh nahi hai, yeh</w:t>
      </w:r>
      <w:r>
        <w:br/>
      </w:r>
      <w:r>
        <w:rPr>
          <w:sz w:val="20"/>
        </w:rPr>
        <w:t>1:24:49  hai.</w:t>
      </w:r>
      <w:r>
        <w:br/>
      </w:r>
      <w:r>
        <w:rPr>
          <w:sz w:val="20"/>
        </w:rPr>
        <w:t>1:24:51  to hamara koi aisa paida nahi hua jo lead de kyunke sab obsession jeetay rahay.</w:t>
      </w:r>
      <w:r>
        <w:br/>
      </w:r>
      <w:r>
        <w:rPr>
          <w:sz w:val="20"/>
        </w:rPr>
        <w:t>1:24:57  wohi hay hukoomat, hay hukoomat, hay hukoomat.</w:t>
      </w:r>
      <w:r>
        <w:br/>
      </w:r>
      <w:r>
        <w:rPr>
          <w:sz w:val="20"/>
        </w:rPr>
        <w:t>1:25:00  to yeh wajah thi mere liye.</w:t>
      </w:r>
    </w:p>
    <w:p>
      <w:pPr>
        <w:pStyle w:val="Heading2"/>
      </w:pPr>
      <w:r>
        <w:t>Meaning of 'Qulub' in Quran</w:t>
      </w:r>
    </w:p>
    <w:p>
      <w:r>
        <w:rPr>
          <w:color w:val="666666"/>
          <w:sz w:val="18"/>
        </w:rPr>
        <w:t>Quran &amp; Tafsir · Three levels of Realization 4 July 2010 - Maulana Wahiduddin Khan · 3m 41s · at 1:16:53 · https://youtu.be/H-kx5TldzfQ?t=4613</w:t>
      </w:r>
    </w:p>
    <w:p>
      <w:r>
        <w:rPr>
          <w:i/>
        </w:rPr>
        <w:t>“Every thought originates in the mind, even emotion. What does the reference of 'Qulub' in Arabic as mentioned in the Quran mean? What does the reference of 'Qulub' in Arabic as mentioned in the Quran in Surah Baqarah where it is said: 'Allah has stamped their hearts'?”</w:t>
      </w:r>
    </w:p>
    <w:p>
      <w:r>
        <w:rPr>
          <w:sz w:val="20"/>
        </w:rPr>
        <w:t>1:16:53  molana agla sawal hai mister muhammad intekhab dehli se. unhon ne likha hai: "every thought originates in the mind, even emotion.</w:t>
      </w:r>
      <w:r>
        <w:br/>
      </w:r>
      <w:r>
        <w:rPr>
          <w:sz w:val="20"/>
        </w:rPr>
        <w:t>1:17:06  what does the reference of quloob in arabic as mentioned in quran?</w:t>
      </w:r>
      <w:r>
        <w:br/>
      </w:r>
      <w:r>
        <w:rPr>
          <w:sz w:val="20"/>
        </w:rPr>
        <w:t>1:17:15  what does the reference of quloob in arabic as mentioned in quran in surah baqarah where it is said: 'allah has stamped their heart'?" main college mein quloob jo hai wahan par literally maeni mein hai,</w:t>
      </w:r>
      <w:r>
        <w:br/>
      </w:r>
      <w:r>
        <w:rPr>
          <w:sz w:val="20"/>
        </w:rPr>
        <w:t>1:17:33  literally maeni mein,</w:t>
      </w:r>
      <w:r>
        <w:br/>
      </w:r>
      <w:r>
        <w:rPr>
          <w:sz w:val="20"/>
        </w:rPr>
        <w:t>1:17:39  literally meaning banti hai sankron saal se har har har zaban mein. jaise angrez angrezi zaban mein science paida hui,</w:t>
      </w:r>
      <w:r>
        <w:br/>
      </w:r>
      <w:r>
        <w:rPr>
          <w:sz w:val="20"/>
        </w:rPr>
        <w:t>1:17:50  sir woh jante hain ke moon mein koi light nahi hai. abhi moonlight kehte hain woh,</w:t>
      </w:r>
      <w:r>
        <w:br/>
      </w:r>
      <w:r>
        <w:rPr>
          <w:sz w:val="20"/>
        </w:rPr>
        <w:t>1:17:58  yani abhi bhi literature mein moonlight hi chalti hai. moonlight, moonlight, moonlight, halanke moon mein koi light hi nahi hai. aise hi dekhiye, english mein kaha jata hai "wholeheartedly".</w:t>
      </w:r>
      <w:r>
        <w:br/>
      </w:r>
      <w:r>
        <w:rPr>
          <w:sz w:val="20"/>
        </w:rPr>
        <w:t>1:18:12  to jab science ne discover kiya to aisa nahi hua ke wahan badal dein literature ko, kahin ke nahi nahi, kaho "whole mindedly".</w:t>
      </w:r>
      <w:r>
        <w:br/>
      </w:r>
      <w:r>
        <w:rPr>
          <w:sz w:val="20"/>
        </w:rPr>
        <w:t>1:18:20  yani abhi bhi english literature mein "whole mindedly" koi nahi bolta, sab bolte hain "wholeheartedly", halanke woh jante hain ke dil se kuch nahi hota.</w:t>
      </w:r>
      <w:r>
        <w:br/>
      </w:r>
      <w:r>
        <w:rPr>
          <w:sz w:val="20"/>
        </w:rPr>
        <w:t>1:18:30  to dekhiye, yeh maamla literature ka maamla hai, yeh science ka maamla nahi hai,</w:t>
      </w:r>
      <w:r>
        <w:br/>
      </w:r>
      <w:r>
        <w:rPr>
          <w:sz w:val="20"/>
        </w:rPr>
        <w:t>1:18:37  science ka maamla nahi hai. isko aap galat criteria judge kar rahe hain, isko "does not a scientific statement", yeh literary statement hai.</w:t>
      </w:r>
      <w:r>
        <w:br/>
      </w:r>
      <w:r>
        <w:rPr>
          <w:sz w:val="20"/>
        </w:rPr>
        <w:t>1:18:49  ab yeh har zaban</w:t>
      </w:r>
      <w:r>
        <w:br/>
      </w:r>
      <w:r>
        <w:rPr>
          <w:sz w:val="20"/>
        </w:rPr>
        <w:t>1:18:50  mein hota hai, arabi mein kya, har zaban mein hota hai.</w:t>
      </w:r>
      <w:r>
        <w:br/>
      </w:r>
      <w:r>
        <w:rPr>
          <w:sz w:val="20"/>
        </w:rPr>
        <w:t>1:18:56  zaban banti hai sankron saal ke tradition se, aap kaise badal denge isko? woh to rahegi.</w:t>
      </w:r>
      <w:r>
        <w:br/>
      </w:r>
      <w:r>
        <w:rPr>
          <w:sz w:val="20"/>
        </w:rPr>
        <w:t>1:19:07  to alfaaz symbol hote hain, symbol. linguistics parh</w:t>
      </w:r>
      <w:r>
        <w:br/>
      </w:r>
      <w:r>
        <w:rPr>
          <w:sz w:val="20"/>
        </w:rPr>
        <w:t>1:19:11  ein, agar aap linguistic jo ek mustaqil discipline hai, linguistics, unhein bataya jata hai ke koi bhi shabd jo hai woh ek symbol hai.</w:t>
      </w:r>
      <w:r>
        <w:br/>
      </w:r>
      <w:r>
        <w:rPr>
          <w:sz w:val="20"/>
        </w:rPr>
        <w:t>1:19:24  jaise aap bolte hain "car" to lafz "car" jo hai, c a r "car" ka matlab nahi hai, wahi motor. c a r "car" ek symbol, symbolic word hai.</w:t>
      </w:r>
      <w:r>
        <w:br/>
      </w:r>
      <w:r>
        <w:rPr>
          <w:sz w:val="20"/>
        </w:rPr>
        <w:t>1:19:36  aap bolte hain "glass" to "glass" bhi ek symbolic word hai.</w:t>
      </w:r>
      <w:r>
        <w:br/>
      </w:r>
      <w:r>
        <w:rPr>
          <w:sz w:val="20"/>
        </w:rPr>
        <w:t>1:19:42  to woh symbol agar chal pada ho qalb ke liye to wahi rahega, wahi rahega, wahi rahega, wahi rahega.</w:t>
      </w:r>
      <w:r>
        <w:br/>
      </w:r>
      <w:r>
        <w:rPr>
          <w:sz w:val="20"/>
        </w:rPr>
        <w:t>1:19:52  isi liye jin jin qomon mein bilkul hi science aa gayi hai, bilkul badal gaya hai unka sara yani scientific kitabein badal gayi hain, tab bhi lit</w:t>
      </w:r>
      <w:r>
        <w:br/>
      </w:r>
      <w:r>
        <w:rPr>
          <w:sz w:val="20"/>
        </w:rPr>
        <w:t>1:20:04  erature koi bolata hai. abhi bhi</w:t>
      </w:r>
      <w:r>
        <w:br/>
      </w:r>
      <w:r>
        <w:rPr>
          <w:sz w:val="20"/>
        </w:rPr>
        <w:t>1:20:10  yani aisa nahi kahenge "sunlight", woh "moonlight", aisa nahi kahenge "light", "moonlight", "reflected by sun", aisa nahi bolenge.</w:t>
      </w:r>
      <w:r>
        <w:br/>
      </w:r>
      <w:r>
        <w:rPr>
          <w:sz w:val="20"/>
        </w:rPr>
        <w:t>1:20:22  halanke woh isi ka reflection hota hai, suraj ki roshni ka. to yeh literally maeni mein hai, isko aap scientific maeni mein na lijie.</w:t>
      </w:r>
    </w:p>
    <w:p>
      <w:pPr>
        <w:pStyle w:val="Heading2"/>
      </w:pPr>
      <w:r>
        <w:t>Meaning of 'Qulub' in Surah Baqarah</w:t>
      </w:r>
    </w:p>
    <w:p>
      <w:r>
        <w:rPr>
          <w:color w:val="666666"/>
          <w:sz w:val="18"/>
        </w:rPr>
        <w:t>Quran &amp; Tafsir · Three levels of Realization July 4, 2010 · 3m 19s · at 1:16:47 · https://youtu.be/NtCTVVov3Nw?t=4607</w:t>
      </w:r>
    </w:p>
    <w:p>
      <w:r>
        <w:rPr>
          <w:i/>
        </w:rPr>
        <w:t>“Every thought originates in the mind, even emotion. What does the reference of 'qulub' in Arabic as mentioned in the Quran in Surah Al-Baqarah, where it is said Allah has stamped their hearts?”</w:t>
      </w:r>
    </w:p>
    <w:p>
      <w:r>
        <w:rPr>
          <w:sz w:val="20"/>
        </w:rPr>
        <w:t>1:16:47  maulana agla sawal hai mister muhammad intikhab dilli se unhon ne likha hai every thought originates in the mind even emotion</w:t>
      </w:r>
      <w:r>
        <w:br/>
      </w:r>
      <w:r>
        <w:rPr>
          <w:sz w:val="20"/>
        </w:rPr>
        <w:t>1:17:00  what does the reference of quloob in arabic as mentioned in quran in surah baqarah where it is said allah has stamped their heart mean dekhen qalb ya quloob jo hai wahan par literally meaning mein hai literally meaning mein hai</w:t>
      </w:r>
      <w:r>
        <w:br/>
      </w:r>
      <w:r>
        <w:rPr>
          <w:sz w:val="20"/>
        </w:rPr>
        <w:t>1:17:24  literally meaning banti hai sankaron saal se har har har zaban mein</w:t>
      </w:r>
      <w:r>
        <w:br/>
      </w:r>
      <w:r>
        <w:rPr>
          <w:sz w:val="20"/>
        </w:rPr>
        <w:t>1:17:30  jaise angrezi angrezi zaban mein science paida hui phir woh jante hain ke moon mein koi light nahi hai abhi bhi moonlight kehte hain woh</w:t>
      </w:r>
      <w:r>
        <w:br/>
      </w:r>
      <w:r>
        <w:rPr>
          <w:sz w:val="20"/>
        </w:rPr>
        <w:t>1:17:42  yani abhi bhi literature mein moonlight hi chalti hai moonlight moonlight moonlight halankeh moon mein koi light hi nahi aise hi dekhiye english mein kaha jata hai whole heartedly</w:t>
      </w:r>
      <w:r>
        <w:br/>
      </w:r>
      <w:r>
        <w:rPr>
          <w:sz w:val="20"/>
        </w:rPr>
        <w:t>1:17:55  to jab science ne discover kiya to aasani ho ke wahan badal dein literature ko kahein ke nahi nahi kaho whole mindedly yani abhi bhi english literature mein whole mindedly koi nahi bolta sab bolte hain whole heartedly halankeh woh jante hain ke dil se kuch nahi hota to dekhiye yeh mamla literature ka mamla hai yeh science ka mamla nahi hai</w:t>
      </w:r>
      <w:r>
        <w:br/>
      </w:r>
      <w:r>
        <w:rPr>
          <w:sz w:val="20"/>
        </w:rPr>
        <w:t>1:18:19  science ka mamla nahi hai is ko aap galat criteria judge kar rahe hain is ko</w:t>
      </w:r>
      <w:r>
        <w:br/>
      </w:r>
      <w:r>
        <w:rPr>
          <w:sz w:val="20"/>
        </w:rPr>
        <w:t>1:18:24  does not a scientific statement yeh literary statement hai aur yeh har zaban mein hota hai arabi mein kya har zaban mein hota hai</w:t>
      </w:r>
      <w:r>
        <w:br/>
      </w:r>
      <w:r>
        <w:rPr>
          <w:sz w:val="20"/>
        </w:rPr>
        <w:t>1:18:37  zaban banti hai sankaron saal ke tradition se aap kaise badal denge is ko woh to rahegi to alfaaz symbol hote hain symbol</w:t>
      </w:r>
      <w:r>
        <w:br/>
      </w:r>
      <w:r>
        <w:rPr>
          <w:sz w:val="20"/>
        </w:rPr>
        <w:t>1:18:51  linguistics padhein agar aap linguistic jo ek mustaqil discipline hai linguistics unhein bataya jata hai koi bhi shab jo hai woh ek symbol hai</w:t>
      </w:r>
      <w:r>
        <w:br/>
      </w:r>
      <w:r>
        <w:rPr>
          <w:sz w:val="20"/>
        </w:rPr>
        <w:t>1:19:04  jaise aap bolte hain car to lafz car jo hai c a r car ka matlab nahi hai wahi motor c a r car ek symbol symbolic word hai aap bolte hain glass glass bhi ek symbolic word hai</w:t>
      </w:r>
      <w:r>
        <w:br/>
      </w:r>
      <w:r>
        <w:rPr>
          <w:sz w:val="20"/>
        </w:rPr>
        <w:t>1:19:22  to woh symbol agar chal pada ho qalb ke liye to wahi rahega wahi rahega wahi rahega wahi rahega isi liye jin jin qomon mein bilkul hi science aa gayi hai bilkul badal gaya hai un ka sara yani scientific kitabein badal gayi hain tab bhi literature koi bolata hai abhi bhi</w:t>
      </w:r>
      <w:r>
        <w:br/>
      </w:r>
      <w:r>
        <w:rPr>
          <w:sz w:val="20"/>
        </w:rPr>
        <w:t>1:19:49  yani aisa nahi kahenge moonlight reflected by sun aisa nahi bolenge halankeh woh isi ka reflection hota hai suraj ki roshni ka to yeh literally maene mein hai is ko aap scientific maene mein na lijiye</w:t>
      </w:r>
    </w:p>
    <w:p>
      <w:pPr>
        <w:pStyle w:val="Heading2"/>
      </w:pPr>
      <w:r>
        <w:t>Meaning of 'hablillah' in Quranic verse</w:t>
      </w:r>
    </w:p>
    <w:p>
      <w:r>
        <w:rPr>
          <w:color w:val="666666"/>
          <w:sz w:val="18"/>
        </w:rPr>
        <w:t>Quran &amp; Tafsir · Personality Building January 05, 2014 · 4m 41s · at 1:22:00 · https://youtu.be/3Zppdm2K4ug?t=4920</w:t>
      </w:r>
    </w:p>
    <w:p>
      <w:r>
        <w:rPr>
          <w:i/>
        </w:rPr>
        <w:t>“In the Quranic words: 'Wa'tasimu bi hablillahi jami'an wa la tafarraqu.' What is meant by the word 'hablillah'?”</w:t>
      </w:r>
    </w:p>
    <w:p>
      <w:r>
        <w:rPr>
          <w:sz w:val="20"/>
        </w:rPr>
        <w:t>1:22:00  maulana, agla sawal Raichur se kya hai zaheeruddin sahib</w:t>
      </w:r>
      <w:r>
        <w:br/>
      </w:r>
      <w:r>
        <w:rPr>
          <w:sz w:val="20"/>
        </w:rPr>
        <w:t>1:22:05  ne. unhon ne likha hai: "in the quranic words wata'simu bi hablillah jamee'an wala tafarraqoo.</w:t>
      </w:r>
      <w:r>
        <w:br/>
      </w:r>
      <w:r>
        <w:rPr>
          <w:sz w:val="20"/>
        </w:rPr>
        <w:t>1:22:14  what is meant by the word hablillah?"</w:t>
      </w:r>
      <w:r>
        <w:br/>
      </w:r>
      <w:r>
        <w:rPr>
          <w:sz w:val="20"/>
        </w:rPr>
        <w:t>1:22:22  is ka mufassireen ne likha hai ke is se murad hai quran. yani quran jo hai hablullah hai.</w:t>
      </w:r>
      <w:r>
        <w:br/>
      </w:r>
      <w:r>
        <w:rPr>
          <w:sz w:val="20"/>
        </w:rPr>
        <w:t>1:22:32  is ka matlab yeh hai ke ijtimai zindagi mein, social life mein quran ko central banao. yani ek cheez quran se nikal aaye to bas sab log us ko maan len.</w:t>
      </w:r>
      <w:r>
        <w:br/>
      </w:r>
      <w:r>
        <w:rPr>
          <w:sz w:val="20"/>
        </w:rPr>
        <w:t>1:22:45  ijtimai zindagi ya social life ke liye zaroori hota hai ke aap ki ek cheez aisi ho jis par sab ko agreement ho jaye, sab log maan len us ko.</w:t>
      </w:r>
      <w:r>
        <w:br/>
      </w:r>
      <w:r>
        <w:rPr>
          <w:sz w:val="20"/>
        </w:rPr>
        <w:t>1:22:54  koi central cheez ho to quran ko central cheez banao.</w:t>
      </w:r>
      <w:r>
        <w:br/>
      </w:r>
      <w:r>
        <w:rPr>
          <w:sz w:val="20"/>
        </w:rPr>
        <w:t>1:23:01  koi baat ho, differences hon ya koi difference of opinion hai, kisi baat mein koi kai raaye ban rahi hain to kaise decide kiya jaye?</w:t>
      </w:r>
      <w:r>
        <w:br/>
      </w:r>
      <w:r>
        <w:rPr>
          <w:sz w:val="20"/>
        </w:rPr>
        <w:t>1:23:13  to decide karne ka tareeqa yeh hai ke quran ko dekho, us mein jo baat mile us ko sab log maan len. jaise ek misaal mein deta hoon aap ko ke hindustan mein saare musalman ek hi boli bolte hain ke hum par zulm ho raha hai.</w:t>
      </w:r>
      <w:r>
        <w:br/>
      </w:r>
      <w:r>
        <w:rPr>
          <w:sz w:val="20"/>
        </w:rPr>
        <w:t>1:23:27  hindustan ki baat nahi, saari duniya ki baat hai.</w:t>
      </w:r>
      <w:r>
        <w:br/>
      </w:r>
      <w:r>
        <w:rPr>
          <w:sz w:val="20"/>
        </w:rPr>
        <w:t>1:23:30  saari duniya ke musalman ek hi boli bolte hain ke hum par zulm ho raha hai. ab hum aap baithe hain to hum sochte hain ke bhai humara mind to yeh kar raha hai ke zulm ho raha hai, lekin quran kya kehta hai?</w:t>
      </w:r>
      <w:r>
        <w:br/>
      </w:r>
      <w:r>
        <w:rPr>
          <w:sz w:val="20"/>
        </w:rPr>
        <w:t>1:23:42  us ko dekho to quran mein hai: "wama asabakum min musibatin illa bima kasabat aydikum". yani tum par jo kuch guzarta hai woh sab tumhare apne hi kiye ki wajah se hota hai.</w:t>
      </w:r>
      <w:r>
        <w:br/>
      </w:r>
      <w:r>
        <w:rPr>
          <w:sz w:val="20"/>
        </w:rPr>
        <w:t>1:23:57  yani "you are paying the price". "you are paying the price of your own wrong policies".</w:t>
      </w:r>
      <w:r>
        <w:br/>
      </w:r>
      <w:r>
        <w:rPr>
          <w:sz w:val="20"/>
        </w:rPr>
        <w:t>1:24:06  yeh quran batayega aap ko. "you are paying the price of your own wrong policies". to sab log maan len us ko. phir haan bhai theek hai ji.</w:t>
      </w:r>
      <w:r>
        <w:br/>
      </w:r>
      <w:r>
        <w:rPr>
          <w:sz w:val="20"/>
        </w:rPr>
        <w:t>1:24:14  aur phir sochen, phir kya hoga? introspection aayega, apni apni galtiyon ko dhoond dhoond dhoondne lagenge log.</w:t>
      </w:r>
      <w:r>
        <w:br/>
      </w:r>
      <w:r>
        <w:rPr>
          <w:sz w:val="20"/>
        </w:rPr>
        <w:t>1:24:23  yani sab ko mind mein yeh aa raha hai ke hum par zulm ho raha hai, zulm ho raha hai, zulm ho raha hai. Ab sab mil kar agar Quran ko parhein aur yeh ayat samne aa jaye to sab ko surrender karna chahiye.</w:t>
      </w:r>
      <w:r>
        <w:br/>
      </w:r>
      <w:r>
        <w:rPr>
          <w:sz w:val="20"/>
        </w:rPr>
        <w:t>1:24:34  Surrender ke bhai ab jawab mil gaya, ab introspection karo, khud apni ghaltiyon ko nikalo, kahan kahan hum ne ghalt policy ikhtiyar ki, is ko pata karo, is ko correct karo.</w:t>
      </w:r>
      <w:r>
        <w:br/>
      </w:r>
      <w:r>
        <w:rPr>
          <w:sz w:val="20"/>
        </w:rPr>
        <w:t>1:24:47  Is tarah se ittehad ayega.</w:t>
      </w:r>
      <w:r>
        <w:br/>
      </w:r>
      <w:r>
        <w:rPr>
          <w:sz w:val="20"/>
        </w:rPr>
        <w:t>1:24:50  To Quran ko hablullah banana, yeh Quran ko yeh hasiyat dena ke jo is mein nikal aaye, wahi wahi hamara hum hamein is ko maan lena hai.</w:t>
      </w:r>
      <w:r>
        <w:br/>
      </w:r>
      <w:r>
        <w:rPr>
          <w:sz w:val="20"/>
        </w:rPr>
        <w:t>1:25:01  Is se unity aati hai aur is se sab kuch durust hota hai. Maulana, yeh sawal Chennai se aya hai Maulana Ilyas ka.</w:t>
      </w:r>
      <w:r>
        <w:br/>
      </w:r>
      <w:r>
        <w:rPr>
          <w:sz w:val="20"/>
        </w:rPr>
        <w:t>1:25:12  Unhon ne likha hai: "Fard ko naik banane ke liye hukumat ki zaroorat hai ya nahi?</w:t>
      </w:r>
      <w:r>
        <w:br/>
      </w:r>
      <w:r>
        <w:rPr>
          <w:sz w:val="20"/>
        </w:rPr>
        <w:t>1:25:19  Isi tarah qom ki taraqqi ke liye hukumat ki zaroorat hai." Is ke bare mein batayein. Yeh to bilkul yani fard ko hukumat keh deti hai, theek kar degi.</w:t>
      </w:r>
      <w:r>
        <w:br/>
      </w:r>
      <w:r>
        <w:rPr>
          <w:sz w:val="20"/>
        </w:rPr>
        <w:t>1:25:30  Fard ko hukumat keh deti hai, theek kar degi. Jaise India mein dekhein, government aayi to 60 baras se zyada beet gaye to kya afraad jo hain sab hukumat theek kar diya?</w:t>
      </w:r>
      <w:r>
        <w:br/>
      </w:r>
      <w:r>
        <w:rPr>
          <w:sz w:val="20"/>
        </w:rPr>
        <w:t>1:25:42  Corruption kyun? Corruption India mein hai. Yani sare hukumat ke log bolte hain ke hum corruption nahi chahte. To phir corruption kyun hai? Agar hukumat ke qabze mein ho fard ko badalna to India mein corruption nahi hona chahiye.</w:t>
      </w:r>
      <w:r>
        <w:br/>
      </w:r>
      <w:r>
        <w:rPr>
          <w:sz w:val="20"/>
        </w:rPr>
        <w:t>1:25:57  To yeh secular rule ho ya Musalmanon ka rule ho, hukumat fard nahi badalti, fard ko ideology badalti hai. Yani individual jo hai wo is ko ideology badalti hai.</w:t>
      </w:r>
      <w:r>
        <w:br/>
      </w:r>
      <w:r>
        <w:rPr>
          <w:sz w:val="20"/>
        </w:rPr>
        <w:t>1:26:13  Apne apna khud aadmi ke andar ek soch develop karti hai, khud aadmi ke andar ek determination aata hai, khud aadmi ke andar ek ek process jari hota hai aadmi ke mind mein.</w:t>
      </w:r>
      <w:r>
        <w:br/>
      </w:r>
      <w:r>
        <w:rPr>
          <w:sz w:val="20"/>
        </w:rPr>
        <w:t>1:26:24  Tab insaan badalta hai, hukumat se kehta hai log is ka. Yeh to bilkul hi yani childish thinking hai ke hukumat badal degi afraad ko.</w:t>
      </w:r>
      <w:r>
        <w:br/>
      </w:r>
      <w:r>
        <w:rPr>
          <w:sz w:val="20"/>
        </w:rPr>
        <w:t>1:26:34  Childish thinking hai is ka taluq naqil se hai ya Islam se hai.</w:t>
      </w:r>
    </w:p>
    <w:p>
      <w:pPr>
        <w:pStyle w:val="Heading2"/>
      </w:pPr>
      <w:r>
        <w:t>Meaning of 'imāmā' for home guardian in Quran</w:t>
      </w:r>
    </w:p>
    <w:p>
      <w:r>
        <w:rPr>
          <w:color w:val="666666"/>
          <w:sz w:val="18"/>
        </w:rPr>
        <w:t>Quran &amp; Tafsir · Present Day Muslims Jan 13, 2013 · 2m 29s · at 1:31:23 · https://youtu.be/CVcbWVYitog?t=5483</w:t>
      </w:r>
    </w:p>
    <w:p>
      <w:r>
        <w:rPr>
          <w:i/>
        </w:rPr>
        <w:t>“In this prayer of the Quran (Rabbanā hab lanā min azwājinā wa dhurriyyātinā qurrata a'yunin waj'alnā lil-muttaqīna imāmā), what role does 'imāmā' indicate of the guardian of a home?”</w:t>
      </w:r>
    </w:p>
    <w:p>
      <w:r>
        <w:rPr>
          <w:sz w:val="20"/>
        </w:rPr>
        <w:t>1:31:23  maulana, agla sawal roorkee se hai, sajid anwar sahib ka. unhon ne ek quran ki ayat ka reference diya hai jo is tarah hai:</w:t>
      </w:r>
      <w:r>
        <w:br/>
      </w:r>
      <w:r>
        <w:rPr>
          <w:sz w:val="20"/>
        </w:rPr>
        <w:t>1:31:33  rabbana hablana min azwajina wa zurriyatina qurrata ayunin waj alna lilmuttaqina imama.</w:t>
      </w:r>
      <w:r>
        <w:br/>
      </w:r>
      <w:r>
        <w:rPr>
          <w:sz w:val="20"/>
        </w:rPr>
        <w:t>1:31:44  maulana, woh yeh likh rahe hain ke in this prayer of the quran, what role the muttaqina imama indicates of the guardian of a home?</w:t>
      </w:r>
      <w:r>
        <w:br/>
      </w:r>
      <w:r>
        <w:rPr>
          <w:sz w:val="20"/>
        </w:rPr>
        <w:t>1:31:53  is ke bare mein bataein. dekhiye, is mein yeh hai ke dua ke jo alfaaz hain waj alna lilmuttaqina imama</w:t>
      </w:r>
      <w:r>
        <w:br/>
      </w:r>
      <w:r>
        <w:rPr>
          <w:sz w:val="20"/>
        </w:rPr>
        <w:t>1:32:02  . yani apni family ko yahan par diya gaya reference. to hum ko apni family ke logon ka, yani koi muttaqi family ho, hum us ke leader hon, imam hon.</w:t>
      </w:r>
      <w:r>
        <w:br/>
      </w:r>
      <w:r>
        <w:rPr>
          <w:sz w:val="20"/>
        </w:rPr>
        <w:t>1:32:18  to is ka yeh matlab nahi ke ke allah taala farmaye ke tumhari family ko muttaqi family hona chahiye. yeh matlab nahi hai.</w:t>
      </w:r>
      <w:r>
        <w:br/>
      </w:r>
      <w:r>
        <w:rPr>
          <w:sz w:val="20"/>
        </w:rPr>
        <w:t>1:32:27  yeh jo khandan ka jo sarparast hai, us ke us ke dil ki yeh tamanna honi chahiye ke mere ghar wale allah se darne wale hon, allah se ta'alluq rakhne wale hon,</w:t>
      </w:r>
      <w:r>
        <w:br/>
      </w:r>
      <w:r>
        <w:rPr>
          <w:sz w:val="20"/>
        </w:rPr>
        <w:t>1:32:40  deeni mizaj un ke andar ho. to yeh yani yeh baat family wise nahi hai balke sarparast wise hai. ek sarparast ka jazba kya hona chahiye?</w:t>
      </w:r>
      <w:r>
        <w:br/>
      </w:r>
      <w:r>
        <w:rPr>
          <w:sz w:val="20"/>
        </w:rPr>
        <w:t>1:32:52  aaj kal kya hai, un ka jazba kya hota hai</w:t>
      </w:r>
      <w:r>
        <w:br/>
      </w:r>
      <w:r>
        <w:rPr>
          <w:sz w:val="20"/>
        </w:rPr>
        <w:t>1:32:55  ke main apne bachon ko khoob paisa doon, khoob building doon, khoob car doon? yeh nahi hona chahiye aap ka jazba. aap ka jazba yeh hona chahiye ke aap ke aankhein is par khush hon ke aap ke ghar ke log allah wale ban jaein.</w:t>
      </w:r>
      <w:r>
        <w:br/>
      </w:r>
      <w:r>
        <w:rPr>
          <w:sz w:val="20"/>
        </w:rPr>
        <w:t>1:33:10  yani aankh ki thandak yeh ho aap ki. nahi, yeh thandak nahi ho ke aap woh shandar maadi zindagi kyun ban rahi hai in ki. social status acha ban raha hai in ka.</w:t>
      </w:r>
      <w:r>
        <w:br/>
      </w:r>
      <w:r>
        <w:rPr>
          <w:sz w:val="20"/>
        </w:rPr>
        <w:t>1:33:22  to sarparast ki aankhon ki thandak is mein honi chahiye ke woh logon ko muttaqi dekhna chahe. yeh matlab hai is ka.</w:t>
      </w:r>
      <w:r>
        <w:br/>
      </w:r>
      <w:r>
        <w:rPr>
          <w:sz w:val="20"/>
        </w:rPr>
        <w:t>1:33:34  kyun ke woh to bas mein nahi hai. aap kaise badal dalen kisi ko? apne ko badal sakte hain aap. to yeh is mein jo baat kahi gayi, woh family wise nahi hai balke sarparast wise hai.</w:t>
      </w:r>
    </w:p>
    <w:p>
      <w:pPr>
        <w:pStyle w:val="Heading2"/>
      </w:pPr>
      <w:r>
        <w:t>Meaning of Allah being Noor</w:t>
      </w:r>
    </w:p>
    <w:p>
      <w:r>
        <w:rPr>
          <w:color w:val="666666"/>
          <w:sz w:val="18"/>
        </w:rPr>
        <w:t>Quran &amp; Tafsir · The Road to Paradise December 11, 2016 · 2m 11s · at 52:56 · https://youtu.be/iW2QmcY1_yU?t=3176</w:t>
      </w:r>
    </w:p>
    <w:p>
      <w:r>
        <w:rPr>
          <w:i/>
        </w:rPr>
        <w:t>“Moulana, Allah is Noor, what does that mean? Explain.”</w:t>
      </w:r>
    </w:p>
    <w:p>
      <w:r>
        <w:rPr>
          <w:sz w:val="20"/>
        </w:rPr>
        <w:t>52:56  ji, Maulana sahib, agla sawal Bihar se bheja hai Farooq Abdullah Fiza sahib ne.</w:t>
      </w:r>
      <w:r>
        <w:br/>
      </w:r>
      <w:r>
        <w:rPr>
          <w:sz w:val="20"/>
        </w:rPr>
        <w:t>53:02  unhon ne aap se poocha hai ke: "Maulana sahib, Allah noor hai, is ka kya matlab hai? Is</w:t>
      </w:r>
      <w:r>
        <w:br/>
      </w:r>
      <w:r>
        <w:rPr>
          <w:sz w:val="20"/>
        </w:rPr>
        <w:t>53:09  ke bare mein batayen." Allah khud noor nahi hai, yahan noor ke mani hain hidayat, yani Allah ke</w:t>
      </w:r>
      <w:r>
        <w:br/>
      </w:r>
      <w:r>
        <w:rPr>
          <w:sz w:val="20"/>
        </w:rPr>
        <w:t>53:15  zariye hidayat milti hai.</w:t>
      </w:r>
      <w:r>
        <w:br/>
      </w:r>
      <w:r>
        <w:rPr>
          <w:sz w:val="20"/>
        </w:rPr>
        <w:t>53:22  Allah kya hai, yeh hum ne dekha nahi hai, kisi insan ne dekha nahi hai.</w:t>
      </w:r>
      <w:r>
        <w:br/>
      </w:r>
      <w:r>
        <w:rPr>
          <w:sz w:val="20"/>
        </w:rPr>
        <w:t>53:28  to aap yeh nahi keh sakte ke jaise bijli ka bulb hota hai, aise Allah hai, yeh sahi</w:t>
      </w:r>
      <w:r>
        <w:br/>
      </w:r>
      <w:r>
        <w:rPr>
          <w:sz w:val="20"/>
        </w:rPr>
        <w:t>53:35  nahi hoga kehna.</w:t>
      </w:r>
      <w:r>
        <w:br/>
      </w:r>
      <w:r>
        <w:rPr>
          <w:sz w:val="20"/>
        </w:rPr>
        <w:t>53:42  Allah bayan aur material perception hai.</w:t>
      </w:r>
      <w:r>
        <w:br/>
      </w:r>
      <w:r>
        <w:rPr>
          <w:sz w:val="20"/>
        </w:rPr>
        <w:t>53:48  to jo Quran mein aaya hai ke: Allah noor al samawat wa al arz Allah zameen o aasman ki roshni hai.</w:t>
      </w:r>
      <w:r>
        <w:br/>
      </w:r>
      <w:r>
        <w:rPr>
          <w:sz w:val="20"/>
        </w:rPr>
        <w:t>53:55  yeh nahi ke Allah ka wajood noor hai, yeh nahi kaha Quran majeed mein.</w:t>
      </w:r>
      <w:r>
        <w:br/>
      </w:r>
      <w:r>
        <w:rPr>
          <w:sz w:val="20"/>
        </w:rPr>
        <w:t>54:01  Allah noor al samawat wa al arz, Allah zameen o aasman ki roshni hai, yani Allah hi se milta hai jo</w:t>
      </w:r>
      <w:r>
        <w:br/>
      </w:r>
      <w:r>
        <w:rPr>
          <w:sz w:val="20"/>
        </w:rPr>
        <w:t>54:08  kuch kisi ko milta hai.</w:t>
      </w:r>
      <w:r>
        <w:br/>
      </w:r>
      <w:r>
        <w:rPr>
          <w:sz w:val="20"/>
        </w:rPr>
        <w:t>54:14  wohi soul giver hai, koi doosra giver nahi hai.</w:t>
      </w:r>
      <w:r>
        <w:br/>
      </w:r>
      <w:r>
        <w:rPr>
          <w:sz w:val="20"/>
        </w:rPr>
        <w:t>54:21  yeh matlab hai.</w:t>
      </w:r>
      <w:r>
        <w:br/>
      </w:r>
      <w:r>
        <w:rPr>
          <w:sz w:val="20"/>
        </w:rPr>
        <w:t>54:27  yeh samajhna galat hai ke Allah koi roshni hai bulb ki tarike se, yeh matlab nahi hai.</w:t>
      </w:r>
      <w:r>
        <w:br/>
      </w:r>
      <w:r>
        <w:rPr>
          <w:sz w:val="20"/>
        </w:rPr>
        <w:t>54:34  kyun ke Quran mein jo alfaaz hain, woh yeh hain ke: Allah noor al samawat wa al arz Allah zameen o aasman</w:t>
      </w:r>
      <w:r>
        <w:br/>
      </w:r>
      <w:r>
        <w:rPr>
          <w:sz w:val="20"/>
        </w:rPr>
        <w:t>54:40  ki roshni hai.</w:t>
      </w:r>
      <w:r>
        <w:br/>
      </w:r>
      <w:r>
        <w:rPr>
          <w:sz w:val="20"/>
        </w:rPr>
        <w:t>54:47  duniya mein, is poori universe mein, wohi aik giver hai jis ko kuch bhi kisi ko jo milta</w:t>
      </w:r>
      <w:r>
        <w:br/>
      </w:r>
      <w:r>
        <w:rPr>
          <w:sz w:val="20"/>
        </w:rPr>
        <w:t>54:54  hai, woh Allah se milta hai.</w:t>
      </w:r>
      <w:r>
        <w:br/>
      </w:r>
      <w:r>
        <w:rPr>
          <w:sz w:val="20"/>
        </w:rPr>
        <w:t>55:00  koi aur doosra giver hai nahi.</w:t>
      </w:r>
    </w:p>
    <w:p>
      <w:pPr>
        <w:pStyle w:val="Heading2"/>
      </w:pPr>
      <w:r>
        <w:t>Meaning of God's Dye (Sibghah Allah)</w:t>
      </w:r>
    </w:p>
    <w:p>
      <w:r>
        <w:rPr>
          <w:color w:val="666666"/>
          <w:sz w:val="18"/>
        </w:rPr>
        <w:t>Quran &amp; Tafsir · The Companions and the Hadith Scholars June 24, 2012 · 2m 53s · at 59:38 · https://youtu.be/Dj4QiYnxgBs?t=3578</w:t>
      </w:r>
    </w:p>
    <w:p>
      <w:r>
        <w:rPr>
          <w:i/>
        </w:rPr>
        <w:t>“In Quran chapter 2, verse 138 it says: 'We take God's own dye, who has a better dye than God's dye.' What is the meaning of God's dye, that is 'Sibghah Allah'?”</w:t>
      </w:r>
    </w:p>
    <w:p>
      <w:r>
        <w:rPr>
          <w:sz w:val="20"/>
        </w:rPr>
        <w:t>59:38  okay, we'll start the question and session now. Maulana, yeh sawal aaya hai dilli se, Maulana Zakwan Nadvi sahab ka. Unhon ne likha hai ke quran ke chapter number two, verse number 138 mein aaya hai:</w:t>
      </w:r>
      <w:r>
        <w:br/>
      </w:r>
      <w:r>
        <w:rPr>
          <w:sz w:val="20"/>
        </w:rPr>
        <w:t>59:54  "and we take on god's own dye, who has a better dye than god's dye." Maulana, what is the meaning of god's dye?</w:t>
      </w:r>
      <w:r>
        <w:br/>
      </w:r>
      <w:r>
        <w:rPr>
          <w:sz w:val="20"/>
        </w:rPr>
        <w:t>1:00:05  diet is sibghatullah.</w:t>
      </w:r>
      <w:r>
        <w:br/>
      </w:r>
      <w:r>
        <w:rPr>
          <w:sz w:val="20"/>
        </w:rPr>
        <w:t>1:00:07  is ke bare mein bataein. sibghatullah, is mein dekhein, woh aik is ka aik background hai, yeh jis ko kehte hain ijtiba.</w:t>
      </w:r>
      <w:r>
        <w:br/>
      </w:r>
      <w:r>
        <w:rPr>
          <w:sz w:val="20"/>
        </w:rPr>
        <w:t>1:00:20  isai logon ke haan to un ke haan aik rasam thi ke jab woh kisi ko christian banate thay to ijtiba karte thay.</w:t>
      </w:r>
      <w:r>
        <w:br/>
      </w:r>
      <w:r>
        <w:rPr>
          <w:sz w:val="20"/>
        </w:rPr>
        <w:t>1:00:33  yani pehle zamanay mein kuch rang, koi khaas rang ka kapra pehnana, ab to shayad pani sakte hain sirf.</w:t>
      </w:r>
      <w:r>
        <w:br/>
      </w:r>
      <w:r>
        <w:rPr>
          <w:sz w:val="20"/>
        </w:rPr>
        <w:t>1:00:43  to is ke background mein yeh alfaaz aaye hain. matlab yeh nahi ke koi rang hota hai Allah taala ka, is ka matlab yeh hai ke</w:t>
      </w:r>
      <w:r>
        <w:br/>
      </w:r>
      <w:r>
        <w:rPr>
          <w:sz w:val="20"/>
        </w:rPr>
        <w:t>1:00:56  Allah ko, yani Allah ki following ke maani mein, Allah ko ikhtiyar karo, sirf rang ke maani mein nahi.</w:t>
      </w:r>
      <w:r>
        <w:br/>
      </w:r>
      <w:r>
        <w:rPr>
          <w:sz w:val="20"/>
        </w:rPr>
        <w:t>1:01:05  woh log sirf rang ke maani mein samajh rahe thay ke khaas rang ka kapra ho to woh deendar ban gaya. abhi bhi un ke haan yeh hai, mukhtalif rang ke kapre un ke hotay hain jo batate hain un ke deeni darjay ko.</w:t>
      </w:r>
      <w:r>
        <w:br/>
      </w:r>
      <w:r>
        <w:rPr>
          <w:sz w:val="20"/>
        </w:rPr>
        <w:t>1:01:20  to har mazhab mein aisa hua hai, mazhabi tabqay ne rang ke sath mazhab jor rakha hai. to yahan par bataya gaya ke asli rang woh nahi hai, maadi rang.</w:t>
      </w:r>
      <w:r>
        <w:br/>
      </w:r>
      <w:r>
        <w:rPr>
          <w:sz w:val="20"/>
        </w:rPr>
        <w:t>1:01:31  asli rang yeh hai ke Allah ki tabedari.</w:t>
      </w:r>
      <w:r>
        <w:br/>
      </w:r>
      <w:r>
        <w:rPr>
          <w:sz w:val="20"/>
        </w:rPr>
        <w:t>1:01:37  yeh is maani mein mein samajhta hoon kaha gaya hai. doosri baat yeh hai ke rang ki tamseel bohat mehmana hai. dekhein, yeh pani hai, is mein agar aap pathar ka tukra dalen to alag aa kar par jaye ga, woh pani mein ghule ga nahi.</w:t>
      </w:r>
      <w:r>
        <w:br/>
      </w:r>
      <w:r>
        <w:rPr>
          <w:sz w:val="20"/>
        </w:rPr>
        <w:t>1:01:54  kyun ke jab rang dalte hain to pure pani mein ghul jata hai. woh</w:t>
      </w:r>
      <w:r>
        <w:br/>
      </w:r>
      <w:r>
        <w:rPr>
          <w:sz w:val="20"/>
        </w:rPr>
        <w:t>1:01:59  to yeh matlab hai ke jis tarah se rang pani mein ghul kar ke pura us mein sarayat kar jata hai, to Allah ke deen ko is tarah ikhtiyar karo ke puri shakhsiyat ka hissa ban jaye.</w:t>
      </w:r>
      <w:r>
        <w:br/>
      </w:r>
      <w:r>
        <w:rPr>
          <w:sz w:val="20"/>
        </w:rPr>
        <w:t>1:02:15  aisa na ho ke tumhari shakhsiyat alag hai aur deen alag hai, woh zaimay ke tor par na rahe, balkay tumhari shakhsiyat puri ki puri se woh dhal jaye.</w:t>
      </w:r>
      <w:r>
        <w:br/>
      </w:r>
      <w:r>
        <w:rPr>
          <w:sz w:val="20"/>
        </w:rPr>
        <w:t>1:02:27  yeh matlab hai is ka.</w:t>
      </w:r>
    </w:p>
    <w:p>
      <w:pPr>
        <w:pStyle w:val="Heading2"/>
      </w:pPr>
      <w:r>
        <w:t>Meaning of Ijtihadi power and its use</w:t>
      </w:r>
    </w:p>
    <w:p>
      <w:r>
        <w:rPr>
          <w:color w:val="666666"/>
          <w:sz w:val="18"/>
        </w:rPr>
        <w:t>Quran &amp; Tafsir · Dars-e-Quran, Ch. 2 Verse 54 | March 18, 2018 · 2m 32s · at 1:00:41 · https://youtu.be/xQ2LXsz1oTw?t=3641</w:t>
      </w:r>
    </w:p>
    <w:p>
      <w:r>
        <w:rPr>
          <w:i/>
        </w:rPr>
        <w:t>“What is meant by Ijtihadi power and who decides to use it?”</w:t>
      </w:r>
    </w:p>
    <w:p>
      <w:r>
        <w:rPr>
          <w:sz w:val="20"/>
        </w:rPr>
        <w:t>1:00:41  Maulana, agla sawal Kolkata se Aftab Alam sahib ne bheja hai.</w:t>
      </w:r>
      <w:r>
        <w:br/>
      </w:r>
      <w:r>
        <w:rPr>
          <w:sz w:val="20"/>
        </w:rPr>
        <w:t>1:00:47  unhon ne likha hai: "bahut bahut shukriya Maulana, aaj ke lecture se Quran ko samajhne ka ek naya darwaza khula.</w:t>
      </w:r>
      <w:r>
        <w:br/>
      </w:r>
      <w:r>
        <w:rPr>
          <w:sz w:val="20"/>
        </w:rPr>
        <w:t>1:00:53  mera sawal hai ke ijtihadi taqat se murad kya hai aur is ka istemal karne ka faisla kaun</w:t>
      </w:r>
      <w:r>
        <w:br/>
      </w:r>
      <w:r>
        <w:rPr>
          <w:sz w:val="20"/>
        </w:rPr>
        <w:t>1:00:59  karega? is</w:t>
      </w:r>
      <w:r>
        <w:br/>
      </w:r>
      <w:r>
        <w:rPr>
          <w:sz w:val="20"/>
        </w:rPr>
        <w:t>1:01:05  ko wazeh karen." har aadmi yeh jhooti baat hai ke koi agar kahega ijtihad ki shart laga</w:t>
      </w:r>
      <w:r>
        <w:br/>
      </w:r>
      <w:r>
        <w:rPr>
          <w:sz w:val="20"/>
        </w:rPr>
        <w:t>1:01:13  hua hai, ek hi shart hai niyat.</w:t>
      </w:r>
      <w:r>
        <w:br/>
      </w:r>
      <w:r>
        <w:rPr>
          <w:sz w:val="20"/>
        </w:rPr>
        <w:t>1:01:20  aap ki niyat agar sachi hai to chahe aap madrasay ke certificate na hon, aap ijtihad ka nikah rakhte hain.</w:t>
      </w:r>
      <w:r>
        <w:br/>
      </w:r>
      <w:r>
        <w:rPr>
          <w:sz w:val="20"/>
        </w:rPr>
        <w:t>1:01:28  Ali, kyunke yeh sabit shuda Hadees hai ke "Innamal a'malu binniyat"</w:t>
      </w:r>
      <w:r>
        <w:br/>
      </w:r>
      <w:r>
        <w:rPr>
          <w:sz w:val="20"/>
        </w:rPr>
        <w:t>1:01:36  har amal depend karta hai niyat par.</w:t>
      </w:r>
      <w:r>
        <w:br/>
      </w:r>
      <w:r>
        <w:rPr>
          <w:sz w:val="20"/>
        </w:rPr>
        <w:t>1:01:42  aap ko ijtihad karna hai, niyat ko pak kijiye, do rak'at namaz padhiye, Allah se dua kijiye.</w:t>
      </w:r>
      <w:r>
        <w:br/>
      </w:r>
      <w:r>
        <w:rPr>
          <w:sz w:val="20"/>
        </w:rPr>
        <w:t>1:01:48  is ke baad aap ko haq hai ke ijtihad karen.</w:t>
      </w:r>
      <w:r>
        <w:br/>
      </w:r>
      <w:r>
        <w:rPr>
          <w:sz w:val="20"/>
        </w:rPr>
        <w:t>1:01:54  aap koi nahi hai ijtihad ko rokne wala.</w:t>
      </w:r>
      <w:r>
        <w:br/>
      </w:r>
      <w:r>
        <w:rPr>
          <w:sz w:val="20"/>
        </w:rPr>
        <w:t>1:02:00  is is tasawwur ne ke ijtihad ko aisa bana diya hai ke ijtihad koi</w:t>
      </w:r>
      <w:r>
        <w:br/>
      </w:r>
      <w:r>
        <w:rPr>
          <w:sz w:val="20"/>
        </w:rPr>
        <w:t>1:02:06  ya'ni woh hai kaat kaatne wali cheez hai.</w:t>
      </w:r>
      <w:r>
        <w:br/>
      </w:r>
      <w:r>
        <w:rPr>
          <w:sz w:val="20"/>
        </w:rPr>
        <w:t>1:02:12  is ko dehati zuban mein kehte hain "katao".</w:t>
      </w:r>
      <w:r>
        <w:br/>
      </w:r>
      <w:r>
        <w:rPr>
          <w:sz w:val="20"/>
        </w:rPr>
        <w:t>1:02:18  ijtihad ka darwaza khula hua hai, sirf niyat ka darwaza band na rakhen.</w:t>
      </w:r>
      <w:r>
        <w:br/>
      </w:r>
      <w:r>
        <w:rPr>
          <w:sz w:val="20"/>
        </w:rPr>
        <w:t>1:02:24  aap khalis niyat, allah se dar, allah ke liye ijtihad.</w:t>
      </w:r>
      <w:r>
        <w:br/>
      </w:r>
      <w:r>
        <w:rPr>
          <w:sz w:val="20"/>
        </w:rPr>
        <w:t>1:02:30  to aap ijtihad ki ghalti agar karen ge tab bhi allah maaf kare ga.</w:t>
      </w:r>
      <w:r>
        <w:br/>
      </w:r>
      <w:r>
        <w:rPr>
          <w:sz w:val="20"/>
        </w:rPr>
        <w:t>1:02:36  agar yeh ijtihad ka darwaza kholna zaroori hai dawat ko aam karne ke liye, hamare log jo is</w:t>
      </w:r>
      <w:r>
        <w:br/>
      </w:r>
      <w:r>
        <w:rPr>
          <w:sz w:val="20"/>
        </w:rPr>
        <w:t>1:02:41  ko phaila rahe hain idhar udhar quran majeed, to sab se bari rukawat yeh aa rahi hai.</w:t>
      </w:r>
      <w:r>
        <w:br/>
      </w:r>
      <w:r>
        <w:rPr>
          <w:sz w:val="20"/>
        </w:rPr>
        <w:t>1:02:46  arey bhai, be-hurmati ho jaye gi!</w:t>
      </w:r>
      <w:r>
        <w:br/>
      </w:r>
      <w:r>
        <w:rPr>
          <w:sz w:val="20"/>
        </w:rPr>
        <w:t>1:02:51  arey bhai, yeh ho jaye ga!</w:t>
      </w:r>
      <w:r>
        <w:br/>
      </w:r>
      <w:r>
        <w:rPr>
          <w:sz w:val="20"/>
        </w:rPr>
        <w:t>1:02:56  arey bhai, woh ho jaye ga!</w:t>
      </w:r>
      <w:r>
        <w:br/>
      </w:r>
      <w:r>
        <w:rPr>
          <w:sz w:val="20"/>
        </w:rPr>
        <w:t>1:03:01  yeh sab bilkul batil hai aur aap ko allah ne wada</w:t>
      </w:r>
      <w:r>
        <w:br/>
      </w:r>
      <w:r>
        <w:rPr>
          <w:sz w:val="20"/>
        </w:rPr>
        <w:t>1:03:06  kiya hai ke " aye bande, teri har ghalti ko maaf karon ga agar tu toba kare to".</w:t>
      </w:r>
    </w:p>
    <w:p>
      <w:pPr>
        <w:pStyle w:val="Heading2"/>
      </w:pPr>
      <w:r>
        <w:t>Meaning of Shura in Islam</w:t>
      </w:r>
    </w:p>
    <w:p>
      <w:r>
        <w:rPr>
          <w:color w:val="666666"/>
          <w:sz w:val="18"/>
        </w:rPr>
        <w:t>Quran &amp; Tafsir · Islam and Politics November 17, 2013 · 2m 03s · at 57:09 · https://youtu.be/LgKA8wg4NPc?t=3429</w:t>
      </w:r>
    </w:p>
    <w:p>
      <w:r>
        <w:rPr>
          <w:i/>
        </w:rPr>
        <w:t>“What is the meaning of the Shura system in Islam? Please explain it to us. The Quranic verse in Surah Ash-Shura says: 'Their affair is decided by mutual consultation.' Is this a general statement that Muslims should work by consulting each other? It is said that the Prophet consulted in every matter. So consultation means a culture of consultation, not a political system. Does this verse have any connection with politics? It teaches us to make consultation our culture, whether at home or when traveling.”</w:t>
      </w:r>
    </w:p>
    <w:p>
      <w:r>
        <w:rPr>
          <w:sz w:val="20"/>
        </w:rPr>
        <w:t>57:09  maulana agla sawal tamil nadu se aya hai maulana ilyas ka</w:t>
      </w:r>
      <w:r>
        <w:br/>
      </w:r>
      <w:r>
        <w:rPr>
          <w:sz w:val="20"/>
        </w:rPr>
        <w:t>57:14  unhon ne likha hai maulana islam ka shura nizam ke kya mani hain is ke bare mein hamein batayen yeh quran ki shura jo hai al-shura is mein yeh ayat aayi hai amruhum shura baynahum yeh ek aam general baat hai general ke musalman jo hai is tarah kaam karte hain ke apas mein mashwara karke karte hain</w:t>
      </w:r>
      <w:r>
        <w:br/>
      </w:r>
      <w:r>
        <w:rPr>
          <w:sz w:val="20"/>
        </w:rPr>
        <w:t>57:42  rasool allah ke bare mein hai ke aap har mamle mein mashwara karte the to mashwara yani is mein mashwara culture mashwara politics nahin is ayat ka koi taalluq politics se nahin hai is mein bataya gaya hai ke mashwara ko apna culture banao ghar mein ho tabhi mashwara karo safar karna hai tabhi mashwara karo</w:t>
      </w:r>
      <w:r>
        <w:br/>
      </w:r>
      <w:r>
        <w:rPr>
          <w:sz w:val="20"/>
        </w:rPr>
        <w:t>58:05  is mein jis cheez ki baat kahi gayi hai woh yani mashwara ki politics nahin hai mashwara ka culture hai jisko hamein apne rozmarra ke deen mein ikhtiyar karna chahiye ikhtiyar kyun jab do aadmi mashwara karte hain to exchange hota hai do aadmi apne apne point of view jo hai us ko samne rakhte hain to us ke baad discussion hota hai discussion se baat khulti hai</w:t>
      </w:r>
      <w:r>
        <w:br/>
      </w:r>
      <w:r>
        <w:rPr>
          <w:sz w:val="20"/>
        </w:rPr>
        <w:t>58:34  jab do aadmi char aadmi mil kar ke apni apni rai den aur kisi baais ke baghair wahan par mashwara par ghor o fikr ho raha ho to to hamesha is mein koi nayi nayi baaten samne aati hain koi naya idea emerge karta hai to mashwara ek non political culture hai mashwara koi political system nahin hai</w:t>
      </w:r>
      <w:r>
        <w:br/>
      </w:r>
      <w:r>
        <w:rPr>
          <w:sz w:val="20"/>
        </w:rPr>
        <w:t>59:01  yeh ek non political culture hai jo hamein har mamle mein rozana ki zindagi mein ghar ke andar bhi ghar ke bahar bhi ikhtiyar karna chahiye</w:t>
      </w:r>
    </w:p>
    <w:p>
      <w:pPr>
        <w:pStyle w:val="Heading2"/>
      </w:pPr>
      <w:r>
        <w:t>Meaning of Tabat yada Abi Lahab</w:t>
      </w:r>
    </w:p>
    <w:p>
      <w:r>
        <w:rPr>
          <w:color w:val="666666"/>
          <w:sz w:val="18"/>
        </w:rPr>
        <w:t>Quran &amp; Tafsir · The Character of a Dayee 4 March 2012 - Maulana Wahiduddin Khan · 4m 14s · at 1:13:10 · https://youtu.be/YtavJpVNbEM?t=4390</w:t>
      </w:r>
    </w:p>
    <w:p>
      <w:r>
        <w:rPr>
          <w:i/>
        </w:rPr>
        <w:t>“Kindly comment on the reference and the meaning of 'Tabat yada Abi Lahab'.”</w:t>
      </w:r>
    </w:p>
    <w:p>
      <w:r>
        <w:rPr>
          <w:sz w:val="20"/>
        </w:rPr>
        <w:t>1:13:10  molana, agla sawal hai doctor beejma siddiqi ka dilli se. unhon ne aap se poocha hai: "kindly comment on the reference and the meaning of tabtida abee lahab."</w:t>
      </w:r>
      <w:r>
        <w:br/>
      </w:r>
      <w:r>
        <w:rPr>
          <w:sz w:val="20"/>
        </w:rPr>
        <w:t>1:13:31  tabtida abee lahab.</w:t>
      </w:r>
      <w:r>
        <w:br/>
      </w:r>
      <w:r>
        <w:rPr>
          <w:sz w:val="20"/>
        </w:rPr>
        <w:t>1:13:46  dekhiye, makkah mein</w:t>
      </w:r>
      <w:r>
        <w:br/>
      </w:r>
      <w:r>
        <w:rPr>
          <w:sz w:val="20"/>
        </w:rPr>
        <w:t>1:13:52  jis ko kehte hain yani kamina pan, kamina pan ka kirdaar sirf ek hi tha, abu lahab ka tha.</w:t>
      </w:r>
      <w:r>
        <w:br/>
      </w:r>
      <w:r>
        <w:rPr>
          <w:sz w:val="20"/>
        </w:rPr>
        <w:t>1:14:00  wo to aur log jo the, jaise abu jahal hai, wo sarkashi ki thi. is ne dekhiye, ek ka sarkashi karna,</w:t>
      </w:r>
      <w:r>
        <w:br/>
      </w:r>
      <w:r>
        <w:rPr>
          <w:sz w:val="20"/>
        </w:rPr>
        <w:t>1:14:09  ek ka kamina pan, kamina ban jana mukhalifat mein. to sarkashi bhi buri cheez hai, lekin abu jahal ka naam le kar kahin quran mein bhi nahi aaya hai.</w:t>
      </w:r>
      <w:r>
        <w:br/>
      </w:r>
      <w:r>
        <w:rPr>
          <w:sz w:val="20"/>
        </w:rPr>
        <w:t>1:14:23  dekhiye, abu abu lahab ke bare mein naam le kar</w:t>
      </w:r>
      <w:r>
        <w:br/>
      </w:r>
      <w:r>
        <w:rPr>
          <w:sz w:val="20"/>
        </w:rPr>
        <w:t>1:14:27  bara bataya gaya hai is ko. to is se main jo nateeja pohancha hoon, wo yeh hai ke Allah ki nazar mein kamina pan bohat hi buri cheez hai.</w:t>
      </w:r>
      <w:r>
        <w:br/>
      </w:r>
      <w:r>
        <w:rPr>
          <w:sz w:val="20"/>
        </w:rPr>
        <w:t>1:14:38  sarkashi bhi buri hai, lekin kamina pan is tarah bura hai. kamina pan kya hai? aib lagana, ilzaam lagana, badnaam karna, yani kisi ki ko jo uska character assess karna waghera.</w:t>
      </w:r>
      <w:r>
        <w:br/>
      </w:r>
      <w:r>
        <w:rPr>
          <w:sz w:val="20"/>
        </w:rPr>
        <w:t>1:14:55  main ek misaal deta hoon aap ko: rasool Allah sal Allah alaih wasallam ne abu lahab bhi aap ka chacha tha, abu talib bhi aap ke chacha thay. to rasool Allah sal Allah alaih wasallam ne jab nabuwat mili to aap ne wahan par bulaya logon ko.</w:t>
      </w:r>
      <w:r>
        <w:br/>
      </w:r>
      <w:r>
        <w:rPr>
          <w:sz w:val="20"/>
        </w:rPr>
        <w:t>1:15:08  safa jo jo ek chattan thi, wahan par log ikhatta hue</w:t>
      </w:r>
      <w:r>
        <w:br/>
      </w:r>
      <w:r>
        <w:rPr>
          <w:sz w:val="20"/>
        </w:rPr>
        <w:t>1:15:14  to aap ne dawat di. dawat dene ke baad log khamosh ho gaye, chale gaye. kisi ne mana nahi, khamosh chale gaye.</w:t>
      </w:r>
      <w:r>
        <w:br/>
      </w:r>
      <w:r>
        <w:rPr>
          <w:sz w:val="20"/>
        </w:rPr>
        <w:t>1:15:23  lekin abu talib, wo abu lahab jo tha, abu lahab khara ho ke kya kehta hai? rabb saar saar Allah ama jama'atna ila hadha</w:t>
      </w:r>
      <w:r>
        <w:br/>
      </w:r>
      <w:r>
        <w:rPr>
          <w:sz w:val="20"/>
        </w:rPr>
        <w:t>1:15:34  tera bura ho sara din. isi liye hum ko ikhatta kiya tha. yeh jo hai, yeh yeh kamina pan hai, jhooti mukhalifat. to ek hai sarkashi, ek hai jhooti mukhalifat.</w:t>
      </w:r>
      <w:r>
        <w:br/>
      </w:r>
      <w:r>
        <w:rPr>
          <w:sz w:val="20"/>
        </w:rPr>
        <w:t>1:15:49  to</w:t>
      </w:r>
      <w:r>
        <w:br/>
      </w:r>
      <w:r>
        <w:rPr>
          <w:sz w:val="20"/>
        </w:rPr>
        <w:t>1:15:50  ab yeh surah batati hai ke Allah ki nazar mein jhooti mukhalifat bohat hi buri cheez hai. kamina pan, jhooti mukhalifat, ilzaam lagana, aib aib lagana,</w:t>
      </w:r>
      <w:r>
        <w:br/>
      </w:r>
      <w:r>
        <w:rPr>
          <w:sz w:val="20"/>
        </w:rPr>
        <w:t>1:16:03  be buniyad ek to character assess karna,</w:t>
      </w:r>
      <w:r>
        <w:br/>
      </w:r>
      <w:r>
        <w:rPr>
          <w:sz w:val="20"/>
        </w:rPr>
        <w:t>1:16:08  character assassination. to is surah mein yeh paigham hai, jahan tak main samajhta hoon ke Allah ki nazar mein sarkash bilashuba bura hai, lekin kamina insan is se bhi zyada bura hai.</w:t>
      </w:r>
      <w:r>
        <w:br/>
      </w:r>
      <w:r>
        <w:rPr>
          <w:sz w:val="20"/>
        </w:rPr>
        <w:t>1:16:23  kamina insan ki tareef yeh hai</w:t>
      </w:r>
      <w:r>
        <w:br/>
      </w:r>
      <w:r>
        <w:rPr>
          <w:sz w:val="20"/>
        </w:rPr>
        <w:t>1:16:25  ke aap ki mukhalifat mein jhooti baatein karne lage. yani dekhiye, abu jahal jo tha, mukhalif tha aap ka, kabhi is ne rasool Allah par koi jhoota ilzaam nahi lagaya,</w:t>
      </w:r>
      <w:r>
        <w:br/>
      </w:r>
      <w:r>
        <w:rPr>
          <w:sz w:val="20"/>
        </w:rPr>
        <w:t>1:16:39  kabhi nahi. main ne kitabon mein kabhi nahi parha ke is ne abu jahal, abu jahal ne rasool Allah par koi jhoota ilzaam lagaya ho. lekin abu abu talib jo tha, yeh abu lahab jo tha, wo kamina pan dikhata tha, jhooti baatein aap ke khilaf, ilzaam</w:t>
      </w:r>
      <w:r>
        <w:br/>
      </w:r>
      <w:r>
        <w:rPr>
          <w:sz w:val="20"/>
        </w:rPr>
        <w:t>1:16:56  tarashi, character assassination waghera. to yeh bohat hi bara kirdaar hota hai. to yeh is is is is is is surah mein yahi sabak, isi baat ka sabak diya gaya hai ke is se daro ke tumhara anjam</w:t>
      </w:r>
      <w:r>
        <w:br/>
      </w:r>
      <w:r>
        <w:rPr>
          <w:sz w:val="20"/>
        </w:rPr>
        <w:t>1:17:15  abu lahab ka na ho jaye kahin, agar tum wo tareeqa ikhtiyar karo jo abu lahab ne ikhtiyar kiya tha.</w:t>
      </w:r>
    </w:p>
    <w:p>
      <w:pPr>
        <w:pStyle w:val="Heading2"/>
      </w:pPr>
      <w:r>
        <w:t>Meaning of completed religion verse</w:t>
      </w:r>
    </w:p>
    <w:p>
      <w:r>
        <w:rPr>
          <w:color w:val="666666"/>
          <w:sz w:val="18"/>
        </w:rPr>
        <w:t>Quran &amp; Tafsir · Islam and Science (In Conversation with Maulana) · 2m 27s · at 13:37 · https://youtu.be/pKS94tSXlT4?t=817</w:t>
      </w:r>
    </w:p>
    <w:p>
      <w:r>
        <w:rPr>
          <w:i/>
        </w:rPr>
        <w:t>“Maulana, what is the meaning of 'Al-Yawma akmaltu lakum dinakum'? Is it correct to derive from this verse that Islam is a complete religion?”</w:t>
      </w:r>
    </w:p>
    <w:p>
      <w:r>
        <w:rPr>
          <w:sz w:val="20"/>
        </w:rPr>
        <w:t>13:37  Maulana, agla sawal Tamil Nadu se aaya hai, Mr. Farah Ahmed ka. unhon ne likha hai: "Maulana, alyawm akmalt lakum dinakum ka kya matlab hai?</w:t>
      </w:r>
      <w:r>
        <w:br/>
      </w:r>
      <w:r>
        <w:rPr>
          <w:sz w:val="20"/>
        </w:rPr>
        <w:t>13:50  kya is aayat se yeh matlab lena sahi hai ke Islam mukammal deen hai?"</w:t>
      </w:r>
      <w:r>
        <w:br/>
      </w:r>
      <w:r>
        <w:rPr>
          <w:sz w:val="20"/>
        </w:rPr>
        <w:t>13:56  is mein hai kahan? aayat mein yeh kahan hai? is mein yeh lafz kahan hai ke Islam mukammal deen hai? aap mujhe bataiye ke is aayat ka kaun se lafz ka yeh tarjuma hai ke Islam mukammal deen hai?</w:t>
      </w:r>
      <w:r>
        <w:br/>
      </w:r>
      <w:r>
        <w:rPr>
          <w:sz w:val="20"/>
        </w:rPr>
        <w:t>14:09  yeh to khud sakhta matlab nikala gaya hai. is ka tarjuma kijiye, tarjuma lafzi kijiye. tarjuma yeh hoga: "aaj maine tumhare deen ko tumhare liye poora kar diya, kaamil kar diya." yeh to nahi ke aaj maine Islam ko mukammal kar ke tumhein is ka mukammal edition de diya.</w:t>
      </w:r>
      <w:r>
        <w:br/>
      </w:r>
      <w:r>
        <w:rPr>
          <w:sz w:val="20"/>
        </w:rPr>
        <w:t>14:31  kahan is mein? is ke mani yeh nikle ke jo ahkam tumhare upar utarne wale the, woh utar utar utar chuke.</w:t>
      </w:r>
      <w:r>
        <w:br/>
      </w:r>
      <w:r>
        <w:rPr>
          <w:sz w:val="20"/>
        </w:rPr>
        <w:t>14:40  yani jo Quran ka jo hissa, jo aayaten aur suratain utarne wali thin, tumhare upar woh utar chuki hain. ab aage kuch nahi utarne wala hai. lafzi tarjuma mein yeh kahan nikalta hai ke ke ke aaj tum ko hum ne is deen ka mukammal edition de diya?</w:t>
      </w:r>
      <w:r>
        <w:br/>
      </w:r>
      <w:r>
        <w:rPr>
          <w:sz w:val="20"/>
        </w:rPr>
        <w:t>14:59  aaj tum ko hum ne deen ka yani mukammal zabta de diya jo pehle mukammal nahi tha. lafzi tarjuma sirf itna hi hai ke: "alyawm akmalt lakum dinakum".</w:t>
      </w:r>
      <w:r>
        <w:br/>
      </w:r>
      <w:r>
        <w:rPr>
          <w:sz w:val="20"/>
        </w:rPr>
        <w:t>15:12  aaj maine kaamil kar diya tumhare deen ko, tumhare liye, tumhare deen ko, tumhare liye. yani Quran ka isi liye Hazrat Umar ne jab yeh aayat suni thi to aap rone lage.</w:t>
      </w:r>
      <w:r>
        <w:br/>
      </w:r>
      <w:r>
        <w:rPr>
          <w:sz w:val="20"/>
        </w:rPr>
        <w:t>15:27  aap samjhen ke Rasool Allah ki wafat hone wali hai kyunke jo aayaten utarne wali thin, utar chuki hain. jo hisse Quran ke utarne wale the, utar chuke.</w:t>
      </w:r>
      <w:r>
        <w:br/>
      </w:r>
      <w:r>
        <w:rPr>
          <w:sz w:val="20"/>
        </w:rPr>
        <w:t>15:36  yeh mani liya unhon ne to yeh bilkul farzi hai. is aayat mein kabhi bhi yeh nahi hai aur Islam ka koi naqis edition hai, na koi kaamil edition hai.</w:t>
      </w:r>
      <w:r>
        <w:br/>
      </w:r>
      <w:r>
        <w:rPr>
          <w:sz w:val="20"/>
        </w:rPr>
        <w:t>15:45  islam bas islam hai. yani deen ka na koi kamil edition hai, na koi na ghair kamil edition hai. jo deen pehle tha, wahi deen aaj bhi hai.</w:t>
      </w:r>
      <w:r>
        <w:br/>
      </w:r>
      <w:r>
        <w:rPr>
          <w:sz w:val="20"/>
        </w:rPr>
        <w:t>15:54  har nabbi par yeh tasawwur bilkul hi be asal hai. quran o hadith mein iska koi saboot nahi hai.</w:t>
      </w:r>
    </w:p>
    <w:p>
      <w:pPr>
        <w:pStyle w:val="Heading2"/>
      </w:pPr>
      <w:r>
        <w:t>Meaning of fitrat as a guide</w:t>
      </w:r>
    </w:p>
    <w:p>
      <w:r>
        <w:rPr>
          <w:color w:val="666666"/>
          <w:sz w:val="18"/>
        </w:rPr>
        <w:t>Quran &amp; Tafsir · The Straight Path October 30, 2011 Maulana Wahiduddin Khan · 2m 40s · at 1:31:36 · https://youtu.be/PKFHe82Jz58?t=5496</w:t>
      </w:r>
    </w:p>
    <w:p>
      <w:r>
        <w:rPr>
          <w:i/>
        </w:rPr>
        <w:t>“In Tazkirul Quran introduction page number 8, the last line of the first paragraph you have mentioned: 'Fitrat and universe are silent guides for man, while Quran is a verbal guide.' It is easy to understand that universe and Quran are guides, but I am confused about fitrat. Please explain what is the meaning of fitrat and how it can be a guide.”</w:t>
      </w:r>
    </w:p>
    <w:p>
      <w:r>
        <w:rPr>
          <w:sz w:val="20"/>
        </w:rPr>
        <w:t>1:31:36  maulana, yeh sawal aaya hai Mr. Idrees ka Raipur se. unho ne likha hai ke in Tazkir-ul-Quran introduction page number eight, the last line of the first para you have mentioned, fitrat aur kainat agar aadmi ki khamosh rehnuma hai to Quran ek shabdi rehnuma.</w:t>
      </w:r>
      <w:r>
        <w:br/>
      </w:r>
      <w:r>
        <w:rPr>
          <w:sz w:val="20"/>
        </w:rPr>
        <w:t>1:31:58  maulana, it is easy to understand that kainat and Quran are rehnuma, but I am confused about fitrat.</w:t>
      </w:r>
      <w:r>
        <w:br/>
      </w:r>
      <w:r>
        <w:rPr>
          <w:sz w:val="20"/>
        </w:rPr>
        <w:t>1:32:06  please explain what is the meaning of the fitrat and how it could be rehnuma.</w:t>
      </w:r>
      <w:r>
        <w:br/>
      </w:r>
      <w:r>
        <w:rPr>
          <w:sz w:val="20"/>
        </w:rPr>
        <w:t>1:32:15  fitrat se murad wahi hai, is ko hum kehte hain intuition. wahi jo har aadmi is ka tajurba hota hai, jis aadmi ko intuition.</w:t>
      </w:r>
      <w:r>
        <w:br/>
      </w:r>
      <w:r>
        <w:rPr>
          <w:sz w:val="20"/>
        </w:rPr>
        <w:t>1:32:25  to yeh, yani ilm-ul-nafs ki tareekh, tareekh tehqeeq ke mutabiq, yani khud jo jo science of mind hai, is ki jinho ne tehqeeq ki hai, woh khud mante hain ke mind mein, yani fitrat aur mind alag cheez nahi hai.</w:t>
      </w:r>
      <w:r>
        <w:br/>
      </w:r>
      <w:r>
        <w:rPr>
          <w:sz w:val="20"/>
        </w:rPr>
        <w:t>1:32:43  yani hum mazhabi zaban mein fitrat bolte hain, nafs bolte hain, rooh bolte hain, lekin scientific zaban mein har cheez ek hi hai. dimagh, brain.</w:t>
      </w:r>
      <w:r>
        <w:br/>
      </w:r>
      <w:r>
        <w:rPr>
          <w:sz w:val="20"/>
        </w:rPr>
        <w:t>1:32:54  samjhane ke liye hum alfaaz bolte hain, alag alag ke zamir aur rooh aur fitrat waghera, wajdan.</w:t>
      </w:r>
      <w:r>
        <w:br/>
      </w:r>
      <w:r>
        <w:rPr>
          <w:sz w:val="20"/>
        </w:rPr>
        <w:t>1:33:02  lekin yeh sab ka sab ka ta'alluq dimagh se hai. scientific zaban mein is ko sirf ek hi baat, yani sirf mind bola jayega.</w:t>
      </w:r>
      <w:r>
        <w:br/>
      </w:r>
      <w:r>
        <w:rPr>
          <w:sz w:val="20"/>
        </w:rPr>
        <w:t>1:33:13  hum apni language mein is ko mukhtalif alfaaz bolte hain. woh mind ke mukhtalif manifestations hain.</w:t>
      </w:r>
      <w:r>
        <w:br/>
      </w:r>
      <w:r>
        <w:rPr>
          <w:sz w:val="20"/>
        </w:rPr>
        <w:t>1:33:21  to mind mein bohat zyada bhara hua hai.</w:t>
      </w:r>
      <w:r>
        <w:br/>
      </w:r>
      <w:r>
        <w:rPr>
          <w:sz w:val="20"/>
        </w:rPr>
        <w:t>1:33:27  aur yeh ulama yeh kehte hain ke jo kuch hum daryaft karte hain, woh kehte hain mind ko unfold karte hain. mind ko unfold karte hain.</w:t>
      </w:r>
      <w:r>
        <w:br/>
      </w:r>
      <w:r>
        <w:rPr>
          <w:sz w:val="20"/>
        </w:rPr>
        <w:t>1:33:36  pehlay se maujood maujood hai mind mein. to yeh koi nai baat nahi hai.</w:t>
      </w:r>
      <w:r>
        <w:br/>
      </w:r>
      <w:r>
        <w:rPr>
          <w:sz w:val="20"/>
        </w:rPr>
        <w:t>1:33:41  yeh yeh khud jo psychology ke jo experts hain, woh is ko baat mante hain ke mind mein bhara hua hai sab kuch. aur isi ko unfold karne ka naam hai daryaft.</w:t>
      </w:r>
      <w:r>
        <w:br/>
      </w:r>
      <w:r>
        <w:rPr>
          <w:sz w:val="20"/>
        </w:rPr>
        <w:t>1:33:54  to aap in alfaaz se confuse na hon ke ke kahin fitrat bulata hai, kahin shaoor bulata hai, kahin rooh bulata hai, kahin zamir bulata hai.</w:t>
      </w:r>
      <w:r>
        <w:br/>
      </w:r>
      <w:r>
        <w:rPr>
          <w:sz w:val="20"/>
        </w:rPr>
        <w:t>1:34:03  zamir hai, woh sab mind hi ka phenomenon hai, wahi ki manifestation hai.</w:t>
      </w:r>
      <w:r>
        <w:br/>
      </w:r>
      <w:r>
        <w:rPr>
          <w:sz w:val="20"/>
        </w:rPr>
        <w:t>1:34:08  ek hi lafz science mein bulata hai mind, hum is ko mazhab ki zaban mein kai lafz bolte hain.</w:t>
      </w:r>
    </w:p>
    <w:p>
      <w:pPr>
        <w:pStyle w:val="Heading2"/>
      </w:pPr>
      <w:r>
        <w:t>Meaning of hikmah in Quran verse</w:t>
      </w:r>
    </w:p>
    <w:p>
      <w:r>
        <w:rPr>
          <w:color w:val="666666"/>
          <w:sz w:val="18"/>
        </w:rPr>
        <w:t>Quran &amp; Tafsir · God and Man February 19, 2012 · 2m 43s · at 1:16:23 · https://youtu.be/rL4g0LOU3wo?t=4583</w:t>
      </w:r>
    </w:p>
    <w:p>
      <w:r>
        <w:rPr>
          <w:i/>
        </w:rPr>
        <w:t>“There is a verse in the Quran, Chapter 16, Verse 125, where it says, 'Call to God with hikmah.' May I know the meaning and explanation of the word 'hikmah'?”</w:t>
      </w:r>
    </w:p>
    <w:p>
      <w:r>
        <w:rPr>
          <w:sz w:val="20"/>
        </w:rPr>
        <w:t>1:16:23  maulana, agla sawal dilli se hai mister hassan sharif ka. unhon ne likha hai: "There is an ayat in Quran, Chapter 16, Verse number 125, where it is said, 'Call to the God with hikmah.'" maulana, May I know the meaning and explanation of the word 'hikmah' h</w:t>
      </w:r>
      <w:r>
        <w:br/>
      </w:r>
      <w:r>
        <w:rPr>
          <w:sz w:val="20"/>
        </w:rPr>
        <w:t>1:16:45  ere? hikmah jo hai, hikmah se murad wahi cheez ko hum kehte hain wisdom. hikmat koi mysterious cheez, asrar cheez nahi hai.</w:t>
      </w:r>
      <w:r>
        <w:br/>
      </w:r>
      <w:r>
        <w:rPr>
          <w:sz w:val="20"/>
        </w:rPr>
        <w:t>1:17:00  wisdom behtareen lafz hai hikmat ke liye. to yani deen ka ek bada juz hai wisdom hai.</w:t>
      </w:r>
      <w:r>
        <w:br/>
      </w:r>
      <w:r>
        <w:rPr>
          <w:sz w:val="20"/>
        </w:rPr>
        <w:t>1:17:10  dekhiye, wisdom kya cheez hai?</w:t>
      </w:r>
      <w:r>
        <w:br/>
      </w:r>
      <w:r>
        <w:rPr>
          <w:sz w:val="20"/>
        </w:rPr>
        <w:t>1:17:13  ek hai usool. usool ko hum kehte hain aqida ya taleem. jo lafzon mein hoti hai.</w:t>
      </w:r>
      <w:r>
        <w:br/>
      </w:r>
      <w:r>
        <w:rPr>
          <w:sz w:val="20"/>
        </w:rPr>
        <w:t>1:17:24  yani ek hai taleem ya qanoon ya aqida, wo sab lafzon mein hota hai. aur wisdom jo hai, is ka talluq jo hota hai is mein, yani jo between the line jo hota hai, wo wo wisdom hota hai.</w:t>
      </w:r>
      <w:r>
        <w:br/>
      </w:r>
      <w:r>
        <w:rPr>
          <w:sz w:val="20"/>
        </w:rPr>
        <w:t>1:17:41  jo ghaur o fikr se samajh mein aata hai.</w:t>
      </w:r>
      <w:r>
        <w:br/>
      </w:r>
      <w:r>
        <w:rPr>
          <w:sz w:val="20"/>
        </w:rPr>
        <w:t>1:17:44  wisdom ke liye aap ko sochna padta hai. to yahan par wisdom ka matlab yeh hai ke kisi ko tum dawat de rahe ho to us ne pehle socho kis tarah dawat di jaye.</w:t>
      </w:r>
      <w:r>
        <w:br/>
      </w:r>
      <w:r>
        <w:rPr>
          <w:sz w:val="20"/>
        </w:rPr>
        <w:t>1:17:57  kis tarah mein kahun ke is ka mind address ho, is ka meri baat ko dhyan de, wo meri baat par ghaur kare, wo aur is ka zehan badle.</w:t>
      </w:r>
      <w:r>
        <w:br/>
      </w:r>
      <w:r>
        <w:rPr>
          <w:sz w:val="20"/>
        </w:rPr>
        <w:t>1:18:07  in sab baaton ko le kar jab sochenge to is ko hikmat kaha jayega.</w:t>
      </w:r>
      <w:r>
        <w:br/>
      </w:r>
      <w:r>
        <w:rPr>
          <w:sz w:val="20"/>
        </w:rPr>
        <w:t>1:18:13  yani dawat ka matlab yeh nahi ke kuch bol dein, bas khali. baghair kisi wisdom ke, baghair kisi is mein</w:t>
      </w:r>
      <w:r>
        <w:br/>
      </w:r>
      <w:r>
        <w:rPr>
          <w:sz w:val="20"/>
        </w:rPr>
        <w:t>1:18:23  sochay samjhe hue. to khulasa yeh hai ke dawat do logon ko hikmat ke sath.</w:t>
      </w:r>
      <w:r>
        <w:br/>
      </w:r>
      <w:r>
        <w:rPr>
          <w:sz w:val="20"/>
        </w:rPr>
        <w:t>1:18:32  ka matlab yeh hai ke is tarah jo logon ke liye understandable ho, is tarah dawat do.</w:t>
      </w:r>
      <w:r>
        <w:br/>
      </w:r>
      <w:r>
        <w:rPr>
          <w:sz w:val="20"/>
        </w:rPr>
        <w:t>1:18:38  hudoo ila sabeelika bil-hikmah Allah ke raaste ki taraf logon ko bulao hikmat ke sath. to yani doosre lafzon mein agar hum badle mein hum kahenge, yeh keh sakte hain ke Allah ke raaste ki taraf bulao logon ko is tarah jo un ke liye understandable ho,</w:t>
      </w:r>
      <w:r>
        <w:br/>
      </w:r>
      <w:r>
        <w:rPr>
          <w:sz w:val="20"/>
        </w:rPr>
        <w:t>1:18:57  jo un ki reason ko appeal kare, jis se un ka mind address hota ho, is tarah dawat do.</w:t>
      </w:r>
    </w:p>
    <w:p>
      <w:pPr>
        <w:pStyle w:val="Heading2"/>
      </w:pPr>
      <w:r>
        <w:t>Meaning of ulul albab in Quran</w:t>
      </w:r>
    </w:p>
    <w:p>
      <w:r>
        <w:rPr>
          <w:color w:val="666666"/>
          <w:sz w:val="18"/>
        </w:rPr>
        <w:t>Quran &amp; Tafsir · Lessons from My Journey to Canada II January 10, 2016 · 2m 55s · at 44:58 · https://youtu.be/GHF2Ph3GW7A?t=2698</w:t>
      </w:r>
    </w:p>
    <w:p>
      <w:r>
        <w:rPr>
          <w:i/>
        </w:rPr>
        <w:t>“What is the meaning of 'ulul albab' that is mentioned in the Quran more than once?”</w:t>
      </w:r>
    </w:p>
    <w:p>
      <w:r>
        <w:rPr>
          <w:sz w:val="20"/>
        </w:rPr>
        <w:t>44:58  مولانا، ان کا ایک اور سوال ہے، انہوں نے آپ سے یہ بھی پوچھا ہے کہ "What is</w:t>
      </w:r>
      <w:r>
        <w:br/>
      </w:r>
      <w:r>
        <w:rPr>
          <w:sz w:val="20"/>
        </w:rPr>
        <w:t>45:03  The meaning of Ulul Albab that is mentioned in the Quran more than once</w:t>
      </w:r>
      <w:r>
        <w:br/>
      </w:r>
      <w:r>
        <w:rPr>
          <w:sz w:val="20"/>
        </w:rPr>
        <w:t>45:10  ?" dekhein, ulul albab ka matlab aqal wale,</w:t>
      </w:r>
      <w:r>
        <w:br/>
      </w:r>
      <w:r>
        <w:rPr>
          <w:sz w:val="20"/>
        </w:rPr>
        <w:t>45:15  jis ko hum kehte hain urdu arbab e aqal.</w:t>
      </w:r>
      <w:r>
        <w:br/>
      </w:r>
      <w:r>
        <w:rPr>
          <w:sz w:val="20"/>
        </w:rPr>
        <w:t>45:20  to abhi kal parson ki baat hai, mujh se ek sahab ne kaha ke woh gaye Europe, wahan</w:t>
      </w:r>
      <w:r>
        <w:br/>
      </w:r>
      <w:r>
        <w:rPr>
          <w:sz w:val="20"/>
        </w:rPr>
        <w:t>45:28  unhon ne ek taqreer suni kisi Muslim scholar ki.</w:t>
      </w:r>
      <w:r>
        <w:br/>
      </w:r>
      <w:r>
        <w:rPr>
          <w:sz w:val="20"/>
        </w:rPr>
        <w:t>45:32  to unhon ne kaha ke Quran ko samajhna ulul albab ka kaam hai.</w:t>
      </w:r>
      <w:r>
        <w:br/>
      </w:r>
      <w:r>
        <w:rPr>
          <w:sz w:val="20"/>
        </w:rPr>
        <w:t>45:40  Quran mein aaya hai ke "inma ulul albab</w:t>
      </w:r>
      <w:r>
        <w:br/>
      </w:r>
      <w:r>
        <w:rPr>
          <w:sz w:val="20"/>
        </w:rPr>
        <w:t>45:48  aqal wale samajhte hain".</w:t>
      </w:r>
      <w:r>
        <w:br/>
      </w:r>
      <w:r>
        <w:rPr>
          <w:sz w:val="20"/>
        </w:rPr>
        <w:t>45:50  to yahan aqal wale professional wale mein nahi hai ke degree wale aur</w:t>
      </w:r>
      <w:r>
        <w:br/>
      </w:r>
      <w:r>
        <w:rPr>
          <w:sz w:val="20"/>
        </w:rPr>
        <w:t>45:55  sanad wale. Aql se murad hai fitri aqal,</w:t>
      </w:r>
      <w:r>
        <w:br/>
      </w:r>
      <w:r>
        <w:rPr>
          <w:sz w:val="20"/>
        </w:rPr>
        <w:t>46:01  yani fitrat ne jo aqal aap ko di hai,</w:t>
      </w:r>
      <w:r>
        <w:br/>
      </w:r>
      <w:r>
        <w:rPr>
          <w:sz w:val="20"/>
        </w:rPr>
        <w:t>46:05  jo Allah ki takhleeq se jo aap ko aqal mili hai, us ko aap active karein, us ko</w:t>
      </w:r>
      <w:r>
        <w:br/>
      </w:r>
      <w:r>
        <w:rPr>
          <w:sz w:val="20"/>
        </w:rPr>
        <w:t>46:12  aap istemal karein,</w:t>
      </w:r>
      <w:r>
        <w:br/>
      </w:r>
      <w:r>
        <w:rPr>
          <w:sz w:val="20"/>
        </w:rPr>
        <w:t>46:14  tab aap Quran ki gehrai ko samajh payenge.</w:t>
      </w:r>
      <w:r>
        <w:br/>
      </w:r>
      <w:r>
        <w:rPr>
          <w:sz w:val="20"/>
        </w:rPr>
        <w:t>46:18  to Quran ka ek saada mafhoom hai</w:t>
      </w:r>
      <w:r>
        <w:br/>
      </w:r>
      <w:r>
        <w:rPr>
          <w:sz w:val="20"/>
        </w:rPr>
        <w:t>46:23  aur ek hai is ka gehra mafhoom.</w:t>
      </w:r>
      <w:r>
        <w:br/>
      </w:r>
      <w:r>
        <w:rPr>
          <w:sz w:val="20"/>
        </w:rPr>
        <w:t>46:26  to gehra mafhoom samajhne ke liye apni aqal ko istemal karna padega.</w:t>
      </w:r>
      <w:r>
        <w:br/>
      </w:r>
      <w:r>
        <w:rPr>
          <w:sz w:val="20"/>
        </w:rPr>
        <w:t>46:30  misal ke taur par main ek misal deta hoon, Quran ki pehli ayat hai "Alhamdolillah Rabbil Alameen".</w:t>
      </w:r>
      <w:r>
        <w:br/>
      </w:r>
      <w:r>
        <w:rPr>
          <w:sz w:val="20"/>
        </w:rPr>
        <w:t>46:37  to is ka ek matlab yeh hai ke mukhtalif mauqe par jab koi baat ho to aap keh</w:t>
      </w:r>
      <w:r>
        <w:br/>
      </w:r>
      <w:r>
        <w:rPr>
          <w:sz w:val="20"/>
        </w:rPr>
        <w:t>46:41  dein "Alhamdolillah".</w:t>
      </w:r>
      <w:r>
        <w:br/>
      </w:r>
      <w:r>
        <w:rPr>
          <w:sz w:val="20"/>
        </w:rPr>
        <w:t>46:49  phir "Alhamdolillah" ka matlab hai Allah ka shukr hai.</w:t>
      </w:r>
      <w:r>
        <w:br/>
      </w:r>
      <w:r>
        <w:rPr>
          <w:sz w:val="20"/>
        </w:rPr>
        <w:t>46:51  to aap jab sochen ge, is sochene ke liye kisi degree ki zaroorat nahi hai.</w:t>
      </w:r>
      <w:r>
        <w:br/>
      </w:r>
      <w:r>
        <w:rPr>
          <w:sz w:val="20"/>
        </w:rPr>
        <w:t>46:57  aap sochen ge ke dunya mein to evil hai, dunya mein problem hai,</w:t>
      </w:r>
      <w:r>
        <w:br/>
      </w:r>
      <w:r>
        <w:rPr>
          <w:sz w:val="20"/>
        </w:rPr>
        <w:t>47:02  to hum kaise "Alhamdulillah"</w:t>
      </w:r>
      <w:r>
        <w:br/>
      </w:r>
      <w:r>
        <w:rPr>
          <w:sz w:val="20"/>
        </w:rPr>
        <w:t>47:05  gehri speed ke sath kar payen ge?</w:t>
      </w:r>
      <w:r>
        <w:br/>
      </w:r>
      <w:r>
        <w:rPr>
          <w:sz w:val="20"/>
        </w:rPr>
        <w:t>47:08  dil mein to negative thought honge, shikayaten hongi, protest hoga,</w:t>
      </w:r>
      <w:r>
        <w:br/>
      </w:r>
      <w:r>
        <w:rPr>
          <w:sz w:val="20"/>
        </w:rPr>
        <w:t>47:15  kaise kahen ge? to ghor karte hue aap ko samajh mein ayega ke is ka matlab yeh</w:t>
      </w:r>
      <w:r>
        <w:br/>
      </w:r>
      <w:r>
        <w:rPr>
          <w:sz w:val="20"/>
        </w:rPr>
        <w:t>47:20  hua ke shikayaton ko radd karo,</w:t>
      </w:r>
      <w:r>
        <w:br/>
      </w:r>
      <w:r>
        <w:rPr>
          <w:sz w:val="20"/>
        </w:rPr>
        <w:t>47:25  problem ko ignore karo,</w:t>
      </w:r>
      <w:r>
        <w:br/>
      </w:r>
      <w:r>
        <w:rPr>
          <w:sz w:val="20"/>
        </w:rPr>
        <w:t>47:28  apne andar positive spirit ko zinda rakho, tab tum achhe tarike se "Alhamdulillah" keh paoge.</w:t>
      </w:r>
      <w:r>
        <w:br/>
      </w:r>
      <w:r>
        <w:rPr>
          <w:sz w:val="20"/>
        </w:rPr>
        <w:t>47:37  yeh hai soch ka janna.</w:t>
      </w:r>
      <w:r>
        <w:br/>
      </w:r>
      <w:r>
        <w:rPr>
          <w:sz w:val="20"/>
        </w:rPr>
        <w:t>47:40  to ek hai saada mafhoom, ek hai woh mafhoom jo tadabbur ke zariye maloom hota hai.</w:t>
      </w:r>
      <w:r>
        <w:br/>
      </w:r>
      <w:r>
        <w:rPr>
          <w:sz w:val="20"/>
        </w:rPr>
        <w:t>47:47  bas is maani mein hai "Al-Abab".</w:t>
      </w:r>
      <w:r>
        <w:br/>
      </w:r>
      <w:r>
        <w:rPr>
          <w:sz w:val="20"/>
        </w:rPr>
        <w:t>47:49  yeh nahi ke is ke liye koi degree ho, tab aap samjhen Quran ko.</w:t>
      </w:r>
    </w:p>
    <w:p>
      <w:pPr>
        <w:pStyle w:val="Heading2"/>
      </w:pPr>
      <w:r>
        <w:t>Minimum qualification for Quran tadabbur</w:t>
      </w:r>
    </w:p>
    <w:p>
      <w:r>
        <w:rPr>
          <w:color w:val="666666"/>
          <w:sz w:val="18"/>
        </w:rPr>
        <w:t>Quran &amp; Tafsir · Three levels of Realization July 4, 2010 · 2m 09s · at 1:40:33 · https://youtu.be/NtCTVVov3Nw?t=6033</w:t>
      </w:r>
    </w:p>
    <w:p>
      <w:r>
        <w:rPr>
          <w:i/>
        </w:rPr>
        <w:t>“What is the minimum qualification for a person to do tadabbur (reflection) and contemplation in the Quran? Can a person do tadabbur using translations due to lack of knowledge of Arabic?”</w:t>
      </w:r>
    </w:p>
    <w:p>
      <w:r>
        <w:rPr>
          <w:sz w:val="20"/>
        </w:rPr>
        <w:t>1:40:33  maulana agla sawal mister khwaja kaleemuddin ne kiya hai pennsylvania se he has written maulana sahib what is the minimum qualification for a person to do tadabbur or contemplation in quran</w:t>
      </w:r>
      <w:r>
        <w:br/>
      </w:r>
      <w:r>
        <w:rPr>
          <w:sz w:val="20"/>
        </w:rPr>
        <w:t>1:40:49  can a person do tadabbur in quran using translations due to lack of knowledge of arabic language</w:t>
      </w:r>
      <w:r>
        <w:br/>
      </w:r>
      <w:r>
        <w:rPr>
          <w:sz w:val="20"/>
        </w:rPr>
        <w:t>1:40:59  haan mein samajhta hoon ke translation kafi hai sab se bari jo condition hai woh yeh hai ke</w:t>
      </w:r>
      <w:r>
        <w:br/>
      </w:r>
      <w:r>
        <w:rPr>
          <w:sz w:val="20"/>
        </w:rPr>
        <w:t>1:41:06  apne aap ko is texture se bachana</w:t>
      </w:r>
      <w:r>
        <w:br/>
      </w:r>
      <w:r>
        <w:rPr>
          <w:sz w:val="20"/>
        </w:rPr>
        <w:t>1:41:10  jo aadmi destruction mein jee raha ho to chahe kitna hi expert ho arabi zuban ka woh ise</w:t>
      </w:r>
      <w:r>
        <w:br/>
      </w:r>
      <w:r>
        <w:rPr>
          <w:sz w:val="20"/>
        </w:rPr>
        <w:t>1:41:16  samajh payega quran majeed mein</w:t>
      </w:r>
      <w:r>
        <w:br/>
      </w:r>
      <w:r>
        <w:rPr>
          <w:sz w:val="20"/>
        </w:rPr>
        <w:t>1:41:20  to log aam taur par main ne paya hai ke log jeete hain is distraction mein koi beta bete ki distraction hai kisi ko fame ka hai kisi ko political interest ka hai kisi ko business ka hai kisi ko yeh hai kisi ko woh hai to chahe woh arabi zaban jaane chahe woh parhe subah shaam tab bhi concentration nahi hoga isko</w:t>
      </w:r>
      <w:r>
        <w:br/>
      </w:r>
      <w:r>
        <w:rPr>
          <w:sz w:val="20"/>
        </w:rPr>
        <w:t>1:41:40  to main manta hoon ke sab se bari shart jo hai concentration hai aur concentration jo hota hai us ko hota hai jo apne ko distance se bachaye</w:t>
      </w:r>
      <w:r>
        <w:br/>
      </w:r>
      <w:r>
        <w:rPr>
          <w:sz w:val="20"/>
        </w:rPr>
        <w:t>1:41:52  nahi to translation bhi kafi hai</w:t>
      </w:r>
      <w:r>
        <w:br/>
      </w:r>
      <w:r>
        <w:rPr>
          <w:sz w:val="20"/>
        </w:rPr>
        <w:t>1:41:57  aur sincerity sincerity</w:t>
      </w:r>
      <w:r>
        <w:br/>
      </w:r>
      <w:r>
        <w:rPr>
          <w:sz w:val="20"/>
        </w:rPr>
        <w:t>1:42:03  yani arabi zuban mein agar koi expert ho to woh zahir hai ke woh ziyada achi tarah soch</w:t>
      </w:r>
      <w:r>
        <w:br/>
      </w:r>
      <w:r>
        <w:rPr>
          <w:sz w:val="20"/>
        </w:rPr>
        <w:t>1:42:09  sakta hai lekin mein yeh keh sakta hoon ke arabi zuban mein expert hone ka matlab yeh nahi</w:t>
      </w:r>
      <w:r>
        <w:br/>
      </w:r>
      <w:r>
        <w:rPr>
          <w:sz w:val="20"/>
        </w:rPr>
        <w:t>1:42:14  hai ke woh quran ko samajh lega</w:t>
      </w:r>
      <w:r>
        <w:br/>
      </w:r>
      <w:r>
        <w:rPr>
          <w:sz w:val="20"/>
        </w:rPr>
        <w:t>1:42:17  agar woh sincere na ho agar woh distraction se bacha hua na ho agar woh bias zehn ke</w:t>
      </w:r>
      <w:r>
        <w:br/>
      </w:r>
      <w:r>
        <w:rPr>
          <w:sz w:val="20"/>
        </w:rPr>
        <w:t>1:42:24  saath jeeta ho agar woh compress free na ho to arabi mein expert hone ke baad bhi woh</w:t>
      </w:r>
      <w:r>
        <w:br/>
      </w:r>
      <w:r>
        <w:rPr>
          <w:sz w:val="20"/>
        </w:rPr>
        <w:t>1:42:30  quran ko samjhega nahin</w:t>
      </w:r>
      <w:r>
        <w:br/>
      </w:r>
      <w:r>
        <w:rPr>
          <w:sz w:val="20"/>
        </w:rPr>
        <w:t>1:42:34  sincerity aur concentration main samajhta hoon ke yeh bohat hi basic condition hai</w:t>
      </w:r>
    </w:p>
    <w:p>
      <w:pPr>
        <w:pStyle w:val="Heading2"/>
      </w:pPr>
      <w:r>
        <w:t>Modern manna and quail explained</w:t>
      </w:r>
    </w:p>
    <w:p>
      <w:r>
        <w:rPr>
          <w:color w:val="666666"/>
          <w:sz w:val="18"/>
        </w:rPr>
        <w:t>Quran &amp; Tafsir · Dars-e-Quran, Chapter 2, Verse 61 February 11, 2018 · 4m 24s · at 47:09 · https://youtu.be/rgoE0nvFJJI?t=2829</w:t>
      </w:r>
    </w:p>
    <w:p>
      <w:r>
        <w:rPr>
          <w:i/>
        </w:rPr>
        <w:t>“The concept of man and salwa (manna and quail) was an ancient event, but today's man and salwa is much greater. Please explain this feeling.”</w:t>
      </w:r>
    </w:p>
    <w:p>
      <w:r>
        <w:rPr>
          <w:sz w:val="20"/>
        </w:rPr>
        <w:t>47:09  iqbal umri sahib maulana iqbal umri ne chennai se comment aur sawal bheja hai inka comment hai</w:t>
      </w:r>
      <w:r>
        <w:br/>
      </w:r>
      <w:r>
        <w:rPr>
          <w:sz w:val="20"/>
        </w:rPr>
        <w:t>47:18  mun o salwa ke bare mein aisa tasawwur tha ke woh ek qadeem waqea tha magar aaj ka</w:t>
      </w:r>
      <w:r>
        <w:br/>
      </w:r>
      <w:r>
        <w:rPr>
          <w:sz w:val="20"/>
        </w:rPr>
        <w:t>47:28  mun o salwa is se bada mila hua hai ise is ka ehsas</w:t>
      </w:r>
      <w:r>
        <w:br/>
      </w:r>
      <w:r>
        <w:rPr>
          <w:sz w:val="20"/>
        </w:rPr>
        <w:t>47:33  aaj hi hua jazaak allah maulana mera sawal yeh hai ke aksar log khuda ki blessing ko dawat se jod kar kyun nahi dekhte is ke bare mein bataein</w:t>
      </w:r>
      <w:r>
        <w:br/>
      </w:r>
      <w:r>
        <w:rPr>
          <w:sz w:val="20"/>
        </w:rPr>
        <w:t>47:53  asal mein is zamane ke jo musalman hain un par defensive</w:t>
      </w:r>
      <w:r>
        <w:br/>
      </w:r>
      <w:r>
        <w:rPr>
          <w:sz w:val="20"/>
        </w:rPr>
        <w:t>48:05  yani defensive mode mein hain woh, woh samajhte hain ke you are under siege, you are under attack.</w:t>
      </w:r>
      <w:r>
        <w:br/>
      </w:r>
      <w:r>
        <w:rPr>
          <w:sz w:val="20"/>
        </w:rPr>
        <w:t>48:13  تو ہمیں defense کرنا ہے ان سے لڑنا ہے</w:t>
      </w:r>
      <w:r>
        <w:br/>
      </w:r>
      <w:r>
        <w:rPr>
          <w:sz w:val="20"/>
        </w:rPr>
        <w:t>48:19  sare musalmanon mein yeh mizaj agaya hai</w:t>
      </w:r>
      <w:r>
        <w:br/>
      </w:r>
      <w:r>
        <w:rPr>
          <w:sz w:val="20"/>
        </w:rPr>
        <w:t>48:23  hamare rehnamaon ki ghalati se</w:t>
      </w:r>
      <w:r>
        <w:br/>
      </w:r>
      <w:r>
        <w:rPr>
          <w:sz w:val="20"/>
        </w:rPr>
        <w:t>48:29  ke unhon ne maujooda zamane ko</w:t>
      </w:r>
      <w:r>
        <w:br/>
      </w:r>
      <w:r>
        <w:rPr>
          <w:sz w:val="20"/>
        </w:rPr>
        <w:t>48:32  yeh bana diya ke qaumein hum hamare upar attack kar rahi hain hamein in se ladna hai halanke</w:t>
      </w:r>
      <w:r>
        <w:br/>
      </w:r>
      <w:r>
        <w:rPr>
          <w:sz w:val="20"/>
        </w:rPr>
        <w:t>48:40  asal baat yeh thi ke woh jante</w:t>
      </w:r>
      <w:r>
        <w:br/>
      </w:r>
      <w:r>
        <w:rPr>
          <w:sz w:val="20"/>
        </w:rPr>
        <w:t>48:43  ke qaumon ne yeh modern</w:t>
      </w:r>
      <w:r>
        <w:br/>
      </w:r>
      <w:r>
        <w:rPr>
          <w:sz w:val="20"/>
        </w:rPr>
        <w:t>48:46  age ne dawat ki possibility</w:t>
      </w:r>
      <w:r>
        <w:br/>
      </w:r>
      <w:r>
        <w:rPr>
          <w:sz w:val="20"/>
        </w:rPr>
        <w:t>48:50  khol di hai dawat ke mawaqe khol diye hain</w:t>
      </w:r>
      <w:r>
        <w:br/>
      </w:r>
      <w:r>
        <w:rPr>
          <w:sz w:val="20"/>
        </w:rPr>
        <w:t>48:55  humein is ko avail karna hai</w:t>
      </w:r>
      <w:r>
        <w:br/>
      </w:r>
      <w:r>
        <w:rPr>
          <w:sz w:val="20"/>
        </w:rPr>
        <w:t>48:57  ulta ulti guidance diya logon ne ke qaumein hamare upar attack kar rahi hain hamein in se ladna</w:t>
      </w:r>
      <w:r>
        <w:br/>
      </w:r>
      <w:r>
        <w:rPr>
          <w:sz w:val="20"/>
        </w:rPr>
        <w:t>49:06  hai yeh tha hi nahi</w:t>
      </w:r>
      <w:r>
        <w:br/>
      </w:r>
      <w:r>
        <w:rPr>
          <w:sz w:val="20"/>
        </w:rPr>
        <w:t>49:09  balkeh qaumein hamare liye dawat ki opportunity khol rahi thin dawat ke mawaqe khol rahi thin hamein in</w:t>
      </w:r>
      <w:r>
        <w:br/>
      </w:r>
      <w:r>
        <w:rPr>
          <w:sz w:val="20"/>
        </w:rPr>
        <w:t>49:18  ke mutabiq planning karna tha aur is ko avail karna tha</w:t>
      </w:r>
      <w:r>
        <w:br/>
      </w:r>
      <w:r>
        <w:rPr>
          <w:sz w:val="20"/>
        </w:rPr>
        <w:t>49:23  yahan par ghalati hui</w:t>
      </w:r>
      <w:r>
        <w:br/>
      </w:r>
      <w:r>
        <w:rPr>
          <w:sz w:val="20"/>
        </w:rPr>
        <w:t>49:25  aur yeh ghalati sab se zyada hamare rehnamaon ki hum ulama ki ghalati thi</w:t>
      </w:r>
      <w:r>
        <w:br/>
      </w:r>
      <w:r>
        <w:rPr>
          <w:sz w:val="20"/>
        </w:rPr>
        <w:t>49:35  maulana agla comment bheja hai doctor naghma siddiqui ne delhi se unhon ne likha hai my biggest learning</w:t>
      </w:r>
      <w:r>
        <w:br/>
      </w:r>
      <w:r>
        <w:rPr>
          <w:sz w:val="20"/>
        </w:rPr>
        <w:t>49:42  from today lecture was that if we limit our self to need based we will obtain peace of</w:t>
      </w:r>
      <w:r>
        <w:br/>
      </w:r>
      <w:r>
        <w:rPr>
          <w:sz w:val="20"/>
        </w:rPr>
        <w:t>49:50  mind but if we desire more and more than our peace of mind will be taken away this</w:t>
      </w:r>
      <w:r>
        <w:br/>
      </w:r>
      <w:r>
        <w:rPr>
          <w:sz w:val="20"/>
        </w:rPr>
        <w:t>49:58  was a totally this was a totally interpretation in this quranic verse jazak Allah Maulana for giving us</w:t>
      </w:r>
      <w:r>
        <w:br/>
      </w:r>
      <w:r>
        <w:rPr>
          <w:sz w:val="20"/>
        </w:rPr>
        <w:t>50:06  this lesson inshallah i will limit myself to need based</w:t>
      </w:r>
      <w:r>
        <w:br/>
      </w:r>
      <w:r>
        <w:rPr>
          <w:sz w:val="20"/>
        </w:rPr>
        <w:t>50:14  doctor safina tabassum ne saharanpur se likha hai aaj ke zamane ka man o salwa aaj bohat</w:t>
      </w:r>
      <w:r>
        <w:br/>
      </w:r>
      <w:r>
        <w:rPr>
          <w:sz w:val="20"/>
        </w:rPr>
        <w:t>50:23  he nai cheez samajh mein aai Maulana sahib jis ayat ko hum sirf yahood ke liye samajhte the</w:t>
      </w:r>
      <w:r>
        <w:br/>
      </w:r>
      <w:r>
        <w:rPr>
          <w:sz w:val="20"/>
        </w:rPr>
        <w:t>50:31  woh toh ain ummat e muhammadi ke liye hai hamein more and more culture mein nahi jeena hai dawah</w:t>
      </w:r>
      <w:r>
        <w:br/>
      </w:r>
      <w:r>
        <w:rPr>
          <w:sz w:val="20"/>
        </w:rPr>
        <w:t>50:38  ko hi aim of life banana hai mashallah mashallah miss shabina ali ne kolkata se likha hai today</w:t>
      </w:r>
      <w:r>
        <w:br/>
      </w:r>
      <w:r>
        <w:rPr>
          <w:sz w:val="20"/>
        </w:rPr>
        <w:t>50:49  is today age is a global age economic explosion and hence it is pro islam</w:t>
      </w:r>
      <w:r>
        <w:br/>
      </w:r>
      <w:r>
        <w:rPr>
          <w:sz w:val="20"/>
        </w:rPr>
        <w:t>50:56  democracy printing press freedom</w:t>
      </w:r>
      <w:r>
        <w:br/>
      </w:r>
      <w:r>
        <w:rPr>
          <w:sz w:val="20"/>
        </w:rPr>
        <w:t>50:59  of expression are all favorable conditions where dawah work can flourish and survive</w:t>
      </w:r>
      <w:r>
        <w:br/>
      </w:r>
      <w:r>
        <w:rPr>
          <w:sz w:val="20"/>
        </w:rPr>
        <w:t>51:07  it is high time ummat e muslema become need based and devote the entire resources to spread the words</w:t>
      </w:r>
      <w:r>
        <w:br/>
      </w:r>
      <w:r>
        <w:rPr>
          <w:sz w:val="20"/>
        </w:rPr>
        <w:t>51:15  of god to entire mankind and not resort resort to hatred violence and bombing jazak Allah Maulana</w:t>
      </w:r>
      <w:r>
        <w:br/>
      </w:r>
      <w:r>
        <w:rPr>
          <w:sz w:val="20"/>
        </w:rPr>
        <w:t>51:25  for making us realize the importance of dawah work</w:t>
      </w:r>
    </w:p>
    <w:p>
      <w:pPr>
        <w:pStyle w:val="Heading2"/>
      </w:pPr>
      <w:r>
        <w:t>Muslims not seeking Quranic guidance</w:t>
      </w:r>
    </w:p>
    <w:p>
      <w:r>
        <w:rPr>
          <w:color w:val="666666"/>
          <w:sz w:val="18"/>
        </w:rPr>
        <w:t>Quran &amp; Tafsir · Islam and Violence October 12, 2014 · 2m 58s · at 1:17:20 · https://youtu.be/KmpXYZjPlj8?t=4640</w:t>
      </w:r>
    </w:p>
    <w:p>
      <w:r>
        <w:rPr>
          <w:i/>
        </w:rPr>
        <w:t>“Muslims think Islam is a complete system of life, yet they do not seek guidance from the Quran and Hadith in their affairs. The Partition is a case in point. What is your opinion?”</w:t>
      </w:r>
    </w:p>
    <w:p>
      <w:r>
        <w:rPr>
          <w:sz w:val="20"/>
        </w:rPr>
        <w:t>1:17:20  maulana, agla sawal dilli se hai, doctor farida khanoom ka, aur unhon ne likha hai: "muslims think that Islam is a complete system of life, but it is strange that in their affairs they do not seek guidance from the Quran and Hadith.</w:t>
      </w:r>
      <w:r>
        <w:br/>
      </w:r>
      <w:r>
        <w:rPr>
          <w:sz w:val="20"/>
        </w:rPr>
        <w:t>1:17:40  the partition is a case in point." Maulana, what is your opinion on this?</w:t>
      </w:r>
      <w:r>
        <w:br/>
      </w:r>
      <w:r>
        <w:rPr>
          <w:sz w:val="20"/>
        </w:rPr>
        <w:t>1:17:46  haan, mera experience yahi hai keh musalman dar se ek baat keh denge, aur jab poochhen kahan se keh rahe ho, to us par koi Quran o Hadith se koi daleel nahin hogi. mislan, ek Islam mukammal nizam hai.</w:t>
      </w:r>
      <w:r>
        <w:br/>
      </w:r>
      <w:r>
        <w:rPr>
          <w:sz w:val="20"/>
        </w:rPr>
        <w:t>1:17:57  kon si aayat hai Quran o Hadith ki aayaten bhi istemal ki gayi hain? mukammal nizam par kahan hai? na koi aayat hai, na koi hadith hai.</w:t>
      </w:r>
      <w:r>
        <w:br/>
      </w:r>
      <w:r>
        <w:rPr>
          <w:sz w:val="20"/>
        </w:rPr>
        <w:t>1:18:07  yeh yeh jo taabeer hai mukammal nizam ki, to Quran o Hadith mein ajnabi hai.</w:t>
      </w:r>
      <w:r>
        <w:br/>
      </w:r>
      <w:r>
        <w:rPr>
          <w:sz w:val="20"/>
        </w:rPr>
        <w:t>1:18:14  aise hi partition ka mamla Quran o Hadith mein kahan hai? kahin nahin hai keh partition karvao. Quran mein to "ae naas" bola, "ae naas, ae naas, ae logon, ae insano, saare insaan sab ek hain, sari dunya ek hai." to mein aap sab logon se kahoon keh jab bhi koi baat kahe, koi shakhs, us se full full Quran ka reference poochhen, Hadith ka reference poochhen.</w:t>
      </w:r>
      <w:r>
        <w:br/>
      </w:r>
      <w:r>
        <w:rPr>
          <w:sz w:val="20"/>
        </w:rPr>
        <w:t>1:18:44  yeh hum Allah taala ka fazl hai keh hamare paas mehfooz Quran maujood hai, mehfooz Hadith ki kitaben mehfooz hain, sab ke paas se chhipi hui hain.</w:t>
      </w:r>
      <w:r>
        <w:br/>
      </w:r>
      <w:r>
        <w:rPr>
          <w:sz w:val="20"/>
        </w:rPr>
        <w:t>1:18:54  to jab bhi koi shakhs koi baat kahe, to foran us se poochhen keh batao, koi Quran ki kis aayat se yeh baat nikalti hai? kaun si Hadith hai jo is se yeh baat nikalti hai?</w:t>
      </w:r>
      <w:r>
        <w:br/>
      </w:r>
      <w:r>
        <w:rPr>
          <w:sz w:val="20"/>
        </w:rPr>
        <w:t>1:19:03  yeh zaroor poochhen us se. apne dimagh se agar bol raha hai to bataye keh us ko bataiye keh tumhare dimagh se, apne dimagh se tum keh rahe ho, to is se koi sabit nahin hota.</w:t>
      </w:r>
      <w:r>
        <w:br/>
      </w:r>
      <w:r>
        <w:rPr>
          <w:sz w:val="20"/>
        </w:rPr>
        <w:t>1:19:15  sabit to jab hoga jab koi Quran Hadith se woh cheez</w:t>
      </w:r>
      <w:r>
        <w:br/>
      </w:r>
      <w:r>
        <w:rPr>
          <w:sz w:val="20"/>
        </w:rPr>
        <w:t>1:19:18  nikle.</w:t>
      </w:r>
    </w:p>
    <w:p>
      <w:pPr>
        <w:pStyle w:val="Heading2"/>
      </w:pPr>
      <w:r>
        <w:t>Muslims' universe research and Quranic scholars</w:t>
      </w:r>
    </w:p>
    <w:p>
      <w:r>
        <w:rPr>
          <w:color w:val="666666"/>
          <w:sz w:val="18"/>
        </w:rPr>
        <w:t>Quran &amp; Tafsir · Dars-e-Quran, Ch. 12, V. 105 ; Ch. 10 V. 61 (Study of Nature) | July 15, 2018 · 2m 20s · at 59:02 · https://youtu.be/5d-qNvpMg4k?t=3542</w:t>
      </w:r>
    </w:p>
    <w:p>
      <w:r>
        <w:rPr>
          <w:i/>
        </w:rPr>
        <w:t>“Your statement that research on the universe did not begin among Muslims: was the first group of Quranic scholars also unaware of this?”</w:t>
      </w:r>
    </w:p>
    <w:p>
      <w:r>
        <w:rPr>
          <w:sz w:val="20"/>
        </w:rPr>
        <w:t>59:02  maulana agla sawal mumbai se aya hai javed hayat sahab ne kiya hai.</w:t>
      </w:r>
      <w:r>
        <w:br/>
      </w:r>
      <w:r>
        <w:rPr>
          <w:sz w:val="20"/>
        </w:rPr>
        <w:t>59:08  unhon ne likha hai, "maulana aap ka yeh kehna ke kainat ki research ka talluq se musalmanon mein</w:t>
      </w:r>
      <w:r>
        <w:br/>
      </w:r>
      <w:r>
        <w:rPr>
          <w:sz w:val="20"/>
        </w:rPr>
        <w:t>59:14  beginning tak nahi hui, kya Quran ka awwal makatib groh bhi is se bekhabar raha? Is ke</w:t>
      </w:r>
      <w:r>
        <w:br/>
      </w:r>
      <w:r>
        <w:rPr>
          <w:sz w:val="20"/>
        </w:rPr>
        <w:t>59:20  bare mein batayen." bhai aap kya kya kyun kehte hain? aap mujhe misaal dijiye.</w:t>
      </w:r>
      <w:r>
        <w:br/>
      </w:r>
      <w:r>
        <w:rPr>
          <w:sz w:val="20"/>
        </w:rPr>
        <w:t>59:26  sawal kyun karte hain mujh se? aap</w:t>
      </w:r>
      <w:r>
        <w:br/>
      </w:r>
      <w:r>
        <w:rPr>
          <w:sz w:val="20"/>
        </w:rPr>
        <w:t>59:33  aap nahi mante? aap to aap misaal dijiye.</w:t>
      </w:r>
      <w:r>
        <w:br/>
      </w:r>
      <w:r>
        <w:rPr>
          <w:sz w:val="20"/>
        </w:rPr>
        <w:t>59:40  meri baat ko aap nahi mante to aap misaal dijiye.</w:t>
      </w:r>
      <w:r>
        <w:br/>
      </w:r>
      <w:r>
        <w:rPr>
          <w:sz w:val="20"/>
        </w:rPr>
        <w:t>59:48  meri baat to misaal hai ke quran mein misaal ke taur par hai ke yani woh ayat padhi</w:t>
      </w:r>
      <w:r>
        <w:br/>
      </w:r>
      <w:r>
        <w:rPr>
          <w:sz w:val="20"/>
        </w:rPr>
        <w:t>59:55  thi, "firaun ki lash baqi rahe gi." fi al-yawm</w:t>
      </w:r>
      <w:r>
        <w:br/>
      </w:r>
      <w:r>
        <w:rPr>
          <w:sz w:val="20"/>
        </w:rPr>
        <w:t>1:00:03  ka ibadat nahi kar li. haan.</w:t>
      </w:r>
      <w:r>
        <w:br/>
      </w:r>
      <w:r>
        <w:rPr>
          <w:sz w:val="20"/>
        </w:rPr>
        <w:t>1:00:09  is ka tarjuma padhiye.</w:t>
      </w:r>
      <w:r>
        <w:br/>
      </w:r>
      <w:r>
        <w:rPr>
          <w:sz w:val="20"/>
        </w:rPr>
        <w:t>1:00:15  pas aaj hum tumhare badan ko, tumhari body ko bacha kar rakhenge taake yeh tumhare baad walon</w:t>
      </w:r>
      <w:r>
        <w:br/>
      </w:r>
      <w:r>
        <w:rPr>
          <w:sz w:val="20"/>
        </w:rPr>
        <w:t>1:00:21  ke liye nishani ho.</w:t>
      </w:r>
      <w:r>
        <w:br/>
      </w:r>
      <w:r>
        <w:rPr>
          <w:sz w:val="20"/>
        </w:rPr>
        <w:t>1:00:27  ab dekhen ke baad walon</w:t>
      </w:r>
      <w:r>
        <w:br/>
      </w:r>
      <w:r>
        <w:rPr>
          <w:sz w:val="20"/>
        </w:rPr>
        <w:t>1:00:33  ke liye nishani to yeh nishani kab zahir hui? Na amiat period mein, na bast period mein, na</w:t>
      </w:r>
      <w:r>
        <w:br/>
      </w:r>
      <w:r>
        <w:rPr>
          <w:sz w:val="20"/>
        </w:rPr>
        <w:t>1:00:41  uathman period mein.</w:t>
      </w:r>
      <w:r>
        <w:br/>
      </w:r>
      <w:r>
        <w:rPr>
          <w:sz w:val="20"/>
        </w:rPr>
        <w:t>1:00:48  yeh to zahir hui yani Muslim period ke khatme ke baad kuch yani France ke aur Germany ke</w:t>
      </w:r>
      <w:r>
        <w:br/>
      </w:r>
      <w:r>
        <w:rPr>
          <w:sz w:val="20"/>
        </w:rPr>
        <w:t>1:00:56  kuch researchers ne</w:t>
      </w:r>
      <w:r>
        <w:br/>
      </w:r>
      <w:r>
        <w:rPr>
          <w:sz w:val="20"/>
        </w:rPr>
        <w:t>1:01:04  woh gaye wahan par qahira aur wahan bohat dinon tak unhon ne tehqeeq ki to unhon ne ailan</w:t>
      </w:r>
      <w:r>
        <w:br/>
      </w:r>
      <w:r>
        <w:rPr>
          <w:sz w:val="20"/>
        </w:rPr>
        <w:t>1:01:10  kiya ke yahan maujood hai.</w:t>
      </w:r>
      <w:r>
        <w:br/>
      </w:r>
      <w:r>
        <w:rPr>
          <w:sz w:val="20"/>
        </w:rPr>
        <w:t>1:01:16  yeh to waqea hai.</w:t>
      </w:r>
    </w:p>
    <w:p>
      <w:pPr>
        <w:pStyle w:val="Heading2"/>
      </w:pPr>
      <w:r>
        <w:t>Need for a Guide to Rediscover Quran</w:t>
      </w:r>
    </w:p>
    <w:p>
      <w:r>
        <w:rPr>
          <w:color w:val="666666"/>
          <w:sz w:val="18"/>
        </w:rPr>
        <w:t>Quran &amp; Tafsir · The Straight Path October 30, 2011 Maulana Wahiduddin Khan · 2m 00s · at 1:03:52 · https://youtu.be/PKFHe82Jz58?t=3832</w:t>
      </w:r>
    </w:p>
    <w:p>
      <w:r>
        <w:rPr>
          <w:i/>
        </w:rPr>
        <w:t>“Is a guide needed to rediscover the Quran, or can it be rediscovered without a guide?”</w:t>
      </w:r>
    </w:p>
    <w:p>
      <w:r>
        <w:rPr>
          <w:sz w:val="20"/>
        </w:rPr>
        <w:t>1:03:52  maulana, yeh sawal aaya hai mr muhammad bashir ka kashmir se. unhone likha hai: "quran ko rediscover karne ke liye rehnuma ki zaroorat hai ya baghair rehnuma ke quran ki rediscovery ho jayegi?"</w:t>
      </w:r>
      <w:r>
        <w:br/>
      </w:r>
      <w:r>
        <w:rPr>
          <w:sz w:val="20"/>
        </w:rPr>
        <w:t>1:04:11  is ka rehnuma insaan nahi hai, khud uska author hai, quran ka author.</w:t>
      </w:r>
      <w:r>
        <w:br/>
      </w:r>
      <w:r>
        <w:rPr>
          <w:sz w:val="20"/>
        </w:rPr>
        <w:t>1:04:21  dekhiye, quran hi ek aisi kitab hai jis ka author har waqt consult karne ke liye available hai.</w:t>
      </w:r>
      <w:r>
        <w:br/>
      </w:r>
      <w:r>
        <w:rPr>
          <w:sz w:val="20"/>
        </w:rPr>
        <w:t>1:04:31  ilm e teemiyah ke bare mein kaha jata hai ke un ki samajh mein koi ayat nahi aayi to wuzu kar ke salat ul haajah parhi, unhon ne phir dua ki: "ya muallimah ibrahim allimni", yaani unhon ne khud quran ke musannif se consult kiya gaya ke aap is tarah parhiye quran ko.</w:t>
      </w:r>
      <w:r>
        <w:br/>
      </w:r>
      <w:r>
        <w:rPr>
          <w:sz w:val="20"/>
        </w:rPr>
        <w:t>1:04:52  to consult karne mein yahi bhi shamil hai ke aap baais e khatm kijiye, baais ke mein to falan ki tafsir nahi parhu ga, mein to falan tafsir parhu ga sirf.</w:t>
      </w:r>
      <w:r>
        <w:br/>
      </w:r>
      <w:r>
        <w:rPr>
          <w:sz w:val="20"/>
        </w:rPr>
        <w:t>1:05:02  to ke aap aap ka zehn nahi khule ga. yeh jo baais hota hai, arey bhai, falan ki tafsir mat parhna, nahi, khule zehn ke sath parhiye tafsir hai aur dua kijiye.</w:t>
      </w:r>
      <w:r>
        <w:br/>
      </w:r>
      <w:r>
        <w:rPr>
          <w:sz w:val="20"/>
        </w:rPr>
        <w:t>1:05:17  to quran isi liye aaya hai ke aap samjhein is ko. isi tarah koi mumareh, woh isi liye nahi aaya, woh lekin quran ko samajhne ke liye aik opened mind chahiye, ta'assub se khali zehn chahiye.</w:t>
      </w:r>
      <w:r>
        <w:br/>
      </w:r>
      <w:r>
        <w:rPr>
          <w:sz w:val="20"/>
        </w:rPr>
        <w:t>1:05:34  aur yeh zehn nahi ke hum falan ki tafsir to parhein ge nahi, falan ki kitab to parhein ge nahi, nahi, khule zehn se har cheez parhiye aur dua karte rahiye, dua karte rahiye, dua karte rahiye</w:t>
      </w:r>
      <w:r>
        <w:br/>
      </w:r>
      <w:r>
        <w:rPr>
          <w:sz w:val="20"/>
        </w:rPr>
        <w:t>1:05:46  to zaroor darwaze khulen ge aap ke liye.</w:t>
      </w:r>
    </w:p>
    <w:p>
      <w:pPr>
        <w:pStyle w:val="Heading2"/>
      </w:pPr>
      <w:r>
        <w:t>Obligatory knowledge for success in both worlds</w:t>
      </w:r>
    </w:p>
    <w:p>
      <w:r>
        <w:rPr>
          <w:color w:val="666666"/>
          <w:sz w:val="18"/>
        </w:rPr>
        <w:t>Quran &amp; Tafsir · From The Spiritual Tree August 8, 2010 · 2m 21s · at 1:09:06 · https://youtu.be/H6e9NOrqgHI?t=4146</w:t>
      </w:r>
    </w:p>
    <w:p>
      <w:r>
        <w:rPr>
          <w:i/>
        </w:rPr>
        <w:t>“Sir, first tell us how many types of knowledge are there. Which knowledge has God made obligatory upon man—curricular knowledge or Quranic knowledge? What knowledge should a person acquire so that both this world and the Hereafter are set right?”</w:t>
      </w:r>
    </w:p>
    <w:p>
      <w:r>
        <w:rPr>
          <w:sz w:val="20"/>
        </w:rPr>
        <w:t>1:09:06  maulana, agla sawal mister nafees shiraz ne kiya hai dilli se.</w:t>
      </w:r>
      <w:r>
        <w:br/>
      </w:r>
      <w:r>
        <w:rPr>
          <w:sz w:val="20"/>
        </w:rPr>
        <w:t>1:09:11  unhon ne likha hai ke "sir, pehle to bataen ilm kitne prakar ke hote hain? allah ne kaun sa ilm hasil karne ki zimmedari insan par aaid ki hai?</w:t>
      </w:r>
      <w:r>
        <w:br/>
      </w:r>
      <w:r>
        <w:rPr>
          <w:sz w:val="20"/>
        </w:rPr>
        <w:t>1:09:23  nisabi ilm ya quran ka ilm? insan kaun sa ilm hasil kare ke jis se uski dunya o akhirat dono sanwar jayen?"</w:t>
      </w:r>
      <w:r>
        <w:br/>
      </w:r>
      <w:r>
        <w:rPr>
          <w:sz w:val="20"/>
        </w:rPr>
        <w:t>1:09:34  yeh toh sawal ko, yani yeh koi is tarah ke jo sawal yahan hote hain, iski ek koi limitations hoti hain. samjhe aap?</w:t>
      </w:r>
      <w:r>
        <w:br/>
      </w:r>
      <w:r>
        <w:rPr>
          <w:sz w:val="20"/>
        </w:rPr>
        <w:t>1:09:45  to main toh yeh kahunga ke aap study karna shuru kar dijiye. aap ko maloom ho jaye ke ilm kya hai. ji,</w:t>
      </w:r>
      <w:r>
        <w:br/>
      </w:r>
      <w:r>
        <w:rPr>
          <w:sz w:val="20"/>
        </w:rPr>
        <w:t>1:09:56  study karna shuru kar dijiye. maloom ho jaye ilm kya hai. doosri baat yeh hai ke sawal karne ka tareeqa kya hai? woh bhi sun lijiye.</w:t>
      </w:r>
      <w:r>
        <w:br/>
      </w:r>
      <w:r>
        <w:rPr>
          <w:sz w:val="20"/>
        </w:rPr>
        <w:t>1:10:04  hadith mein aata hai ke "nauhana inqasat sawal wal aqeel wal qaal". "nauhana inqasat sawal" hamein zyada sawal karne se mana kiya gaya hai.</w:t>
      </w:r>
      <w:r>
        <w:br/>
      </w:r>
      <w:r>
        <w:rPr>
          <w:sz w:val="20"/>
        </w:rPr>
        <w:t>1:10:14  zyada sawal kya hai? dekhen, sahi sawal woh hai jo mera apna masla ho, uske bare mein pooche aadmi. aur masla kahin iran turan ka hai, us par hum poochen to woh sawal nahi hai.</w:t>
      </w:r>
      <w:r>
        <w:br/>
      </w:r>
      <w:r>
        <w:rPr>
          <w:sz w:val="20"/>
        </w:rPr>
        <w:t>1:10:29  woh toh ek intellectual luxury hai.</w:t>
      </w:r>
      <w:r>
        <w:br/>
      </w:r>
      <w:r>
        <w:rPr>
          <w:sz w:val="20"/>
        </w:rPr>
        <w:t>1:10:34  isi liye hadith ek sahabi kehte hain, ek sahabi ke "nauhana inqasat sawal" hamein mana kiya gaya hai zyada sawal karne se. zyada sawal ka matlab kya hai?</w:t>
      </w:r>
      <w:r>
        <w:br/>
      </w:r>
      <w:r>
        <w:rPr>
          <w:sz w:val="20"/>
        </w:rPr>
        <w:t>1:10:43  mera personal matter hai, mera zaati masla hai to sawal karoon main. aur bas yun hi hawaai sawal karna, iran turan ki baaten karna, "there is not question".</w:t>
      </w:r>
      <w:r>
        <w:br/>
      </w:r>
      <w:r>
        <w:rPr>
          <w:sz w:val="20"/>
        </w:rPr>
        <w:t>1:10:54  "there is intellectual luxury".</w:t>
      </w:r>
      <w:r>
        <w:br/>
      </w:r>
      <w:r>
        <w:rPr>
          <w:sz w:val="20"/>
        </w:rPr>
        <w:t>1:10:59  to main yeh kahunga ke aadmi ko chahiye ke sab se pehle study kare, mutala kare, aur aur woh apne aap ko prepare kare, apne ko tayyar kare.</w:t>
      </w:r>
      <w:r>
        <w:br/>
      </w:r>
      <w:r>
        <w:rPr>
          <w:sz w:val="20"/>
        </w:rPr>
        <w:t>1:11:11  sab sawal se pehle apne aap ko prepare karna parta hai. agar un prepared mind jo hoga, woh yeh bhi nahi jayega ke kya sawal kare, kya sawal na kare.</w:t>
      </w:r>
      <w:r>
        <w:br/>
      </w:r>
      <w:r>
        <w:rPr>
          <w:sz w:val="20"/>
        </w:rPr>
        <w:t>1:11:22  un prepared mind jo hai, usko uski uski khabar nahi hoti.</w:t>
      </w:r>
    </w:p>
    <w:p>
      <w:pPr>
        <w:pStyle w:val="Heading2"/>
      </w:pPr>
      <w:r>
        <w:t>Overcoming negative feelings using Quran</w:t>
      </w:r>
    </w:p>
    <w:p>
      <w:r>
        <w:rPr>
          <w:color w:val="666666"/>
          <w:sz w:val="18"/>
        </w:rPr>
        <w:t>Quran &amp; Tafsir · Politics and Nation Building May 19, 2013 · 2m 08s · at 52:15 · https://youtu.be/kmiMGq0Ki2Q?t=3135</w:t>
      </w:r>
    </w:p>
    <w:p>
      <w:r>
        <w:rPr>
          <w:i/>
        </w:rPr>
        <w:t>“Please tell me, in the light of Quran, how to overcome negative feelings and develop positive attitude?”</w:t>
      </w:r>
    </w:p>
    <w:p>
      <w:r>
        <w:rPr>
          <w:sz w:val="20"/>
        </w:rPr>
        <w:t>52:15  Maulana agla sawal Dhampur se hai Ahmad Fawad Sahab ka unhone likha hai Maulana Sahab please tell me that in the light of Quran how to overcome our negative feelings and develop positive attitude</w:t>
      </w:r>
      <w:r>
        <w:br/>
      </w:r>
      <w:r>
        <w:rPr>
          <w:sz w:val="20"/>
        </w:rPr>
        <w:t>52:33  dekhiye Quran ka jo maine mutala kiya hai to maine samjha hai yeh baat ke Quran jo hai woh aap ke andar result oriented thinking paida karta hai natija khez soch natija ko dekh kar bolna natija ko dekh kar amal karna natija dekh ko dekh kar sab kuch karna</w:t>
      </w:r>
      <w:r>
        <w:br/>
      </w:r>
      <w:r>
        <w:rPr>
          <w:sz w:val="20"/>
        </w:rPr>
        <w:t>53:01  to natija yani result is the criterion jo natija hai usi se faisla hoga kaun si baat sahi thi kaun si baat galat thi to jab aap aisa karein to sochein aap ke negative thinking jo hai in terms of result kya hai baat natija kya hai to aap foran us natije pahunchenge ke negative thinking to</w:t>
      </w:r>
      <w:r>
        <w:br/>
      </w:r>
      <w:r>
        <w:rPr>
          <w:sz w:val="20"/>
        </w:rPr>
        <w:t>53:31  halakat hai woh to self killing hai to aap usko chhod denge to sara khulasa yeh hai ke aap ki soch result oriented soch ho jaye</w:t>
      </w:r>
      <w:r>
        <w:br/>
      </w:r>
      <w:r>
        <w:rPr>
          <w:sz w:val="20"/>
        </w:rPr>
        <w:t>53:51  jaise Quran mein hai ke la khaira fi kaseerin min najwah un logon ki baaton mein aksar baatein aisi hoti hain jis mein koi khair nahi hoti</w:t>
      </w:r>
      <w:r>
        <w:br/>
      </w:r>
      <w:r>
        <w:rPr>
          <w:sz w:val="20"/>
        </w:rPr>
        <w:t>54:01  matlab iska koi natija nahi to chahe bolna ho chahe amal karna ho sab se pehle yeh socheye ke iska result kya hoga agar aap yeh sochenge to apne aap negative thought khatam ho jayenge apne aap negative soch khatam ho jayegi</w:t>
      </w:r>
    </w:p>
    <w:p>
      <w:pPr>
        <w:pStyle w:val="Heading2"/>
      </w:pPr>
      <w:r>
        <w:t>Parameters of right criteria for judgment</w:t>
      </w:r>
    </w:p>
    <w:p>
      <w:r>
        <w:rPr>
          <w:color w:val="666666"/>
          <w:sz w:val="18"/>
        </w:rPr>
        <w:t>Quran &amp; Tafsir · Eid-al-Azha I October 13, 2013 · 2m 03s · at 47:30 · https://youtu.be/oy7zn-uODcU?t=2850</w:t>
      </w:r>
    </w:p>
    <w:p>
      <w:r>
        <w:rPr>
          <w:i/>
        </w:rPr>
        <w:t>“What are the parameters of right criteria to judge something? Please guide.”</w:t>
      </w:r>
    </w:p>
    <w:p>
      <w:r>
        <w:rPr>
          <w:sz w:val="20"/>
        </w:rPr>
        <w:t>47:30  maulana agla sawal ajmer se aaya hai doctor safeena tabassum ka unhon ne likha hai maulana sahib in</w:t>
      </w:r>
      <w:r>
        <w:br/>
      </w:r>
      <w:r>
        <w:rPr>
          <w:sz w:val="20"/>
        </w:rPr>
        <w:t>47:37  one of your daily lectures this week you mentioned how we should not adopt a wrong criteria to</w:t>
      </w:r>
      <w:r>
        <w:br/>
      </w:r>
      <w:r>
        <w:rPr>
          <w:sz w:val="20"/>
        </w:rPr>
        <w:t>47:45  Just something my question is what are the parameters of right criteria please guide us. Dekhiye Quran ko</w:t>
      </w:r>
      <w:r>
        <w:br/>
      </w:r>
      <w:r>
        <w:rPr>
          <w:sz w:val="20"/>
        </w:rPr>
        <w:t>47:53  furqan kaha gaya hai yahi to hai right criteria aap quran ko gehrai ke sath padhiye to aap</w:t>
      </w:r>
      <w:r>
        <w:br/>
      </w:r>
      <w:r>
        <w:rPr>
          <w:sz w:val="20"/>
        </w:rPr>
        <w:t>48:00  ko sahih meyar maloom ho jayega to bohat asan hai yani quran ko kaha gaya hai ke</w:t>
      </w:r>
      <w:r>
        <w:br/>
      </w:r>
      <w:r>
        <w:rPr>
          <w:sz w:val="20"/>
        </w:rPr>
        <w:t>48:08  woh right criteria deta hai kyunke hamare pas maujood hai right criteria hamare pas maujood hai ab mein</w:t>
      </w:r>
      <w:r>
        <w:br/>
      </w:r>
      <w:r>
        <w:rPr>
          <w:sz w:val="20"/>
        </w:rPr>
        <w:t>48:16  ne meri sari kitaben sach puchhen to quran ki tafsir hain aap hamari kitabon ko padhiye to aap</w:t>
      </w:r>
      <w:r>
        <w:br/>
      </w:r>
      <w:r>
        <w:rPr>
          <w:sz w:val="20"/>
        </w:rPr>
        <w:t>48:24  dekhenge ke har masle mein har masle mein har masle mein aap ko sahih meyar milta hai</w:t>
      </w:r>
      <w:r>
        <w:br/>
      </w:r>
      <w:r>
        <w:rPr>
          <w:sz w:val="20"/>
        </w:rPr>
        <w:t>48:31  kaise aap judge karen cheezon ko cheezon ko kaise judge karen woh milta hai aap ko misal ke</w:t>
      </w:r>
      <w:r>
        <w:br/>
      </w:r>
      <w:r>
        <w:rPr>
          <w:sz w:val="20"/>
        </w:rPr>
        <w:t>48:39  tor par aaj kal jo hai log samjhe hain sab yeh samajh rahe hain ke gun culture aur</w:t>
      </w:r>
      <w:r>
        <w:br/>
      </w:r>
      <w:r>
        <w:rPr>
          <w:sz w:val="20"/>
        </w:rPr>
        <w:t>48:47  bomb culture se woh islam ko ghalib karenge aur us quran mein likha hua hai ke asal</w:t>
      </w:r>
      <w:r>
        <w:br/>
      </w:r>
      <w:r>
        <w:rPr>
          <w:sz w:val="20"/>
        </w:rPr>
        <w:t>48:54  woh khair yani peace ke zariye kamyabi hasil hoti hai ab dekhen ulta logon ne samajh rakha hai</w:t>
      </w:r>
      <w:r>
        <w:br/>
      </w:r>
      <w:r>
        <w:rPr>
          <w:sz w:val="20"/>
        </w:rPr>
        <w:t>49:02  log samajhte hain ke violence kar ke aur jang kar ke aur society bombing kar ke woh jeet</w:t>
      </w:r>
      <w:r>
        <w:br/>
      </w:r>
      <w:r>
        <w:rPr>
          <w:sz w:val="20"/>
        </w:rPr>
        <w:t>49:10  sakte hain aur quran batata hai ke nahin peace peaceful bathr se jeet hasil hogi to har</w:t>
      </w:r>
      <w:r>
        <w:br/>
      </w:r>
      <w:r>
        <w:rPr>
          <w:sz w:val="20"/>
        </w:rPr>
        <w:t>49:18  معاملے میں آپ کو قرآن جواب دے دے گا تو Quran is the only criterion to judge things.</w:t>
      </w:r>
      <w:r>
        <w:br/>
      </w:r>
      <w:r>
        <w:rPr>
          <w:sz w:val="20"/>
        </w:rPr>
        <w:t>49:25  bas aap quran ko padhiye tadabbur ke sath aap ko sab bat maloom ho jayegi maulana agla</w:t>
      </w:r>
    </w:p>
    <w:p>
      <w:pPr>
        <w:pStyle w:val="Heading2"/>
      </w:pPr>
      <w:r>
        <w:t>Patience Versus Jihad in the Quran</w:t>
      </w:r>
    </w:p>
    <w:p>
      <w:r>
        <w:rPr>
          <w:color w:val="666666"/>
          <w:sz w:val="18"/>
        </w:rPr>
        <w:t>Quran &amp; Tafsir · Divine Help March 31, 2019 Maulana Wahiduddin Khan · 2m 07s · at 45:21 · https://youtu.be/o5-R5Rjs5Cw?t=2721</w:t>
      </w:r>
    </w:p>
    <w:p>
      <w:r>
        <w:rPr>
          <w:i/>
        </w:rPr>
        <w:t>“Moulana, some people say that you always speak of patience, while the Quran also mentions fighting, jihad, and defense. Is emphasizing only patience a rejection of a part of the Quran? What would you say about this?”</w:t>
      </w:r>
    </w:p>
    <w:p>
      <w:r>
        <w:rPr>
          <w:sz w:val="20"/>
        </w:rPr>
        <w:t>45:21  maulana, agla comment bheja hai asrar khateeb sahib ne aur un ka sawal bhi hai. unhon ne likha hai "Today I knew a new principle of understanding of the Quran.</w:t>
      </w:r>
      <w:r>
        <w:br/>
      </w:r>
      <w:r>
        <w:rPr>
          <w:sz w:val="20"/>
        </w:rPr>
        <w:t>45:33  that is, when we change the word, then we can understand the meaning of the Quran." maulana, phir un ka sawal hai, unhon ne likha hai maulana baaz log kehte hain ke aap hamesha sabr ki baat karte hain jabke quran mein qital, jihad aur difa ki bhi baat kahi gayi hai.</w:t>
      </w:r>
      <w:r>
        <w:br/>
      </w:r>
      <w:r>
        <w:rPr>
          <w:sz w:val="20"/>
        </w:rPr>
        <w:t>45:55  sirf sabr par zor dena quran ke ek hisse ko na manna hai. maulana, is par aap kya kahenge?</w:t>
      </w:r>
      <w:r>
        <w:br/>
      </w:r>
      <w:r>
        <w:rPr>
          <w:sz w:val="20"/>
        </w:rPr>
        <w:t>46:04  is ka jawab fuqaha de chuke hain ke</w:t>
      </w:r>
      <w:r>
        <w:br/>
      </w:r>
      <w:r>
        <w:rPr>
          <w:sz w:val="20"/>
        </w:rPr>
        <w:t>46:12  qital islam mein husn li ghair hai, husn li zatah nahi hai. fuqaha de chuke hain jawab ke qital islam mein husn li ghair hai, husn li zatah nahi hai.</w:t>
      </w:r>
      <w:r>
        <w:br/>
      </w:r>
      <w:r>
        <w:rPr>
          <w:sz w:val="20"/>
        </w:rPr>
        <w:t>46:28  aaj kal ki zaban mein mein kahunga ke woh temporary hai, permanent nahi hai.</w:t>
      </w:r>
    </w:p>
    <w:p>
      <w:pPr>
        <w:pStyle w:val="Heading2"/>
      </w:pPr>
      <w:r>
        <w:t>Political Interpretation of Hukm ad-Din</w:t>
      </w:r>
    </w:p>
    <w:p>
      <w:r>
        <w:rPr>
          <w:color w:val="666666"/>
          <w:sz w:val="18"/>
        </w:rPr>
        <w:t>Quran &amp; Tafsir · The Companions and the Hadith Scholars June 24, 2012 · 3m 14s · at 1:24:00 · https://youtu.be/Dj4QiYnxgBs?t=5040</w:t>
      </w:r>
    </w:p>
    <w:p>
      <w:r>
        <w:rPr>
          <w:i/>
        </w:rPr>
        <w:t>“A great scholar who is a leader of the political interpretation of Islam, I asked him: Where in the Quran is it said that you should establish a political system in the world? He referred to the verse 'Hukm ad-Din'. Please explain this verse. I consider it a sin to interpret 'Hukm ad-Din' in the sense of establishing a government.”</w:t>
      </w:r>
    </w:p>
    <w:p>
      <w:r>
        <w:rPr>
          <w:sz w:val="20"/>
        </w:rPr>
        <w:t>1:24:00  Maulana, in ka aik aur sawal hai. unhon ne likha hai ke aik baray aalim jo Islam ke political interpretation ke leader hain, mein ne un se poocha ke Quran ki ayat mein kahan kaha gaya hai ke tum duniya mein political system ko qaim karo?</w:t>
      </w:r>
      <w:r>
        <w:br/>
      </w:r>
      <w:r>
        <w:rPr>
          <w:sz w:val="20"/>
        </w:rPr>
        <w:t>1:24:17  unhon ne ayat Hakeemuddin ka hawala diya. Maulana, is ayat ko aap explain k</w:t>
      </w:r>
      <w:r>
        <w:br/>
      </w:r>
      <w:r>
        <w:rPr>
          <w:sz w:val="20"/>
        </w:rPr>
        <w:t>1:24:23  arein. dekhen, yeh bohat bari, mein is ko gunah samajhta hoon ke Hakeemuddin ko iqamat-e-hukumat ke mani mein liya jaye.</w:t>
      </w:r>
      <w:r>
        <w:br/>
      </w:r>
      <w:r>
        <w:rPr>
          <w:sz w:val="20"/>
        </w:rPr>
        <w:t>1:24:33  kuch aur log hain jo Hakeem-us-Salah ke mani lete hain, iqamat-e-nizam. ya'ni social nizam qaim karna samajhte hain ke is mein Hakeem-us-Salah ka alfaaz hukum diya gaya hai.</w:t>
      </w:r>
      <w:r>
        <w:br/>
      </w:r>
      <w:r>
        <w:rPr>
          <w:sz w:val="20"/>
        </w:rPr>
        <w:t>1:24:45  Hakeemuddin ke mani har giz yeh nahin hain ke iqamat-e-hukumat. is par mein ne likhi hai Ta'beeri Ghalti, bohat lambi bahs ki hai, us ko aap parh lijiyey. Hakeemuddin ke mani hain ghair siyasi dayray mein deen ke jo taqazay hain, jis ko ke har fard bila rukawat ikhtiyar kar sakta hai,</w:t>
      </w:r>
      <w:r>
        <w:br/>
      </w:r>
      <w:r>
        <w:rPr>
          <w:sz w:val="20"/>
        </w:rPr>
        <w:t>1:25:04  us ko, us ko is par qaim hona. ya'ni tauheed, ikhlas, ibadat, akhlaq, aur Allah se mohabbat, Allah se khauf, yeh sab cheezen is se murad hain.</w:t>
      </w:r>
      <w:r>
        <w:br/>
      </w:r>
      <w:r>
        <w:rPr>
          <w:sz w:val="20"/>
        </w:rPr>
        <w:t>1:25:21  is ka hukumat se kuch bhi talluq nahin hai. is par mein ne likha hua hai, mein ne yeh bhi likha hai is mein ke sare hi mufassireen mutafiq hain ke is mani mein siyasat shamil nahin hai.</w:t>
      </w:r>
      <w:r>
        <w:br/>
      </w:r>
      <w:r>
        <w:rPr>
          <w:sz w:val="20"/>
        </w:rPr>
        <w:t>1:25:35  yeh jo aaj kal ke nikle hain siyasi ta'beer karne walay, yeh to bohat hi ziyada jisarat karte hain aur ke koi saboot nahin hai, aur phir bhi is ko dohrata chale ja rahe hain.</w:t>
      </w:r>
      <w:r>
        <w:br/>
      </w:r>
      <w:r>
        <w:rPr>
          <w:sz w:val="20"/>
        </w:rPr>
        <w:t>1:25:48  ya'ni na to lughat mein saboot hai, na Quran mein saboot hai, na tafseeron mein se koi aik bhi mufassir is ke haq mein hai.</w:t>
      </w:r>
      <w:r>
        <w:br/>
      </w:r>
      <w:r>
        <w:rPr>
          <w:sz w:val="20"/>
        </w:rPr>
        <w:t>1:25:58  mein aap ko aik waqia arz karta hoon ke jab mein ne kitab likhi, Ta'beeri Ghalti, to is fiqh ke jo aima hain, baray baray top ke log, un ko mein ne chhapnay se pehle yeh kitab di thi.</w:t>
      </w:r>
      <w:r>
        <w:br/>
      </w:r>
      <w:r>
        <w:rPr>
          <w:sz w:val="20"/>
        </w:rPr>
        <w:t>1:26:11  to is mein yeh likha hua tha ke kisi bhi mufassir ne Hakeemuddin ke amal nahin liye.</w:t>
      </w:r>
      <w:r>
        <w:br/>
      </w:r>
      <w:r>
        <w:rPr>
          <w:sz w:val="20"/>
        </w:rPr>
        <w:t>1:26:17  to unhon ne aik hawala diya ke falan mufassir ne liya hai. halankay hawala bilkul galat tha. ya'ni woh is mein idhar udhar kar ke sabit kiya gaya tha ke mufassir ne liya hai.</w:t>
      </w:r>
      <w:r>
        <w:br/>
      </w:r>
      <w:r>
        <w:rPr>
          <w:sz w:val="20"/>
        </w:rPr>
        <w:t>1:26:30  phir is ko tajziya kiya mein ne. aap parh lijiyey, be-kitab tha, be-Ghalti mein. yeh top ke aalim thay is halqay ke jinhon ne yeh kaam kiya tha ke galat hawala de kar ke sabit karna chaha tha ke aik mufassir is ko manta hai.</w:t>
      </w:r>
      <w:r>
        <w:br/>
      </w:r>
      <w:r>
        <w:rPr>
          <w:sz w:val="20"/>
        </w:rPr>
        <w:t>1:26:43  halankay aur yeh bhi nahin manta. woh bhi nahin manta.</w:t>
      </w:r>
      <w:r>
        <w:br/>
      </w:r>
      <w:r>
        <w:rPr>
          <w:sz w:val="20"/>
        </w:rPr>
        <w:t>1:26:47  hata ke mein ne likha tha ke Sawat-ul-Ilham jo hai, be-nuqtah tafseer hai. aik aik tafseer hai jo poori tafseer hai, jis mein nuqtah walay lafz nahin istemal kiye gaye hain.</w:t>
      </w:r>
      <w:r>
        <w:br/>
      </w:r>
      <w:r>
        <w:rPr>
          <w:sz w:val="20"/>
        </w:rPr>
        <w:t>1:26:59  is tafseer ke naam hai Sawat-ul-Ilham. to mein ne kaha tha ke is mein bhi yeh mafhoom nahin hai jo aap lete hain. to aap is ko dekh lijiyey meri kitab mein, Ta'beeri Ghalti mein.</w:t>
      </w:r>
      <w:r>
        <w:br/>
      </w:r>
      <w:r>
        <w:rPr>
          <w:sz w:val="20"/>
        </w:rPr>
        <w:t>1:27:15  Maulana, agla sawal Karachi Pakistan se hai, Miss Saira Latif ka. unhon ne likha hai: "aik Muslim khatoon scholar hain jo parde par bohat ziyada zor deti hain.</w:t>
      </w:r>
    </w:p>
    <w:p>
      <w:pPr>
        <w:pStyle w:val="Heading2"/>
      </w:pPr>
      <w:r>
        <w:t>Purpose of prophet stories in Quran</w:t>
      </w:r>
    </w:p>
    <w:p>
      <w:r>
        <w:rPr>
          <w:color w:val="666666"/>
          <w:sz w:val="18"/>
        </w:rPr>
        <w:t>Quran &amp; Tafsir · The Purpose of Existence-9th September 2012 · 2m 55s · at 1:21:42 · https://youtu.be/KxCy8m6k_MQ?t=4902</w:t>
      </w:r>
    </w:p>
    <w:p>
      <w:r>
        <w:rPr>
          <w:i/>
        </w:rPr>
        <w:t>“In the Quran, God has mentioned many incidents related to the life of the prophets like Adam, Noah, David, Solomon, etc. What is the purpose of mentioning these stories?”</w:t>
      </w:r>
    </w:p>
    <w:p>
      <w:r>
        <w:rPr>
          <w:sz w:val="20"/>
        </w:rPr>
        <w:t>1:21:42  maulana, agla sawal roorkee se hai sajid anwar sahab ka.</w:t>
      </w:r>
      <w:r>
        <w:br/>
      </w:r>
      <w:r>
        <w:rPr>
          <w:sz w:val="20"/>
        </w:rPr>
        <w:t>1:21:46  انہوں نے لکھا ہے: "مولانا، in the Quran God has mentioned many incidents related to the life of</w:t>
      </w:r>
      <w:r>
        <w:br/>
      </w:r>
      <w:r>
        <w:rPr>
          <w:sz w:val="20"/>
        </w:rPr>
        <w:t>1:21:54  The prophets like Adam, Noah, David, Solomon, etc.</w:t>
      </w:r>
      <w:r>
        <w:br/>
      </w:r>
      <w:r>
        <w:rPr>
          <w:sz w:val="20"/>
        </w:rPr>
        <w:t>1:21:58  These incidents clearly indicate that these prophets also realized their mistakes and turned towards God Almighty in repentance.</w:t>
      </w:r>
      <w:r>
        <w:br/>
      </w:r>
      <w:r>
        <w:rPr>
          <w:sz w:val="20"/>
        </w:rPr>
        <w:t>1:22:05  However, attitude of today's Muslims are in absolute contrast to the examples of these prophets as they</w:t>
      </w:r>
      <w:r>
        <w:br/>
      </w:r>
      <w:r>
        <w:rPr>
          <w:sz w:val="20"/>
        </w:rPr>
        <w:t>1:22:13  Do not retract from their violent culture.</w:t>
      </w:r>
      <w:r>
        <w:br/>
      </w:r>
      <w:r>
        <w:rPr>
          <w:sz w:val="20"/>
        </w:rPr>
        <w:t>1:22:16  Is it not a clear proof that today Muslims derive their ideology from somewhere other than the</w:t>
      </w:r>
      <w:r>
        <w:br/>
      </w:r>
      <w:r>
        <w:rPr>
          <w:sz w:val="20"/>
        </w:rPr>
        <w:t>1:22:24  quran? kindly comment.</w:t>
      </w:r>
      <w:r>
        <w:br/>
      </w:r>
      <w:r>
        <w:rPr>
          <w:sz w:val="20"/>
        </w:rPr>
        <w:t>1:22:25  kya matlab hai? maulana, woh yeh keh rahe hain ke jo prophets ki zindagi se dekha gaya hai</w:t>
      </w:r>
      <w:r>
        <w:br/>
      </w:r>
      <w:r>
        <w:rPr>
          <w:sz w:val="20"/>
        </w:rPr>
        <w:t>1:22:33  ke unhon ne bhi kuch ghaltiyan keen lekin unhon ne woh repentance ki.</w:t>
      </w:r>
      <w:r>
        <w:br/>
      </w:r>
      <w:r>
        <w:rPr>
          <w:sz w:val="20"/>
        </w:rPr>
        <w:t>1:22:39  unhon ne is ke baad lekin agar un se aaj ke muslims ko compare kiya jaye to aaj</w:t>
      </w:r>
      <w:r>
        <w:br/>
      </w:r>
      <w:r>
        <w:rPr>
          <w:sz w:val="20"/>
        </w:rPr>
        <w:t>1:22:46  ke muslims jo hain woh apni aik to maulana ghalti nahi mante aur violent culture ko ikhtiyar kiya</w:t>
      </w:r>
      <w:r>
        <w:br/>
      </w:r>
      <w:r>
        <w:rPr>
          <w:sz w:val="20"/>
        </w:rPr>
        <w:t>1:22:54  hua hai unhon ne.</w:t>
      </w:r>
      <w:r>
        <w:br/>
      </w:r>
      <w:r>
        <w:rPr>
          <w:sz w:val="20"/>
        </w:rPr>
        <w:t>1:22:56  to kya yeh kaha ja sakta hai ke un ki jo ideology hai woh un ko quran se</w:t>
      </w:r>
      <w:r>
        <w:br/>
      </w:r>
      <w:r>
        <w:rPr>
          <w:sz w:val="20"/>
        </w:rPr>
        <w:t>1:23:03  nahi, kahin aur se mil rahi hai? is se yeh matlab lagta hai.</w:t>
      </w:r>
      <w:r>
        <w:br/>
      </w:r>
      <w:r>
        <w:rPr>
          <w:sz w:val="20"/>
        </w:rPr>
        <w:t>1:23:09  nahi, dekhen, woh ghalti wali baat alag hai, woh baat alag hai.</w:t>
      </w:r>
      <w:r>
        <w:br/>
      </w:r>
      <w:r>
        <w:rPr>
          <w:sz w:val="20"/>
        </w:rPr>
        <w:t>1:23:14  donon ko woh nahi karna chahiye.</w:t>
      </w:r>
      <w:r>
        <w:br/>
      </w:r>
      <w:r>
        <w:rPr>
          <w:sz w:val="20"/>
        </w:rPr>
        <w:t>1:23:17  ji haan, abhi jo musalman jo ladai bhadai kar rahe hain, us ko jihad kehte hain.</w:t>
      </w:r>
      <w:r>
        <w:br/>
      </w:r>
      <w:r>
        <w:rPr>
          <w:sz w:val="20"/>
        </w:rPr>
        <w:t>1:23:24  yeh to bilkul baseless hai yani is ka talluq kuch bhi quran se nahi hai.</w:t>
      </w:r>
      <w:r>
        <w:br/>
      </w:r>
      <w:r>
        <w:rPr>
          <w:sz w:val="20"/>
        </w:rPr>
        <w:t>1:23:30  kahin quran mein is tarah ki ladaaiyon ka zikr nahi hai.</w:t>
      </w:r>
      <w:r>
        <w:br/>
      </w:r>
      <w:r>
        <w:rPr>
          <w:sz w:val="20"/>
        </w:rPr>
        <w:t>1:23:35  yeh to quran in ko disown kar raha hai.</w:t>
      </w:r>
      <w:r>
        <w:br/>
      </w:r>
      <w:r>
        <w:rPr>
          <w:sz w:val="20"/>
        </w:rPr>
        <w:t>1:23:39  disown karne ki wajah se har jagah woh haar rahe hain.</w:t>
      </w:r>
      <w:r>
        <w:br/>
      </w:r>
      <w:r>
        <w:rPr>
          <w:sz w:val="20"/>
        </w:rPr>
        <w:t>1:23:44  to woh alag masla hai yani woh is ko kehte hain ijtihadi khata.</w:t>
      </w:r>
      <w:r>
        <w:br/>
      </w:r>
      <w:r>
        <w:rPr>
          <w:sz w:val="20"/>
        </w:rPr>
        <w:t>1:23:50  ji, paighambaron se ijtihadi khata hoti hai, woh ek alag masla hai.</w:t>
      </w:r>
      <w:r>
        <w:br/>
      </w:r>
      <w:r>
        <w:rPr>
          <w:sz w:val="20"/>
        </w:rPr>
        <w:t>1:23:55  ji, lekin yeh jo musalman ladaaiyan lad rahe hain, yeh to koi shaq nahi ke hargiz na to</w:t>
      </w:r>
      <w:r>
        <w:br/>
      </w:r>
      <w:r>
        <w:rPr>
          <w:sz w:val="20"/>
        </w:rPr>
        <w:t>1:24:03  jihad hai na islam hai.</w:t>
      </w:r>
      <w:r>
        <w:br/>
      </w:r>
      <w:r>
        <w:rPr>
          <w:sz w:val="20"/>
        </w:rPr>
        <w:t>1:24:05  yeh baseless activities hain jin ka faida na dunya mein hai na akhirat mein.</w:t>
      </w:r>
      <w:r>
        <w:br/>
      </w:r>
      <w:r>
        <w:rPr>
          <w:sz w:val="20"/>
        </w:rPr>
        <w:t>1:24:11  is mein to koi shaq nahi hai, na in ko dunya mein koi faida milne wala hai na</w:t>
      </w:r>
      <w:r>
        <w:br/>
      </w:r>
      <w:r>
        <w:rPr>
          <w:sz w:val="20"/>
        </w:rPr>
        <w:t>1:24:18  akhirat mein in ko kuch faida milne wala hai.</w:t>
      </w:r>
      <w:r>
        <w:br/>
      </w:r>
      <w:r>
        <w:rPr>
          <w:sz w:val="20"/>
        </w:rPr>
        <w:t>1:24:22  koi talluq in ka islam se nahi hai, deen se nahi hai, kuch bhi nahi hai.</w:t>
      </w:r>
      <w:r>
        <w:br/>
      </w:r>
      <w:r>
        <w:rPr>
          <w:sz w:val="20"/>
        </w:rPr>
        <w:t>1:24:29  is par to bohat likha hai aap ne.</w:t>
      </w:r>
      <w:r>
        <w:br/>
      </w:r>
      <w:r>
        <w:rPr>
          <w:sz w:val="20"/>
        </w:rPr>
        <w:t>1:24:33  aap yani kafi literature maujood hai is ke is ke baray mein.</w:t>
      </w:r>
    </w:p>
    <w:p>
      <w:pPr>
        <w:pStyle w:val="Heading2"/>
      </w:pPr>
      <w:r>
        <w:t>Qital Verse Recitation or Practical Application</w:t>
      </w:r>
    </w:p>
    <w:p>
      <w:r>
        <w:rPr>
          <w:color w:val="666666"/>
          <w:sz w:val="18"/>
        </w:rPr>
        <w:t>Quran &amp; Tafsir · Hadith Prediction November 3, 2013 · 2m 39s · at 1:11:04 · https://youtu.be/cb5Lzw9c8aE?t=4264</w:t>
      </w:r>
    </w:p>
    <w:p>
      <w:r>
        <w:rPr>
          <w:i/>
        </w:rPr>
        <w:t>“A person said that the entire verse of qital is only for recitation until Qiyamah, or can some action also be done upon it? Please explain.”</w:t>
      </w:r>
    </w:p>
    <w:p>
      <w:r>
        <w:rPr>
          <w:sz w:val="20"/>
        </w:rPr>
        <w:t>1:11:04  Maulana, agla sawal Maulana Iqbal Umri ka hai Tamil Nadu se.</w:t>
      </w:r>
      <w:r>
        <w:br/>
      </w:r>
      <w:r>
        <w:rPr>
          <w:sz w:val="20"/>
        </w:rPr>
        <w:t>1:11:09  unhone likha hai Maulana ek sahab ne farmaya ke ayat-e-qital sara ka sara sirf tilawat ke liye hai qayamat tak, ya is ya is par kuch amal bhi ho sakta hai.</w:t>
      </w:r>
      <w:r>
        <w:br/>
      </w:r>
      <w:r>
        <w:rPr>
          <w:sz w:val="20"/>
        </w:rPr>
        <w:t>1:11:23  is ke bare mein batayein</w:t>
      </w:r>
      <w:r>
        <w:br/>
      </w:r>
      <w:r>
        <w:rPr>
          <w:sz w:val="20"/>
        </w:rPr>
        <w:t>1:11:27  bhai, qital ki ayatein Rasool Allah ki zaban mein bhi namaz roze ki tarah nahi thi.</w:t>
      </w:r>
      <w:r>
        <w:br/>
      </w:r>
      <w:r>
        <w:rPr>
          <w:sz w:val="20"/>
        </w:rPr>
        <w:t>1:11:35  yeh aisa koi aalim nahi manta</w:t>
      </w:r>
      <w:r>
        <w:br/>
      </w:r>
      <w:r>
        <w:rPr>
          <w:sz w:val="20"/>
        </w:rPr>
        <w:t>1:11:42  ke namaz roza, namaz jaise rozana panch waqt, rozana panch waqt, rozana aise qital thi, rozana karna tha,</w:t>
      </w:r>
      <w:r>
        <w:br/>
      </w:r>
      <w:r>
        <w:rPr>
          <w:sz w:val="20"/>
        </w:rPr>
        <w:t>1:11:51  rozana qital nahi karna tha. qital boqt zaroorat hota hai, namaz ki tarah nahi hai is ka muamla.</w:t>
      </w:r>
      <w:r>
        <w:br/>
      </w:r>
      <w:r>
        <w:rPr>
          <w:sz w:val="20"/>
        </w:rPr>
        <w:t>1:12:01  to agar woh sari shartein agar koi paida ho jayein to qital kiya jayega.</w:t>
      </w:r>
      <w:r>
        <w:br/>
      </w:r>
      <w:r>
        <w:rPr>
          <w:sz w:val="20"/>
        </w:rPr>
        <w:t>1:12:10  lekin maujooda zamane mein to bachta hoon, woh shartein paai nahin jaati hain.</w:t>
      </w:r>
      <w:r>
        <w:br/>
      </w:r>
      <w:r>
        <w:rPr>
          <w:sz w:val="20"/>
        </w:rPr>
        <w:t>1:12:17  to rasool Allah ki zabaan mein bhi jab shartein maujood hoti hain to qitaal kiya gaya, jaise hudaybiyah mein qitaal nahin kiya gaya, khandak mein qitaal nahin kiya gaya, kyunke woh shartein maujood nahin theen.</w:t>
      </w:r>
      <w:r>
        <w:br/>
      </w:r>
      <w:r>
        <w:rPr>
          <w:sz w:val="20"/>
        </w:rPr>
        <w:t>1:12:29  to qitaal koi namaz roze ki tarah, koi abadi taleem to nahin hai.</w:t>
      </w:r>
      <w:r>
        <w:br/>
      </w:r>
      <w:r>
        <w:rPr>
          <w:sz w:val="20"/>
        </w:rPr>
        <w:t>1:12:34  woh in sharaait ke saath is ka maamla hai ke woh shartein paida hon, woh condition paai jaayen to qitaal kiya jayega.</w:t>
      </w:r>
      <w:r>
        <w:br/>
      </w:r>
      <w:r>
        <w:rPr>
          <w:sz w:val="20"/>
        </w:rPr>
        <w:t>1:12:45  to us waqt mein samajhta hoon ke yaani qitaal ka ke kis tarah haalat nahin hai. Yeh to hudaybiyah ki haalat hai. Yaani us waqt jo hai, hamein hudaybiyah ka pattern ikhtiyar karna hai, qitaal ka pattern nahin.</w:t>
      </w:r>
      <w:r>
        <w:br/>
      </w:r>
      <w:r>
        <w:rPr>
          <w:sz w:val="20"/>
        </w:rPr>
        <w:t>1:12:58  us waqt jo halaat hain duniya ke,</w:t>
      </w:r>
      <w:r>
        <w:br/>
      </w:r>
      <w:r>
        <w:rPr>
          <w:sz w:val="20"/>
        </w:rPr>
        <w:t>1:13:00  to hudaybiyah ke pattern ko ko ikhtiyar karne ki</w:t>
      </w:r>
      <w:r>
        <w:br/>
      </w:r>
      <w:r>
        <w:rPr>
          <w:sz w:val="20"/>
        </w:rPr>
        <w:t>1:13:07  ko bata rahe hain, qitaal ke pattern ko nahin. Khud rasool Allah ki zindgim bhi besaar maujood hai ke jab qitaal ke halaat the to aap ne badr ki ladai ki.</w:t>
      </w:r>
      <w:r>
        <w:br/>
      </w:r>
      <w:r>
        <w:rPr>
          <w:sz w:val="20"/>
        </w:rPr>
        <w:t>1:13:18  qitaal ke halaat nahin the to aap ne hudaybiyah ka muahida kar liya. To us waqt hamein dekhna padega ke us waqt hum jin halaat mein hain, wahan par kaun sa pattern applicable hai?</w:t>
      </w:r>
      <w:r>
        <w:br/>
      </w:r>
      <w:r>
        <w:rPr>
          <w:sz w:val="20"/>
        </w:rPr>
        <w:t>1:13:28  badr ka pattern ya hudaybiyah ka pattern?</w:t>
      </w:r>
      <w:r>
        <w:br/>
      </w:r>
      <w:r>
        <w:rPr>
          <w:sz w:val="20"/>
        </w:rPr>
        <w:t>1:13:31  us waqt badr ka pattern applicable nahin hai, hudaybiyah ka pattern applicable hai. To isi par amal kijiye.</w:t>
      </w:r>
    </w:p>
    <w:p>
      <w:pPr>
        <w:pStyle w:val="Heading2"/>
      </w:pPr>
      <w:r>
        <w:t>Qualitative vs quantitative interpretation of religion</w:t>
      </w:r>
    </w:p>
    <w:p>
      <w:r>
        <w:rPr>
          <w:color w:val="666666"/>
          <w:sz w:val="18"/>
        </w:rPr>
        <w:t>Quran &amp; Tafsir · Islam and Science (In Conversation with Maulana) · 3m 28s · at 27:39 · https://youtu.be/pKS94tSXlT4?t=1659</w:t>
      </w:r>
    </w:p>
    <w:p>
      <w:r>
        <w:rPr>
          <w:i/>
        </w:rPr>
        <w:t>“Please explain the difference between the qualitative and quantitative interpretation of religion.”</w:t>
      </w:r>
    </w:p>
    <w:p>
      <w:r>
        <w:rPr>
          <w:sz w:val="20"/>
        </w:rPr>
        <w:t>27:39  maulana, agla sawal maulana khateeb asrar ul hassan ka hai umra abad se. unhon ne aap se poocha hai ke deen ki kaifiati aur kamiyati taabeer ke farq ki wazahat kijiye.</w:t>
      </w:r>
      <w:r>
        <w:br/>
      </w:r>
      <w:r>
        <w:rPr>
          <w:sz w:val="20"/>
        </w:rPr>
        <w:t>27:53  kaifiyat aur kamiyat ko angrezi mein kehte hain. yani woh quality aur quantity. yani ek hai qualitative aspect, ek hai quantitative aspect.</w:t>
      </w:r>
      <w:r>
        <w:br/>
      </w:r>
      <w:r>
        <w:rPr>
          <w:sz w:val="20"/>
        </w:rPr>
        <w:t>28:07  to jaise aap ne farz kiya ke tahajjud ki namaz aath rakkat padhi to kamiyat yeh hui ke aap ne aath rakkat padh dali.</w:t>
      </w:r>
      <w:r>
        <w:br/>
      </w:r>
      <w:r>
        <w:rPr>
          <w:sz w:val="20"/>
        </w:rPr>
        <w:t>28:18  yeh is ka quantitative aspect hua. aur kitna khushu tha is ke baray mein, kitna Allah ki taraf rujoo tha, woh is ka qualitative aspect hai.</w:t>
      </w:r>
      <w:r>
        <w:br/>
      </w:r>
      <w:r>
        <w:rPr>
          <w:sz w:val="20"/>
        </w:rPr>
        <w:t>28:32  yani kaifiati aspect. to yeh yani quran o hadith ke mutale se maloom hota hai ke Allah taala ko yani kamiyat se dilchaspi nahi hai, kaifiyat dilchaspi hai.</w:t>
      </w:r>
      <w:r>
        <w:br/>
      </w:r>
      <w:r>
        <w:rPr>
          <w:sz w:val="20"/>
        </w:rPr>
        <w:t>28:46  yani miqdar se nahi hai, balkeh spirit se dilchaspi hai. koi koi bohat bara aap aath rakkat, aath hazar rakkat padh dain lekin is mein kaifiyat na ho, yani khushu na ho,</w:t>
      </w:r>
      <w:r>
        <w:br/>
      </w:r>
      <w:r>
        <w:rPr>
          <w:sz w:val="20"/>
        </w:rPr>
        <w:t>28:59  khuzu na ho, taqwa na ho, mohabbat ilahi na ho, khauf khuda na ho to is ki koi value nahi hogi Allah ki nazar mein. to dakhli spirit ka naam hai kaifiyat aur kharji form ka naam hai kamiyat.</w:t>
      </w:r>
      <w:r>
        <w:br/>
      </w:r>
      <w:r>
        <w:rPr>
          <w:sz w:val="20"/>
        </w:rPr>
        <w:t>29:21  jaise misaal ke tor par ek mashhoor hadith hai ke rasool Allah madina masjid ke madine ke masjid mein thay aur ek shakhs aata hai aur us ne do rakkat namaz padhi, phir aap ke paas aaya,</w:t>
      </w:r>
      <w:r>
        <w:br/>
      </w:r>
      <w:r>
        <w:rPr>
          <w:sz w:val="20"/>
        </w:rPr>
        <w:t>29:39  salam kiya to aap ne farmaya ke "arj fasal fainka lam tusal" jao phir se namaz padho kyunke tum ne namaz nahi padhi.</w:t>
      </w:r>
      <w:r>
        <w:br/>
      </w:r>
      <w:r>
        <w:rPr>
          <w:sz w:val="20"/>
        </w:rPr>
        <w:t>29:50  matlab kamiyati maano mein to padh liya tha us ne lekin kaifiyat maano mein nahi padha tha. us ne adad poora kar liya aur khushu se ghayab thi woh namaz us ki.</w:t>
      </w:r>
      <w:r>
        <w:br/>
      </w:r>
      <w:r>
        <w:rPr>
          <w:sz w:val="20"/>
        </w:rPr>
        <w:t>30:01  to yeh farq hai kamiyat mein aur kaifiyat mein.</w:t>
      </w:r>
      <w:r>
        <w:br/>
      </w:r>
      <w:r>
        <w:rPr>
          <w:sz w:val="20"/>
        </w:rPr>
        <w:t>30:07  okay, we will end the session now. thank you.</w:t>
      </w:r>
    </w:p>
    <w:p>
      <w:pPr>
        <w:pStyle w:val="Heading2"/>
      </w:pPr>
      <w:r>
        <w:t>Questioning Qur'anic basis for Jewish right to Palestine</w:t>
      </w:r>
    </w:p>
    <w:p>
      <w:r>
        <w:rPr>
          <w:color w:val="666666"/>
          <w:sz w:val="18"/>
        </w:rPr>
        <w:t>Quran &amp; Tafsir · The Crises Management September 18, 2011 · 2m 50s · at 1:10:48 · https://youtu.be/s3cYFtQZwzw?t=4248</w:t>
      </w:r>
    </w:p>
    <w:p>
      <w:r>
        <w:rPr>
          <w:i/>
        </w:rPr>
        <w:t>“As far as the solution of the Palestine issue is concerned, I completely agree with your views that we Muslims have nothing but to accept the present status quo and should try to stabilize peace. But you wrote in your book The Prophet of Peace that it is the divine and natural right of the exiled Jews of the second diaspora to settle in the land of Palestine; which verse of the Quran gives them this right? The verse you quoted, 'O my people, enter the holy land' (Quran 5:21) — was it not related only to the contemporaries of Prophet Moses?”</w:t>
      </w:r>
    </w:p>
    <w:p>
      <w:r>
        <w:rPr>
          <w:sz w:val="20"/>
        </w:rPr>
        <w:t>1:10:48  mister muhammad yaseen khan ne bhopal se sawal kiya hai unhon ne likha hai as far as the solution of palestine issue is concerned i completely agree with your views that we muslims have nothing but to accept the present status quo and should try to stabilize peace</w:t>
      </w:r>
      <w:r>
        <w:br/>
      </w:r>
      <w:r>
        <w:rPr>
          <w:sz w:val="20"/>
        </w:rPr>
        <w:t>1:11:10  but you wrote in your book the prophet of peace that it is the divine right or natural right of the exiled jews of the second diaspora to settle in the land of palestine which verse of the quran gives them this right ah</w:t>
      </w:r>
      <w:r>
        <w:br/>
      </w:r>
      <w:r>
        <w:rPr>
          <w:sz w:val="20"/>
        </w:rPr>
        <w:t>1:11:31  you are the verse that you quoted oh my people enter enter the holy land that is chapter five verse number 21 was it not related only to the contemporaries of the prophet moses</w:t>
      </w:r>
      <w:r>
        <w:br/>
      </w:r>
      <w:r>
        <w:rPr>
          <w:sz w:val="20"/>
        </w:rPr>
        <w:t>1:11:48  dekhiye</w:t>
      </w:r>
      <w:r>
        <w:br/>
      </w:r>
      <w:r>
        <w:rPr>
          <w:sz w:val="20"/>
        </w:rPr>
        <w:t>1:11:51  quran ka usool yeh hai ke aik cheez quran mein kahi gayi hai aur isi mein ailan nahi kiya gaya hai ke yeh yani mansookh hai ya baad ke zamane par apply nahi ki jayegi tab tak woh applicable rahegi woh yeh kaun hai is ko aik kehne wala hai ke hazrat musa ke zamane ke liye thay aaj ke liye nahi hai yeh kaun kehne wala hai kis ko haq hai is ko koi nahi ke</w:t>
      </w:r>
      <w:r>
        <w:br/>
      </w:r>
      <w:r>
        <w:rPr>
          <w:sz w:val="20"/>
        </w:rPr>
        <w:t>1:12:14  ne ka haq rakhta hazrat musa ne kaha tha ke yani hazrat musa ke zamane mein Allah taala ne farmaya tha un ki zuban se yeh naqal hua hai ke woh un ke</w:t>
      </w:r>
      <w:r>
        <w:br/>
      </w:r>
      <w:r>
        <w:rPr>
          <w:sz w:val="20"/>
        </w:rPr>
        <w:t>1:12:31  aap kahein ke yeh musa ke liye tha aaj ke liye nahi hai yeh hazrat musa ne dua ki thi rab i inni lima anzalta min khair faqir to yeh musa ke liye tha aaj ke liye nahi tha</w:t>
      </w:r>
      <w:r>
        <w:br/>
      </w:r>
      <w:r>
        <w:rPr>
          <w:sz w:val="20"/>
        </w:rPr>
        <w:t>1:12:43  is qism ki daleelein bilkul hi illogical hain illogical ghair ilmi dekhein asal baat yeh hai ke hazrat ibrahim ke do bete thay aik bete ko yani ismail ko settle kiya unhon ne hijaz mein to hijaz un ke liye yani assigned land ban gaya doosre bete ko settle kiya unhon ne palestine mein woh ilaqa un ke liye promised land ban gaya assigned land</w:t>
      </w:r>
      <w:r>
        <w:br/>
      </w:r>
      <w:r>
        <w:rPr>
          <w:sz w:val="20"/>
        </w:rPr>
        <w:t>1:13:12  us waqt se yeh chala aa raha hai jab tak aap yeh na quran ki koi ayat pesh karein ke yeh nahi falasteen se falasteen jo diya gaya tha un ko woh sirf hazrat musa ke zamane ke liye tha baad ke liye nahi tha tab tak woh prevail karega is ki daleel nahi koi daleel nahi hai illogical baatein hain yeh</w:t>
      </w:r>
    </w:p>
    <w:p>
      <w:pPr>
        <w:pStyle w:val="Heading2"/>
      </w:pPr>
      <w:r>
        <w:t>Quran emphasizes patience over retaliation</w:t>
      </w:r>
    </w:p>
    <w:p>
      <w:r>
        <w:rPr>
          <w:color w:val="666666"/>
          <w:sz w:val="18"/>
        </w:rPr>
        <w:t>Quran &amp; Tafsir · Divine Law of Success 14th October 2012 Slow · 3m 09s · at 1:34:55 · https://youtu.be/2zXfZhIf1jA?t=5695</w:t>
      </w:r>
    </w:p>
    <w:p>
      <w:r>
        <w:rPr>
          <w:i/>
        </w:rPr>
        <w:t>“In the Quran, repeatedly addressing the Prophet and his companions, it says 'And be patient over what they say.' In the Quran, nowhere is it said 'And kill over...'”</w:t>
      </w:r>
    </w:p>
    <w:p>
      <w:r>
        <w:rPr>
          <w:sz w:val="20"/>
        </w:rPr>
        <w:t>1:34:55  Maulana, agla sawal Delhi se hai Mr. Rashid sahib ka.</w:t>
      </w:r>
      <w:r>
        <w:br/>
      </w:r>
      <w:r>
        <w:rPr>
          <w:sz w:val="20"/>
        </w:rPr>
        <w:t>1:35:00  unhon ne likha hai: Quran mein bar bar Rasool aur Ashab Rasool ko mukhatib karte hue kaha gaya</w:t>
      </w:r>
      <w:r>
        <w:br/>
      </w:r>
      <w:r>
        <w:rPr>
          <w:sz w:val="20"/>
        </w:rPr>
        <w:t>1:35:05  hai ke WASBIR ALA MA YAQULOON Quran mein kahin bhi yeh nahin kaha gaya hai ke WAQTUL ALA</w:t>
      </w:r>
      <w:r>
        <w:br/>
      </w:r>
      <w:r>
        <w:rPr>
          <w:sz w:val="20"/>
        </w:rPr>
        <w:t>1:35:11  MA YAQULOON is ko aap clarify karen.</w:t>
      </w:r>
      <w:r>
        <w:br/>
      </w:r>
      <w:r>
        <w:rPr>
          <w:sz w:val="20"/>
        </w:rPr>
        <w:t>1:35:16  bahut sahih kaha unhon ne, bahut sahih kaha hai.</w:t>
      </w:r>
      <w:r>
        <w:br/>
      </w:r>
      <w:r>
        <w:rPr>
          <w:sz w:val="20"/>
        </w:rPr>
        <w:t>1:35:21  Yaqool se murad hai satane wali baaten, wahi gustakhi karna, satana aisi baaten.</w:t>
      </w:r>
      <w:r>
        <w:br/>
      </w:r>
      <w:r>
        <w:rPr>
          <w:sz w:val="20"/>
        </w:rPr>
        <w:t>1:35:26  yeh bohat achi baat hai unhon ne kahi ke jis waqe par aaj hangama kar rahe hain, hum</w:t>
      </w:r>
      <w:r>
        <w:br/>
      </w:r>
      <w:r>
        <w:rPr>
          <w:sz w:val="20"/>
        </w:rPr>
        <w:t>1:35:31  aise waqe wahan musalsal ho rahe the.</w:t>
      </w:r>
      <w:r>
        <w:br/>
      </w:r>
      <w:r>
        <w:rPr>
          <w:sz w:val="20"/>
        </w:rPr>
        <w:t>1:35:36  bas yeh nahi kaha gaya ke aise logon ko qatal kar dalo jo aisi boli bol rahe hain.</w:t>
      </w:r>
      <w:r>
        <w:br/>
      </w:r>
      <w:r>
        <w:rPr>
          <w:sz w:val="20"/>
        </w:rPr>
        <w:t>1:35:41  bas kaha ke sabar karo.</w:t>
      </w:r>
      <w:r>
        <w:br/>
      </w:r>
      <w:r>
        <w:rPr>
          <w:sz w:val="20"/>
        </w:rPr>
        <w:t>1:35:46  sabar ke mani kya hain? sabar ke mani hain positive option lena.</w:t>
      </w:r>
      <w:r>
        <w:br/>
      </w:r>
      <w:r>
        <w:rPr>
          <w:sz w:val="20"/>
        </w:rPr>
        <w:t>1:35:52  sabar ka matlab yeh nahi ke positive attitude.</w:t>
      </w:r>
      <w:r>
        <w:br/>
      </w:r>
      <w:r>
        <w:rPr>
          <w:sz w:val="20"/>
        </w:rPr>
        <w:t>1:35:57  sabar ka matlab positive option lena hai, yani bajaye yeh ke aap react karen, ghussa hon, in</w:t>
      </w:r>
      <w:r>
        <w:br/>
      </w:r>
      <w:r>
        <w:rPr>
          <w:sz w:val="20"/>
        </w:rPr>
        <w:t>1:36:02  ke khilaf hangama karen, nahi.</w:t>
      </w:r>
      <w:r>
        <w:br/>
      </w:r>
      <w:r>
        <w:rPr>
          <w:sz w:val="20"/>
        </w:rPr>
        <w:t>1:36:07  khamoshi se apne aap ko tayyar karen dawat ke liye.</w:t>
      </w:r>
      <w:r>
        <w:br/>
      </w:r>
      <w:r>
        <w:rPr>
          <w:sz w:val="20"/>
        </w:rPr>
        <w:t>1:36:12  khamoshi se tayyar karen ke un ko kis tarah se address kiya jaye, kis tarah un ke mind</w:t>
      </w:r>
      <w:r>
        <w:br/>
      </w:r>
      <w:r>
        <w:rPr>
          <w:sz w:val="20"/>
        </w:rPr>
        <w:t>1:36:17  ko badla jaye.</w:t>
      </w:r>
      <w:r>
        <w:br/>
      </w:r>
      <w:r>
        <w:rPr>
          <w:sz w:val="20"/>
        </w:rPr>
        <w:t>1:36:22  yeh sabar ka matlab hai.</w:t>
      </w:r>
      <w:r>
        <w:br/>
      </w:r>
      <w:r>
        <w:rPr>
          <w:sz w:val="20"/>
        </w:rPr>
        <w:t>1:36:27  sabar haqeeqat mein positive planning ka doosra naam hai.</w:t>
      </w:r>
      <w:r>
        <w:br/>
      </w:r>
      <w:r>
        <w:rPr>
          <w:sz w:val="20"/>
        </w:rPr>
        <w:t>1:36:33  sabar jo hai, woh is baat ka naam hai ke aap negative aspect ko nazar andaz kar ke</w:t>
      </w:r>
      <w:r>
        <w:br/>
      </w:r>
      <w:r>
        <w:rPr>
          <w:sz w:val="20"/>
        </w:rPr>
        <w:t>1:36:38  positive planning karen.</w:t>
      </w:r>
      <w:r>
        <w:br/>
      </w:r>
      <w:r>
        <w:rPr>
          <w:sz w:val="20"/>
        </w:rPr>
        <w:t>1:36:43  isi ka naam sabar hai.</w:t>
      </w:r>
      <w:r>
        <w:br/>
      </w:r>
      <w:r>
        <w:rPr>
          <w:sz w:val="20"/>
        </w:rPr>
        <w:t>1:36:48  maulana, un ka ek aur sawal hai.</w:t>
      </w:r>
      <w:r>
        <w:br/>
      </w:r>
      <w:r>
        <w:rPr>
          <w:sz w:val="20"/>
        </w:rPr>
        <w:t>1:36:53  انہوں نے لکھا ہے: Protest کرنے والے لوگ یہ کہتے ہیں کہ ہم کو peaceful protest کرنا چاہیے۔</w:t>
      </w:r>
      <w:r>
        <w:br/>
      </w:r>
      <w:r>
        <w:rPr>
          <w:sz w:val="20"/>
        </w:rPr>
        <w:t>1:36:58  protest ka right hum ko democracy ne diya hai.</w:t>
      </w:r>
      <w:r>
        <w:br/>
      </w:r>
      <w:r>
        <w:rPr>
          <w:sz w:val="20"/>
        </w:rPr>
        <w:t>1:37:03  is ke bare mein aap kya kahenge? dekhen, yahan par main kahunga ke result dekho.</w:t>
      </w:r>
      <w:r>
        <w:br/>
      </w:r>
      <w:r>
        <w:rPr>
          <w:sz w:val="20"/>
        </w:rPr>
        <w:t>1:37:09  result protest ka result kabhi positive nahi nikalta.</w:t>
      </w:r>
      <w:r>
        <w:br/>
      </w:r>
      <w:r>
        <w:rPr>
          <w:sz w:val="20"/>
        </w:rPr>
        <w:t>1:37:14  agar bil farz tashaddud na bhi ho, tab bhi negativity to aa jati hai.</w:t>
      </w:r>
      <w:r>
        <w:br/>
      </w:r>
      <w:r>
        <w:rPr>
          <w:sz w:val="20"/>
        </w:rPr>
        <w:t>1:37:19  kyun ke koi aadmi aap farz kar lete hain ke woh hamara dushman hai, aap dushman ke khilaf protest</w:t>
      </w:r>
      <w:r>
        <w:br/>
      </w:r>
      <w:r>
        <w:rPr>
          <w:sz w:val="20"/>
        </w:rPr>
        <w:t>1:37:24  کر رہے ہیں تو اس کے معنی ہیں کہ آپ من نفرت کو بڑھا رہے ہیں، hatred کو</w:t>
      </w:r>
      <w:r>
        <w:br/>
      </w:r>
      <w:r>
        <w:rPr>
          <w:sz w:val="20"/>
        </w:rPr>
        <w:t>1:37:29  بڑھا رہے ہیں، we and they concept کو بڑھا رہے ہیں۔</w:t>
      </w:r>
      <w:r>
        <w:br/>
      </w:r>
      <w:r>
        <w:rPr>
          <w:sz w:val="20"/>
        </w:rPr>
        <w:t>1:37:34  to protest har haal mein evil hai, chahe woh tashaddud na ho, tab bhi.</w:t>
      </w:r>
      <w:r>
        <w:br/>
      </w:r>
      <w:r>
        <w:rPr>
          <w:sz w:val="20"/>
        </w:rPr>
        <w:t>1:37:39  kyun ke dawat ka kaam jo hai, woh chahta hai ke we and they ka concept khatam ho, balke</w:t>
      </w:r>
      <w:r>
        <w:br/>
      </w:r>
      <w:r>
        <w:rPr>
          <w:sz w:val="20"/>
        </w:rPr>
        <w:t>1:37:44  khair khwahi ka mahaul bane, nafraten khatam hon, normal situation bane.</w:t>
      </w:r>
      <w:r>
        <w:br/>
      </w:r>
      <w:r>
        <w:rPr>
          <w:sz w:val="20"/>
        </w:rPr>
        <w:t>1:37:50  tabhi to dawat work ho sakta hai.</w:t>
      </w:r>
      <w:r>
        <w:br/>
      </w:r>
      <w:r>
        <w:rPr>
          <w:sz w:val="20"/>
        </w:rPr>
        <w:t>1:37:55  to protest har haal mein galat hai, chahe woh tashaddud is mein ho ya na ho.</w:t>
      </w:r>
      <w:r>
        <w:br/>
      </w:r>
      <w:r>
        <w:rPr>
          <w:sz w:val="20"/>
        </w:rPr>
        <w:t>1:38:00  kyunke dawat ke mahol ko woh kill karta hai.</w:t>
      </w:r>
    </w:p>
    <w:p>
      <w:pPr>
        <w:pStyle w:val="Heading2"/>
      </w:pPr>
      <w:r>
        <w:t>Quran translation or commentary for understanding</w:t>
      </w:r>
    </w:p>
    <w:p>
      <w:r>
        <w:rPr>
          <w:color w:val="666666"/>
          <w:sz w:val="18"/>
        </w:rPr>
        <w:t>Quran &amp; Tafsir · The Quran September 20, 2020 Maulana Wahiduddin Khan · 2m 18s · at 33:01 · https://youtu.be/yQZGg2A0-Tk?t=1981</w:t>
      </w:r>
    </w:p>
    <w:p>
      <w:r>
        <w:rPr>
          <w:i/>
        </w:rPr>
        <w:t>“Should one read a translation of the Quran or a commentary? Which is more beneficial for understanding?”</w:t>
      </w:r>
    </w:p>
    <w:p>
      <w:r>
        <w:rPr>
          <w:sz w:val="20"/>
        </w:rPr>
        <w:t>33:01  Muhammad Rafiq Tesse wale sahab ne sawal bheja hai. Woh aap se jaanna chahte hain ke Quran ka tarjuma padhna chahiye ya tafseer padhni chahiye?</w:t>
      </w:r>
      <w:r>
        <w:br/>
      </w:r>
      <w:r>
        <w:rPr>
          <w:sz w:val="20"/>
        </w:rPr>
        <w:t>33:14  Bhai, na tafseer kaafi hai, na tarjuma kaafi hai. Asal cheez to tadabbur hai. Tadabbur ke baghair aap Quran ki aap par Quran ke maani nahin khulenge.</w:t>
      </w:r>
      <w:r>
        <w:br/>
      </w:r>
      <w:r>
        <w:rPr>
          <w:sz w:val="20"/>
        </w:rPr>
        <w:t>33:35  Maulana, Uzair Afzal sahab ne sawal bheja hai. Unhon ne likha hai: "Quran padhne mein dil kaise lag sakta hai aur samajhne ke liye kya zaroori baaten hain?"</w:t>
      </w:r>
      <w:r>
        <w:br/>
      </w:r>
      <w:r>
        <w:rPr>
          <w:sz w:val="20"/>
        </w:rPr>
        <w:t>33:55  Kya phir se padhiye? Quran padhne mein dil kaise lag sakta hai aur samajhne ke liye kya zaroori baaten hain?</w:t>
      </w:r>
      <w:r>
        <w:br/>
      </w:r>
      <w:r>
        <w:rPr>
          <w:sz w:val="20"/>
        </w:rPr>
        <w:t>34:07  bas do cheezen: tadabbur aur dua. tadabbur aur dua.</w:t>
      </w:r>
      <w:r>
        <w:br/>
      </w:r>
      <w:r>
        <w:rPr>
          <w:sz w:val="20"/>
        </w:rPr>
        <w:t>34:20  okay, we we'll end the session now. thank you.</w:t>
      </w:r>
    </w:p>
    <w:p>
      <w:pPr>
        <w:pStyle w:val="Heading2"/>
      </w:pPr>
      <w:r>
        <w:t>Quranic and Hadith term for personality</w:t>
      </w:r>
    </w:p>
    <w:p>
      <w:r>
        <w:rPr>
          <w:color w:val="666666"/>
          <w:sz w:val="18"/>
        </w:rPr>
        <w:t>Quran &amp; Tafsir · Materialism and Intellectual Dwarfism 29th April 2012 · 2m 03s · at 1:09:06 · https://youtu.be/qHzARL_r3I4?t=4146</w:t>
      </w:r>
    </w:p>
    <w:p>
      <w:r>
        <w:rPr>
          <w:i/>
        </w:rPr>
        <w:t>“Personality is a term of modern language. What was the term used in Hadith and Quran for personality?”</w:t>
      </w:r>
    </w:p>
    <w:p>
      <w:r>
        <w:rPr>
          <w:sz w:val="20"/>
        </w:rPr>
        <w:t>1:09:06  jab aadmi in cheezon ko allah ke siwa kisi aur ke liye kare to shirk khafi use kehte hain shirk khafi maulana agla sawal raipur se hai mister idrees sahab ka unhon ne likha hai Personality is a term of modern language.</w:t>
      </w:r>
      <w:r>
        <w:br/>
      </w:r>
      <w:r>
        <w:rPr>
          <w:sz w:val="20"/>
        </w:rPr>
        <w:t>1:09:24  What was the term used in Hadith and Quran for personality?</w:t>
      </w:r>
      <w:r>
        <w:br/>
      </w:r>
      <w:r>
        <w:rPr>
          <w:sz w:val="20"/>
        </w:rPr>
        <w:t>1:09:31  dekhen aaj kal personality development ka lafz bolta jo bole aata hota hai physical sense mein</w:t>
      </w:r>
      <w:r>
        <w:br/>
      </w:r>
      <w:r>
        <w:rPr>
          <w:sz w:val="20"/>
        </w:rPr>
        <w:t>1:09:38  aam taur par jo istemal hota hai personality development ka lafz to us physical sense mein bola jata</w:t>
      </w:r>
      <w:r>
        <w:br/>
      </w:r>
      <w:r>
        <w:rPr>
          <w:sz w:val="20"/>
        </w:rPr>
        <w:t>1:09:44  hai lekin quran mein wo spiritual sense mein hai zalik jaza o mutzakka jo hai wo spiritual sense</w:t>
      </w:r>
      <w:r>
        <w:br/>
      </w:r>
      <w:r>
        <w:rPr>
          <w:sz w:val="20"/>
        </w:rPr>
        <w:t>1:09:51  mein hai yani apni soch ko positive banana apni khwahishon ko positive banana apne jo</w:t>
      </w:r>
      <w:r>
        <w:br/>
      </w:r>
      <w:r>
        <w:rPr>
          <w:sz w:val="20"/>
        </w:rPr>
        <w:t>1:10:02  jo intellectual faculty hai us ko spiritualize karna</w:t>
      </w:r>
      <w:r>
        <w:br/>
      </w:r>
      <w:r>
        <w:rPr>
          <w:sz w:val="20"/>
        </w:rPr>
        <w:t>1:10:09  yeh hai personal development quran ke etbaar se to aaj kal chunke sara zor aadmi ke physical haysiyat par diya jata hai is liye personal development lafz ke etbaar se to nahi hai isi sense mein dictionary ke mani yeh nahi ke sirf body ko aap develop karen yeh matlab nahi hai lekin amalan jo hai is ka matlab personal development ka matlab abrah yeh ban gaya hai ke physical development</w:t>
      </w:r>
      <w:r>
        <w:br/>
      </w:r>
      <w:r>
        <w:rPr>
          <w:sz w:val="20"/>
        </w:rPr>
        <w:t>1:10:38  lekin main samajhta hoon ke quran zyada ahmiyat deta hai yani spiritual taraqqi ko zehni taraqqi ko is</w:t>
      </w:r>
      <w:r>
        <w:br/>
      </w:r>
      <w:r>
        <w:rPr>
          <w:sz w:val="20"/>
        </w:rPr>
        <w:t>1:10:45  wajah se hum is ko extended sense mein ya is ko real sense mein lete hue kahenge</w:t>
      </w:r>
      <w:r>
        <w:br/>
      </w:r>
      <w:r>
        <w:rPr>
          <w:sz w:val="20"/>
        </w:rPr>
        <w:t>1:10:49  ke islami nuqta nazar se</w:t>
      </w:r>
      <w:r>
        <w:br/>
      </w:r>
      <w:r>
        <w:rPr>
          <w:sz w:val="20"/>
        </w:rPr>
        <w:t>1:10:53  personality development ka matlab hai rohani taraqqi zehni taraqqi</w:t>
      </w:r>
      <w:r>
        <w:br/>
      </w:r>
      <w:r>
        <w:rPr>
          <w:sz w:val="20"/>
        </w:rPr>
        <w:t>1:10:58  shakhsiyat ki taraqqi</w:t>
      </w:r>
      <w:r>
        <w:br/>
      </w:r>
      <w:r>
        <w:rPr>
          <w:sz w:val="20"/>
        </w:rPr>
        <w:t>1:11:02  jisko hum jiske liye quran mein tazkiya ka lafz istemal kiya gaya hai</w:t>
      </w:r>
    </w:p>
    <w:p>
      <w:pPr>
        <w:pStyle w:val="Heading2"/>
      </w:pPr>
      <w:r>
        <w:t>Quranic mention of Jews for all time</w:t>
      </w:r>
    </w:p>
    <w:p>
      <w:r>
        <w:rPr>
          <w:color w:val="666666"/>
          <w:sz w:val="18"/>
        </w:rPr>
        <w:t>Quran &amp; Tafsir · Realistic Approach 30 March, 2014 · 4m 03s · at 1:05:07 · https://youtu.be/HIFxmWWiEG4?t=3907</w:t>
      </w:r>
    </w:p>
    <w:p>
      <w:r>
        <w:rPr>
          <w:i/>
        </w:rPr>
        <w:t>“Jews are enemies of Islam and will always remain. The summary of most books is this. In the Quran, is the mention of Jews only for the Jews of the Prophet's time? Please clarify.”</w:t>
      </w:r>
    </w:p>
    <w:p>
      <w:r>
        <w:rPr>
          <w:sz w:val="20"/>
        </w:rPr>
        <w:t>1:05:07  Maulana, agla sawal Delhi se hai Jameel Akhtar sahib ne kiya hai.</w:t>
      </w:r>
      <w:r>
        <w:br/>
      </w:r>
      <w:r>
        <w:rPr>
          <w:sz w:val="20"/>
        </w:rPr>
        <w:t>1:05:11  Unhon ne likha hai: "Yahoodi Islam ke dushman hain aur hamesha rahenge. Zyada tar kitabon ka khulasa yahi hai.</w:t>
      </w:r>
      <w:r>
        <w:br/>
      </w:r>
      <w:r>
        <w:rPr>
          <w:sz w:val="20"/>
        </w:rPr>
        <w:t>1:05:21  Quran mein Yahood ka zikr kiya sirf Huzoor ke daur ke Yahood ke liye hi hai? Is ko wazeh karein." Bhai, Yahoodi ki baat nahi hai.</w:t>
      </w:r>
      <w:r>
        <w:br/>
      </w:r>
      <w:r>
        <w:rPr>
          <w:sz w:val="20"/>
        </w:rPr>
        <w:t>1:05:31  Aap ki kitab mein likha rehta hai, sari kitab mein kuffar-e-Makkah, mushrikeen-e-Makkah. To kya woh aaj ke liye hai? Sab kitabon mein likha rehta hai:</w:t>
      </w:r>
      <w:r>
        <w:br/>
      </w:r>
      <w:r>
        <w:rPr>
          <w:sz w:val="20"/>
        </w:rPr>
        <w:t>1:05:40  "Kuffar-e-Makkah, mushrikeen-e-Makkah, Qulil Kafiroon." Quran Majeed mein kya aaj ke liye hai? Yeh Qulil Kafiroon jo hai, yeh Makkah walon ke liye hai.</w:t>
      </w:r>
      <w:r>
        <w:br/>
      </w:r>
      <w:r>
        <w:rPr>
          <w:sz w:val="20"/>
        </w:rPr>
        <w:t>1:05:49  yeh</w:t>
      </w:r>
      <w:r>
        <w:br/>
      </w:r>
      <w:r>
        <w:rPr>
          <w:sz w:val="20"/>
        </w:rPr>
        <w:t>1:05:53  yeh Qulil Kafiroon jo hai, Makkah walon ke liye hai. Yeh hamari kitab mein likha rehta hai: "Kuffar-e-Makkah, mushrikeen-e-Makkah." Woh qadi Makkah ke liye hota hai.</w:t>
      </w:r>
      <w:r>
        <w:br/>
      </w:r>
      <w:r>
        <w:rPr>
          <w:sz w:val="20"/>
        </w:rPr>
        <w:t>1:06:02  To yeh yeh farq to har jis tarah doosron ke bare mein, is tarah Yahood ke bare mein bhi hai.</w:t>
      </w:r>
      <w:r>
        <w:br/>
      </w:r>
      <w:r>
        <w:rPr>
          <w:sz w:val="20"/>
        </w:rPr>
        <w:t>1:06:10  Jaise doosron ke bare mein, is tarah Yahood ke bare mein bhi hai. Asal mein dekhiye, hua yeh aisa kya hua ke Yahood ko jab marpeet hui Falasteen mein to chale gaye.</w:t>
      </w:r>
      <w:r>
        <w:br/>
      </w:r>
      <w:r>
        <w:rPr>
          <w:sz w:val="20"/>
        </w:rPr>
        <w:t>1:06:24  Is ko kehte hain diaspora, yani Hindu Yahoodi diaspora mein chale gaye. Yani doosre mulkon mein un ki badi tadad Western countries mein chali gayi, Europe mein aur America mein.</w:t>
      </w:r>
      <w:r>
        <w:br/>
      </w:r>
      <w:r>
        <w:rPr>
          <w:sz w:val="20"/>
        </w:rPr>
        <w:t>1:06:38  To wahan unhon ne English parhi, wahan unhon ne science parhi. To diaspora un ke liye woh ban gaya, nemat ban gaya. Diaspora un ke liye nemat ban gaya aur parh parh ke, parh parh ke woh education mein aage badhte chale gaye.</w:t>
      </w:r>
      <w:r>
        <w:br/>
      </w:r>
      <w:r>
        <w:rPr>
          <w:sz w:val="20"/>
        </w:rPr>
        <w:t>1:06:56  mein aap ko aik misaal deta hoon, mein teen baar gaya hoon falasteen aur israel.</w:t>
      </w:r>
      <w:r>
        <w:br/>
      </w:r>
      <w:r>
        <w:rPr>
          <w:sz w:val="20"/>
        </w:rPr>
        <w:t>1:07:03  to aik baar to aap mujhe maloom hua ke jo yahoodi rehte hain america mein, unhon ne aik fund ikhatta kiya, aik billion dollar, billion b se.</w:t>
      </w:r>
      <w:r>
        <w:br/>
      </w:r>
      <w:r>
        <w:rPr>
          <w:sz w:val="20"/>
        </w:rPr>
        <w:t>1:07:18  aik billion dollar ikhatta kar ke gaye woh yerushalaym. wahan ka jo bara rubai tha, chief rubai, us se mile.</w:t>
      </w:r>
      <w:r>
        <w:br/>
      </w:r>
      <w:r>
        <w:rPr>
          <w:sz w:val="20"/>
        </w:rPr>
        <w:t>1:07:26  unhon ne kaha ke yerushalaym mein bohat bara synagogue banaiye.</w:t>
      </w:r>
      <w:r>
        <w:br/>
      </w:r>
      <w:r>
        <w:rPr>
          <w:sz w:val="20"/>
        </w:rPr>
        <w:t>1:07:30  synagogue kehte hain yahoodi ibadat khane ko. yerushalaym mein bohat hi bara synagogue banaiye aap. to chief rubai jo tha, us ne kaha ke khuda ko bohat bare synagogue ki zaroorat nahi hai, us ko education mein lagao.</w:t>
      </w:r>
      <w:r>
        <w:br/>
      </w:r>
      <w:r>
        <w:rPr>
          <w:sz w:val="20"/>
        </w:rPr>
        <w:t>1:07:46  to aik billion dollar ka fund wahan par qaim hua education ke liye aur woh dhoom se lage, yaani parhne lage. yahoodi larkay</w:t>
      </w:r>
      <w:r>
        <w:br/>
      </w:r>
      <w:r>
        <w:rPr>
          <w:sz w:val="20"/>
        </w:rPr>
        <w:t>1:07:55  is tarah se wahan aaya hai. yeh education ka jo daur aaya hai, hamare haan badqismati se aisay log paida hi nahi hotay kyunke society itni kharab hai, itni kharab hai.</w:t>
      </w:r>
      <w:r>
        <w:br/>
      </w:r>
      <w:r>
        <w:rPr>
          <w:sz w:val="20"/>
        </w:rPr>
        <w:t>1:08:08  koi achi baat kahe to us ko daba dete hain. syed ko aap jante hain ke aaj aap syed ko bara darja dete hain, lekin syed ke zamane mein kya hua?</w:t>
      </w:r>
      <w:r>
        <w:br/>
      </w:r>
      <w:r>
        <w:rPr>
          <w:sz w:val="20"/>
        </w:rPr>
        <w:t>1:08:18  un ko fatway lage, un ko mukhalifaten ki gaeen.</w:t>
      </w:r>
      <w:r>
        <w:br/>
      </w:r>
      <w:r>
        <w:rPr>
          <w:sz w:val="20"/>
        </w:rPr>
        <w:t>1:08:24  is syed ke muasreen jo thay, zabardast mukhalifaten ki gaeen. un ki un ko sab kuch kaha: munafiq, kafir, fasiq, pata nahi kya kya kar dala.</w:t>
      </w:r>
      <w:r>
        <w:br/>
      </w:r>
      <w:r>
        <w:rPr>
          <w:sz w:val="20"/>
        </w:rPr>
        <w:t>1:08:35  to koi bhi kaam kar paye taajab jab jab us ko, yaani supporter mile ya supporter na mile to kuch nahi kaam ho sakta. rasool Allah ko bhi kaam mila ke jab supporter mile, aap ko pichle nabiyon ko support nahi mile to koi bara kaam bhi nahi ho saka.</w:t>
      </w:r>
      <w:r>
        <w:br/>
      </w:r>
      <w:r>
        <w:rPr>
          <w:sz w:val="20"/>
        </w:rPr>
        <w:t>1:08:51  to musalmanon ke mizaj ko badliye taake jo kaam karne ke liye utha hai to us ko, us ko supporter mile. yeh bhi is ka aik pehlu hai. jab aap musalmanon ke mizaj ko badlenge to kisi kaam karne wale ko support denge,</w:t>
      </w:r>
      <w:r>
        <w:br/>
      </w:r>
      <w:r>
        <w:rPr>
          <w:sz w:val="20"/>
        </w:rPr>
        <w:t>1:09:04  tab ja ke bara kaam hoga.</w:t>
      </w:r>
    </w:p>
    <w:p>
      <w:pPr>
        <w:pStyle w:val="Heading2"/>
      </w:pPr>
      <w:r>
        <w:t>Quranic mindset before distributing translations?</w:t>
      </w:r>
    </w:p>
    <w:p>
      <w:r>
        <w:rPr>
          <w:color w:val="666666"/>
          <w:sz w:val="18"/>
        </w:rPr>
        <w:t>Quran &amp; Tafsir · The Expression of Faith (Izhar e Deen) September 1, 2013 · 3m 25s · at 1:10:30 · https://youtu.be/muBDJ8a_8-0?t=4230</w:t>
      </w:r>
    </w:p>
    <w:p>
      <w:r>
        <w:rPr>
          <w:i/>
        </w:rPr>
        <w:t>“CPS and other organizations are distributing translations of the Quran everywhere in the world, but as you say, having a Quranic mindset is necessary to understand the Quran. In such a situation, should we stop the distribution work and first create a Quranic mindset among people? What is the practical way to create a Quranic mindset according to you?”</w:t>
      </w:r>
    </w:p>
    <w:p>
      <w:r>
        <w:rPr>
          <w:sz w:val="20"/>
        </w:rPr>
        <w:t>1:10:30  maulana agla sawal dilli se hai, maulana zakwan nadvi ka. unhon ne likha hai: "cps aur doosre idaron ki taraf se duniya mein har jagah quran ka translation distribute kiya ja raha hai,</w:t>
      </w:r>
      <w:r>
        <w:br/>
      </w:r>
      <w:r>
        <w:rPr>
          <w:sz w:val="20"/>
        </w:rPr>
        <w:t>1:10:44  magar jaisa ke aap farmate hain, quran ko samajhne ke liye quranic mindset ka hona zaroori hai.</w:t>
      </w:r>
      <w:r>
        <w:br/>
      </w:r>
      <w:r>
        <w:rPr>
          <w:sz w:val="20"/>
        </w:rPr>
        <w:t>1:10:52  aisi halat mein kya distribution ke kaam ko rok kar logon ke andar pehle quranic mindset paida kiya jaye? aap ke nazdeek quranic mindset banane ka practical tareeqa kya hai?" nahi, dekhein, ek hai apni tabligh ki zimmedari ko poora karna.</w:t>
      </w:r>
      <w:r>
        <w:br/>
      </w:r>
      <w:r>
        <w:rPr>
          <w:sz w:val="20"/>
        </w:rPr>
        <w:t>1:11:14  ek hai insaan saazi.</w:t>
      </w:r>
      <w:r>
        <w:br/>
      </w:r>
      <w:r>
        <w:rPr>
          <w:sz w:val="20"/>
        </w:rPr>
        <w:t>1:11:18  to tabligh ki zimmedari ke liye hum sari duniya mein quran ki taleem phailayenge. is mein, yani is mein, koi bhi</w:t>
      </w:r>
      <w:r>
        <w:br/>
      </w:r>
      <w:r>
        <w:rPr>
          <w:sz w:val="20"/>
        </w:rPr>
        <w:t>1:11:33  kisi cheez ko record nahi banne denge. kyunke woh tabligh hai, pahunchana hai.</w:t>
      </w:r>
      <w:r>
        <w:br/>
      </w:r>
      <w:r>
        <w:rPr>
          <w:sz w:val="20"/>
        </w:rPr>
        <w:t>1:11:40  ab is ke baad doosra kaam yeh hai ke jo insaan mazeed, hum mehsoos karte hain ke us ko mazeed bhi janne ka shauq hai, us ko to us ko phir hum aur aage badhayenge.</w:t>
      </w:r>
      <w:r>
        <w:br/>
      </w:r>
      <w:r>
        <w:rPr>
          <w:sz w:val="20"/>
        </w:rPr>
        <w:t>1:11:57  isi ke sath mein aksar yeh bhi kehta hoon ke quran ke sath sath hamein doosri jo kitabein chhapi hain, us ko bhi dena chahiye. kyunke woh hai supporting literature</w:t>
      </w:r>
      <w:r>
        <w:br/>
      </w:r>
      <w:r>
        <w:rPr>
          <w:sz w:val="20"/>
        </w:rPr>
        <w:t>1:12:07  hum quran bhi dein aur supporting literature bhi dein. tab zyada sahi tareeqa hoga. sirf quran ka tarjuma aap hum logon ko dein aur supporting literature na dein to mere khayal se woh kafi nahi hoga.</w:t>
      </w:r>
      <w:r>
        <w:br/>
      </w:r>
      <w:r>
        <w:rPr>
          <w:sz w:val="20"/>
        </w:rPr>
        <w:t>1:12:19  jo chote chote pamphlet chappe hain, krishan plan of god aur is tarah ki jo hain, woh supporting literature hain. to quran ka tarjuma bhi phailana hai aur supporting literature bhi logon ko dena hai.</w:t>
      </w:r>
      <w:r>
        <w:br/>
      </w:r>
      <w:r>
        <w:rPr>
          <w:sz w:val="20"/>
        </w:rPr>
        <w:t>1:12:31  aur phir jo log, jo afraad aise milein ke un mein mazeed aap paayein ke un mein un mein chahat hai, mazeed woh shauq hai, to un ko aap mazeed push kijiye un ke upar aur un ki tarbiyat kijiye.</w:t>
      </w:r>
      <w:r>
        <w:br/>
      </w:r>
      <w:r>
        <w:rPr>
          <w:sz w:val="20"/>
        </w:rPr>
        <w:t>1:12:47  jo dawat ka kaam, yaani aisa nahi hai ke ek kaam karein, doosre kaam ko na karein. quran bhi phailana hai, supporting literature bhi dena hai, logon ki zehan saazi bhi karni hai.</w:t>
      </w:r>
      <w:r>
        <w:br/>
      </w:r>
      <w:r>
        <w:rPr>
          <w:sz w:val="20"/>
        </w:rPr>
        <w:t>1:12:58  ab kuch nahi pata hum ko ke kaun aadmi kahan mil jayega.</w:t>
      </w:r>
      <w:r>
        <w:br/>
      </w:r>
      <w:r>
        <w:rPr>
          <w:sz w:val="20"/>
        </w:rPr>
        <w:t>1:13:02  kaun aadmi kahan se, yaani nikal aayega, woh hamein, woh woh hamara matloob insaan hoga.</w:t>
      </w:r>
      <w:r>
        <w:br/>
      </w:r>
      <w:r>
        <w:rPr>
          <w:sz w:val="20"/>
        </w:rPr>
        <w:t>1:13:11  kisi ne bohat ek ek sher mujhe bohat pasand hai kisi ka ke: "khabar nahi ke gire hain kahan kahan aansu, kidhar kidhar se uthega dhuan nahi maloom."</w:t>
      </w:r>
      <w:r>
        <w:br/>
      </w:r>
      <w:r>
        <w:rPr>
          <w:sz w:val="20"/>
        </w:rPr>
        <w:t>1:13:27  " "khabar nahi ke gire hain kahan kahan aansu, kidhar kidhar se uthega dhuan nahi maloom." yaani kuch nahi pata ke kaun sa woh insaan hai jis ke dil mein dard hai, jis ke andar yaani sachai ki talash ka jazba hai,</w:t>
      </w:r>
      <w:r>
        <w:br/>
      </w:r>
      <w:r>
        <w:rPr>
          <w:sz w:val="20"/>
        </w:rPr>
        <w:t>1:13:42  us ke andar kuch chingari hai, woh hamein pata nahi pesh ayegi. jab bohat sare logon ka kaam kiya jayega, usay woh insaan bhi hamein mil jayega.</w:t>
      </w:r>
      <w:r>
        <w:br/>
      </w:r>
      <w:r>
        <w:rPr>
          <w:sz w:val="20"/>
        </w:rPr>
        <w:t>1:13:50  phir hamein is pe poori taqat kharch karna chahiye.</w:t>
      </w:r>
    </w:p>
    <w:p>
      <w:pPr>
        <w:pStyle w:val="Heading2"/>
      </w:pPr>
      <w:r>
        <w:t>Quranic or Hadith Reference for Intellectual Development and Peace</w:t>
      </w:r>
    </w:p>
    <w:p>
      <w:r>
        <w:rPr>
          <w:color w:val="666666"/>
          <w:sz w:val="18"/>
        </w:rPr>
        <w:t>Quran &amp; Tafsir · Revival of Islam March 23, 2014 · 4m 03s · at 58:54 · https://youtu.be/Wc4Vsc4u1JI?t=3534</w:t>
      </w:r>
    </w:p>
    <w:p>
      <w:r>
        <w:rPr>
          <w:i/>
        </w:rPr>
        <w:t>“Maulana, please tell if there is any reference in the Quran or Hadith which says that the goal for the individual is intellectual development and for society it is peace.”</w:t>
      </w:r>
    </w:p>
    <w:p>
      <w:r>
        <w:rPr>
          <w:sz w:val="20"/>
        </w:rPr>
        <w:t>58:54  Maulana, agla sawal Ajmer se hai. Doctor Safeena Tabassum ka</w:t>
      </w:r>
      <w:r>
        <w:br/>
      </w:r>
      <w:r>
        <w:rPr>
          <w:sz w:val="20"/>
        </w:rPr>
        <w:t>58:59  . Unhon ne likha hai: "Moulana sahib, please tell if there is any reference in the Quran or Hadith which says that goal for individual is intellectual development and for the society it is peace." Dekhiye, intellectual development ka lafz Quran mein nahi milega.</w:t>
      </w:r>
      <w:r>
        <w:br/>
      </w:r>
      <w:r>
        <w:rPr>
          <w:sz w:val="20"/>
        </w:rPr>
        <w:t>59:20  lekin tazkiya yahi to hai.</w:t>
      </w:r>
      <w:r>
        <w:br/>
      </w:r>
      <w:r>
        <w:rPr>
          <w:sz w:val="20"/>
        </w:rPr>
        <w:t>59:24  Quran mein saaf saaf hai ke jo tazkiya karega, usi ke liye kamyabi hai. To tazkiya kya hai? Isi ko hum ne naya lafz diya hai.</w:t>
      </w:r>
      <w:r>
        <w:br/>
      </w:r>
      <w:r>
        <w:rPr>
          <w:sz w:val="20"/>
        </w:rPr>
        <w:t>59:34  Tazkiya koi yani mysterious cheez nahi hai. Log is ko mysterious banaye hue thay. To hum ne is ki mysteriousness ko nikala hai.</w:t>
      </w:r>
      <w:r>
        <w:br/>
      </w:r>
      <w:r>
        <w:rPr>
          <w:sz w:val="20"/>
        </w:rPr>
        <w:t>59:44  Aur isi ka naam hai intellectual development. Koi alag cheez nahi hai.</w:t>
      </w:r>
      <w:r>
        <w:br/>
      </w:r>
      <w:r>
        <w:rPr>
          <w:sz w:val="20"/>
        </w:rPr>
        <w:t>59:50  Same cheez hai. Aur doosra sawal kya hai? Ah, society mein jo target hai woh peace hai. Baqi yeh jo hai ke ke society goal hai, yeh to kahin Quran mein hai hi nahi.</w:t>
      </w:r>
      <w:r>
        <w:br/>
      </w:r>
      <w:r>
        <w:rPr>
          <w:sz w:val="20"/>
        </w:rPr>
        <w:t>1:00:04  Yeh to khud sakhta hai, banawati hai. Goal jo hai fard hai. Apne aap ko apne andar maarifat paida karna.</w:t>
      </w:r>
      <w:r>
        <w:br/>
      </w:r>
      <w:r>
        <w:rPr>
          <w:sz w:val="20"/>
        </w:rPr>
        <w:t>1:00:14  To yani yeh to bohat hi wazeh baat hai ke fard target hai Islam mein.</w:t>
      </w:r>
      <w:r>
        <w:br/>
      </w:r>
      <w:r>
        <w:rPr>
          <w:sz w:val="20"/>
        </w:rPr>
        <w:t>1:00:21  System ya hukoomat ya society target nahi hai. Yeh to is par bohat aap likha aap parh lijiye. Hamari kitabein Idara Deen jo kitaab chhap rahi hai, us mein bhi is par bahasein hain ke Islam mein jo target hai woh fard hai.</w:t>
      </w:r>
      <w:r>
        <w:br/>
      </w:r>
      <w:r>
        <w:rPr>
          <w:sz w:val="20"/>
        </w:rPr>
        <w:t>1:00:37  Society ya hukoomat ya system yeh yeh target nahi hai. Aur doosri baat likhi hai ke system hai kya? Society hai kya? Woh to fard ke majmoo'ay ka naam hai society.</w:t>
      </w:r>
      <w:r>
        <w:br/>
      </w:r>
      <w:r>
        <w:rPr>
          <w:sz w:val="20"/>
        </w:rPr>
        <w:t>1:00:48  Alag se aap society ko address karein to koi kuch kuch bhi nahi kaam ho sakta. Kyun ke society ka alag koi entity nahi hai. Society ki apni koi alag entity nahi hai jis ko aap address karein to us ko baat pahunch jaye.</w:t>
      </w:r>
      <w:r>
        <w:br/>
      </w:r>
      <w:r>
        <w:rPr>
          <w:sz w:val="20"/>
        </w:rPr>
        <w:t>1:01:04  Is ka jo unit unit hai, usi ko address karna parega. Aur individual society ka unit hai. Bohat se afraad ke milne se society banti hai.</w:t>
      </w:r>
      <w:r>
        <w:br/>
      </w:r>
      <w:r>
        <w:rPr>
          <w:sz w:val="20"/>
        </w:rPr>
        <w:t>1:01:16  Aise hi sab se bhi hai. System ka system ki apni koi entity nahi hai. Woh bhi afraad banate hain. Hukoomat ki alag koi entity nahi hai. Is ko afraad banate hain.</w:t>
      </w:r>
      <w:r>
        <w:br/>
      </w:r>
      <w:r>
        <w:rPr>
          <w:sz w:val="20"/>
        </w:rPr>
        <w:t>1:01:26  To chahe hukoomat ho, chahe system ho ya society ho, sab yani in the last result woh fardi to hain, individually to hain.</w:t>
      </w:r>
      <w:r>
        <w:br/>
      </w:r>
      <w:r>
        <w:rPr>
          <w:sz w:val="20"/>
        </w:rPr>
        <w:t>1:01:39  individual theek hoga to woh theek hoga. Nahi to kuch bhi theek nahi hoga.</w:t>
      </w:r>
      <w:r>
        <w:br/>
      </w:r>
      <w:r>
        <w:rPr>
          <w:sz w:val="20"/>
        </w:rPr>
        <w:t>1:01:46  to individual ko target banana jo hai, yeh bohat wisdom ki baat hai. wisdom ki baat hai. yeh koi yani aisa nahi hai ke social problem ko chhodna hai.</w:t>
      </w:r>
      <w:r>
        <w:br/>
      </w:r>
      <w:r>
        <w:rPr>
          <w:sz w:val="20"/>
        </w:rPr>
        <w:t>1:02:00  social problem jo hal honge to is ka starting point hai individual. chahe hukumat ki islaah ho, system ki islaah ho, society ki islaah ho, sab ka starting point yeh hai ke aap individual mein islaah laaen.</w:t>
      </w:r>
      <w:r>
        <w:br/>
      </w:r>
      <w:r>
        <w:rPr>
          <w:sz w:val="20"/>
        </w:rPr>
        <w:t>1:02:14  individual mein reform laaen.</w:t>
      </w:r>
      <w:r>
        <w:br/>
      </w:r>
      <w:r>
        <w:rPr>
          <w:sz w:val="20"/>
        </w:rPr>
        <w:t>1:02:17  hadees mein aata hai ke qumma taqooloona qadhalika yu'alla 'alaykum yani jaise individual honge, wahi society hogi. jaise individual individual honge, waise government hogi.</w:t>
      </w:r>
      <w:r>
        <w:br/>
      </w:r>
      <w:r>
        <w:rPr>
          <w:sz w:val="20"/>
        </w:rPr>
        <w:t>1:02:26  jaise individual honge, waise waise system system hoga.</w:t>
      </w:r>
      <w:r>
        <w:br/>
      </w:r>
      <w:r>
        <w:rPr>
          <w:sz w:val="20"/>
        </w:rPr>
        <w:t>1:02:33  to yeh to bohat hi wazeh hai Quran o hadees mein ke individual yani fard ke banne se majmooa banta hai.</w:t>
      </w:r>
      <w:r>
        <w:br/>
      </w:r>
      <w:r>
        <w:rPr>
          <w:sz w:val="20"/>
        </w:rPr>
        <w:t>1:02:43  society ya system mein hukumat durust hoti hai. fard theek na ho to sab cheez bigad, sab cheez buri rahegi. yani fard se alag kisi cheez ka koi wajood nahi hai.</w:t>
      </w:r>
    </w:p>
    <w:p>
      <w:pPr>
        <w:pStyle w:val="Heading2"/>
      </w:pPr>
      <w:r>
        <w:t>Quranic ruling on beard</w:t>
      </w:r>
    </w:p>
    <w:p>
      <w:r>
        <w:rPr>
          <w:color w:val="666666"/>
          <w:sz w:val="18"/>
        </w:rPr>
        <w:t>Quran &amp; Tafsir · Materialism and Intellectual Dwarfism 29th April 2012 · 2m 17s · at 1:40:58 · https://youtu.be/qHzARL_r3I4?t=6058</w:t>
      </w:r>
    </w:p>
    <w:p>
      <w:r>
        <w:rPr>
          <w:i/>
        </w:rPr>
        <w:t>“What command has been given in the Quran regarding the beard?”</w:t>
      </w:r>
    </w:p>
    <w:p>
      <w:r>
        <w:rPr>
          <w:sz w:val="20"/>
        </w:rPr>
        <w:t>1:40:58  ah maulana yeh sawal aaya hai maulana zakwan nadvi ka dilli se unhon ne likha hai kal raat ko ek sahib ka phone aaya unhon ne kaha ke is waqt yahan mere sath kai log baithe hue hain in ka sawal yeh hai ke quran mein dadi ke baray mein kya hukum diya gaya hai maine kaha ke is tarah ka sawal durust nahi</w:t>
      </w:r>
      <w:r>
        <w:br/>
      </w:r>
      <w:r>
        <w:rPr>
          <w:sz w:val="20"/>
        </w:rPr>
        <w:t>1:41:22  koi shakhs jab ek poda lagata hai to pehle woh apni apna sara focus jar par deta hai na ke patiyon par is tarah hum ko quran ke baray mein sochna chahiye ke kya hum quran ki basic teachings par qaim hain ya nahi mislan allah ka khauf aur insaan se mohabbat waghera is sawal ke baray mein aap kya farmayenge dadi ke baray mein ji</w:t>
      </w:r>
      <w:r>
        <w:br/>
      </w:r>
      <w:r>
        <w:rPr>
          <w:sz w:val="20"/>
        </w:rPr>
        <w:t>1:41:49  ji hain ji haan to theek jawab hai theek jawab diya</w:t>
      </w:r>
      <w:r>
        <w:br/>
      </w:r>
      <w:r>
        <w:rPr>
          <w:sz w:val="20"/>
        </w:rPr>
        <w:t>1:41:56  bhai yeh yehin se yani islam ki beginning jo hai dadi se nahi hoti yeh to ek maloom baat hai ke islam ki beginning dadi se nahi hoti hai islam ki beginning hoti hai marifat se yani intellectual development se</w:t>
      </w:r>
      <w:r>
        <w:br/>
      </w:r>
      <w:r>
        <w:rPr>
          <w:sz w:val="20"/>
        </w:rPr>
        <w:t>1:42:15  to pehli agar aap kahein ke dadi rakho to yeh to yeh aap ka apna tareeqa hoga yeh quran o hadees ka tareeqa nahi hoga baqi dadi dadi mein bhi koi dadi rakhi hai aap dekh lijiye dadi ko main yani agar na manta to main koi dadi rakhe hue hota hoon okay we we'll end the session now thank you.</w:t>
      </w:r>
    </w:p>
    <w:p>
      <w:pPr>
        <w:pStyle w:val="Heading2"/>
      </w:pPr>
      <w:r>
        <w:t>Reason for unequal witnesses in Islamic law</w:t>
      </w:r>
    </w:p>
    <w:p>
      <w:r>
        <w:rPr>
          <w:color w:val="666666"/>
          <w:sz w:val="18"/>
        </w:rPr>
        <w:t>Quran &amp; Tafsir · Age of Alternatives April 05, 2015 · 4m 12s · at 1:14:25 · https://youtu.be/4v0uCM2BZuA?t=4465</w:t>
      </w:r>
    </w:p>
    <w:p>
      <w:r>
        <w:rPr>
          <w:i/>
        </w:rPr>
        <w:t>“One of my friends asked me about the use of witness law in Islam. For example, in Islam it is said that one man's witness is equal to two women's witnesses. What is the reason behind this?”</w:t>
      </w:r>
    </w:p>
    <w:p>
      <w:r>
        <w:rPr>
          <w:sz w:val="20"/>
        </w:rPr>
        <w:t>1:14:25  Maulana, agla sawal delhi se kiya hai? likhne wale ne apna naam nahi diya hai, aur sawal hai: "one of my friend asked me about the use of witness law in islam.</w:t>
      </w:r>
      <w:r>
        <w:br/>
      </w:r>
      <w:r>
        <w:rPr>
          <w:sz w:val="20"/>
        </w:rPr>
        <w:t>1:14:38  for example, in islam it is said that one witness of man is equal to two witnesses of women." Maulana, what is the reason behind this?</w:t>
      </w:r>
      <w:r>
        <w:br/>
      </w:r>
      <w:r>
        <w:rPr>
          <w:sz w:val="20"/>
        </w:rPr>
        <w:t>1:14:51  dekhein, is par maine likha hai, yeh ek is par research hui hai, aur research chapi thi america ke magazine jo time hai, us mein.</w:t>
      </w:r>
      <w:r>
        <w:br/>
      </w:r>
      <w:r>
        <w:rPr>
          <w:sz w:val="20"/>
        </w:rPr>
        <w:t>1:15:01  is ko maine naqal kiya tha. to research yeh hui hai ke mind ka mind, aurat ka mind jo hai, bilkul do, yani yani yani takhleeq ke aitbar se different hota hai.</w:t>
      </w:r>
      <w:r>
        <w:br/>
      </w:r>
      <w:r>
        <w:rPr>
          <w:sz w:val="20"/>
        </w:rPr>
        <w:t>1:15:20  bilkul ke banawat hi is ki different hoti hai. aur is ka ek khas baat yeh hai ke mind ka mind jo hai, focused mind, thinking mind, insan ke pas focused thinking hoti hai.</w:t>
      </w:r>
      <w:r>
        <w:br/>
      </w:r>
      <w:r>
        <w:rPr>
          <w:sz w:val="20"/>
        </w:rPr>
        <w:t>1:15:31  ek cheez pe focus karna, aur auraton ke mind mein mein focused thinking nahi hoti, un ki scattered rehti hai.</w:t>
      </w:r>
      <w:r>
        <w:br/>
      </w:r>
      <w:r>
        <w:rPr>
          <w:sz w:val="20"/>
        </w:rPr>
        <w:t>1:15:39  un ki thinking scattered rehti hai, yani ek ek sath kai cheezon ko le ke sochte hain.</w:t>
      </w:r>
      <w:r>
        <w:br/>
      </w:r>
      <w:r>
        <w:rPr>
          <w:sz w:val="20"/>
        </w:rPr>
        <w:t>1:15:45  yeh ghar mein hai to kahin bachcha ro raha hai, koi kaam, kahin pani nal se gir raha hai, kahin gas jal rahi hai, doodh jal ubal raha hai.</w:t>
      </w:r>
      <w:r>
        <w:br/>
      </w:r>
      <w:r>
        <w:rPr>
          <w:sz w:val="20"/>
        </w:rPr>
        <w:t>1:15:55  yeh bohat se masail hain, in ko woh ek sath apne mind mein la sakti hai, lekin mard nahi aisa kar sakta. mard ke andar focused thinking hoti hai.</w:t>
      </w:r>
      <w:r>
        <w:br/>
      </w:r>
      <w:r>
        <w:rPr>
          <w:sz w:val="20"/>
        </w:rPr>
        <w:t>1:16:06  to ab ab ab witness ke mamle ko dekhen, ek waqea hua, us ko ek aurat bhi dekh rahi hai, mard bhi dekh raha hai.</w:t>
      </w:r>
      <w:r>
        <w:br/>
      </w:r>
      <w:r>
        <w:rPr>
          <w:sz w:val="20"/>
        </w:rPr>
        <w:t>1:16:15  to mard jo hai, us ko focused way mein dekhega, wahi uska dhyan laga rahega. Aurat ko dhyan focused way mein dekhega, uska dhyan chala kabhi ladke ki taraf, kabhi apne bachche ki taraf, kabhi kisi aur cheez ki taraf.</w:t>
      </w:r>
      <w:r>
        <w:br/>
      </w:r>
      <w:r>
        <w:rPr>
          <w:sz w:val="20"/>
        </w:rPr>
        <w:t>1:16:28  to wo focused way mein aurat nahi dekh payegi. Is liye aisa kiya gaya ke jab do aurtein hongi to do mil kar compensation compensation ho jayega.</w:t>
      </w:r>
      <w:r>
        <w:br/>
      </w:r>
      <w:r>
        <w:rPr>
          <w:sz w:val="20"/>
        </w:rPr>
        <w:t>1:16:42  ek mard kafi hai, is liye ke wo focused way mein dekhta hai. Ek aurat kafi nahi to ek focused way mein by nature nahi dekh sakti. To ye Allah taala ne do qism ke insan banaye hain, wo unki bhi zarurat hai, unki bhi zarurat hai.</w:t>
      </w:r>
      <w:r>
        <w:br/>
      </w:r>
      <w:r>
        <w:rPr>
          <w:sz w:val="20"/>
        </w:rPr>
        <w:t>1:16:58  aisa nahi ke koi afzal hai aur ghair afzal hai. Yani aisa is duniya mein kaam karne ke liye focused mind bhi zaruri hai, aur wo mind bhi zaruri hai jo kai sachon ko dhyan mein rakh sake.</w:t>
      </w:r>
      <w:r>
        <w:br/>
      </w:r>
      <w:r>
        <w:rPr>
          <w:sz w:val="20"/>
        </w:rPr>
        <w:t>1:17:16  to main apna kai kai bar ka mera tajurba hai ke main maslan apne kamre mein baitha hoon, apne office mein, ab wahan meri biwi hain ya apa wahan hain, to wo ghanti baji bahar,</w:t>
      </w:r>
      <w:r>
        <w:br/>
      </w:r>
      <w:r>
        <w:rPr>
          <w:sz w:val="20"/>
        </w:rPr>
        <w:t>1:17:37  jo door khol hua hai, har us mein us ki ghanti ek hai. Koi aata hai to baj</w:t>
      </w:r>
      <w:r>
        <w:br/>
      </w:r>
      <w:r>
        <w:rPr>
          <w:sz w:val="20"/>
        </w:rPr>
        <w:t>1:17:43  ata hai us ko, to main nahi sunta, aur apa sun leti hain, meri biwi sun leti thi. To kyunke unka mind dono taraf chalta tha, idhar bhi, idhar bhi, mera mind focus hota tha, to main sunte hi nahi, sunte hi nahi tha.</w:t>
      </w:r>
      <w:r>
        <w:br/>
      </w:r>
      <w:r>
        <w:rPr>
          <w:sz w:val="20"/>
        </w:rPr>
        <w:t>1:17:58  to ye yani natural banawat ki wajah se ye ye hai, is mein koi ye nahi ke wo inferior hai aur wo superior hai. Is mein inferiority aur superiority ki baat nahi hai,</w:t>
      </w:r>
      <w:r>
        <w:br/>
      </w:r>
      <w:r>
        <w:rPr>
          <w:sz w:val="20"/>
        </w:rPr>
        <w:t>1:18:10  balke nature ka jo law hai, us ko follow karne ki baat hai. Maulana, hamein yaad aa raha hai, aap ne jo lafz istemal kiya tha, aap ne kaha tha ke women mein multitasking qualities hoti hain jo men mein nahi hoti.</w:t>
      </w:r>
      <w:r>
        <w:br/>
      </w:r>
      <w:r>
        <w:rPr>
          <w:sz w:val="20"/>
        </w:rPr>
        <w:t>1:18:25  haan, ye sahi kaha aap ne, ji sahi hai. Yani wo multi focused hain, wo single focused hain, ji aurtein multi focused hain, mard sing</w:t>
      </w:r>
    </w:p>
    <w:p>
      <w:pPr>
        <w:pStyle w:val="Heading2"/>
      </w:pPr>
      <w:r>
        <w:t>Seeking forgiveness for polytheists in Quran 9:113</w:t>
      </w:r>
    </w:p>
    <w:p>
      <w:r>
        <w:rPr>
          <w:color w:val="666666"/>
          <w:sz w:val="18"/>
        </w:rPr>
        <w:t>Quran &amp; Tafsir · Freedom of Thought in Islam 23 October, 2011 · 4m 04s · at 1:31:55 · https://youtu.be/aGbxRNNOKzo?t=5515</w:t>
      </w:r>
    </w:p>
    <w:p>
      <w:r>
        <w:rPr>
          <w:i/>
        </w:rPr>
        <w:t>“In Quran Chapter 9 Verse Number 113 the translation says it is not proper for the Prophet and those who believe to seek forgiveness for polytheists even though they are close relatives after it has become clear to them that they have earned the punishment of hell. Kindly explain.”</w:t>
      </w:r>
    </w:p>
    <w:p>
      <w:r>
        <w:rPr>
          <w:sz w:val="20"/>
        </w:rPr>
        <w:t>1:31:55  to yeh hai farq insaan ke maamle mein aur Khuda ke maamle mein. Maulana, agla sawal Mr. Ahmed Anwat ne dilli se kiya hai, unhon</w:t>
      </w:r>
      <w:r>
        <w:br/>
      </w:r>
      <w:r>
        <w:rPr>
          <w:sz w:val="20"/>
        </w:rPr>
        <w:t>1:32:07  ne likha hai: "In Quran Chapter 9 Verse Number 113 the translation says it is not proper for the Prophet and those who believe to seek forgiveness for polytheists even though they are close relatives after it has become clear to them that they have earned the punishment of hell.</w:t>
      </w:r>
      <w:r>
        <w:br/>
      </w:r>
      <w:r>
        <w:rPr>
          <w:sz w:val="20"/>
        </w:rPr>
        <w:t>1:32:33  Kindly expla</w:t>
      </w:r>
      <w:r>
        <w:br/>
      </w:r>
      <w:r>
        <w:rPr>
          <w:sz w:val="20"/>
        </w:rPr>
        <w:t>1:32:34  in this verse." Dekhiye, yeh jang ke baare mein hai, aap haalaat ke baare mein nahin hai. Jang-i haalaat ka yeh qanoon hai. Is ke context se alag kar ke aap parhenge to kuch samajh nahin aayega.</w:t>
      </w:r>
      <w:r>
        <w:br/>
      </w:r>
      <w:r>
        <w:rPr>
          <w:sz w:val="20"/>
        </w:rPr>
        <w:t>1:32:46  to har ek ko aap nafrat karenge, har ek ko dushman bana lenge apna. Jab Muslim aur doosre jo the, un ke mukhalifeen at war the, tab ka yeh qanoon hai.</w:t>
      </w:r>
      <w:r>
        <w:br/>
      </w:r>
      <w:r>
        <w:rPr>
          <w:sz w:val="20"/>
        </w:rPr>
        <w:t>1:32:59  Is ko is ke context hata kar mat dekhiye,</w:t>
      </w:r>
      <w:r>
        <w:br/>
      </w:r>
      <w:r>
        <w:rPr>
          <w:sz w:val="20"/>
        </w:rPr>
        <w:t>1:33:02  is ko. Aap tafseer mein parhiye is ke shaan-e nuzool ko to aap yeh baat clear ho jayegi aap ke upar. Is is is aayat ka shaan-e nuzool aap tafseer mein mil jayega aap ko.</w:t>
      </w:r>
      <w:r>
        <w:br/>
      </w:r>
      <w:r>
        <w:rPr>
          <w:sz w:val="20"/>
        </w:rPr>
        <w:t>1:33:13  Dr. Owais ne dilli se likha hai: "Of the two, thought crime or social crime, which is more severe and why?"</w:t>
      </w:r>
      <w:r>
        <w:br/>
      </w:r>
      <w:r>
        <w:rPr>
          <w:sz w:val="20"/>
        </w:rPr>
        <w:t>1:33:28  Bhai, ek insaan ke aitbaar se sakht hai, doosra Khuda ke aitbaar se sakht hai. Sakht dono hain. Yaani shirk jo hai, woh Allah Ta'ala maaf nahin farmayenge, lekin woh woh Allah ke haan punishable hai, duniya mein nahin.</w:t>
      </w:r>
      <w:r>
        <w:br/>
      </w:r>
      <w:r>
        <w:rPr>
          <w:sz w:val="20"/>
        </w:rPr>
        <w:t>1:33:41  To sakhti mein dono mein aisa nahin ke koi kam sakht ho. Lekin insaan ke baare mein aap crime karenge to duniya mein woh punishable hai.</w:t>
      </w:r>
      <w:r>
        <w:br/>
      </w:r>
      <w:r>
        <w:rPr>
          <w:sz w:val="20"/>
        </w:rPr>
        <w:t>1:33:52  Khuda ke baare mein karenge to aakhirat mein punishable hai. Bhai, yeh farq hai bas.</w:t>
      </w:r>
      <w:r>
        <w:br/>
      </w:r>
      <w:r>
        <w:rPr>
          <w:sz w:val="20"/>
        </w:rPr>
        <w:t>1:33:59  Mr. Mazhar ne dilli se likha hai: "Kya Quran ko parhne ki koi khaas shariyat hai? Paaki napaki ka masla hai ya nahin?"</w:t>
      </w:r>
      <w:r>
        <w:br/>
      </w:r>
      <w:r>
        <w:rPr>
          <w:sz w:val="20"/>
        </w:rPr>
        <w:t>1:34:14  Quran ko parhne ke liye ek hi shart hai, woh Quran mein hai: "Ittqullah wa yu'allimukumullah". Allah se daro to Allah tum ko Quran ke mazameen samjhayega.</w:t>
      </w:r>
      <w:r>
        <w:br/>
      </w:r>
      <w:r>
        <w:rPr>
          <w:sz w:val="20"/>
        </w:rPr>
        <w:t>1:34:28  Asal shart yeh hai, baqi zahiri shartein hain woh sab. Log zahiri sharton ko jaante hain, asal shart se bekhabar hain. Jitna zyada aap ke andar taqwa hoga, Khuda tarsi hogi, sanjeedgi hogi, honesty hogi,</w:t>
      </w:r>
      <w:r>
        <w:br/>
      </w:r>
      <w:r>
        <w:rPr>
          <w:sz w:val="20"/>
        </w:rPr>
        <w:t>1:34:43  sincerity hogi, utni Quran ki samajh mein aap ko aayega. Asal shart yeh hai. Logon ka haal yeh hai ke jo asal shart hai, is is ka to zikr nahin karte aur jo jo zahiri shart hai, usi ka zikr karte hain.</w:t>
      </w:r>
      <w:r>
        <w:br/>
      </w:r>
      <w:r>
        <w:rPr>
          <w:sz w:val="20"/>
        </w:rPr>
        <w:t>1:34:59  Behaal, Quran mein jo likha hua hai, woh yahi hai: "Ittqullah wa yu'allimukumullah". Is aayat ko aap ja kar tafseer mein dekhiye.</w:t>
      </w:r>
    </w:p>
    <w:p>
      <w:pPr>
        <w:pStyle w:val="Heading2"/>
      </w:pPr>
      <w:r>
        <w:t>Terrorists' misinterpretation of Quran</w:t>
      </w:r>
    </w:p>
    <w:p>
      <w:r>
        <w:rPr>
          <w:color w:val="666666"/>
          <w:sz w:val="18"/>
        </w:rPr>
        <w:t>Quran &amp; Tafsir · How to Manage Controversy 10 Nov 2019 - Maulana Wahiduddin Khan · 2m 44s · at 56:37 · https://youtu.be/UafTzJXHrSA?t=3397</w:t>
      </w:r>
    </w:p>
    <w:p>
      <w:r>
        <w:rPr>
          <w:i/>
        </w:rPr>
        <w:t>“Which Quran do terrorists read that makes them intent on killing everyone? What wrong teachings are they given? Please clarify.”</w:t>
      </w:r>
    </w:p>
    <w:p>
      <w:r>
        <w:rPr>
          <w:sz w:val="20"/>
        </w:rPr>
        <w:t>56:37  hyderabad se rishi chaurasiya sahib ne sawal kiya hai. unhone aapse poocha hai: "maulana sahib, yeh sare terrorist kon si kitab, kon si quran padhte hain jo sab ko maarne par tul jaate hain?</w:t>
      </w:r>
      <w:r>
        <w:br/>
      </w:r>
      <w:r>
        <w:rPr>
          <w:sz w:val="20"/>
        </w:rPr>
        <w:t>56:52  unhe kon si galat shisha di jati hai? is ko clarify karen."</w:t>
      </w:r>
      <w:r>
        <w:br/>
      </w:r>
      <w:r>
        <w:rPr>
          <w:sz w:val="20"/>
        </w:rPr>
        <w:t>57:01  woh ek lafz mein yeh hai ke hamare jitne bhi likhne aur bolne wale log hain, unhone quran se</w:t>
      </w:r>
      <w:r>
        <w:br/>
      </w:r>
      <w:r>
        <w:rPr>
          <w:sz w:val="20"/>
        </w:rPr>
        <w:t>57:16  har jagah quran mein bas</w:t>
      </w:r>
      <w:r>
        <w:br/>
      </w:r>
      <w:r>
        <w:rPr>
          <w:sz w:val="20"/>
        </w:rPr>
        <w:t>57:22  jihad likh rakha hai aur</w:t>
      </w:r>
      <w:r>
        <w:br/>
      </w:r>
      <w:r>
        <w:rPr>
          <w:sz w:val="20"/>
        </w:rPr>
        <w:t>57:29  peace ko hadaf kar rakha hai. aap kisi bhi tafsir ko padhiye, har har tafsir mein yahi milega aap ko. ab main kya karun?</w:t>
      </w:r>
      <w:r>
        <w:br/>
      </w:r>
      <w:r>
        <w:rPr>
          <w:sz w:val="20"/>
        </w:rPr>
        <w:t>57:39  yeh waqia hai ke tafsiron mein yahi ho gaya hai jo ke islam nahi hai. to aap mujh se mat poochhiye, aap in kitabon ko padhiye, in tafsiron ko padhiye aur dekhiye kya yeh baat hai ke nahi hai.</w:t>
      </w:r>
      <w:r>
        <w:br/>
      </w:r>
      <w:r>
        <w:rPr>
          <w:sz w:val="20"/>
        </w:rPr>
        <w:t>57:59  musalli jihad jo karte hain, log is ko bara darja de rakha hai</w:t>
      </w:r>
      <w:r>
        <w:br/>
      </w:r>
      <w:r>
        <w:rPr>
          <w:sz w:val="20"/>
        </w:rPr>
        <w:t>58:09  aur mere paas koi doosra jawab nahi hai. aap khud in kitabon ko, in tafsiron ko dekhiye.</w:t>
      </w:r>
      <w:r>
        <w:br/>
      </w:r>
      <w:r>
        <w:rPr>
          <w:sz w:val="20"/>
        </w:rPr>
        <w:t>58:24  maulana, agla comment bheja hai sajid anwar sahib ne mumbai se. unhone likha hai: "maulana, from today lecture, i have learned a completely new aspect of hudaybiyah treaty, that not to make a problem into controversy.</w:t>
      </w:r>
      <w:r>
        <w:br/>
      </w:r>
      <w:r>
        <w:rPr>
          <w:sz w:val="20"/>
        </w:rPr>
        <w:t>58:41  this is a great learning. i will follow this principle in all aspects of life. jazak allah maulana." masha allah.</w:t>
      </w:r>
      <w:r>
        <w:br/>
      </w:r>
      <w:r>
        <w:rPr>
          <w:sz w:val="20"/>
        </w:rPr>
        <w:t>58:51  professor farida khanoom ne delhi se likha hai: "it is exactly true that muslims have no fear of god.</w:t>
      </w:r>
      <w:r>
        <w:br/>
      </w:r>
      <w:r>
        <w:rPr>
          <w:sz w:val="20"/>
        </w:rPr>
        <w:t>58:59  i had been associated with the muslim institution for 25 years, but i never heard any of them engaged in serious conversation about god, paradise and the hereafter.</w:t>
      </w:r>
      <w:r>
        <w:br/>
      </w:r>
      <w:r>
        <w:rPr>
          <w:sz w:val="20"/>
        </w:rPr>
        <w:t>59:14  their material concerns are their only focus."</w:t>
      </w:r>
    </w:p>
    <w:p>
      <w:pPr>
        <w:pStyle w:val="Heading2"/>
      </w:pPr>
      <w:r>
        <w:t>Understanding Quran and Hadith Principles</w:t>
      </w:r>
    </w:p>
    <w:p>
      <w:r>
        <w:rPr>
          <w:color w:val="666666"/>
          <w:sz w:val="18"/>
        </w:rPr>
        <w:t>Quran &amp; Tafsir · The Secret of Divine Wisdom September 2, 2012 · 4m 08s · at 1:36:09 · https://youtu.be/ZXQlrW7PqAE?t=5769</w:t>
      </w:r>
    </w:p>
    <w:p>
      <w:r>
        <w:rPr>
          <w:i/>
        </w:rPr>
        <w:t>“You say that the Quran and Hadith have general principles. How can we understand these principles? Kindly comment.”</w:t>
      </w:r>
    </w:p>
    <w:p>
      <w:r>
        <w:rPr>
          <w:sz w:val="20"/>
        </w:rPr>
        <w:t>1:36:09  yahi kahengay baqi jo hai woh Allah ka mu'amla hai woh Allah hi kar sakta hai hum nahi kar sakte maulana agla sawal dilli se hai miss naghma siddiqui ka unho'n ne likha hai maulana you say all quran verses hadith have a general principle how can we understand these principles kindly comment</w:t>
      </w:r>
      <w:r>
        <w:br/>
      </w:r>
      <w:r>
        <w:rPr>
          <w:sz w:val="20"/>
        </w:rPr>
        <w:t>1:36:36  ek hi tareeqa hai ap ab apni aql ko bachayen aql ko bachana jo hai asal ahmiyat is ki hai dekhiye bachana kya cheez hai main ap ko do qissay batata hoon dilli mein ek hakeem thay aj kal ke hakeem nahi is zamanay ke hakeem jo bohat hi doosray dhang ke log hotay thay</w:t>
      </w:r>
      <w:r>
        <w:br/>
      </w:r>
      <w:r>
        <w:rPr>
          <w:sz w:val="20"/>
        </w:rPr>
        <w:t>1:37:05  to wo yani qalam ko istemal nahi kartay thay yani aj ap jab bhi ap jab ap wo likhtay hain yani ek mareez ko dekha ap ne to mareez ko dekhnay ke baad nuskhah likhtay hain to qalam istemal kartay hain qalam se likha ap ne to wo munh se boltay thay wo qalam istemal nahi kartay thay wo</w:t>
      </w:r>
      <w:r>
        <w:br/>
      </w:r>
      <w:r>
        <w:rPr>
          <w:sz w:val="20"/>
        </w:rPr>
        <w:t>1:37:29  kisi ne poocha ke aap sab log qalam istemal karte hain is se nuskhah likhne ke liye aap</w:t>
      </w:r>
      <w:r>
        <w:br/>
      </w:r>
      <w:r>
        <w:rPr>
          <w:sz w:val="20"/>
        </w:rPr>
        <w:t>1:37:34  istemal nahi karte aap bolte hain halanke aap ka hath jo hai theek jo hai istemal karte hain</w:t>
      </w:r>
      <w:r>
        <w:br/>
      </w:r>
      <w:r>
        <w:rPr>
          <w:sz w:val="20"/>
        </w:rPr>
        <w:t>1:37:39  qalam aap to unhon ne jawab diya ke mein apne hath ko mehfooz rakhne ke liye aisa karta</w:t>
      </w:r>
      <w:r>
        <w:br/>
      </w:r>
      <w:r>
        <w:rPr>
          <w:sz w:val="20"/>
        </w:rPr>
        <w:t>1:37:45  hoon kyunke hath se mein nafs dekhta hoon mein hath mein bohat ziyada sensitivity honi chahiye sensitivity</w:t>
      </w:r>
      <w:r>
        <w:br/>
      </w:r>
      <w:r>
        <w:rPr>
          <w:sz w:val="20"/>
        </w:rPr>
        <w:t>1:37:54  jitni ziyada sensitivity hogi utni mein nafs ko pakar paunga</w:t>
      </w:r>
      <w:r>
        <w:br/>
      </w:r>
      <w:r>
        <w:rPr>
          <w:sz w:val="20"/>
        </w:rPr>
        <w:t>1:37:59  to hath ki sensitive sensitivity ko bagh rakhnay ke liye wo qalam nahi pakartay thay wo aur ek misaal main doonga ap ko ke deoband ke maulana anwar shah kashmiri thay un ko aam pasand tha lekin wo aam kaise khatay thay un ka nazariya tha ke khatay aam se hafza kharab hota hai</w:t>
      </w:r>
      <w:r>
        <w:br/>
      </w:r>
      <w:r>
        <w:rPr>
          <w:sz w:val="20"/>
        </w:rPr>
        <w:t>1:38:22  apne hafze ko bohat bachate thay woh to jahan am khana hota tha to aik aadmi bithate thay</w:t>
      </w:r>
      <w:r>
        <w:br/>
      </w:r>
      <w:r>
        <w:rPr>
          <w:sz w:val="20"/>
        </w:rPr>
        <w:t>1:38:27  woh ke pehle chak ke deta batata tha ke am meetha hai khatta hai to khatte wala chhod</w:t>
      </w:r>
      <w:r>
        <w:br/>
      </w:r>
      <w:r>
        <w:rPr>
          <w:sz w:val="20"/>
        </w:rPr>
        <w:t>1:38:34  dete the wo sirf meetha wala lete the wo kyunke un ko wo samajhte hain ke khata am</w:t>
      </w:r>
      <w:r>
        <w:br/>
      </w:r>
      <w:r>
        <w:rPr>
          <w:sz w:val="20"/>
        </w:rPr>
        <w:t>1:38:38  khaunga to mera hafza kharab ho jayega</w:t>
      </w:r>
      <w:r>
        <w:br/>
      </w:r>
      <w:r>
        <w:rPr>
          <w:sz w:val="20"/>
        </w:rPr>
        <w:t>1:38:42  to apni aql ko bachana hai aql to allah ne di har admi ko lekin log bacha nahi</w:t>
      </w:r>
      <w:r>
        <w:br/>
      </w:r>
      <w:r>
        <w:rPr>
          <w:sz w:val="20"/>
        </w:rPr>
        <w:t>1:38:47  pate bachane ke mani kya hain</w:t>
      </w:r>
      <w:r>
        <w:br/>
      </w:r>
      <w:r>
        <w:rPr>
          <w:sz w:val="20"/>
        </w:rPr>
        <w:t>1:38:53  aql mein negative thought dalna aql mein intiqam ke jazbat dalna aur aql mein yani intolerance dalna aql mein yeh sab batain dalna hai ke zalim hai wo sadi si hai yeh sari batain aql ko</w:t>
      </w:r>
      <w:r>
        <w:br/>
      </w:r>
      <w:r>
        <w:rPr>
          <w:sz w:val="20"/>
        </w:rPr>
        <w:t>1:39:16  maaf kar deti hain parda</w:t>
      </w:r>
      <w:r>
        <w:br/>
      </w:r>
      <w:r>
        <w:rPr>
          <w:sz w:val="20"/>
        </w:rPr>
        <w:t>1:39:18  dal deti hain to agar ap apni aql ko bacha saken to is ke baad is ka result yaqeeni tor par milta hai naam ke liye result na milay to sara jo hamein dhiyan dena hai tawajjuh aql ke is khuda ki di hui aql ko mehfooz rakhna bas mehfooz rakhnay ki koshish kijiye baqi aql to apna kaam khud kare gi apna kaam khud kare gi</w:t>
      </w:r>
    </w:p>
    <w:p>
      <w:pPr>
        <w:pStyle w:val="Heading2"/>
      </w:pPr>
      <w:r>
        <w:t>Understanding Quran beyond Arabic language</w:t>
      </w:r>
    </w:p>
    <w:p>
      <w:r>
        <w:rPr>
          <w:color w:val="666666"/>
          <w:sz w:val="18"/>
        </w:rPr>
        <w:t>Quran &amp; Tafsir · The Problem of Evil December 4, 2011 · 3m 19s · at 1:15:16 · https://youtu.be/SMqtVjaGHfw?t=4516</w:t>
      </w:r>
    </w:p>
    <w:p>
      <w:r>
        <w:rPr>
          <w:i/>
        </w:rPr>
        <w:t>“We have been hearing from the beginning that it is necessary to understand the Quran through the Arabic language. But nowadays when we see the people living in Mecca and Medina, it seems that something else is also needed to understand the Quran.”</w:t>
      </w:r>
    </w:p>
    <w:p>
      <w:r>
        <w:rPr>
          <w:sz w:val="20"/>
        </w:rPr>
        <w:t>1:15:16  maulana, agla sawal aaya hai Mr. Amir bin Yusuf ka, Karachi Pakistan se.</w:t>
      </w:r>
      <w:r>
        <w:br/>
      </w:r>
      <w:r>
        <w:rPr>
          <w:sz w:val="20"/>
        </w:rPr>
        <w:t>1:15:21  unhon ne likha hai: "hum shuru se yeh sunte chale aaye hain ke Arabic language se humein quran ko samajhna zaroori hai.</w:t>
      </w:r>
      <w:r>
        <w:br/>
      </w:r>
      <w:r>
        <w:rPr>
          <w:sz w:val="20"/>
        </w:rPr>
        <w:t>1:15:31  magar aaj kal hum jo Makkah aur Madinah mein rehne wale logon ko jab dekhte hain toh aisa lagta hai ke quran ko samajhne ke liye kuch aur bhi chahiye." is ke bare mein bataein.</w:t>
      </w:r>
      <w:r>
        <w:br/>
      </w:r>
      <w:r>
        <w:rPr>
          <w:sz w:val="20"/>
        </w:rPr>
        <w:t>1:15:45  dekhein, quran mein yeh nahin bataya gaya ke tum agar Arabic jaano ge toh quran ko samajh lo ge. yeh toh logon ka khayal hai.</w:t>
      </w:r>
      <w:r>
        <w:br/>
      </w:r>
      <w:r>
        <w:rPr>
          <w:sz w:val="20"/>
        </w:rPr>
        <w:t>1:15:52  yeh kahin bhi nahin bataya quran mein. agar tum Arabic jaano ge toh quran ko samajh lo ge. quran mein hai ke tadabbur karoge toh samjhoge. tadabbur, contemplation.</w:t>
      </w:r>
      <w:r>
        <w:br/>
      </w:r>
      <w:r>
        <w:rPr>
          <w:sz w:val="20"/>
        </w:rPr>
        <w:t>1:16:04  toh Arabic jaanna bhi zaroori hai lekin tarjuma bhi kafi ho sakta hai kisi ke liye agar woh is ke andar tadabbur ki salahiyat ho. tadabbur ka matlab kya hai?</w:t>
      </w:r>
      <w:r>
        <w:br/>
      </w:r>
      <w:r>
        <w:rPr>
          <w:sz w:val="20"/>
        </w:rPr>
        <w:t>1:16:16  tadabbur ka matlab yeh hai ke ek khule zehan ke sath aadmi parhe, kisi bhi complex ke baghair parhe, baais se free ho kar parhe, jazbaat se alag ho kar parhe quran ko to samjhega woh.</w:t>
      </w:r>
      <w:r>
        <w:br/>
      </w:r>
      <w:r>
        <w:rPr>
          <w:sz w:val="20"/>
        </w:rPr>
        <w:t>1:16:34  lekin log jeete hain baais mein, tarah tarah ke ta'assubaat mein, nafrat mein, jazbaat mein. to kya samjhenge aap?</w:t>
      </w:r>
      <w:r>
        <w:br/>
      </w:r>
      <w:r>
        <w:rPr>
          <w:sz w:val="20"/>
        </w:rPr>
        <w:t>1:16:42  jaise misaal ke taur par log jeete hain yahudiyon se nafrat mein to jab parhte hain woh quran majeed ki surah fatiha to ghair al maghzoob likhte hote hain ke is se murad yahudi hain.</w:t>
      </w:r>
      <w:r>
        <w:br/>
      </w:r>
      <w:r>
        <w:rPr>
          <w:sz w:val="20"/>
        </w:rPr>
        <w:t>1:16:54  un ke jeete hain isaiyon se nafrat mein jab parhte hain ghair wal dhalleen to samajhte hain is se murad isai hain. yeh quran ko samajhna nahi hai, yeh ya apne mind ko quran mein parhna hai.</w:t>
      </w:r>
      <w:r>
        <w:br/>
      </w:r>
      <w:r>
        <w:rPr>
          <w:sz w:val="20"/>
        </w:rPr>
        <w:t>1:17:09  to aap nafratein liye hue hon, ta'assubaat liye hue hon aur khud sakhta jazbaat pe jeete hon to wohi quran mein parhenge jo aap mind mein hai.</w:t>
      </w:r>
      <w:r>
        <w:br/>
      </w:r>
      <w:r>
        <w:rPr>
          <w:sz w:val="20"/>
        </w:rPr>
        <w:t>1:17:22  sab se pehle apne mind ko free karna parega, tab quran ko samjhenge aap. arabi janna hargiz hargiz laazmi shart nahi hai.</w:t>
      </w:r>
      <w:r>
        <w:br/>
      </w:r>
      <w:r>
        <w:rPr>
          <w:sz w:val="20"/>
        </w:rPr>
        <w:t>1:17:35  laazmi shart hai apne mind ko free banana,</w:t>
      </w:r>
      <w:r>
        <w:br/>
      </w:r>
      <w:r>
        <w:rPr>
          <w:sz w:val="20"/>
        </w:rPr>
        <w:t>1:17:39  apne mind ko har qism ke ta'assubaat, nafrat aur tarah tarah ke yani khud sakhta soch se apne ko free karna.</w:t>
      </w:r>
      <w:r>
        <w:br/>
      </w:r>
      <w:r>
        <w:rPr>
          <w:sz w:val="20"/>
        </w:rPr>
        <w:t>1:17:50  tab dekhen, arabi zaban ki zaroori is ke liye hai jo scholar banna chahta ho. scholar to ek hai quran ko samajhna, ek hai quran ka scholar banna.</w:t>
      </w:r>
      <w:r>
        <w:br/>
      </w:r>
      <w:r>
        <w:rPr>
          <w:sz w:val="20"/>
        </w:rPr>
        <w:t>1:18:01  scholar yani quran ki buniyad par koi mashal chalana chahte hon aap, tab zaroori hai ke aap arabi janiyen.</w:t>
      </w:r>
      <w:r>
        <w:br/>
      </w:r>
      <w:r>
        <w:rPr>
          <w:sz w:val="20"/>
        </w:rPr>
        <w:t>1:18:09  yani quran ki buniyad par ek mashal uthana chahte hon aap to zaroori hai ke aap arabi janiyen. lekin aap simply follow karne ke liye ke saada taur par apni zindagi mein quran ko lane ke liye to bas quran ko parhiye,</w:t>
      </w:r>
      <w:r>
        <w:br/>
      </w:r>
      <w:r>
        <w:rPr>
          <w:sz w:val="20"/>
        </w:rPr>
        <w:t>1:18:24  woh ta'assubaat se khali ho kar ke to zaroor quran samajh mein aayega aap ke.</w:t>
      </w:r>
    </w:p>
    <w:p>
      <w:pPr>
        <w:pStyle w:val="Heading2"/>
      </w:pPr>
      <w:r>
        <w:t>Understanding Quran through reading</w:t>
      </w:r>
    </w:p>
    <w:p>
      <w:r>
        <w:rPr>
          <w:color w:val="666666"/>
          <w:sz w:val="18"/>
        </w:rPr>
        <w:t>Quran &amp; Tafsir · Freedom of Expression in Islam 30 Sept 2012 - Maulana Wahiduddin Khan · 2m 27s · at 1:12:55 · https://youtu.be/WLlXSyxX8Q4?t=4375</w:t>
      </w:r>
    </w:p>
    <w:p>
      <w:r>
        <w:rPr>
          <w:i/>
        </w:rPr>
        <w:t>“Do you think most people can understand the Quran by simply reading it? Further, would they be able to relate it to Muslims' reactions and demonstrations as in Islam? And we need straightforward articles written explaining with specific Quran surahs. What is your opinion?”</w:t>
      </w:r>
    </w:p>
    <w:p>
      <w:r>
        <w:rPr>
          <w:sz w:val="20"/>
        </w:rPr>
        <w:t>1:12:55  maulana, yeh sawal aaya hai doctor najma siddiqui ka dilli se. unhon ne likha hai: "maulana sahib, do you think that most people can understand quran by simply reading it?</w:t>
      </w:r>
      <w:r>
        <w:br/>
      </w:r>
      <w:r>
        <w:rPr>
          <w:sz w:val="20"/>
        </w:rPr>
        <w:t>1:13:09  further, would they be able to relate it to muslims reactions or demonstrations as in islamic? or we need to have straight forward articles written explaining with specific quran surah.</w:t>
      </w:r>
      <w:r>
        <w:br/>
      </w:r>
      <w:r>
        <w:rPr>
          <w:sz w:val="20"/>
        </w:rPr>
        <w:t>1:13:24  waT iz yor opinion?" dekhiye, aaj mein do level hain. ek to yeh hai ke quran ki jo teaching hai, woh saada tor par is ko janiye, is ko amal kijiye.</w:t>
      </w:r>
      <w:r>
        <w:br/>
      </w:r>
      <w:r>
        <w:rPr>
          <w:sz w:val="20"/>
        </w:rPr>
        <w:t>1:13:42  jaise quran mein aqim-us-salat, hum namaz ada karne lage, is tarah ka aur bohat si teaching hai. to quran ko saada tor par samajhna aur apni daily life mein is par is ko follow karna, yeh to sirf translation parh kar ho jata hai.</w:t>
      </w:r>
      <w:r>
        <w:br/>
      </w:r>
      <w:r>
        <w:rPr>
          <w:sz w:val="20"/>
        </w:rPr>
        <w:t>1:14:03  translation kafi hai is ke liye, lekin deeper meaning jo quran ki hai, to woh to is ke liye baqayda arabi janna chahiye aur bohat garam study karni paregi.</w:t>
      </w:r>
      <w:r>
        <w:br/>
      </w:r>
      <w:r>
        <w:rPr>
          <w:sz w:val="20"/>
        </w:rPr>
        <w:t>1:14:16  to woh woh woh ulama ka kaam hai, woh har ek ka kaam nahi hai. har ek ki yeh zaroorat nahi hai ke woh deeper meaning tak pohnche.</w:t>
      </w:r>
      <w:r>
        <w:br/>
      </w:r>
      <w:r>
        <w:rPr>
          <w:sz w:val="20"/>
        </w:rPr>
        <w:t>1:14:26  aam logon ko itna hi kafi hai ke woh tarjuma parh lein aur is se jo saada tor par jo meaning samajh mein aa rahi hai, us ko follow karein.</w:t>
      </w:r>
      <w:r>
        <w:br/>
      </w:r>
      <w:r>
        <w:rPr>
          <w:sz w:val="20"/>
        </w:rPr>
        <w:t>1:14:36  baqi ulama ka kaam hai ke woh is ko, is ka modern application daryaft karein, is ko redefine karein, is ko aaj ke lehaz se interpretation dein.</w:t>
      </w:r>
      <w:r>
        <w:br/>
      </w:r>
      <w:r>
        <w:rPr>
          <w:sz w:val="20"/>
        </w:rPr>
        <w:t>1:14:49  is ka yeh ulama ka kaam hai. agarche ulama yeh kaam kar nahi rahe hain, lekin behal yeh ulama ki zimmedari hai ke unhein ada karna chahiye.</w:t>
      </w:r>
      <w:r>
        <w:br/>
      </w:r>
      <w:r>
        <w:rPr>
          <w:sz w:val="20"/>
        </w:rPr>
        <w:t>1:14:57  hadith mein aata hai ke ulama-e-ummat kamyab bani israel hain, jo pichle zamane mein yeh kaam na anbiya karte the, ab ulama-e-ummat ko yeh kaam karna hai.</w:t>
      </w:r>
      <w:r>
        <w:br/>
      </w:r>
      <w:r>
        <w:rPr>
          <w:sz w:val="20"/>
        </w:rPr>
        <w:t>1:15:12  to ab woh apni zimmedari ada karein ya na karein, alag baat hai, lekin usoolan yeh ulama ka kaam hai, awam ka kaam nahi hai.</w:t>
      </w:r>
    </w:p>
    <w:p>
      <w:pPr>
        <w:pStyle w:val="Heading2"/>
      </w:pPr>
      <w:r>
        <w:t>Uniformity in Transactions from Longest Quranic Verse</w:t>
      </w:r>
    </w:p>
    <w:p>
      <w:r>
        <w:rPr>
          <w:color w:val="666666"/>
          <w:sz w:val="18"/>
        </w:rPr>
        <w:t>Quran &amp; Tafsir · Art of Thinking November 02, 2014 Maulana Wahiduddin Khan · 3m 03s · at 55:07 · https://youtu.be/jxGjv30RG1Q?t=3307</w:t>
      </w:r>
    </w:p>
    <w:p>
      <w:r>
        <w:rPr>
          <w:i/>
        </w:rPr>
        <w:t>“You have said that Al-Baqarah verse 282, the longest verse of the Quran, shows an important aspect of transactions: there should be uniformity in dealings. Please elaborate on this.”</w:t>
      </w:r>
    </w:p>
    <w:p>
      <w:r>
        <w:rPr>
          <w:sz w:val="20"/>
        </w:rPr>
        <w:t>55:07  molana, agla sawal Dilli se hai molana farhad ahmad sahib ka aur unhone likha hai: "molana, aap ne yeh kaha hai ke Quran ki Al-Baqarah ayat number 282 sab se lambi ayat hai.</w:t>
      </w:r>
      <w:r>
        <w:br/>
      </w:r>
      <w:r>
        <w:rPr>
          <w:sz w:val="20"/>
        </w:rPr>
        <w:t>55:23  is se mamlat ka ek bohat hi important aspect maloom hota hai. woh yeh hai ke mamlat mein tawad yani uniformity honi chahiye." molana, is ko please elaborate karein.</w:t>
      </w:r>
      <w:r>
        <w:br/>
      </w:r>
      <w:r>
        <w:rPr>
          <w:sz w:val="20"/>
        </w:rPr>
        <w:t>55:40  is ko kehte hain ayat e ma'amla. ma'amla matlab dealing. to dealing jo hai ya ma'amla jo hai is ke bare mein yeh ayat hai, yeh bohat lambi ayat hai ke is ko kehte hain ke jab koi dealing kare to likh lo.</w:t>
      </w:r>
      <w:r>
        <w:br/>
      </w:r>
      <w:r>
        <w:rPr>
          <w:sz w:val="20"/>
        </w:rPr>
        <w:t>55:58  to sirf itna hi nahin kaha ke likh lo balkeh likhne ki bohat detailed hai, is mein bataya gaya hai kaise, aise, aise, aise, ese.</w:t>
      </w:r>
      <w:r>
        <w:br/>
      </w:r>
      <w:r>
        <w:rPr>
          <w:sz w:val="20"/>
        </w:rPr>
        <w:t>56:11  to is se maloom hota hai ke Allah ki nazar mein jo dealing ki baat hai, muamle ki baat hai, woh bohat hi specific tor par well defined honi chahiye taake baad ko koi is mein ek aur interpretation na de sake.</w:t>
      </w:r>
      <w:r>
        <w:br/>
      </w:r>
      <w:r>
        <w:rPr>
          <w:sz w:val="20"/>
        </w:rPr>
        <w:t>56:30  to agar likha hua na ho, zahir hai ke baat ko zabani ho, zabani ho, likha hua na ho to baad ko aadmi woh kahe, woh kuch kahega, woh kuch kahega, woh kuch kahega.</w:t>
      </w:r>
      <w:r>
        <w:br/>
      </w:r>
      <w:r>
        <w:rPr>
          <w:sz w:val="20"/>
        </w:rPr>
        <w:t>56:42  to baad ko kaise yaani determine kiya jaye ke dealing hui thi to kya hui thi? Kya baat tay hui thi?</w:t>
      </w:r>
      <w:r>
        <w:br/>
      </w:r>
      <w:r>
        <w:rPr>
          <w:sz w:val="20"/>
        </w:rPr>
        <w:t>56:51  to woh likha hua wahi kaam ayega. To dealing ya muamla jo aisi cheez hai ke is mein mauqa yeh nahin dena chahiye ke kai qism ki interpretation ho.</w:t>
      </w:r>
      <w:r>
        <w:br/>
      </w:r>
      <w:r>
        <w:rPr>
          <w:sz w:val="20"/>
        </w:rPr>
        <w:t>57:06  is mein matlab tadad interpretation mein tadad na ho balkeh wahdat ho, yaani ek hi interpretation nikle. Jab aap zabani kahenge to jab zabani batata hai aadmi to kuch na kuch alfaaz badal jate hain.</w:t>
      </w:r>
      <w:r>
        <w:br/>
      </w:r>
      <w:r>
        <w:rPr>
          <w:sz w:val="20"/>
        </w:rPr>
        <w:t>57:23  asal asal lafz jo bola gaya tha wahi aap nahin bolte, kuch lafz badal jata hai. Lafz badalne se is ka emphasis badalta hai, is ke angle badalte hain, is ka pehlu badal jata hai.</w:t>
      </w:r>
      <w:r>
        <w:br/>
      </w:r>
      <w:r>
        <w:rPr>
          <w:sz w:val="20"/>
        </w:rPr>
        <w:t>57:34  to phir interpretation naye naye nikalte rehte hain. To dealing ke muamle mein Allah taala chahte hain wahdat, tadad rahe, yaani jab bhi is ko parha jaye aur janne ki koshish ki jaye ke dealing kya hui thi to ek hi rai bane.</w:t>
      </w:r>
      <w:r>
        <w:br/>
      </w:r>
      <w:r>
        <w:rPr>
          <w:sz w:val="20"/>
        </w:rPr>
        <w:t>57:53  aur ek hi rai jab ban payegi jab ke is ko likha jayega, zabani rahega to rai kai ho jayegi. Rai mein jo hai diversity aa jayegi.</w:t>
      </w:r>
      <w:r>
        <w:br/>
      </w:r>
      <w:r>
        <w:rPr>
          <w:sz w:val="20"/>
        </w:rPr>
        <w:t>58:03  taddud yeh mein is ayat se samjha raha tha.</w:t>
      </w:r>
    </w:p>
    <w:p>
      <w:pPr>
        <w:pStyle w:val="Heading2"/>
      </w:pPr>
      <w:r>
        <w:t>Was no compulsion verse abrogated?</w:t>
      </w:r>
    </w:p>
    <w:p>
      <w:r>
        <w:rPr>
          <w:color w:val="666666"/>
          <w:sz w:val="18"/>
        </w:rPr>
        <w:t>Quran &amp; Tafsir · The Prophet An Example of Modesty August 27, 2017 · 2m 06s · at 1:09:11 · https://youtu.be/aR3V4c8fQC4?t=4151</w:t>
      </w:r>
    </w:p>
    <w:p>
      <w:r>
        <w:rPr>
          <w:i/>
        </w:rPr>
        <w:t>“In Quran Allah said there is no compulsion in religion, and after some time it was abrogated by chapter nine verse number twenty-nine, which said, 'Fight those from among the people of the book who believe neither in God nor in the last day, nor hold as unlawful what God and His messengers have declared to be unlawful, nor follow the true religion until they pay the tax willingly and agree to submit.'”</w:t>
      </w:r>
    </w:p>
    <w:p>
      <w:r>
        <w:rPr>
          <w:sz w:val="20"/>
        </w:rPr>
        <w:t>1:09:11  molana, agla sawal bheja hai muhammad tauseef sahib ne, unhon ne location nahi likhi hai. un ka sawal is tarah hai, "In Quran Allah said there is no compulsion in religion,</w:t>
      </w:r>
      <w:r>
        <w:br/>
      </w:r>
      <w:r>
        <w:rPr>
          <w:sz w:val="20"/>
        </w:rPr>
        <w:t>1:09:26  and after some time it was abrogated by chapter nine verse number twenty-nine, which said, 'Fight those from among the people of the book who believe neither in God nor in the last day,</w:t>
      </w:r>
      <w:r>
        <w:br/>
      </w:r>
      <w:r>
        <w:rPr>
          <w:sz w:val="20"/>
        </w:rPr>
        <w:t>1:09:42  nor hold as unlawful what God and His messengers have declared to be unlawful, nor follow the true religion until they pay the tax willingly and agree to sub</w:t>
      </w:r>
      <w:r>
        <w:br/>
      </w:r>
      <w:r>
        <w:rPr>
          <w:sz w:val="20"/>
        </w:rPr>
        <w:t>1:09:55  mit.'" molana sahib, if this verse is correct, then are we to forcibly convert non-Muslims to Islam?</w:t>
      </w:r>
      <w:r>
        <w:br/>
      </w:r>
      <w:r>
        <w:rPr>
          <w:sz w:val="20"/>
        </w:rPr>
        <w:t>1:10:04  What is your answer to this</w:t>
      </w:r>
      <w:r>
        <w:br/>
      </w:r>
      <w:r>
        <w:rPr>
          <w:sz w:val="20"/>
        </w:rPr>
        <w:t>1:10:06  ؟ hargiz nahi, islam mein forcible conversion hai hi nahi. aur yeh jo aap ne farmaya, woh naskh kaise nahi hai?</w:t>
      </w:r>
      <w:r>
        <w:br/>
      </w:r>
      <w:r>
        <w:rPr>
          <w:sz w:val="20"/>
        </w:rPr>
        <w:t>1:10:17  woh jo aap ne ayat padhi, aap aisa kijiye ke aap tazkir ul quran ko padhiye, mutaliq ayaton ko gehrai ke sath padhiye, ghor ke sath to aap ko is mein aap ko jawab mil jayega.</w:t>
      </w:r>
    </w:p>
    <w:p>
      <w:pPr>
        <w:pStyle w:val="Heading2"/>
      </w:pPr>
      <w:r>
        <w:t>What Is Quran's Eternity If Jews Are Not Enemies</w:t>
      </w:r>
    </w:p>
    <w:p>
      <w:r>
        <w:rPr>
          <w:color w:val="666666"/>
          <w:sz w:val="18"/>
        </w:rPr>
        <w:t>Quran &amp; Tafsir · Study of The Quran November 30, 2014 · 2m 39s · at 1:23:15 · https://youtu.be/x3fcJ2nlDow?t=4995</w:t>
      </w:r>
    </w:p>
    <w:p>
      <w:r>
        <w:rPr>
          <w:i/>
        </w:rPr>
        <w:t>“If the Quran is an eternal book and, according to you, the Jewish disbelievers are not our enemies, then what is the eternity of the Quran?”</w:t>
      </w:r>
    </w:p>
    <w:p>
      <w:r>
        <w:rPr>
          <w:sz w:val="20"/>
        </w:rPr>
        <w:t>1:23:15  maulana, agla sawal dilli se kya hai muhammad khizr sahab ne. unhone likha hai: "quran agar ek abadi kitab hai aur aap ke mutabiq kuffar yahood hamare dushman nahi hain to phir quran ki abadit kya hai?" is ke bare mein.</w:t>
      </w:r>
      <w:r>
        <w:br/>
      </w:r>
      <w:r>
        <w:rPr>
          <w:sz w:val="20"/>
        </w:rPr>
        <w:t>1:23:34  ye kaise kaise sawal karte hain log bhai.</w:t>
      </w:r>
      <w:r>
        <w:br/>
      </w:r>
      <w:r>
        <w:rPr>
          <w:sz w:val="20"/>
        </w:rPr>
        <w:t>1:23:39  abadit yahi quran ki? in ko kafir samajhna hai? isi ke liye quran utra tha?</w:t>
      </w:r>
      <w:r>
        <w:br/>
      </w:r>
      <w:r>
        <w:rPr>
          <w:sz w:val="20"/>
        </w:rPr>
        <w:t>1:23:46  hain? dekhiye, makkah ke jo log the un ke bare mein quran mein kufr ka lafz aya.</w:t>
      </w:r>
      <w:r>
        <w:br/>
      </w:r>
      <w:r>
        <w:rPr>
          <w:sz w:val="20"/>
        </w:rPr>
        <w:t>1:23:54  Qul ya ayyuhal kafirun quran mein jo ye ayat hai Qul ya ayyuhal kafirun ye makkah ke bare mein hai.</w:t>
      </w:r>
      <w:r>
        <w:br/>
      </w:r>
      <w:r>
        <w:rPr>
          <w:sz w:val="20"/>
        </w:rPr>
        <w:t>1:24:03  quraish ke bare mein. achha, wahi jo muslim ban gaye sab ke sab. wahi makkah ke log jo hain is ke top ke log sahabi bane.</w:t>
      </w:r>
      <w:r>
        <w:br/>
      </w:r>
      <w:r>
        <w:rPr>
          <w:sz w:val="20"/>
        </w:rPr>
        <w:t>1:24:13  to kya quran ki abadit khatam ho gayi? bas yahood se nafrat aap ko hai, bas yahood se marna hai aap ko ye. to ab sahaba ko mariye naozubillah.</w:t>
      </w:r>
      <w:r>
        <w:br/>
      </w:r>
      <w:r>
        <w:rPr>
          <w:sz w:val="20"/>
        </w:rPr>
        <w:t>1:24:22  kyun ke jin ko quran mein kaha gaya tha kafir, wahi to musalman ho gaye, wahi to sahabi bane.</w:t>
      </w:r>
      <w:r>
        <w:br/>
      </w:r>
      <w:r>
        <w:rPr>
          <w:sz w:val="20"/>
        </w:rPr>
        <w:t>1:24:32  wahi to ahl-e-makkah ke log jo is islam mein dakhil hue the, wahi to sahaba kehelate hain. to quran mein kaha gaya tha in ko kafirun.</w:t>
      </w:r>
      <w:r>
        <w:br/>
      </w:r>
      <w:r>
        <w:rPr>
          <w:sz w:val="20"/>
        </w:rPr>
        <w:t>1:24:42  Qul ya ayyuhal kafirun aur phir isi doosri surah hai ke ya rajjaa nasulil lahe wal fath wa raa tan naaso yad khuluna fi deenil la</w:t>
      </w:r>
      <w:r>
        <w:br/>
      </w:r>
      <w:r>
        <w:rPr>
          <w:sz w:val="20"/>
        </w:rPr>
        <w:t>1:24:53  illahi foujan unhi ke bare mein hai ke jin ko quran ne kafar kaha tha woh fouj dar fouj islam mein dakhil hue. yeh koi tareeqa nahi hai is quran ko samajhne ka.</w:t>
      </w:r>
      <w:r>
        <w:br/>
      </w:r>
      <w:r>
        <w:rPr>
          <w:sz w:val="20"/>
        </w:rPr>
        <w:t>1:25:03  ke aap bas yahood se nafrat hai to yahood se marna hai aap ko. nafrat ki nafsiyat, shaitan ki nafsiyat yaad rakhiye. shaitan, shaitan allah ke is ke bhi nahi samajh saka.</w:t>
      </w:r>
      <w:r>
        <w:br/>
      </w:r>
      <w:r>
        <w:rPr>
          <w:sz w:val="20"/>
        </w:rPr>
        <w:t>1:25:15  shaitan jo hai mubtala hoga nafrat ki nafsiyat mein to allah ke is ke bhi nahi samajh saka</w:t>
      </w:r>
      <w:r>
        <w:br/>
      </w:r>
      <w:r>
        <w:rPr>
          <w:sz w:val="20"/>
        </w:rPr>
        <w:t>1:25:22  . musalman bhi agar nafsiyat, nafrat ki nafsiyat se bahar nahi ayenge to quran ko nahi samajh sakte woh. quran ko samajhne ke liye shart hai ke aap hate, hate psychology se bahar ayen.</w:t>
      </w:r>
      <w:r>
        <w:br/>
      </w:r>
      <w:r>
        <w:rPr>
          <w:sz w:val="20"/>
        </w:rPr>
        <w:t>1:25:37  hate itni buri cheez hai ke shaitan ke dil mein hate aa gaya to allah ke is ke koi nahi samjha woh. is ka mukhalif ho gaya. to musalmanon mein hate ki nafsiyat aa gayi hai.</w:t>
      </w:r>
      <w:r>
        <w:br/>
      </w:r>
      <w:r>
        <w:rPr>
          <w:sz w:val="20"/>
        </w:rPr>
        <w:t>1:25:47  to quran kya samjhenge woh? quran nahi samajh sakte woh.</w:t>
      </w:r>
    </w:p>
    <w:p>
      <w:pPr>
        <w:pStyle w:val="Heading2"/>
      </w:pPr>
      <w:r>
        <w:t>What is the meaning of God's dye in Quran?</w:t>
      </w:r>
    </w:p>
    <w:p>
      <w:r>
        <w:rPr>
          <w:color w:val="666666"/>
          <w:sz w:val="18"/>
        </w:rPr>
        <w:t>Quran &amp; Tafsir · Sahaba and Muhaddithin 24th June 2012 - Maulana Wahiduddin Khan · 3m 02s · at 1:02:19 · https://youtu.be/tUPo7MI0Bdo?t=3739</w:t>
      </w:r>
    </w:p>
    <w:p>
      <w:r>
        <w:rPr>
          <w:i/>
        </w:rPr>
        <w:t>“Maulana, in Quran chapter 2, verse 138 it says: 'We take God's own dye, who is better than God's dye?' Maulana, what is the meaning of God's dye? That is sibghatallah.”</w:t>
      </w:r>
    </w:p>
    <w:p>
      <w:r>
        <w:rPr>
          <w:sz w:val="20"/>
        </w:rPr>
        <w:t>1:02:19  maulana, yeh sawal aaya hai dilli se maulana zakwan nadvi sahab ka. unhon ne likha hai ke quran ke chapter number two, verse number 138 mein aaya hai:</w:t>
      </w:r>
      <w:r>
        <w:br/>
      </w:r>
      <w:r>
        <w:rPr>
          <w:sz w:val="20"/>
        </w:rPr>
        <w:t>1:02:33  "wa nattakhidhu billahi ghayrahu".</w:t>
      </w:r>
      <w:r>
        <w:br/>
      </w:r>
      <w:r>
        <w:rPr>
          <w:sz w:val="20"/>
        </w:rPr>
        <w:t>1:02:36  who is a better dye than God's dye. Maulana, what is the meaning of God's dye? That is sabqat Allah.</w:t>
      </w:r>
      <w:r>
        <w:br/>
      </w:r>
      <w:r>
        <w:rPr>
          <w:sz w:val="20"/>
        </w:rPr>
        <w:t>1:02:46  is ke bare mein bataein.</w:t>
      </w:r>
      <w:r>
        <w:br/>
      </w:r>
      <w:r>
        <w:rPr>
          <w:sz w:val="20"/>
        </w:rPr>
        <w:t>1:02:54  sabqat allah, is mein dekhein, woh aik is ka aik background hai, yeh jis ko kehte hain istibaq eesai logon ke haan.</w:t>
      </w:r>
      <w:r>
        <w:br/>
      </w:r>
      <w:r>
        <w:rPr>
          <w:sz w:val="20"/>
        </w:rPr>
        <w:t>1:03:07  to un ke haan aik rasam thi ke jab woh kisi ko christian banate thay</w:t>
      </w:r>
      <w:r>
        <w:br/>
      </w:r>
      <w:r>
        <w:rPr>
          <w:sz w:val="20"/>
        </w:rPr>
        <w:t>1:03:13  to istibaq karte thay.</w:t>
      </w:r>
      <w:r>
        <w:br/>
      </w:r>
      <w:r>
        <w:rPr>
          <w:sz w:val="20"/>
        </w:rPr>
        <w:t>1:03:18  yani pehle zamanay mein kuch rang, koi khaas rang ka kapra pehnana, ab to shayad pani sakte hain sirf.</w:t>
      </w:r>
      <w:r>
        <w:br/>
      </w:r>
      <w:r>
        <w:rPr>
          <w:sz w:val="20"/>
        </w:rPr>
        <w:t>1:03:29  to is ke background mein yeh alfaaz aaye hain, matlab yeh nahi ke koi rang hota hai allah taala ka.</w:t>
      </w:r>
      <w:r>
        <w:br/>
      </w:r>
      <w:r>
        <w:rPr>
          <w:sz w:val="20"/>
        </w:rPr>
        <w:t>1:03:38  is ka matlab yeh hai ke</w:t>
      </w:r>
      <w:r>
        <w:br/>
      </w:r>
      <w:r>
        <w:rPr>
          <w:sz w:val="20"/>
        </w:rPr>
        <w:t>1:03:43  allah ko, yani allah ki following ke maani mein, allah ko ikhtiyar karo, sirf rang ke maani mein nahi. woh log sirf rang ke maani mein samajh rahe thay ke khaas rang ka kapra ho to woh deendar ban gaya.</w:t>
      </w:r>
      <w:r>
        <w:br/>
      </w:r>
      <w:r>
        <w:rPr>
          <w:sz w:val="20"/>
        </w:rPr>
        <w:t>1:04:00  abhi bhi un ke haan yeh hai, mukhtalif rang ke kapre un ke hotay hain jo batate hain un ke deeni darjay ko.</w:t>
      </w:r>
      <w:r>
        <w:br/>
      </w:r>
      <w:r>
        <w:rPr>
          <w:sz w:val="20"/>
        </w:rPr>
        <w:t>1:04:07  to har mazhab mein aisa hua hai, mazhabi tabqay ne rang ke sath mazhab jor rakha hai. to yahan par bataya gaya ke asli rang woh nahi hai, maadi rang.</w:t>
      </w:r>
      <w:r>
        <w:br/>
      </w:r>
      <w:r>
        <w:rPr>
          <w:sz w:val="20"/>
        </w:rPr>
        <w:t>1:04:19  asli rang yeh hai ke allah ki tabedari.</w:t>
      </w:r>
      <w:r>
        <w:br/>
      </w:r>
      <w:r>
        <w:rPr>
          <w:sz w:val="20"/>
        </w:rPr>
        <w:t>1:04:26  yeh is maani mein mein samajhta hoon kaha gaya hai. doosri baat yeh hai ke rang ki tamseel bohat ba-maani hai. dekhein, yeh pani hai, is mein agar aap pathar ka tukra dalen to alag aa kar wahan par jaye ga, woh pani mein ghule ga nahi.</w:t>
      </w:r>
      <w:r>
        <w:br/>
      </w:r>
      <w:r>
        <w:rPr>
          <w:sz w:val="20"/>
        </w:rPr>
        <w:t>1:04:43  lekin jab rang dalte hain to poore pani mein ghul jata hai. woh</w:t>
      </w:r>
      <w:r>
        <w:br/>
      </w:r>
      <w:r>
        <w:rPr>
          <w:sz w:val="20"/>
        </w:rPr>
        <w:t>1:04:48  to yeh matlab hai ke jis tarah se rang pani mein ghul kar ke poora is mein sarayat kar jata hai, to allah ke deen ko is tarah ikhtiyar karo ke poori shakhsiyat ka hissa ban jaye.</w:t>
      </w:r>
      <w:r>
        <w:br/>
      </w:r>
      <w:r>
        <w:rPr>
          <w:sz w:val="20"/>
        </w:rPr>
        <w:t>1:05:04  aisa na ho ke tumhari shakhsiyat alag hai aur deen alag hai,</w:t>
      </w:r>
      <w:r>
        <w:br/>
      </w:r>
      <w:r>
        <w:rPr>
          <w:sz w:val="20"/>
        </w:rPr>
        <w:t>1:05:09  woh zamima ke tor par na rahe, balkeh tumhari shakhsiyat poori ki poori se woh dhal jaye. yeh matlab hai is ka.</w:t>
      </w:r>
    </w:p>
    <w:p>
      <w:pPr>
        <w:pStyle w:val="Heading2"/>
      </w:pPr>
      <w:r>
        <w:t>What is the required piety in Quran 21:37?</w:t>
      </w:r>
    </w:p>
    <w:p>
      <w:r>
        <w:rPr>
          <w:color w:val="666666"/>
          <w:sz w:val="18"/>
        </w:rPr>
        <w:t>Quran &amp; Tafsir · Eid-al-Azha I October 13, 2013 · 2m 42s · at 1:03:57 · https://youtu.be/oy7zn-uODcU?t=3837</w:t>
      </w:r>
    </w:p>
    <w:p>
      <w:r>
        <w:rPr>
          <w:i/>
        </w:rPr>
        <w:t>“Chapter 21, verse number 37 of the Quran, it is mentioned: 'It is not their flesh nor their blood that reaches Allah, but it is piety from you that reaches Him.' Maulana, what is the required piety in this verse?”</w:t>
      </w:r>
    </w:p>
    <w:p>
      <w:r>
        <w:rPr>
          <w:sz w:val="20"/>
        </w:rPr>
        <w:t>1:03:57  samne aai molana agla sawal chennai se aya hai molana iqbal umri ka unho ne likha hai chapter</w:t>
      </w:r>
      <w:r>
        <w:br/>
      </w:r>
      <w:r>
        <w:rPr>
          <w:sz w:val="20"/>
        </w:rPr>
        <w:t>1:04:05  21 verse number 37 of quran it is mentioned learn yina la yilah lahum wa la damwoha walakin</w:t>
      </w:r>
      <w:r>
        <w:br/>
      </w:r>
      <w:r>
        <w:rPr>
          <w:sz w:val="20"/>
        </w:rPr>
        <w:t>1:04:12  yina al-taqwa minkum molana is ayat mein matloob taqwa kya hai hadith ke woh ayat ke alfaaz yeh</w:t>
      </w:r>
      <w:r>
        <w:br/>
      </w:r>
      <w:r>
        <w:rPr>
          <w:sz w:val="20"/>
        </w:rPr>
        <w:t>1:04:20  hain ke allah minkum yeh is ke zehn mein hai yani qurbani ke zehn mein ke is ka</w:t>
      </w:r>
      <w:r>
        <w:br/>
      </w:r>
      <w:r>
        <w:rPr>
          <w:sz w:val="20"/>
        </w:rPr>
        <w:t>1:04:28  jo khoon aur gosht hai woh allah ko nahi pahunchta balke balke tumhara tumhare dil ka taqwa wahan</w:t>
      </w:r>
      <w:r>
        <w:br/>
      </w:r>
      <w:r>
        <w:rPr>
          <w:sz w:val="20"/>
        </w:rPr>
        <w:t>1:04:36  tak pahunchta hai taqwa ke mani hain yani jis ko kehte hain niyat intention aap ki spirit kis</w:t>
      </w:r>
      <w:r>
        <w:br/>
      </w:r>
      <w:r>
        <w:rPr>
          <w:sz w:val="20"/>
        </w:rPr>
        <w:t>1:04:43  spirit se kaam kiya hai aap ne aap ka lafz badal dijiye aap to baat wazeh ho jaye</w:t>
      </w:r>
      <w:r>
        <w:br/>
      </w:r>
      <w:r>
        <w:rPr>
          <w:sz w:val="20"/>
        </w:rPr>
        <w:t>1:04:51  gi ke aap ne kis spirit se woh kaam kiya hai woh allah dekhta hai yeh nahi ke</w:t>
      </w:r>
      <w:r>
        <w:br/>
      </w:r>
      <w:r>
        <w:rPr>
          <w:sz w:val="20"/>
        </w:rPr>
        <w:t>1:04:59  kitna bara janwar kiya hai kitna chota janwar kiya hai kitna farbe tha kitna kala tha ke safed</w:t>
      </w:r>
      <w:r>
        <w:br/>
      </w:r>
      <w:r>
        <w:rPr>
          <w:sz w:val="20"/>
        </w:rPr>
        <w:t>1:05:06  tha yeh nahi dekhta aap kis spirit se koi kaam kar rahe hain woh dekhta hai allah taala</w:t>
      </w:r>
      <w:r>
        <w:br/>
      </w:r>
      <w:r>
        <w:rPr>
          <w:sz w:val="20"/>
        </w:rPr>
        <w:t>1:05:14  to agar taqwa ki bajaye aap lafz spirit wahan kar dein to baat bilkul wazeh ho jati hai</w:t>
      </w:r>
      <w:r>
        <w:br/>
      </w:r>
      <w:r>
        <w:rPr>
          <w:sz w:val="20"/>
        </w:rPr>
        <w:t>1:05:22  ke zahiri taur par aap ne kiya kiya woh nahi allah ko ahmiyat deta hai allah is ko</w:t>
      </w:r>
      <w:r>
        <w:br/>
      </w:r>
      <w:r>
        <w:rPr>
          <w:sz w:val="20"/>
        </w:rPr>
        <w:t>1:05:30  kis spirit se aap ne kaam kiya hai is ki ahmiyat hai allah taala ko maslan spirit ka</w:t>
      </w:r>
      <w:r>
        <w:br/>
      </w:r>
      <w:r>
        <w:rPr>
          <w:sz w:val="20"/>
        </w:rPr>
        <w:t>1:05:37  matlab yeh hai ke woh aap symbolic tor par aap ne yani janwar ka zibha jo tha woh</w:t>
      </w:r>
      <w:r>
        <w:br/>
      </w:r>
      <w:r>
        <w:rPr>
          <w:sz w:val="20"/>
        </w:rPr>
        <w:t>1:05:45  aap ke liye ek ek symbolic kaam tha symbolic alamaat asal cheez to wohi thi ke maya o</w:t>
      </w:r>
      <w:r>
        <w:br/>
      </w:r>
      <w:r>
        <w:rPr>
          <w:sz w:val="20"/>
        </w:rPr>
        <w:t>1:05:53  mowati allah rabb al-alameen mein mein apni life time ke sath mein aap ko allah ke mission ke</w:t>
      </w:r>
      <w:r>
        <w:br/>
      </w:r>
      <w:r>
        <w:rPr>
          <w:sz w:val="20"/>
        </w:rPr>
        <w:t>1:06:00  liye dedicate karta hoon yeh hai spirit yani poori life poori zindagi sab kuch mein allah ke liye</w:t>
      </w:r>
      <w:r>
        <w:br/>
      </w:r>
      <w:r>
        <w:rPr>
          <w:sz w:val="20"/>
        </w:rPr>
        <w:t>1:06:08  lagata hoon mera jaan mera maal jaan ke mani nahi ke ja ke ladna khwamkhwah is ke mani</w:t>
      </w:r>
      <w:r>
        <w:br/>
      </w:r>
      <w:r>
        <w:rPr>
          <w:sz w:val="20"/>
        </w:rPr>
        <w:t>1:06:16  hain ke zindagi hai apni apna apni energy apni taqat yeh matlab hai is ka isi ko mein</w:t>
      </w:r>
      <w:r>
        <w:br/>
      </w:r>
      <w:r>
        <w:rPr>
          <w:sz w:val="20"/>
        </w:rPr>
        <w:t>1:06:24  spirit keh raha hoon to aap ka aap ke dil mein kon se jazba hai kon si spirit</w:t>
      </w:r>
      <w:r>
        <w:br/>
      </w:r>
      <w:r>
        <w:rPr>
          <w:sz w:val="20"/>
        </w:rPr>
        <w:t>1:06:31  hai aur kya apna kis cheez ko aap ne apna goal bana rakha hai kis cheez ko aap</w:t>
      </w:r>
    </w:p>
    <w:p>
      <w:pPr>
        <w:pStyle w:val="Heading2"/>
      </w:pPr>
      <w:r>
        <w:t>What to do when God seals hearts</w:t>
      </w:r>
    </w:p>
    <w:p>
      <w:r>
        <w:rPr>
          <w:color w:val="666666"/>
          <w:sz w:val="18"/>
        </w:rPr>
        <w:t>Quran &amp; Tafsir · Islam in Daily Life May 26, 2013 · 3m 24s · at 58:06 · https://youtu.be/iNyWPrbyyhA?t=3486</w:t>
      </w:r>
    </w:p>
    <w:p>
      <w:r>
        <w:rPr>
          <w:i/>
        </w:rPr>
        <w:t>“In Chapter 2, verses 6-7, Allah says that He has set a seal on their hearts, so no matter how much good is said to them, it will not affect them. If Allah Himself has sealed their hearts, what should we do?”</w:t>
      </w:r>
    </w:p>
    <w:p>
      <w:r>
        <w:rPr>
          <w:sz w:val="20"/>
        </w:rPr>
        <w:t>58:06  Maulana agla sawal Dilli se hai, Nasir Hussain Qureshi Sahab ka. Unhon ne likha hai: "Chapter number two, verse number 67 mein aaya hai mein Allah Quran mein Allah ne farmaya hai ke hum ne un ke dil par mohar laga di,</w:t>
      </w:r>
      <w:r>
        <w:br/>
      </w:r>
      <w:r>
        <w:rPr>
          <w:sz w:val="20"/>
        </w:rPr>
        <w:t>58:25  unhein kitni hi khair ki baatein batao, un ke dil par asar nahi hoga. Sawal yeh hai ke jab Allah hi ne dil par mohar laga di toh kya karein?" Nahi nahi, dekhiye mohar lagane ka matlab "Khatamallahu 'ala qulubihim" .</w:t>
      </w:r>
      <w:r>
        <w:br/>
      </w:r>
      <w:r>
        <w:rPr>
          <w:sz w:val="20"/>
        </w:rPr>
        <w:t>58:43  Yeh is ka matlab yeh nahi hai jo aap le rahe hain. Yeh wahi cheez hai jis ko aaj kal kaha jata hai conditioning. Yaani un ki conditioning kehti hai badh gayi hai ke ab un ki baat koi samajh mein nahi aayegi.</w:t>
      </w:r>
      <w:r>
        <w:br/>
      </w:r>
      <w:r>
        <w:rPr>
          <w:sz w:val="20"/>
        </w:rPr>
        <w:t>58:55  Aur yeh aap samajhte hain ke yeh Yahudiyon ka hai. Aaj toh saare Musalman isi ke case banenge. Log samajhte hain ke Yahudiyon ke dil pe toh mohar lagi hui hai.</w:t>
      </w:r>
      <w:r>
        <w:br/>
      </w:r>
      <w:r>
        <w:rPr>
          <w:sz w:val="20"/>
        </w:rPr>
        <w:t>59:04  is waqt to musalmanon ki mohar pe lagi hui hai. koi baat kaho samajh mein nahi aati. matlab yahi baat jo maine kahi abhi ke jab Allah ne farmaya ke tum apni hi koshish se paoge, is duniya mein jo kuch paoge to kyon sachar committee?</w:t>
      </w:r>
      <w:r>
        <w:br/>
      </w:r>
      <w:r>
        <w:rPr>
          <w:sz w:val="20"/>
        </w:rPr>
        <w:t>59:16  kyon? yeh to hai mohar lagna. yahi mohar lagna hai.</w:t>
      </w:r>
      <w:r>
        <w:br/>
      </w:r>
      <w:r>
        <w:rPr>
          <w:sz w:val="20"/>
        </w:rPr>
        <w:t>59:23  jab Quran ka saaf saaf ayatein bata rahe hain aap ko to kyon aap sachar committee, sachar committee kar rahe hain? yeh kaho ke aap apni apne apne aap ko unfold karo, apni salahiyaton ko bedaar karo.</w:t>
      </w:r>
      <w:r>
        <w:br/>
      </w:r>
      <w:r>
        <w:rPr>
          <w:sz w:val="20"/>
        </w:rPr>
        <w:t>59:38  koi bhi baat Quran o Hadees ko le kar kahi jaye, ab musalmanon ki samajh mein kuch nahi aata. yeh conditioning kehti hai pakki ho chuki hai. is ayat ka matlab hai conditioning aur woh case jo Yahudiyon ka tha, wahi aaj musalmanon ka hai.</w:t>
      </w:r>
      <w:r>
        <w:br/>
      </w:r>
      <w:r>
        <w:rPr>
          <w:sz w:val="20"/>
        </w:rPr>
        <w:t>59:51  kuch bhi kaho Quran o Hadees ko le kar.</w:t>
      </w:r>
      <w:r>
        <w:br/>
      </w:r>
      <w:r>
        <w:rPr>
          <w:sz w:val="20"/>
        </w:rPr>
        <w:t>59:54  misalan dekhiye, main aap ko ek misal deta hoon. main pachas baras se ek baat kar raha hoon. aaj tak musalmanon ki taraf se yeh thode se log mile hain jo yahan baithe hue hain ke sare musalman zulm ki shikayat karte hain, sazish ki shikayat karte hain.</w:t>
      </w:r>
      <w:r>
        <w:br/>
      </w:r>
      <w:r>
        <w:rPr>
          <w:sz w:val="20"/>
        </w:rPr>
        <w:t>1:00:09  One to all . yahan se le kar Arab tak. main bar bar logon ko yaad dilata hoon ke Quran mein hai ke do ayatein hain:</w:t>
      </w:r>
      <w:r>
        <w:br/>
      </w:r>
      <w:r>
        <w:rPr>
          <w:sz w:val="20"/>
        </w:rPr>
        <w:t>1:00:21  "Wa ma asabakum min musibatin fa hiya ma kasabat aydikum" . jo musibat padti hai tumhare upar, woh tumhare apne hi kiye ka nateeja hoti hai.</w:t>
      </w:r>
      <w:r>
        <w:br/>
      </w:r>
      <w:r>
        <w:rPr>
          <w:sz w:val="20"/>
        </w:rPr>
        <w:t>1:00:32  jo musibat tum par padti hai, woh tumhare apne hi kiye ka nateeja hoti hai. doosri ayat hai: "Wa in tasbiru wa tattaqu la yadrikum khayrun shai'un" .</w:t>
      </w:r>
      <w:r>
        <w:br/>
      </w:r>
      <w:r>
        <w:rPr>
          <w:sz w:val="20"/>
        </w:rPr>
        <w:t>1:00:43  agar tum sabr karo aur taqwa ikhtiyar karo to kisi ki sazish tum ko koi nuksan nahi pahunchayegi.</w:t>
      </w:r>
      <w:r>
        <w:br/>
      </w:r>
      <w:r>
        <w:rPr>
          <w:sz w:val="20"/>
        </w:rPr>
        <w:t>1:00:50  yeh ayatein main pachas baras se musalmanon ko yaad dila raha hoon. thode logon ne is ko mana aur majority to nahi maan payi kyunke mohar lagi hui hai.</w:t>
      </w:r>
      <w:r>
        <w:br/>
      </w:r>
      <w:r>
        <w:rPr>
          <w:sz w:val="20"/>
        </w:rPr>
        <w:t>1:00:59  matlab itna condition ho gaye hain ke ek aur soch mein ke is tarah is line par apni soch ko lagate nahi. log samajhte hain ke Yahudiyon ka mamla yeh hai.</w:t>
      </w:r>
      <w:r>
        <w:br/>
      </w:r>
      <w:r>
        <w:rPr>
          <w:sz w:val="20"/>
        </w:rPr>
        <w:t>1:01:10  yeh to aaj ek taraf se musalmanon ka mamla ho gaya hai ke Quran sunao, Hadees sunao, lekin woh apni jagah par wahi qaim rehte hain. p</w:t>
      </w:r>
      <w:r>
        <w:br/>
      </w:r>
      <w:r>
        <w:rPr>
          <w:sz w:val="20"/>
        </w:rPr>
        <w:t>1:01:20  har se aap log sochiye is baat ko ke jo waqea Yahudiyon ko, jis cheez ko aap Yahudiyon ke sath mansoob kar rahe hain, woh hamare upar apna to nahi ho gaya?</w:t>
      </w:r>
    </w:p>
    <w:p>
      <w:pPr>
        <w:pStyle w:val="Heading2"/>
      </w:pPr>
      <w:r>
        <w:t>Which Quran verse was politically misinterpreted by scholars?</w:t>
      </w:r>
    </w:p>
    <w:p>
      <w:r>
        <w:rPr>
          <w:color w:val="666666"/>
          <w:sz w:val="18"/>
        </w:rPr>
        <w:t>Quran &amp; Tafsir · Islam and Politics November 17, 2013 · 3m 18s · at 1:14:46 · https://youtu.be/LgKA8wg4NPc?t=4486</w:t>
      </w:r>
    </w:p>
    <w:p>
      <w:r>
        <w:rPr>
          <w:i/>
        </w:rPr>
        <w:t>“Maulana, if there is no system being given in the Quran, how come all over the Muslim world there is so much noise about creating the Islamic system? Please tell us which verse of the Quran has been misinterpreted by the so-called scholars who have given the political interpretation.”</w:t>
      </w:r>
    </w:p>
    <w:p>
      <w:r>
        <w:rPr>
          <w:sz w:val="20"/>
        </w:rPr>
        <w:t>1:14:46  maulana agla sawal jaipur se kya hai firoz sahab ne unhon ne likha hai maulana if there is no system being given in quran then how come all over the muslim world there is so much noise about creating the islamic system plea</w:t>
      </w:r>
      <w:r>
        <w:br/>
      </w:r>
      <w:r>
        <w:rPr>
          <w:sz w:val="20"/>
        </w:rPr>
        <w:t>1:15:04  ze tell us which verse of the quran has been misinterpreted by the so called scholars who have given the political interpretation ek to yahi hai aqeemuddin ki ayat jo hai quran mein ayat hai ke deen ko qaim karo aqeemuddin</w:t>
      </w:r>
      <w:r>
        <w:br/>
      </w:r>
      <w:r>
        <w:rPr>
          <w:sz w:val="20"/>
        </w:rPr>
        <w:t>1:15:23  to maine is par bohat tafseeli behas ki apni kitaab mein ke saare mufassireen is ke maani yeh lete hain aur lafz se yeh nikalta hai ke yeh is ka taalluq personal deen se hai yani ek ek fard se quran keh raha hai ke tum allah ke hukumon ke peeru bano yani aqeemuddin ke maani hain deen ki pairvi banna deen ko follow karna lekin is ko kya kiya unhon ne deen ko qaim karna yani lazim ko mutaddi kar diya</w:t>
      </w:r>
      <w:r>
        <w:br/>
      </w:r>
      <w:r>
        <w:rPr>
          <w:sz w:val="20"/>
        </w:rPr>
        <w:t>1:15:52  us ko kahin ke lazim ko mutaddi kar diya is ayat ka kuch bhi taalluq system se nahi hai na hukoomat se bhi nahi hai aap ko is mein jaanna chahiye tafseel to meri kitaab hai taabeer e ghalat fehmi is mein maine saare mufassireen ke hawale diye hain is mein koi mufassir is ko nahi leta is maani mein jis maani mein le rakha hai logon ne</w:t>
      </w:r>
      <w:r>
        <w:br/>
      </w:r>
      <w:r>
        <w:rPr>
          <w:sz w:val="20"/>
        </w:rPr>
        <w:t>1:16:16  is tarah ki aayat hain jab mislan ek ayat hai quran majeed mein konoo qawwam bil qist to is ka matlab hai ke qist par yani qist par qaim hone wale bano qist maani justice insaaf yani a yani a musalmano tum apni zindagi mein insaaf ka tareeqa ikhtiyar karo</w:t>
      </w:r>
      <w:r>
        <w:br/>
      </w:r>
      <w:r>
        <w:rPr>
          <w:sz w:val="20"/>
        </w:rPr>
        <w:t>1:16:40  to yeh hai lazim ka seigha lekin kar diya unhon ne mutaddi yani a musalmano tum par farz hai ke tum qist ke nizaam ko dunya mein qaim karo yeh to bilkul yani ghair ilmi bilkul baseless baatein hain lekin awam chunke tajziya nahi kar sakte to bohat se log is mein aa jate hain is ke fareb mein samajhte hain ke is baat quran mein likhi hui hai yeh</w:t>
      </w:r>
      <w:r>
        <w:br/>
      </w:r>
      <w:r>
        <w:rPr>
          <w:sz w:val="20"/>
        </w:rPr>
        <w:t>1:17:04  halanke ilmi tor par yeh bilkul baseless hai ilmi aitbaar se is ki koi haqeeqat nahi hai is istidlal ki.</w:t>
      </w:r>
    </w:p>
    <w:p>
      <w:pPr>
        <w:pStyle w:val="Heading2"/>
      </w:pPr>
      <w:r>
        <w:t>Who Are the Reward Recipients in Quran?</w:t>
      </w:r>
    </w:p>
    <w:p>
      <w:r>
        <w:rPr>
          <w:color w:val="666666"/>
          <w:sz w:val="18"/>
        </w:rPr>
        <w:t>Quran &amp; Tafsir · Divine Help September 22, 2015 · 4m 38s · at 1:04:36 · https://youtu.be/sozrNCif0Gg?t=3876</w:t>
      </w:r>
    </w:p>
    <w:p>
      <w:r>
        <w:rPr>
          <w:i/>
        </w:rPr>
        <w:t>“Who are the people who have been rewarded, as mentioned in the Quran? Please clarify.”</w:t>
      </w:r>
    </w:p>
    <w:p>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r>
        <w:br/>
      </w:r>
      <w:r>
        <w:rPr>
          <w:sz w:val="20"/>
        </w:rPr>
        <w:t>1:07:30  maulana saif anwar sahib ka sawal hai dilli se. unhon</w:t>
      </w:r>
      <w:r>
        <w:br/>
      </w:r>
      <w:r>
        <w:rPr>
          <w:sz w:val="20"/>
        </w:rPr>
        <w:t>1:07:35  ne likha hai: "quran ka bani israel ke bare mein jo bayan hai, kya woh sirf hazrat musa ke zamane ke yahudiyon ke liye tha ya madine ke yahudiyon ke liye khaas tha?</w:t>
      </w:r>
      <w:r>
        <w:br/>
      </w:r>
      <w:r>
        <w:rPr>
          <w:sz w:val="20"/>
        </w:rPr>
        <w:t>1:07:50  kya baad ke yahudiyon par in ayat ka itlaq nahi ho sakta hai? ji sir, aaj ke daur mein in ayat ki manawiyat kya hai?" jis zamane mein woh aayatein utri hain, us zamane ke yahudiyon ke bare mein hai.</w:t>
      </w:r>
      <w:r>
        <w:br/>
      </w:r>
      <w:r>
        <w:rPr>
          <w:sz w:val="20"/>
        </w:rPr>
        <w:t>1:08:05  agar musa ke bare mein utri hain to musa ke bare mein, rasool Allah ke bare mein utri hain, rasool Allah ke zamane mein. jis zamane mein woh aayatein utri hain, us zamane ke yahudiyon ko is mein padhiye.</w:t>
      </w:r>
      <w:r>
        <w:br/>
      </w:r>
      <w:r>
        <w:rPr>
          <w:sz w:val="20"/>
        </w:rPr>
        <w:t>1:08:18  utri to hain woh yani saatvi sadi mein, aur aap is ko padhein ikkeesvi sadi mein, yeh galat galat hai.</w:t>
      </w:r>
      <w:r>
        <w:br/>
      </w:r>
      <w:r>
        <w:rPr>
          <w:sz w:val="20"/>
        </w:rPr>
        <w:t>1:08:28  aap kuch bhi na quran ko paayenge, na yahud ko samjhenge.</w:t>
      </w:r>
      <w:r>
        <w:br/>
      </w:r>
      <w:r>
        <w:rPr>
          <w:sz w:val="20"/>
        </w:rPr>
        <w:t>1:08:35  aap sochiye, main misaal deta hoon aap ko. misaal deta hoon ke quran mein hai ke oonton par sawar ho kar hajj ke liye aao.</w:t>
      </w:r>
      <w:r>
        <w:br/>
      </w:r>
      <w:r>
        <w:rPr>
          <w:sz w:val="20"/>
        </w:rPr>
        <w:t>1:08:47  to is ko ayat ko lena padega aap ko is is daur se mutalliq jab ke oont par sawari hoti thi. aaj nahi lena padega.</w:t>
      </w:r>
      <w:r>
        <w:br/>
      </w:r>
      <w:r>
        <w:rPr>
          <w:sz w:val="20"/>
        </w:rPr>
        <w:t>1:08:56  warna aaj bhi aap oont pe pat ke j</w:t>
      </w:r>
      <w:r>
        <w:br/>
      </w:r>
      <w:r>
        <w:rPr>
          <w:sz w:val="20"/>
        </w:rPr>
        <w:t>1:08:58  aayenge. aaj kyun aap jaate hain hawajat par? kyunke is ko aap is daur ki cheez samajhte hain jab ke duniya mein oont ki sawari hua karti thi.</w:t>
      </w:r>
      <w:r>
        <w:br/>
      </w:r>
      <w:r>
        <w:rPr>
          <w:sz w:val="20"/>
        </w:rPr>
        <w:t>1:09:07  to is ko padhiye, is ko kyun nahi maante aap?</w:t>
      </w:r>
    </w:p>
    <w:p>
      <w:pPr>
        <w:pStyle w:val="Heading2"/>
      </w:pPr>
      <w:r>
        <w:t>Why Did Solomon Threaten War Against Saba?</w:t>
      </w:r>
    </w:p>
    <w:p>
      <w:r>
        <w:rPr>
          <w:color w:val="666666"/>
          <w:sz w:val="18"/>
        </w:rPr>
        <w:t>Quran &amp; Tafsir · Dars-e-Quran, Chapter 2, Verses 55-57 | March 25, 2018 · 4m 14s · at 59:37 · https://youtu.be/2MykDXfNV_w?t=3577</w:t>
      </w:r>
    </w:p>
    <w:p>
      <w:r>
        <w:rPr>
          <w:i/>
        </w:rPr>
        <w:t>“If there is no war against a non-Muslim government in Islam, then referring to Surah Naml, verse number three, why did Hazrat Suleiman threaten war against the nation of Saba, that is, Queen Bilqis's government?”</w:t>
      </w:r>
    </w:p>
    <w:p>
      <w:r>
        <w:rPr>
          <w:sz w:val="20"/>
        </w:rPr>
        <w:t>59:37  bhai, is ke liye main kya jawab doon? Aap Quran ko parhiye ke Quran mein kya likha hai? Jo khaliq hai, jis ne khalq kiya hai, usi ne kitab bheji hai. Ab dekhiye, is mein kya likha hua hai, usi ka mutalia kijiye. Ji, molana, agla sawal lete hain jo ameer qureshi sahab ne bheja hai abu dhabi se. Unhon ne likha hai: "af der is no war against non muslim</w:t>
      </w:r>
      <w:r>
        <w:br/>
      </w:r>
      <w:r>
        <w:rPr>
          <w:sz w:val="20"/>
        </w:rPr>
        <w:t>1:00:07  government in Islam, then referring to Surah Naml, verse number three, I would like to ask that why</w:t>
      </w:r>
      <w:r>
        <w:br/>
      </w:r>
      <w:r>
        <w:rPr>
          <w:sz w:val="20"/>
        </w:rPr>
        <w:t>1:00:14  حضرت سلیمان threatened a war to قوم صبا? That is Queen Bilquis government." دیکھیے، آپ نے اس آیت</w:t>
      </w:r>
      <w:r>
        <w:br/>
      </w:r>
      <w:r>
        <w:rPr>
          <w:sz w:val="20"/>
        </w:rPr>
        <w:t>1:00:22  ko apne mindset se padha hai, aap ka mindset nahi hai is ayat mein, woh to</w:t>
      </w:r>
      <w:r>
        <w:br/>
      </w:r>
      <w:r>
        <w:rPr>
          <w:sz w:val="20"/>
        </w:rPr>
        <w:t>1:00:30  aap ke against mein hai.</w:t>
      </w:r>
      <w:r>
        <w:br/>
      </w:r>
      <w:r>
        <w:rPr>
          <w:sz w:val="20"/>
        </w:rPr>
        <w:t>1:00:38  is ayat ko phir se padhiye, is mein yeh hai ke hazrat suleman is zamane mein sham aur</w:t>
      </w:r>
      <w:r>
        <w:br/>
      </w:r>
      <w:r>
        <w:rPr>
          <w:sz w:val="20"/>
        </w:rPr>
        <w:t>1:00:48  falasteen ke ilaqe ke king the, to unhon ne is ko challenge bheja, malika saba ko.</w:t>
      </w:r>
      <w:r>
        <w:br/>
      </w:r>
      <w:r>
        <w:rPr>
          <w:sz w:val="20"/>
        </w:rPr>
        <w:t>1:00:59  to quran mein khud likha hua hai ke woh ayat hai</w:t>
      </w:r>
      <w:r>
        <w:br/>
      </w:r>
      <w:r>
        <w:rPr>
          <w:sz w:val="20"/>
        </w:rPr>
        <w:t>1:01:10  ke ke apne darbaariyon se kaha qaum saba ne ke hamein chahiye ke hum sulaiman ke is challenge ko qabool karein, is ko surrender karein us ke aage, kyunke is waqt jo lafz hai us ke baad ke woh jab dakhil ho gaye hamare ilaqe mein to kya karein ge? Is mein yeh hai ke "in al muluk ka dakhlu qaryatan afsadoha wajalu azzat</w:t>
      </w:r>
      <w:r>
        <w:br/>
      </w:r>
      <w:r>
        <w:rPr>
          <w:sz w:val="20"/>
        </w:rPr>
        <w:t>1:01:40  ila azlata wa kadhalika yafaloon".</w:t>
      </w:r>
      <w:r>
        <w:br/>
      </w:r>
      <w:r>
        <w:rPr>
          <w:sz w:val="20"/>
        </w:rPr>
        <w:t>1:01:46  kadhalika yafaloon ke maani hain ke yeh bhi wahi karenge.</w:t>
      </w:r>
      <w:r>
        <w:br/>
      </w:r>
      <w:r>
        <w:rPr>
          <w:sz w:val="20"/>
        </w:rPr>
        <w:t>1:01:52  to is mein to yeh hai ke us waqt diya gaya hai ke taqatwar se lado mat, jo</w:t>
      </w:r>
      <w:r>
        <w:br/>
      </w:r>
      <w:r>
        <w:rPr>
          <w:sz w:val="20"/>
        </w:rPr>
        <w:t>1:01:58  musalman karte hain na, bomb marte hain, isi ko haram bataya hai is is ayat mein.</w:t>
      </w:r>
      <w:r>
        <w:br/>
      </w:r>
      <w:r>
        <w:rPr>
          <w:sz w:val="20"/>
        </w:rPr>
        <w:t>1:02:04  "wa kadhalika yafaloon" ke maani hain ke yeh bhi wahi karenge, agarche woh paighambar hain</w:t>
      </w:r>
      <w:r>
        <w:br/>
      </w:r>
      <w:r>
        <w:rPr>
          <w:sz w:val="20"/>
        </w:rPr>
        <w:t>1:02:10  ya nahi hain.</w:t>
      </w:r>
      <w:r>
        <w:br/>
      </w:r>
      <w:r>
        <w:rPr>
          <w:sz w:val="20"/>
        </w:rPr>
        <w:t>1:02:15  to is mein yeh hai ke jo taqwa, jo jis ke paas political power hai, us se takrao</w:t>
      </w:r>
      <w:r>
        <w:br/>
      </w:r>
      <w:r>
        <w:rPr>
          <w:sz w:val="20"/>
        </w:rPr>
        <w:t>1:02:20  mat karo, us se adjust karo, us se guftagu karo, us se baat cheet karo, peace</w:t>
      </w:r>
      <w:r>
        <w:br/>
      </w:r>
      <w:r>
        <w:rPr>
          <w:sz w:val="20"/>
        </w:rPr>
        <w:t>1:02:25  ful andaz mein maslay ko deal karo.</w:t>
      </w:r>
      <w:r>
        <w:br/>
      </w:r>
      <w:r>
        <w:rPr>
          <w:sz w:val="20"/>
        </w:rPr>
        <w:t>1:02:30  to is mein yeh sabaq hai, yeh yeh sabaq nahi hai ke aap hamla kar do.</w:t>
      </w:r>
      <w:r>
        <w:br/>
      </w:r>
      <w:r>
        <w:rPr>
          <w:sz w:val="20"/>
        </w:rPr>
        <w:t>1:02:35  hamla to hua hi nahi, hamla to kabhi hua nahi.</w:t>
      </w:r>
      <w:r>
        <w:br/>
      </w:r>
      <w:r>
        <w:rPr>
          <w:sz w:val="20"/>
        </w:rPr>
        <w:t>1:02:40  kese ajeeb hain log, apna matlab nikalne ke liye quran ko tor mor karte hain.</w:t>
      </w:r>
      <w:r>
        <w:br/>
      </w:r>
      <w:r>
        <w:rPr>
          <w:sz w:val="20"/>
        </w:rPr>
        <w:t>1:02:46  jis ayat mein quran yeh yeh sabaq de raha hai ke taqat se mat lado, jaise falastini jo</w:t>
      </w:r>
      <w:r>
        <w:br/>
      </w:r>
      <w:r>
        <w:rPr>
          <w:sz w:val="20"/>
        </w:rPr>
        <w:t>1:02:51  hain ladte hain israel se, un se zyada taqatwar hai.</w:t>
      </w:r>
      <w:r>
        <w:br/>
      </w:r>
      <w:r>
        <w:rPr>
          <w:sz w:val="20"/>
        </w:rPr>
        <w:t>1:02:56  kashmiri ladte hain india se, zyada taqatwar hai.</w:t>
      </w:r>
      <w:r>
        <w:br/>
      </w:r>
      <w:r>
        <w:rPr>
          <w:sz w:val="20"/>
        </w:rPr>
        <w:t>1:03:01  misr mein ladte hain faujiyon se zyada taqatwar hai.</w:t>
      </w:r>
      <w:r>
        <w:br/>
      </w:r>
      <w:r>
        <w:rPr>
          <w:sz w:val="20"/>
        </w:rPr>
        <w:t>1:03:06  to masihiyon ko,</w:t>
      </w:r>
      <w:r>
        <w:br/>
      </w:r>
      <w:r>
        <w:rPr>
          <w:sz w:val="20"/>
        </w:rPr>
        <w:t>1:03:11  falastiniyon ko, kashmiriye ko, sab ko yeh ayat batati hai ke peaceful negotiation, peaceful strategy ikhtiyar karo, ladai mat karo. Is se aap ladai nikaal rahe hain, kaisi ajeeb baat hai! Jahan ladai hui hi nahi, qaum saba aur sulaiman ke darmiyan kabhi ladai hui hi nahi, unhon ne to peaceful negotiation kiya. To yeh nikaliye is se jo ayat mein hai, apna</w:t>
      </w:r>
      <w:r>
        <w:br/>
      </w:r>
      <w:r>
        <w:rPr>
          <w:sz w:val="20"/>
        </w:rPr>
        <w:t>1:03:41  تو mind کوئی نکالتے ہیں اس سے۔</w:t>
      </w:r>
      <w:r>
        <w:br/>
      </w:r>
      <w:r>
        <w:rPr>
          <w:sz w:val="20"/>
        </w:rPr>
        <w:t>1:03:46  hmm ji, maulana, kuch comments lena chahenge.</w:t>
      </w:r>
    </w:p>
    <w:p>
      <w:pPr>
        <w:pStyle w:val="Heading2"/>
      </w:pPr>
      <w:r>
        <w:t>Why Muslim Thinkers Missed Quranic Meaning for So Long</w:t>
      </w:r>
    </w:p>
    <w:p>
      <w:r>
        <w:rPr>
          <w:color w:val="666666"/>
          <w:sz w:val="18"/>
        </w:rPr>
        <w:t>Quran &amp; Tafsir · Discovery of Modern Age February 10, 2013 · 2m 58s · at 1:18:48 · https://youtu.be/qYGA53ii7E4?t=4728</w:t>
      </w:r>
    </w:p>
    <w:p>
      <w:r>
        <w:rPr>
          <w:i/>
        </w:rPr>
        <w:t>“Maulana, you have unfolded the meaning of the Quranic word 'Leader of Mankind'. Your explanation provides a key to understanding the divine plan of contemporary developments. Why have Muslim thinkers remained ignorant of this for so long?”</w:t>
      </w:r>
    </w:p>
    <w:p>
      <w:r>
        <w:rPr>
          <w:sz w:val="20"/>
        </w:rPr>
        <w:t>1:18:47  baqi is ko g</w:t>
      </w:r>
      <w:r>
        <w:br/>
      </w:r>
      <w:r>
        <w:rPr>
          <w:sz w:val="20"/>
        </w:rPr>
        <w:t>1:18:48  ol banana aur ladai chhodna aur logon ko maar kaat karna, yeh to bilkul sarkashi ki baat hai. Maulana, agla sawal Kashmir se hai Shad Hussain sahib ka.</w:t>
      </w:r>
      <w:r>
        <w:br/>
      </w:r>
      <w:r>
        <w:rPr>
          <w:sz w:val="20"/>
        </w:rPr>
        <w:t>1:18:58  unhon ne likha hai: "Maulana, you have unfolded the meaning of the Quranic word 'leader of mankind'. Your explanation provides a key to understand the divine plan of contemporary developments."</w:t>
      </w:r>
      <w:r>
        <w:br/>
      </w:r>
      <w:r>
        <w:rPr>
          <w:sz w:val="20"/>
        </w:rPr>
        <w:t>1:19:14  Why Muslim thinkers remained ignorant from this for so long? Dekhiye, yeh yeh kuch din sitarit ko incidents do baat ek saath aai,</w:t>
      </w:r>
      <w:r>
        <w:br/>
      </w:r>
      <w:r>
        <w:rPr>
          <w:sz w:val="20"/>
        </w:rPr>
        <w:t>1:19:30  yani modern modern jo age hai, woh ayat usi ke saath saath colonialism aa gaya.</w:t>
      </w:r>
      <w:r>
        <w:br/>
      </w:r>
      <w:r>
        <w:rPr>
          <w:sz w:val="20"/>
        </w:rPr>
        <w:t>1:19:40  saath saath, yani musalmanon ne is waqt empire dunya mein thi 28 sadi tak, jagah jagah mughal empire, yani ottoman empire.</w:t>
      </w:r>
      <w:r>
        <w:br/>
      </w:r>
      <w:r>
        <w:rPr>
          <w:sz w:val="20"/>
        </w:rPr>
        <w:t>1:19:52  to yeh sari empire jo thi, woh tod diya hai logon ne.</w:t>
      </w:r>
      <w:r>
        <w:br/>
      </w:r>
      <w:r>
        <w:rPr>
          <w:sz w:val="20"/>
        </w:rPr>
        <w:t>1:19:57  to ek yeh questions tha, woh alag cheez thi, woh alag cheez thi. modern jo age aaya tha, woh ek alag age tha.</w:t>
      </w:r>
      <w:r>
        <w:br/>
      </w:r>
      <w:r>
        <w:rPr>
          <w:sz w:val="20"/>
        </w:rPr>
        <w:t>1:20:07  usi ke saath saath yeh ek naya phenomena aaya ke kuch logon ne, yani woh ubre europe se ubhar kar ke asia aur africa mein apni hukumatain qaim kar lin, to negative ho gaye.</w:t>
      </w:r>
      <w:r>
        <w:br/>
      </w:r>
      <w:r>
        <w:rPr>
          <w:sz w:val="20"/>
        </w:rPr>
        <w:t>1:20:21  log soch nahi paye ke ek doosra pul hua hai, woh ek alag cheez hai, yeh alag cheez hai. dono ko alag kar ke nahi dekh sake,</w:t>
      </w:r>
      <w:r>
        <w:br/>
      </w:r>
      <w:r>
        <w:rPr>
          <w:sz w:val="20"/>
        </w:rPr>
        <w:t>1:20:32  dono ko alag kar ke nahi dekh sake. woh, yani they fail to differentiate between the two. yeh hai basic wajah.</w:t>
      </w:r>
      <w:r>
        <w:br/>
      </w:r>
      <w:r>
        <w:rPr>
          <w:sz w:val="20"/>
        </w:rPr>
        <w:t>1:20:43  is obsession mein jinhein lage ke hamari hukumaton ko tod diya, unhon ne hamare empire ko tod diya, unhein ladna hai, un se ladna hai, nateeja hai ke is se unhein ghafil ho gaye ke modern age ek blessing laya hai, opportunity laya hai, mawaqe laya gaya, is ko hum avail karna hai.</w:t>
      </w:r>
      <w:r>
        <w:br/>
      </w:r>
      <w:r>
        <w:rPr>
          <w:sz w:val="20"/>
        </w:rPr>
        <w:t>1:20:57  is se bekhabar ho gaye.</w:t>
      </w:r>
      <w:r>
        <w:br/>
      </w:r>
      <w:r>
        <w:rPr>
          <w:sz w:val="20"/>
        </w:rPr>
        <w:t>1:20:59  wohi hua jo japan mein hua. japan wale bekhabar the to japan mein aise leader paida hue. khud jo hero heater tha, hero heater bohat zabardast parha likha aadmi tha,</w:t>
      </w:r>
      <w:r>
        <w:br/>
      </w:r>
      <w:r>
        <w:rPr>
          <w:sz w:val="20"/>
        </w:rPr>
        <w:t>1:21:13  jo king of japan is waqt tha. us ki speech aap dekhein, usi kitaab mein us ki speech di hui hai. us ne lead di the muslim dunya mein.</w:t>
      </w:r>
      <w:r>
        <w:br/>
      </w:r>
      <w:r>
        <w:rPr>
          <w:sz w:val="20"/>
        </w:rPr>
        <w:t>1:21:22  koi hero jaisa aadmi pata nahi jo lead diya, lead usay lead diya. bohat time par lead diya ke dekho, karne ka woh nahi hai.</w:t>
      </w:r>
      <w:r>
        <w:br/>
      </w:r>
      <w:r>
        <w:rPr>
          <w:sz w:val="20"/>
        </w:rPr>
        <w:t>1:21:32  yeh hai to hamare haan koi aisa paida nahi hua jo lead de, kyun ke sab obsession mein jeete rahe. wohi haye hukumat, haye hukumat, haye hukumat.</w:t>
      </w:r>
    </w:p>
    <w:p>
      <w:pPr>
        <w:pStyle w:val="Heading2"/>
      </w:pPr>
      <w:r>
        <w:t>Why does Quran use 'We' and 'He' for God?</w:t>
      </w:r>
    </w:p>
    <w:p>
      <w:r>
        <w:rPr>
          <w:color w:val="666666"/>
          <w:sz w:val="18"/>
        </w:rPr>
        <w:t>Quran &amp; Tafsir · Message of The Quran March 29, 2015 · 4m 11s · at 48:23 · https://youtu.be/61ANCBxSPHs?t=2903</w:t>
      </w:r>
    </w:p>
    <w:p>
      <w:r>
        <w:rPr>
          <w:i/>
        </w:rPr>
        <w:t>“In the Quran, God Almighty is referred to as 'We' and sometimes as 'He'. Non-Muslims often ask why the gender is sometimes plural and sometimes male for God. Please guide us on how to address this question during our dawah interaction.”</w:t>
      </w:r>
    </w:p>
    <w:p>
      <w:r>
        <w:rPr>
          <w:sz w:val="20"/>
        </w:rPr>
        <w:t>48:23  Maulana, yeh sawal aaya hai Muradabad se Fawad Sahab ka. aur unhon ne likha hai ke: "Maulana, In the Quran, God Almighty is being referred as 'We' and sometimes as 'He'.</w:t>
      </w:r>
      <w:r>
        <w:br/>
      </w:r>
      <w:r>
        <w:rPr>
          <w:sz w:val="20"/>
        </w:rPr>
        <w:t>48:39  Non-Muslims often ask us why the gender is sometimes plural and sometimes male for God. Please guide us how to address this question during our dawah interaction."</w:t>
      </w:r>
      <w:r>
        <w:br/>
      </w:r>
      <w:r>
        <w:rPr>
          <w:sz w:val="20"/>
        </w:rPr>
        <w:t>48:52  yeh koi sawal hi nahin hai. yeh to insani zaban mein yeh ka usloob ki baat hai. insani zaban ka usloob hai.</w:t>
      </w:r>
      <w:r>
        <w:br/>
      </w:r>
      <w:r>
        <w:rPr>
          <w:sz w:val="20"/>
        </w:rPr>
        <w:t>49:05  yani jab tak aap yani ginti mein na hon ke Quran mein kahin likha hua hai Khuda ek hai, kahin likha hua hai Khuda kai hai.</w:t>
      </w:r>
      <w:r>
        <w:br/>
      </w:r>
      <w:r>
        <w:rPr>
          <w:sz w:val="20"/>
        </w:rPr>
        <w:t>49:14  to sirf is tarah ki baaton se aap koi to shosha hai, is se koi masla nahin paida hota.</w:t>
      </w:r>
      <w:r>
        <w:br/>
      </w:r>
      <w:r>
        <w:rPr>
          <w:sz w:val="20"/>
        </w:rPr>
        <w:t>49:21  yeh usloob-e-kalam hai. kabhi hum kehte hain main, kabhi hum kehte hain hum, kabhi hum kehte hain hum log. yeh usloob-e-kalam hai. jo cheez aap sabit karna chahte hain us ke liye us ko yani ginti ke zaban mein hona chahiye.</w:t>
      </w:r>
      <w:r>
        <w:br/>
      </w:r>
      <w:r>
        <w:rPr>
          <w:sz w:val="20"/>
        </w:rPr>
        <w:t>49:35  yani kahin Quran mein yeh ho ke Khuda ek hai, kahin yeh ho ke Khuda kai hai. tab yeh sawal paida hota hai. warna yeh usloob-e-kalam kaha jayega is ko aur</w:t>
      </w:r>
      <w:r>
        <w:br/>
      </w:r>
      <w:r>
        <w:rPr>
          <w:sz w:val="20"/>
        </w:rPr>
        <w:t>49:44  kuch nahin. Maulana, agla ek Comment hai aur sawal hai. jo Tauseef Sahab ne kiya hai Pune se. aur un ka pehle Comment parhte hain.</w:t>
      </w:r>
      <w:r>
        <w:br/>
      </w:r>
      <w:r>
        <w:rPr>
          <w:sz w:val="20"/>
        </w:rPr>
        <w:t>49:54  unhon ne likha hai: "Maulana, Today's talk was wonderful. Many ulemas don't let us think or question the understanding behind verses of the Quran.</w:t>
      </w:r>
      <w:r>
        <w:br/>
      </w:r>
      <w:r>
        <w:rPr>
          <w:sz w:val="20"/>
        </w:rPr>
        <w:t>50:06  Whereas you explain Quran as a book which wants mankind to think, contemplate and question.</w:t>
      </w:r>
      <w:r>
        <w:br/>
      </w:r>
      <w:r>
        <w:rPr>
          <w:sz w:val="20"/>
        </w:rPr>
        <w:t>50:14  This is the right way and fits in the framework. Maulana, my question is: Can these ulemas be changed so that they stop promoting closed-mindedness?</w:t>
      </w:r>
      <w:r>
        <w:br/>
      </w:r>
      <w:r>
        <w:rPr>
          <w:sz w:val="20"/>
        </w:rPr>
        <w:t>50:25  Should we all take it as a task to give all the madrasas and the so-called leaders your books including 'Al-Risalah' and 'Spirit of Islam'?" dekhiye, main bhi ek aalim hoon.</w:t>
      </w:r>
      <w:r>
        <w:br/>
      </w:r>
      <w:r>
        <w:rPr>
          <w:sz w:val="20"/>
        </w:rPr>
        <w:t>50:38  main bhi madrasay ka Product hoon.</w:t>
      </w:r>
      <w:r>
        <w:br/>
      </w:r>
      <w:r>
        <w:rPr>
          <w:sz w:val="20"/>
        </w:rPr>
        <w:t>50:42  to yeh main samajhta hoon ke har har aalim isi tarah se samajh sakta hai baaton ko jaise ke maine samjha.</w:t>
      </w:r>
      <w:r>
        <w:br/>
      </w:r>
      <w:r>
        <w:rPr>
          <w:sz w:val="20"/>
        </w:rPr>
        <w:t>50:53  to aap hamari kitabon logon ko pahunchaiye. aur logon ke liye duayen ki jiye. aur bahut se ulama hamare mission mein lage hue hain.</w:t>
      </w:r>
      <w:r>
        <w:br/>
      </w:r>
      <w:r>
        <w:rPr>
          <w:sz w:val="20"/>
        </w:rPr>
        <w:t>51:03  aisa nahin ke ulama nahin lage hue hain. bahut se ulama lage hue hain jinhon ne mutala kiya.</w:t>
      </w:r>
      <w:r>
        <w:br/>
      </w:r>
      <w:r>
        <w:rPr>
          <w:sz w:val="20"/>
        </w:rPr>
        <w:t>51:12  asal cheez kya hai ke madrason mein sirf mazi ki baat padhai jati hai. aaj ki baat nahin padhai jati.</w:t>
      </w:r>
      <w:r>
        <w:br/>
      </w:r>
      <w:r>
        <w:rPr>
          <w:sz w:val="20"/>
        </w:rPr>
        <w:t>51:23  Hadees mein aata hai ke: "An yakuna basiran bizamanih." yani apne zamanay se apne zamanay ko janna.</w:t>
      </w:r>
      <w:r>
        <w:br/>
      </w:r>
      <w:r>
        <w:rPr>
          <w:sz w:val="20"/>
        </w:rPr>
        <w:t>51:33  to main madrasay walon se kehta hoon ke aap ne yani qadeem ko bharpoor taur par jaan liya madrasay mein.</w:t>
      </w:r>
      <w:r>
        <w:br/>
      </w:r>
      <w:r>
        <w:rPr>
          <w:sz w:val="20"/>
        </w:rPr>
        <w:t>51:45  ab daur-e-jadeed ko samajhne ke liye hamari kitaben padhen. dono mein koi takrao nahin hai. madrasa aap ko qadeem se ba-khabar karta hai. aur hamari kitaben jo hain woh jadeed se ba-khabar karti hain.</w:t>
      </w:r>
      <w:r>
        <w:br/>
      </w:r>
      <w:r>
        <w:rPr>
          <w:sz w:val="20"/>
        </w:rPr>
        <w:t>51:57  aur yeh wohi Hadees ki ta'meel hai is mein ke: "An yakuna basiran bizamanih."</w:t>
      </w:r>
      <w:r>
        <w:br/>
      </w:r>
      <w:r>
        <w:rPr>
          <w:sz w:val="20"/>
        </w:rPr>
        <w:t>52:03  to aap pure yani Hope ke sath. logon ke parhwaiye kitaben. kyunke madrason mein fanniyat paai jati hain.</w:t>
      </w:r>
      <w:r>
        <w:br/>
      </w:r>
      <w:r>
        <w:rPr>
          <w:sz w:val="20"/>
        </w:rPr>
        <w:t>52:14  dursiyat paai jati hain. daur-e-jadeed wahan nahin padhaya jata. to yeh un ko alag se aap batana padega ke daur-e-jadeed kiya hai.</w:t>
      </w:r>
      <w:r>
        <w:br/>
      </w:r>
      <w:r>
        <w:rPr>
          <w:sz w:val="20"/>
        </w:rPr>
        <w:t>52:25  yahi hum kar rahe hain. aur inshallah bohat se ulma hamare mission mein jud chuke hain.</w:t>
      </w:r>
    </w:p>
    <w:p>
      <w:pPr>
        <w:pStyle w:val="Heading2"/>
      </w:pPr>
      <w:r>
        <w:t>Why has system become prevalent despite Quranic creativity?</w:t>
      </w:r>
    </w:p>
    <w:p>
      <w:r>
        <w:rPr>
          <w:color w:val="666666"/>
          <w:sz w:val="18"/>
        </w:rPr>
        <w:t>Quran &amp; Tafsir · Message of The Quran March 29, 2015 · 2m 13s · at 54:42 · https://youtu.be/61ANCBxSPHs?t=3282</w:t>
      </w:r>
    </w:p>
    <w:p>
      <w:r>
        <w:rPr>
          <w:i/>
        </w:rPr>
        <w:t>“It is quite reasonable that Quran addresses individuals to develop their mind towards creativity. Then why has the system become so prevalent? What is your comment on this?”</w:t>
      </w:r>
    </w:p>
    <w:p>
      <w:r>
        <w:rPr>
          <w:sz w:val="20"/>
        </w:rPr>
        <w:t>54:42  molana, agla sawal dilli se kiya hai miss naghma siddiqui ne. aur unhon ne likha hai: "It is quite reasonable that quran addresses individuals to develop their mind towards creativity.</w:t>
      </w:r>
      <w:r>
        <w:br/>
      </w:r>
      <w:r>
        <w:rPr>
          <w:sz w:val="20"/>
        </w:rPr>
        <w:t>54:58  Then why has the system become so prevalent? What is your comment on this?" dekhiye, yeh wahi cheez hai jis ko quran mein muzahamat kaha gaya hai.</w:t>
      </w:r>
      <w:r>
        <w:br/>
      </w:r>
      <w:r>
        <w:rPr>
          <w:sz w:val="20"/>
        </w:rPr>
        <w:t>55:09  muzahamat kehte hain Imitate karna.</w:t>
      </w:r>
      <w:r>
        <w:br/>
      </w:r>
      <w:r>
        <w:rPr>
          <w:sz w:val="20"/>
        </w:rPr>
        <w:t>55:14  to pehle zamane mein log Imitate karte the yahood o nasara ki. ab Imitate karte hain door jadeed ke philosophers ki.</w:t>
      </w:r>
      <w:r>
        <w:br/>
      </w:r>
      <w:r>
        <w:rPr>
          <w:sz w:val="20"/>
        </w:rPr>
        <w:t>55:24  yeh system ka jo yeh nazariya hai yeh buniyadi taur par aaya hai Democracy aur Socialism ki tareekhon ke baad.</w:t>
      </w:r>
      <w:r>
        <w:br/>
      </w:r>
      <w:r>
        <w:rPr>
          <w:sz w:val="20"/>
        </w:rPr>
        <w:t>55:34  is se pehle system ko le kar sochta nahi tha insan. yeh Democracy aur Socialism ka phenomenon hai.</w:t>
      </w:r>
      <w:r>
        <w:br/>
      </w:r>
      <w:r>
        <w:rPr>
          <w:sz w:val="20"/>
        </w:rPr>
        <w:t>55:44  to is ki muzahamat mein musalmanon ne bhi kehna shuru kiya ke Islam ek system hai. system ka System Based Thinking pehle thi hi nahi.</w:t>
      </w:r>
      <w:r>
        <w:br/>
      </w:r>
      <w:r>
        <w:rPr>
          <w:sz w:val="20"/>
        </w:rPr>
        <w:t>55:57  duniya hi mein nahi thi System Based Thinking. yeh to Democracy aur Socialism ka jo nazariyat phailay.</w:t>
      </w:r>
      <w:r>
        <w:br/>
      </w:r>
      <w:r>
        <w:rPr>
          <w:sz w:val="20"/>
        </w:rPr>
        <w:t>56:07  to System Based Thinking shuru hui.</w:t>
      </w:r>
      <w:r>
        <w:br/>
      </w:r>
      <w:r>
        <w:rPr>
          <w:sz w:val="20"/>
        </w:rPr>
        <w:t>56:11  to musalmanon ne samjha ke yaani hamare quran mein bhi yeh hona chahiye. to unhon ne sabit karna shuru kiya ke quran bhi ek system deta hai.</w:t>
      </w:r>
      <w:r>
        <w:br/>
      </w:r>
      <w:r>
        <w:rPr>
          <w:sz w:val="20"/>
        </w:rPr>
        <w:t>56:22  halankeh quran ka maqsad system dena hi nahi hai. is par hum ne bohat likha hai apni kitabon mein. aap is ko parh sakte hain.</w:t>
      </w:r>
      <w:r>
        <w:br/>
      </w:r>
      <w:r>
        <w:rPr>
          <w:sz w:val="20"/>
        </w:rPr>
        <w:t>56:34  maulana, yeh daur jadeed ki maslahat hai.</w:t>
      </w:r>
      <w:r>
        <w:br/>
      </w:r>
      <w:r>
        <w:rPr>
          <w:sz w:val="20"/>
        </w:rPr>
        <w:t>56:37  woh maslahat jo pehle kiya tha logon ne. woh daur qadeem ki maslahat thi. yeh daur jadeed ki maslahat hai.</w:t>
      </w:r>
      <w:r>
        <w:br/>
      </w:r>
      <w:r>
        <w:rPr>
          <w:sz w:val="20"/>
        </w:rPr>
        <w:t>56:47  System Based Islam pesh karna.</w:t>
      </w:r>
    </w:p>
    <w:p>
      <w:pPr>
        <w:pStyle w:val="Heading2"/>
      </w:pPr>
      <w:r>
        <w:t>Why has the system become so prevalent?</w:t>
      </w:r>
    </w:p>
    <w:p>
      <w:r>
        <w:rPr>
          <w:color w:val="666666"/>
          <w:sz w:val="18"/>
        </w:rPr>
        <w:t>Quran &amp; Tafsir · Message of The Quran March 29, 2015 · 2m 13s · at 54:31 · https://youtu.be/u57TpiO8A7Y?t=3271</w:t>
      </w:r>
    </w:p>
    <w:p>
      <w:r>
        <w:rPr>
          <w:i/>
        </w:rPr>
        <w:t>“It is quite reasonable that the Quran addresses individuals to develop their mind towards creativity. Then why has the system become so prevalent?”</w:t>
      </w:r>
    </w:p>
    <w:p>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p>
    <w:p>
      <w:pPr>
        <w:pStyle w:val="Heading2"/>
      </w:pPr>
      <w:r>
        <w:t>Why is God referred as 'We' and 'He'?</w:t>
      </w:r>
    </w:p>
    <w:p>
      <w:r>
        <w:rPr>
          <w:color w:val="666666"/>
          <w:sz w:val="18"/>
        </w:rPr>
        <w:t>Quran &amp; Tafsir · Message of The Quran March 29, 2015 · 4m 15s · at 48:08 · https://youtu.be/u57TpiO8A7Y?t=2888</w:t>
      </w:r>
    </w:p>
    <w:p>
      <w:r>
        <w:rPr>
          <w:i/>
        </w:rPr>
        <w:t>“In the Quran, God Almighty is referred to as 'We' and sometimes as 'He'. Non-Muslims often ask us why the gender is sometimes plural and sometimes male for God.”</w:t>
      </w:r>
    </w:p>
    <w:p>
      <w:r>
        <w:rPr>
          <w:sz w:val="20"/>
        </w:rPr>
        <w:t>48:08  koi nahin molana yeh sawal aaya hai moradabad se fawad sahab ka aur unhon ne likha hai</w:t>
      </w:r>
      <w:r>
        <w:br/>
      </w:r>
      <w:r>
        <w:rPr>
          <w:sz w:val="20"/>
        </w:rPr>
        <w:t>48:18  کہ مولانا in the Quran God Almighty is being referred as we and sometimes as he. Non-Muslims</w:t>
      </w:r>
      <w:r>
        <w:br/>
      </w:r>
      <w:r>
        <w:rPr>
          <w:sz w:val="20"/>
        </w:rPr>
        <w:t>48:29  often ask us why the gender is sometimes plural and sometimes male for God</w:t>
      </w:r>
      <w:r>
        <w:br/>
      </w:r>
      <w:r>
        <w:rPr>
          <w:sz w:val="20"/>
        </w:rPr>
        <w:t>48:36  please guide us how to address this question during our daawa interaction</w:t>
      </w:r>
      <w:r>
        <w:br/>
      </w:r>
      <w:r>
        <w:rPr>
          <w:sz w:val="20"/>
        </w:rPr>
        <w:t>48:41  yeh koi sawal hi nahin hai yeh to insani zaban mein yeh usloob ki baat hai</w:t>
      </w:r>
      <w:r>
        <w:br/>
      </w:r>
      <w:r>
        <w:rPr>
          <w:sz w:val="20"/>
        </w:rPr>
        <w:t>48:50  insani zaban ka usloob hai</w:t>
      </w:r>
      <w:r>
        <w:br/>
      </w:r>
      <w:r>
        <w:rPr>
          <w:sz w:val="20"/>
        </w:rPr>
        <w:t>48:54  yani jab tak aap yani ginti mein na ho ke quran mein kahin likha hua khuda ek hai</w:t>
      </w:r>
      <w:r>
        <w:br/>
      </w:r>
      <w:r>
        <w:rPr>
          <w:sz w:val="20"/>
        </w:rPr>
        <w:t>49:01  kahin likha hua khuda kai hai to sirf is tarah ki baaton se aap koi to shosha hai</w:t>
      </w:r>
      <w:r>
        <w:br/>
      </w:r>
      <w:r>
        <w:rPr>
          <w:sz w:val="20"/>
        </w:rPr>
        <w:t>49:07  is se koi masla nahi paida hota ye usloob e kalam hai kabhi hum kehte hain main kabhi hum</w:t>
      </w:r>
      <w:r>
        <w:br/>
      </w:r>
      <w:r>
        <w:rPr>
          <w:sz w:val="20"/>
        </w:rPr>
        <w:t>49:13  kehte hain hum kabhi kehte hain hum log ye usloob e kalam hai jo cheez aap sabit karna chahte</w:t>
      </w:r>
      <w:r>
        <w:br/>
      </w:r>
      <w:r>
        <w:rPr>
          <w:sz w:val="20"/>
        </w:rPr>
        <w:t>49:20  hain us ke liye us ko yani ginti ke zaban mein hona chahiye yani kahin quran mein ye</w:t>
      </w:r>
      <w:r>
        <w:br/>
      </w:r>
      <w:r>
        <w:rPr>
          <w:sz w:val="20"/>
        </w:rPr>
        <w:t>49:26  ho ke khuda ek hai kahin ho ke khuda kai hai tab ye sawal paida hota hai warna</w:t>
      </w:r>
      <w:r>
        <w:br/>
      </w:r>
      <w:r>
        <w:rPr>
          <w:sz w:val="20"/>
        </w:rPr>
        <w:t>49:31  ye usloob e kalam kaha jaye ga is ko aur kuch nahi maulana agla ek comment hai aur sawal</w:t>
      </w:r>
      <w:r>
        <w:br/>
      </w:r>
      <w:r>
        <w:rPr>
          <w:sz w:val="20"/>
        </w:rPr>
        <w:t>49:36  hai jo toseef sahab ne kiya hai pune se aur un ka pehle comment parhte hain unho ne</w:t>
      </w:r>
      <w:r>
        <w:br/>
      </w:r>
      <w:r>
        <w:rPr>
          <w:sz w:val="20"/>
        </w:rPr>
        <w:t>49:44  likha hai maulana today's talk was wonderful</w:t>
      </w:r>
      <w:r>
        <w:br/>
      </w:r>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p>
    <w:p>
      <w:pPr>
        <w:pStyle w:val="Heading2"/>
      </w:pPr>
      <w:r>
        <w:t>Why is hopelessness condemned in Quran?</w:t>
      </w:r>
    </w:p>
    <w:p>
      <w:r>
        <w:rPr>
          <w:color w:val="666666"/>
          <w:sz w:val="18"/>
        </w:rPr>
        <w:t>Quran &amp; Tafsir · Deeper Meaning of The Quran May 17, 2015 · 2m 13s · at 51:11 · https://youtu.be/CoTUNYxSRiI?t=3071</w:t>
      </w:r>
    </w:p>
    <w:p>
      <w:r>
        <w:rPr>
          <w:i/>
        </w:rPr>
        <w:t>“Why is hopelessness condemned in the Quran? Please clarify.”</w:t>
      </w:r>
    </w:p>
    <w:p>
      <w:r>
        <w:rPr>
          <w:sz w:val="20"/>
        </w:rPr>
        <w:t>51:11  maulana, agla sawal doctor safina tabassum ne kiya hai ajmair se. aur unhon ne likha hai: "maulana sahib, na umidi ko quran mein kyun condemn kiya gaya hai?</w:t>
      </w:r>
      <w:r>
        <w:br/>
      </w:r>
      <w:r>
        <w:rPr>
          <w:sz w:val="20"/>
        </w:rPr>
        <w:t>51:23  is ko wazeh karen."</w:t>
      </w:r>
      <w:r>
        <w:br/>
      </w:r>
      <w:r>
        <w:rPr>
          <w:sz w:val="20"/>
        </w:rPr>
        <w:t>51:33  dekhiye jo aadmi mayoos hota hai woh khuda ke bare mein mistrust ka, be-etemadi ka izhar karta hai.</w:t>
      </w:r>
      <w:r>
        <w:br/>
      </w:r>
      <w:r>
        <w:rPr>
          <w:sz w:val="20"/>
        </w:rPr>
        <w:t>51:50  kyun ke khuda ka jab aelan hai ke kainat is ki rehmaton se bhari hui hai.</w:t>
      </w:r>
      <w:r>
        <w:br/>
      </w:r>
      <w:r>
        <w:rPr>
          <w:sz w:val="20"/>
        </w:rPr>
        <w:t>51:59  is ki rehmaton se bhari hui hai.</w:t>
      </w:r>
      <w:r>
        <w:br/>
      </w:r>
      <w:r>
        <w:rPr>
          <w:sz w:val="20"/>
        </w:rPr>
        <w:t>52:01  pure insaan ke liye allah ne apni rehmaten udal rakhi hain. to aap bataiye ke aap mayoos ho to is mani ke aap ne khuda par mistrust kiya?</w:t>
      </w:r>
      <w:r>
        <w:br/>
      </w:r>
      <w:r>
        <w:rPr>
          <w:sz w:val="20"/>
        </w:rPr>
        <w:t>52:13  aetemad nahi kiya khuda par? doosri baat yeh hai ke khuda ki jo rehmaten bhari hui hain to woh aisa nahi jaise ke kankar pathar bharay woh dikhai den.</w:t>
      </w:r>
      <w:r>
        <w:br/>
      </w:r>
      <w:r>
        <w:rPr>
          <w:sz w:val="20"/>
        </w:rPr>
        <w:t>52:31  kabhi aisa hota hai ke aap khuda ki rehmat milne wale hote hain kal chahte hain aaj aap to aap ko mayoos ho jati hai.</w:t>
      </w:r>
      <w:r>
        <w:br/>
      </w:r>
      <w:r>
        <w:rPr>
          <w:sz w:val="20"/>
        </w:rPr>
        <w:t>52:44  to yaad rakhiye khuda ki rehmaten jo hain kabhi foran ayengi kabhi der mein ayengi. kabhi to aisa hoga ke dunya mein ayengi nahi akhirat mein milengi.</w:t>
      </w:r>
      <w:r>
        <w:br/>
      </w:r>
      <w:r>
        <w:rPr>
          <w:sz w:val="20"/>
        </w:rPr>
        <w:t>52:56  to in sab baton ko jo na soche to woh mayoos ho jayega.</w:t>
      </w:r>
      <w:r>
        <w:br/>
      </w:r>
      <w:r>
        <w:rPr>
          <w:sz w:val="20"/>
        </w:rPr>
        <w:t>53:01  to is ka mani hai ke jo aadmi mayoos hota hai woh allah ki rehmat par shak karta hai. allah ki qudrat par shak karta hai. zahir hai ke woh jaiz nahi ho sakta.</w:t>
      </w:r>
      <w:r>
        <w:br/>
      </w:r>
      <w:r>
        <w:rPr>
          <w:sz w:val="20"/>
        </w:rPr>
        <w:t>53:16  aisa phir jaiz nahi ho sakta.</w:t>
      </w:r>
    </w:p>
    <w:p>
      <w:pPr>
        <w:pStyle w:val="Heading2"/>
      </w:pPr>
      <w:r>
        <w:t>Why living in falsehood forgetting Quran</w:t>
      </w:r>
    </w:p>
    <w:p>
      <w:r>
        <w:rPr>
          <w:color w:val="666666"/>
          <w:sz w:val="18"/>
        </w:rPr>
        <w:t>Quran &amp; Tafsir · Living in Falsehood December 15, 2013 · 2m 31s · at 1:07:15 · https://youtu.be/UvboK59uF6s?t=4035</w:t>
      </w:r>
    </w:p>
    <w:p>
      <w:r>
        <w:rPr>
          <w:i/>
        </w:rPr>
        <w:t>“Your thought-provoking speeches inspire us. Why is it that we are living in falsehood? Is it because we have forgotten the Holy Quran? What is your comment?”</w:t>
      </w:r>
    </w:p>
    <w:p>
      <w:r>
        <w:rPr>
          <w:sz w:val="20"/>
        </w:rPr>
        <w:t>1:07:15  maulana, agla sawal Chennai se hai. Khalil ur Rehman sahib ka. unhone likha hai: "Molana, your thought-provoking speeches inspire us.</w:t>
      </w:r>
      <w:r>
        <w:br/>
      </w:r>
      <w:r>
        <w:rPr>
          <w:sz w:val="20"/>
        </w:rPr>
        <w:t>1:07:27  Why is it that we are living in falsehood? Is it because that we have forgotten the Holy Quran? What is your comment?" nahi dekhein yeh sahi nahi hai.</w:t>
      </w:r>
      <w:r>
        <w:br/>
      </w:r>
      <w:r>
        <w:rPr>
          <w:sz w:val="20"/>
        </w:rPr>
        <w:t>1:07:41  forget kahan kiya, Quran to har ghar mein hai, har aadmi Quran ki tilawat kar raha hai, aur Quran ki dhoom machi hui hai har jagah. yeh zawal ka phenomenon hai.</w:t>
      </w:r>
      <w:r>
        <w:br/>
      </w:r>
      <w:r>
        <w:rPr>
          <w:sz w:val="20"/>
        </w:rPr>
        <w:t>1:07:54  yeh cheez jo hai woh har ummat par zawal aata hai, aur yeh zawal ka phenomenon</w:t>
      </w:r>
      <w:r>
        <w:br/>
      </w:r>
      <w:r>
        <w:rPr>
          <w:sz w:val="20"/>
        </w:rPr>
        <w:t>1:08:00  hai. Dekhein woh jo hadithain hain jo hain is mafhoom ki ke "latatba'un sarra man kana qablakum" .</w:t>
      </w:r>
      <w:r>
        <w:br/>
      </w:r>
      <w:r>
        <w:rPr>
          <w:sz w:val="20"/>
        </w:rPr>
        <w:t>1:08:09  Tum pichli ummaton ko follow karoge. Is ko bhi hamare ulama samajh nahi paye. Is ka matlab hai ke jis tarah pichli ummaton par zawal aaya, tumhare upar zawal ayega.</w:t>
      </w:r>
      <w:r>
        <w:br/>
      </w:r>
      <w:r>
        <w:rPr>
          <w:sz w:val="20"/>
        </w:rPr>
        <w:t>1:08:20  The law of nature. To jab zawal ayega to yeh sab se achi siftain paida hongi.</w:t>
      </w:r>
      <w:r>
        <w:br/>
      </w:r>
      <w:r>
        <w:rPr>
          <w:sz w:val="20"/>
        </w:rPr>
        <w:t>1:08:27  Musalman yeh samajhte hain, yani hamare ulama ne yeh in ko samjha rakha hai ke tum khair ummat ho, tum khair ummat ho, tum khair ummat ho. Yeh bohat zyada is cheez ne logon ko Mislead kiya hai.</w:t>
      </w:r>
      <w:r>
        <w:br/>
      </w:r>
      <w:r>
        <w:rPr>
          <w:sz w:val="20"/>
        </w:rPr>
        <w:t>1:08:41  Bohat zyada Mislead kiya hai. Kyun ke is ki wajah se yeh bhool gaya musalman ke hum par zawal ayega.</w:t>
      </w:r>
      <w:r>
        <w:br/>
      </w:r>
      <w:r>
        <w:rPr>
          <w:sz w:val="20"/>
        </w:rPr>
        <w:t>1:08:47  Yeh jo woh ummat laqab jis ko khair ul umum tha, yeh jo zehan hai ke hum khair ummat hain, is ne musalmanon ko is Reality se bekhabar kar diya ke zawal har ummat par aata hai aur musalmanon pe bhi ayega.</w:t>
      </w:r>
      <w:r>
        <w:br/>
      </w:r>
      <w:r>
        <w:rPr>
          <w:sz w:val="20"/>
        </w:rPr>
        <w:t>1:09:03  To aaj musalman apne daur zawal mein hain. Sirf Quran ki tilawat karne se masla hal nahi hoga. Quran ka tarjuma parhne se masla hal nahi hua.</w:t>
      </w:r>
      <w:r>
        <w:br/>
      </w:r>
      <w:r>
        <w:rPr>
          <w:sz w:val="20"/>
        </w:rPr>
        <w:t>1:09:12  Balke in ki Deconditioning karni padegi.</w:t>
      </w:r>
      <w:r>
        <w:br/>
      </w:r>
      <w:r>
        <w:rPr>
          <w:sz w:val="20"/>
        </w:rPr>
        <w:t>1:09:16  In ko in ko aik aik cheez ko Analysis kar ke batana padega ke yahan ghalti, yahan ghalti, yahan ghalti. Is ko Point Out karna padega.</w:t>
      </w:r>
      <w:r>
        <w:br/>
      </w:r>
      <w:r>
        <w:rPr>
          <w:sz w:val="20"/>
        </w:rPr>
        <w:t>1:09:26  Sirf yeh ke tarjuma parha dein aap, yeh kafi nahi hai. Isi liye main Quran ke sath Supportive Literature ki shart lagata hoon. Aap Quran ka tarjuma phailayen logon ko.</w:t>
      </w:r>
      <w:r>
        <w:br/>
      </w:r>
      <w:r>
        <w:rPr>
          <w:sz w:val="20"/>
        </w:rPr>
        <w:t>1:09:37  That is not enough. Supportive Literature bhi dena hai aap ko. Tab ja kar ke woh faida hasil hoga.</w:t>
      </w:r>
    </w:p>
    <w:p>
      <w:pPr>
        <w:pStyle w:val="Heading2"/>
      </w:pPr>
      <w:r>
        <w:t>Why neglect replacement of nations principle?</w:t>
      </w:r>
    </w:p>
    <w:p>
      <w:r>
        <w:rPr>
          <w:color w:val="666666"/>
          <w:sz w:val="18"/>
        </w:rPr>
        <w:t>Quran &amp; Tafsir · Importance of Patience October 26, 2014 · 2m 50s · at 1:14:53 · https://youtu.be/XdOlp9-fPG0?t=4493</w:t>
      </w:r>
    </w:p>
    <w:p>
      <w:r>
        <w:rPr>
          <w:i/>
        </w:rPr>
        <w:t>“The principle of replacement of nations is clearly mentioned in the Quran. Why have commentators failed to highlight the importance of this eternal principle in operation in this world? What is your comment?”</w:t>
      </w:r>
    </w:p>
    <w:p>
      <w:r>
        <w:rPr>
          <w:sz w:val="20"/>
        </w:rPr>
        <w:t>1:14:53  Maulana, agla sawal kya hai Delhi se Dr. Farida Khanam ne, aur unhon ne likha hai: "The principle of replacement of nations is clearly mentioned in the Quran.</w:t>
      </w:r>
      <w:r>
        <w:br/>
      </w:r>
      <w:r>
        <w:rPr>
          <w:sz w:val="20"/>
        </w:rPr>
        <w:t>1:15:06  why is it that our commentators of the quran have failed to highlight the importance of such an eternal principle in operation in this world?</w:t>
      </w:r>
      <w:r>
        <w:br/>
      </w:r>
      <w:r>
        <w:rPr>
          <w:sz w:val="20"/>
        </w:rPr>
        <w:t>1:15:17  what is your comment</w:t>
      </w:r>
      <w:r>
        <w:br/>
      </w:r>
      <w:r>
        <w:rPr>
          <w:sz w:val="20"/>
        </w:rPr>
        <w:t>1:15:18  on this? dekhiye, quran ki tafseeron mein ek bahut badi ghalati hui hai ke is ko woh shan-e-nazool tak mehdood kar diya gaya.</w:t>
      </w:r>
      <w:r>
        <w:br/>
      </w:r>
      <w:r>
        <w:rPr>
          <w:sz w:val="20"/>
        </w:rPr>
        <w:t>1:15:33  shan-e-nazool se jo nikle, wohi is ka matlab hai.</w:t>
      </w:r>
      <w:r>
        <w:br/>
      </w:r>
      <w:r>
        <w:rPr>
          <w:sz w:val="20"/>
        </w:rPr>
        <w:t>1:15:40  aise hi is zamane mein koi log paida hue to woh kehte hain ke nazm sab se badi cheez hai, yaani aayaton ke do aayaton ke beech mein nazm, do suraton ke beech mein nazm, woh woh bhi mere khayal se ek ek parda dalna hai.</w:t>
      </w:r>
      <w:r>
        <w:br/>
      </w:r>
      <w:r>
        <w:rPr>
          <w:sz w:val="20"/>
        </w:rPr>
        <w:t>1:15:56  kyunki aap aayaton ke nazm se aap kya samjhenge? samjhenge, is ko applied mein nahi samajh sakte. aap</w:t>
      </w:r>
      <w:r>
        <w:br/>
      </w:r>
      <w:r>
        <w:rPr>
          <w:sz w:val="20"/>
        </w:rPr>
        <w:t>1:16:06  quran ke silsile mein abhi maine ek article likha hai ke ek hai quran, ek hai applied quran.</w:t>
      </w:r>
      <w:r>
        <w:br/>
      </w:r>
      <w:r>
        <w:rPr>
          <w:sz w:val="20"/>
        </w:rPr>
        <w:t>1:16:13  to yeh nazm ka tareeqa ya shan-e-nazool ka tareeqa, yeh aap ko quran ka ilm de sakta hai kuch, lekin applied quran se bekhabar rahenge aap.</w:t>
      </w:r>
      <w:r>
        <w:br/>
      </w:r>
      <w:r>
        <w:rPr>
          <w:sz w:val="20"/>
        </w:rPr>
        <w:t>1:16:25  aur jab tak aap applied way mein quran ko</w:t>
      </w:r>
      <w:r>
        <w:br/>
      </w:r>
      <w:r>
        <w:rPr>
          <w:sz w:val="20"/>
        </w:rPr>
        <w:t>1:16:31  is ki tashreeh na kar saken, tab tak yeh quran aap ke liye irrelevant bana rahega.</w:t>
      </w:r>
      <w:r>
        <w:br/>
      </w:r>
      <w:r>
        <w:rPr>
          <w:sz w:val="20"/>
        </w:rPr>
        <w:t>1:16:38  to chahe pichhla tareeqa jo tafseeron ka tha, woh ho ya maujooda zamane mein jo nazm ka tareeqa hai, quran mein order dhoondhna aur nazm talash kar ke is ki tafseer karna, yeh dono hi tareeqe jo hain, hamein applied quran se bekhabar rakhte hain,</w:t>
      </w:r>
      <w:r>
        <w:br/>
      </w:r>
      <w:r>
        <w:rPr>
          <w:sz w:val="20"/>
        </w:rPr>
        <w:t>1:16:57  quran ka applied meaning se bekhabar rakhte hain. to</w:t>
      </w:r>
      <w:r>
        <w:br/>
      </w:r>
      <w:r>
        <w:rPr>
          <w:sz w:val="20"/>
        </w:rPr>
        <w:t>1:17:01  asal cheez yeh hai quran ki applied meaning, aur woh jitne bhi logon ne tareeqe ikhtiyar kiye hain tafseer karne ke liye, is mein applied meaning un ka concern hi nahi hota.</w:t>
      </w:r>
      <w:r>
        <w:br/>
      </w:r>
      <w:r>
        <w:rPr>
          <w:sz w:val="20"/>
        </w:rPr>
        <w:t>1:17:15  un ka ek concern nahi hota ke woh applied meaning ko daryaft karen, to phir woh woh hamare liye quran se koi rahnumai nahi de paate.</w:t>
      </w:r>
      <w:r>
        <w:br/>
      </w:r>
      <w:r>
        <w:rPr>
          <w:sz w:val="20"/>
        </w:rPr>
        <w:t>1:17:24  kuch technical andaaz mein baaten keh paate hain, woh</w:t>
      </w:r>
      <w:r>
        <w:br/>
      </w:r>
      <w:r>
        <w:rPr>
          <w:sz w:val="20"/>
        </w:rPr>
        <w:t>1:17:28  fanni tashreeh, technical kuch point nikal ke us ko wazahat karte hain. lekin jab tak quran ko aap applied way mein na bataen logon ko, tab tak un ka mind address nahi hoga, aur koi baat bhi un ki samajh mein nahi aayegi</w:t>
      </w:r>
    </w:p>
    <w:p>
      <w:pPr>
        <w:pStyle w:val="Heading2"/>
      </w:pPr>
      <w:r>
        <w:t>Why six days for creation</w:t>
      </w:r>
    </w:p>
    <w:p>
      <w:r>
        <w:rPr>
          <w:color w:val="666666"/>
          <w:sz w:val="18"/>
        </w:rPr>
        <w:t>Quran &amp; Tafsir · Realization of God May 5, 2019 · 3m 43s · at 41:55 · https://youtu.be/5X-vCFqiR4U?t=2515</w:t>
      </w:r>
    </w:p>
    <w:p>
      <w:r>
        <w:rPr>
          <w:i/>
        </w:rPr>
        <w:t>“If Allah is 'Kun fayakun' (Be and it is), meaning He intends something and it happens, then why did it take six days to create the heavens and the earth? Explain.”</w:t>
      </w:r>
    </w:p>
    <w:p>
      <w:r>
        <w:rPr>
          <w:sz w:val="20"/>
        </w:rPr>
        <w:t>41:55  maulana, agla sawal yeh bheja hai</w:t>
      </w:r>
      <w:r>
        <w:br/>
      </w:r>
      <w:r>
        <w:rPr>
          <w:sz w:val="20"/>
        </w:rPr>
        <w:t>42:02  idrees qamar sahib ne, muhammad idrees qamar sahib ne kashmir se. unhon ne likha hai: "mera sawal hai ke agar Allah kun faya kun hai, yani kisi cheez ka irada hi farmate hain to woh ho jata hai, lekin zameen aur aasman ko banane mein chhe din kyun lage?</w:t>
      </w:r>
      <w:r>
        <w:br/>
      </w:r>
      <w:r>
        <w:rPr>
          <w:sz w:val="20"/>
        </w:rPr>
        <w:t>42:22  is ki wazahat karen."</w:t>
      </w:r>
      <w:r>
        <w:br/>
      </w:r>
      <w:r>
        <w:rPr>
          <w:sz w:val="20"/>
        </w:rPr>
        <w:t>42:25  dekhen, yeh yeh Allah ki rehmat ka muamla hai. rehmat</w:t>
      </w:r>
      <w:r>
        <w:br/>
      </w:r>
      <w:r>
        <w:rPr>
          <w:sz w:val="20"/>
        </w:rPr>
        <w:t>42:35  yeh is liye aisa hua ke insan creation ka study kar sake. agar kun faya kun hota to insan study kaise karta?</w:t>
      </w:r>
      <w:r>
        <w:br/>
      </w:r>
      <w:r>
        <w:rPr>
          <w:sz w:val="20"/>
        </w:rPr>
        <w:t>42:48  phir to logon ko jadoo lagta. jadoo ek scientific process jab hua, tab insan study kar paya.</w:t>
      </w:r>
      <w:r>
        <w:br/>
      </w:r>
      <w:r>
        <w:rPr>
          <w:sz w:val="20"/>
        </w:rPr>
        <w:t>42:57  tab insan ne telescope discover ki, microscope discover ki. to yeh Allah ki bohat bari rehmat hai ke us ne cheezon ko jo paida kiya, woh ek process ke through taake insan is ki study kar sake aur phir marifat hasil kar sake.</w:t>
      </w:r>
      <w:r>
        <w:br/>
      </w:r>
      <w:r>
        <w:rPr>
          <w:sz w:val="20"/>
        </w:rPr>
        <w:t>43:15  marifat yeh bhai woh subhana sahiba ka jo hai, woh kuch batate hain. aap</w:t>
      </w:r>
      <w:r>
        <w:br/>
      </w:r>
      <w:r>
        <w:rPr>
          <w:sz w:val="20"/>
        </w:rPr>
        <w:t>43:23  maulana, un ka comment parha tha hum ne, miss shabana ansari ka. woh bataiye is ko. okay, so in the morning, i was just sharing with maulana sahib about some of the activities that are happening, and there is one development or one activity which is a monthly based activity,</w:t>
      </w:r>
      <w:r>
        <w:br/>
      </w:r>
      <w:r>
        <w:rPr>
          <w:sz w:val="20"/>
        </w:rPr>
        <w:t>43:47  which is done by the pakistan team member, miss shabana ansari. she is been religiously doing a fabulous job of recording urdu risala, the audio file which are then uploaded and made available to the urdu understanding people all over the world.</w:t>
      </w:r>
      <w:r>
        <w:br/>
      </w:r>
      <w:r>
        <w:rPr>
          <w:sz w:val="20"/>
        </w:rPr>
        <w:t>44:07  in fact, har efforts has made it possible for people who cannot understand or who cannot read urdu to understand urdu al risala of Maulana sahib very easily.</w:t>
      </w:r>
      <w:r>
        <w:br/>
      </w:r>
      <w:r>
        <w:rPr>
          <w:sz w:val="20"/>
        </w:rPr>
        <w:t>44:21  she is also worked in radio some time back, and her voice is very soul full, and her effort has really made urdu al risala available to a larger audience now.</w:t>
      </w:r>
      <w:r>
        <w:br/>
      </w:r>
      <w:r>
        <w:rPr>
          <w:sz w:val="20"/>
        </w:rPr>
        <w:t>44:35  and doctor waqar alam, who is another important member of US team. he is presently visiting Pakistan to further, you know, do more activities, plan out the future course of action.</w:t>
      </w:r>
      <w:r>
        <w:br/>
      </w:r>
      <w:r>
        <w:rPr>
          <w:sz w:val="20"/>
        </w:rPr>
        <w:t>44:51  and yesterday, there was an interview which was recorded between miss shabana ansari and doctor waqar alam sahib, which is also available now on the facebook.</w:t>
      </w:r>
      <w:r>
        <w:br/>
      </w:r>
      <w:r>
        <w:rPr>
          <w:sz w:val="20"/>
        </w:rPr>
        <w:t>45:04  so this was the development which i was sharing with Maulana sahib in the morning, and he wanted me to share with all of you. we pray for sister shabana ansari and doctor waqar alam, that may Allah bless them abundantly and continue, make them continue do this amazing task of dawa work in their life.</w:t>
      </w:r>
      <w:r>
        <w:br/>
      </w:r>
      <w:r>
        <w:rPr>
          <w:sz w:val="20"/>
        </w:rPr>
        <w:t>45:29  masha Allah. Maulana, agla ek aur sawal tha unka Idrees Qamar sahib ka.</w:t>
      </w:r>
    </w:p>
    <w:p>
      <w:pPr>
        <w:pStyle w:val="Heading2"/>
      </w:pPr>
      <w:r>
        <w:t>Will Huffaz forget Quran near Judgment Day?</w:t>
      </w:r>
    </w:p>
    <w:p>
      <w:r>
        <w:rPr>
          <w:color w:val="666666"/>
          <w:sz w:val="18"/>
        </w:rPr>
        <w:t>Quran &amp; Tafsir · Signs of Doomsday November 7, 2021 Prof. Farida Khanam · 2m 35s · at 50:27 · https://youtu.be/RQZchtP6uRg?t=3027</w:t>
      </w:r>
    </w:p>
    <w:p>
      <w:r>
        <w:rPr>
          <w:i/>
        </w:rPr>
        <w:t>“My question is that near the Day of Judgment, the words of the Quran will be erased. Will those who have memorized the Quran also forget it? Please explain about this.”</w:t>
      </w:r>
    </w:p>
    <w:p>
      <w:r>
        <w:rPr>
          <w:sz w:val="20"/>
        </w:rPr>
        <w:t>50:27  apa, agla sawal lena chahunga. yeh sawal bheja hai miss halima ne. unhone likha hai ke mera sawal hai ke qyamat ke qareeb quran pak ke alfaaz mita diye jayenge to kya jinhone quran hifz kiya hai,</w:t>
      </w:r>
      <w:r>
        <w:br/>
      </w:r>
      <w:r>
        <w:rPr>
          <w:sz w:val="20"/>
        </w:rPr>
        <w:t>50:46  woh bhi woh bhi usko bhool jayenge? iske bare mein batayein. woh mita diye jayenge yeh nahi ke ab jo print edition hota hai ya jo seenon mein logon ko woh mit jayega, balke iska matlab yeh hai ke jo uski spirit nadarad hogi.</w:t>
      </w:r>
      <w:r>
        <w:br/>
      </w:r>
      <w:r>
        <w:rPr>
          <w:sz w:val="20"/>
        </w:rPr>
        <w:t>51:04  log spirit se mehroom ho jayenge. sirf alfaaz padhenge, usko to yeh yaad karenge, usko namazon mein dohraenge, lekin uske, uski jo hai, uske jo maani aur matlab hain aur tadabbur, yeh sab nahi karenge.</w:t>
      </w:r>
      <w:r>
        <w:br/>
      </w:r>
      <w:r>
        <w:rPr>
          <w:sz w:val="20"/>
        </w:rPr>
        <w:t>51:20  sirf sirf is ko dohra lena, is ko kafi samjhenge. aaj kal yahi ho hi raha hai. abhi qayamat to qareeb hai hi, yeh sab to ho hi raha hai.</w:t>
      </w:r>
      <w:r>
        <w:br/>
      </w:r>
      <w:r>
        <w:rPr>
          <w:sz w:val="20"/>
        </w:rPr>
        <w:t>51:30  aap dekhiye ke jo log jo hain, paanch waqt namaz padhte hain, namaz ke baad kya karte hain? namaz ke baad thori der ke liye bhi woh yaad nahi karte ke namaz mein kya padh kar aaye hain.</w:t>
      </w:r>
      <w:r>
        <w:br/>
      </w:r>
      <w:r>
        <w:rPr>
          <w:sz w:val="20"/>
        </w:rPr>
        <w:t>51:41  to pehle aisa nahi hota tha. pehle log jo hain, saara saara din jo hain, woh jo chand aayaton par ghaur karte rehte the. rasool Allah sal Allah alaih wasallam jab raat ko quran padhte the to ek ek aayat par woh ghanta ghanta bhar sochte rehte the.</w:t>
      </w:r>
      <w:r>
        <w:br/>
      </w:r>
      <w:r>
        <w:rPr>
          <w:sz w:val="20"/>
        </w:rPr>
        <w:t>51:58  to aaj aisa kaun karta hai? yeh matlab hai ke mita dena. to is par woh arabi mein aap bata dijiye jo hadith mein aaya hai: "lam yabqa min al-islami illa ismuhu wa lam yabqa min al-qurani illa rasmuhu.</w:t>
      </w:r>
      <w:r>
        <w:br/>
      </w:r>
      <w:r>
        <w:rPr>
          <w:sz w:val="20"/>
        </w:rPr>
        <w:t>52:10  masajid aamira wa hi kharab min al-huda. ulama sharr taht min adim al-samaa." shuab al-iman ki hadith hai ke islam ke naam par sirf uska naam rahega, quran ke naam par sirf uske alfaaz rahenge.</w:t>
      </w:r>
      <w:r>
        <w:br/>
      </w:r>
      <w:r>
        <w:rPr>
          <w:sz w:val="20"/>
        </w:rPr>
        <w:t>52:26  masajid to khoob abad honge lekin woh hidayat se khali honge. in ko ulama, ulama aasman ke neeche sab se bure makhlooq honge. to yahi matlab hai iska ke ulama jo rahenge, jis ko aalim kehna chahiye, woh to khatam ho jayenge.</w:t>
      </w:r>
      <w:r>
        <w:br/>
      </w:r>
      <w:r>
        <w:rPr>
          <w:sz w:val="20"/>
        </w:rPr>
        <w:t>52:43  bas woh log rahenge jinka maqsad hoga dunya kamana, jinka maqsad hoga dunya mein kuch hasil karna. aise log rahenge jo manne wale bhi rahenge aur bas rasam ke taur par manenge.</w:t>
      </w:r>
      <w:r>
        <w:br/>
      </w:r>
      <w:r>
        <w:rPr>
          <w:sz w:val="20"/>
        </w:rPr>
        <w:t>52:54  jo is musalman ghar mein paida ho gaye the, woh log rahenge. islam ko daryaft kar ke Khuda ko daryaft karne wale musalman nahi rahenge.</w:t>
      </w:r>
    </w:p>
    <w:p>
      <w:pPr>
        <w:pStyle w:val="Heading2"/>
      </w:pPr>
      <w:r>
        <w:t>کیا قرآن سمجھنے کے لیے عربی ضروری ہے؟</w:t>
      </w:r>
    </w:p>
    <w:p>
      <w:r>
        <w:rPr>
          <w:color w:val="666666"/>
          <w:sz w:val="18"/>
        </w:rPr>
        <w:t>Quran &amp; Tafsir · Realization of God March 16, 2014 Maulana Wahiduddin Khan · 3m 29s · at 49:51 · https://youtu.be/OA8Apjhruag?t=2991</w:t>
      </w:r>
    </w:p>
    <w:p>
      <w:r>
        <w:rPr>
          <w:i/>
        </w:rPr>
        <w:t>“کیا قرآن کے گہرے meaning تک پہنچنے کے لیے عربی زبان پر عبور حاصل کرنا ضروری ہے؟ اس کو واضح کریں۔”</w:t>
      </w:r>
    </w:p>
    <w:p>
      <w:r>
        <w:rPr>
          <w:sz w:val="20"/>
        </w:rPr>
        <w:t>49:51  maulana, agla sawal kya hai pakistan se sajjad nawaz sahib ne. unhone likha hai: "kya quran ke gehre meaning tak pohnchne ke liye arabi zaban par aboor hasil karna zaroori hai?</w:t>
      </w:r>
      <w:r>
        <w:br/>
      </w:r>
      <w:r>
        <w:rPr>
          <w:sz w:val="20"/>
        </w:rPr>
        <w:t>50:06  isko wazeh karein." kisi zaban par aboor se koi talluq nahi. be be aboor rakhne wale un ki tasweerein padhiye.</w:t>
      </w:r>
      <w:r>
        <w:br/>
      </w:r>
      <w:r>
        <w:rPr>
          <w:sz w:val="20"/>
        </w:rPr>
        <w:t>50:17  tasweeron mein kuch bhi nahi milega aap ko. abhi jo ayat maine padhi hai surah al anbiya ki sari tasweeron mein dekh daaliye. kuch bhi nahi milega.</w:t>
      </w:r>
      <w:r>
        <w:br/>
      </w:r>
      <w:r>
        <w:rPr>
          <w:sz w:val="20"/>
        </w:rPr>
        <w:t>50:28  surah anbiya ki ayat number 42 maine padhi hai, abhi is ki sharah ki hai. jitni bhi tafaseer hain, jis zaban mein likhi gayi hon, sab tafaseer dekh daaliye.</w:t>
      </w:r>
      <w:r>
        <w:br/>
      </w:r>
      <w:r>
        <w:rPr>
          <w:sz w:val="20"/>
        </w:rPr>
        <w:t>50:40  yeh bilkul myth hai ke arabi zaban mein عبور ho to samajh mein aa jayega.</w:t>
      </w:r>
      <w:r>
        <w:br/>
      </w:r>
      <w:r>
        <w:rPr>
          <w:sz w:val="20"/>
        </w:rPr>
        <w:t>50:46  yeh kyun nahi logon ko samajh mein aya? dekhiye, sab se bari cheez jo hai woh yeh hai ke quran ka jo author hai, us author se aap is position mein ho saken ke aap us se consult kar saken.</w:t>
      </w:r>
      <w:r>
        <w:br/>
      </w:r>
      <w:r>
        <w:rPr>
          <w:sz w:val="20"/>
        </w:rPr>
        <w:t>51:07  yeh sab bari condition hai. quran ka author jab aap jante hain ke god almighty hai to aap itna zyada apne aap ko elevate karen ke aap quran ke author se consult kar saken.</w:t>
      </w:r>
      <w:r>
        <w:br/>
      </w:r>
      <w:r>
        <w:rPr>
          <w:sz w:val="20"/>
        </w:rPr>
        <w:t>51:23  tab aap ko bari bari baaten samajh mein ayengi.</w:t>
      </w:r>
      <w:r>
        <w:br/>
      </w:r>
      <w:r>
        <w:rPr>
          <w:sz w:val="20"/>
        </w:rPr>
        <w:t>51:28  consultation ka matlab yeh nahi hai ke koi yani former sense mein. mein aap ko ek waqia batata hoon. ibn taimiya hamare tareekh ke bohat hi bari bada naam unka hai.</w:t>
      </w:r>
      <w:r>
        <w:br/>
      </w:r>
      <w:r>
        <w:rPr>
          <w:sz w:val="20"/>
        </w:rPr>
        <w:t>51:44  top most scholar maney jate hain woh. to unki samajh mein koi ayat nahi aa rahi thi quran ki. to unhon ne kya kiya?</w:t>
      </w:r>
      <w:r>
        <w:br/>
      </w:r>
      <w:r>
        <w:rPr>
          <w:sz w:val="20"/>
        </w:rPr>
        <w:t>51:54  ke wuzu kiya aur do rak'at namaz parhi. aur uske baad dua kiya ke: "ya muallim ibrahim allimni." "ya muallim ibrahim allimni." aye ibrahim ko batane wale, mujhe bhi bata de.</w:t>
      </w:r>
      <w:r>
        <w:br/>
      </w:r>
      <w:r>
        <w:rPr>
          <w:sz w:val="20"/>
        </w:rPr>
        <w:t>52:12  yeh hai consult karna.</w:t>
      </w:r>
      <w:r>
        <w:br/>
      </w:r>
      <w:r>
        <w:rPr>
          <w:sz w:val="20"/>
        </w:rPr>
        <w:t>52:17  to ibn taimiya itne zyada ilm mein mashghool the ke unhon ne kaha, unhon ne shadi nahi ki thi. unhon ne kaha ke meri shadi jo hai ilm se ho chuki hai. itna zyada aap ne aap ko involve kiya is ko unhon ne.</w:t>
      </w:r>
      <w:r>
        <w:br/>
      </w:r>
      <w:r>
        <w:rPr>
          <w:sz w:val="20"/>
        </w:rPr>
        <w:t>52:31  to mein samajhta hoon ke yeh bilkul myth hai ke quran arabi zaban jis ko عبور hoga, woh quran khoob samjhega. to samaji ke sahib tafsir to arabi zaban mein عبور rakhne wale the hi.</w:t>
      </w:r>
      <w:r>
        <w:br/>
      </w:r>
      <w:r>
        <w:rPr>
          <w:sz w:val="20"/>
        </w:rPr>
        <w:t>52:42  kyun nahi unhon ne in baaton ko keh paye? kuch nahi, sirf yeh hai ke aap ko allah par jitna zyada yani arabi zaban janna bas zarori hai.</w:t>
      </w:r>
      <w:r>
        <w:br/>
      </w:r>
      <w:r>
        <w:rPr>
          <w:sz w:val="20"/>
        </w:rPr>
        <w:t>52:53  yeh mein manta hoon. baghair arabi zaban jaane hue kaise samjhenge aap?</w:t>
      </w:r>
      <w:r>
        <w:br/>
      </w:r>
      <w:r>
        <w:rPr>
          <w:sz w:val="20"/>
        </w:rPr>
        <w:t>53:01  lekin asal cheez yeh nahi hai. asal cheez yeh hai ke allah se woh taluq ke aap allah se consult karne lagen. yeh keh payen ke: "ya muallim ibrahim allimni." tab aap ko quran ki gehri baaten samajh mein ayengi.</w:t>
      </w:r>
    </w:p>
    <w:p>
      <w:pPr>
        <w:pStyle w:val="Heading2"/>
      </w:pPr>
      <w:r>
        <w:t>Are all people the Prophet's ummah?</w:t>
      </w:r>
    </w:p>
    <w:p>
      <w:r>
        <w:rPr>
          <w:color w:val="666666"/>
          <w:sz w:val="18"/>
        </w:rPr>
        <w:t>Seerah &amp; Prophet · Importance of Creative Thinking December 11, 2011 · 2m 13s · at 1:05:33 · https://youtu.be/jfML9Arb0S4?t=3933</w:t>
      </w:r>
    </w:p>
    <w:p>
      <w:r>
        <w:rPr>
          <w:i/>
        </w:rPr>
        <w:t>“After the Prophet Muhammad (peace be upon him) came into the world, are all people his ummah? Then what is the difference between Muslim and non-Muslim? Does a Muslim need to highlight this?”</w:t>
      </w:r>
    </w:p>
    <w:p>
      <w:r>
        <w:rPr>
          <w:sz w:val="20"/>
        </w:rPr>
        <w:t>1:05:33  maulana, agla sawal aaya hai mr. gresh jwal ka dilli se</w:t>
      </w:r>
      <w:r>
        <w:br/>
      </w:r>
      <w:r>
        <w:rPr>
          <w:sz w:val="20"/>
        </w:rPr>
        <w:t>1:05:37  . unhon ne likha hai: "kya hazrat Muhammad sallallahu alaihi wasallam ke dunya mein aanay ke baad sabhi un ki ummat hain?</w:t>
      </w:r>
      <w:r>
        <w:br/>
      </w:r>
      <w:r>
        <w:rPr>
          <w:sz w:val="20"/>
        </w:rPr>
        <w:t>1:05:48  phir muslim aur ghair muslim mein kya farq hai? kya muslim ko usay uagar karne ki zaroorat hai?"</w:t>
      </w:r>
      <w:r>
        <w:br/>
      </w:r>
      <w:r>
        <w:rPr>
          <w:sz w:val="20"/>
        </w:rPr>
        <w:t>1:05:59  dekhen, jo baat hai woh muslim ghair muslim mein nahi hai. muslim to aik qom hai jo doosri qomen hain.</w:t>
      </w:r>
      <w:r>
        <w:br/>
      </w:r>
      <w:r>
        <w:rPr>
          <w:sz w:val="20"/>
        </w:rPr>
        <w:t>1:06:06  asal asal yeh farq nahi hai. humein phir se sachai ko discover karna hai, har musalman ko phir se sachai ko discover karna hai.</w:t>
      </w:r>
      <w:r>
        <w:br/>
      </w:r>
      <w:r>
        <w:rPr>
          <w:sz w:val="20"/>
        </w:rPr>
        <w:t>1:06:16  aisa nahi ke paida ho gaye to un ko islam mil gaya, aisa nahi hai. yani islam jo hota hai woh bas se nahi milta, choice se milta hai.</w:t>
      </w:r>
      <w:r>
        <w:br/>
      </w:r>
      <w:r>
        <w:rPr>
          <w:sz w:val="20"/>
        </w:rPr>
        <w:t>1:06:29  jaise main ne islam ko phir se parha,</w:t>
      </w:r>
      <w:r>
        <w:br/>
      </w:r>
      <w:r>
        <w:rPr>
          <w:sz w:val="20"/>
        </w:rPr>
        <w:t>1:06:32  agarche main paida hua tha aik muslim family mein, lekin main ne islam ko phir se parha. parhte parhte mujhe discovery hui. to yeh har har har har aik ke liye yeh hona chahiye.</w:t>
      </w:r>
      <w:r>
        <w:br/>
      </w:r>
      <w:r>
        <w:rPr>
          <w:sz w:val="20"/>
        </w:rPr>
        <w:t>1:06:44  yeh koi Allah taala ke haan qomen nahi ke aik qom muslim ki, aik qom non muslim ki, aisi kuch baat nahi hai.</w:t>
      </w:r>
      <w:r>
        <w:br/>
      </w:r>
      <w:r>
        <w:rPr>
          <w:sz w:val="20"/>
        </w:rPr>
        <w:t>1:06:51  jo Allah taala ke haan jo mamla hai woh sirf yeh hai ke woh kon hai jo apne yani apni zindagi ko khud dhal, yani woh sachai ko khud discover karta hai, phir us par apni zindagi ko dhalta hai,</w:t>
      </w:r>
      <w:r>
        <w:br/>
      </w:r>
      <w:r>
        <w:rPr>
          <w:sz w:val="20"/>
        </w:rPr>
        <w:t>1:07:06  us ke mutabiq amal karta hai. Allah ke haan faisla jo hoga kuch community wise nahi hoga, yeh community jahannum mein, woh community jannat mein, aisa kuch bhi nahi hai.</w:t>
      </w:r>
      <w:r>
        <w:br/>
      </w:r>
      <w:r>
        <w:rPr>
          <w:sz w:val="20"/>
        </w:rPr>
        <w:t>1:07:19  individual wise hoga,</w:t>
      </w:r>
      <w:r>
        <w:br/>
      </w:r>
      <w:r>
        <w:rPr>
          <w:sz w:val="20"/>
        </w:rPr>
        <w:t>1:07:21  aik aik aik aik individual ko dekha jaye ke us ka apna record kya hai. aisa nahi ke jis yeh aik qom hai, yeh sab jannat mein, woh doosri qom hai jahannum mein, aisa kuch bhi nahi hai.</w:t>
      </w:r>
      <w:r>
        <w:br/>
      </w:r>
      <w:r>
        <w:rPr>
          <w:sz w:val="20"/>
        </w:rPr>
        <w:t>1:07:34  aik aik individual ke record ko jaancha jayega aur aik aik individual apne record ka aitbar se jis tarah sabit hoga, waisa us ke sath mamla kiya jayega.</w:t>
      </w:r>
    </w:p>
    <w:p>
      <w:pPr>
        <w:pStyle w:val="Heading2"/>
      </w:pPr>
      <w:r>
        <w:t>Are both sides in early battles in Paradise?</w:t>
      </w:r>
    </w:p>
    <w:p>
      <w:r>
        <w:rPr>
          <w:color w:val="666666"/>
          <w:sz w:val="18"/>
        </w:rPr>
        <w:t>Seerah &amp; Prophet · Surah Al-'Asr I November 23, 2014 Maulana Wahiduddin Khan · 3m 33s · at 59:28 · https://youtu.be/3dBMIUC0Dqw?t=3568</w:t>
      </w:r>
    </w:p>
    <w:p>
      <w:r>
        <w:rPr>
          <w:i/>
        </w:rPr>
        <w:t>“People say that in the battles of Jamal and Siffin, those who were killed on both sides are all in Paradise. Is this belief correct?”</w:t>
      </w:r>
    </w:p>
    <w:p>
      <w:r>
        <w:rPr>
          <w:sz w:val="20"/>
        </w:rPr>
        <w:t>59:28  Maulana, agla sawal Mr Raj Malik ne kiya hai Dilli se aur unhone likha hai ke Maulana, log kehte hain ke Jang-e-Jamal aur Jang-e-Siffin mein dono taraf se jo log mare gaye woh dono jannati hain.</w:t>
      </w:r>
      <w:r>
        <w:br/>
      </w:r>
      <w:r>
        <w:rPr>
          <w:sz w:val="20"/>
        </w:rPr>
        <w:t>59:46  kya yeh nazariya sahi hai? dekhen, main ek baat usooli arz karta hoon ke hadith mein aata hai innama al-a'malu bi al-niyyat amal ka daromadar niyat par hai.</w:t>
      </w:r>
      <w:r>
        <w:br/>
      </w:r>
      <w:r>
        <w:rPr>
          <w:sz w:val="20"/>
        </w:rPr>
        <w:t>1:00:04  yani zahiri taur par aadmi kya karta hai woh faisle ki cheez nahi hai. uska intention kya hai woh faisle ki cheez hai.</w:t>
      </w:r>
      <w:r>
        <w:br/>
      </w:r>
      <w:r>
        <w:rPr>
          <w:sz w:val="20"/>
        </w:rPr>
        <w:t>1:00:18  intention innama al-a'malu bi al-niyyat</w:t>
      </w:r>
      <w:r>
        <w:br/>
      </w:r>
      <w:r>
        <w:rPr>
          <w:sz w:val="20"/>
        </w:rPr>
        <w:t>1:00:24  yani action depends upon intention to intention jo hai woh to Allah ko pata hai. Woh to insan ko pata nahi.</w:t>
      </w:r>
      <w:r>
        <w:br/>
      </w:r>
      <w:r>
        <w:rPr>
          <w:sz w:val="20"/>
        </w:rPr>
        <w:t>1:00:36  mujhe ek waqia yaad aata hai. Ek sahab the,</w:t>
      </w:r>
      <w:r>
        <w:br/>
      </w:r>
      <w:r>
        <w:rPr>
          <w:sz w:val="20"/>
        </w:rPr>
        <w:t>1:00:41  abool barkaat, un ka intiqal ho chuka hai. To Maulana Hussain Bandani ko bohat mante the. To ek martaba gaya un ke haan.</w:t>
      </w:r>
      <w:r>
        <w:br/>
      </w:r>
      <w:r>
        <w:rPr>
          <w:sz w:val="20"/>
        </w:rPr>
        <w:t>1:00:51  woh Tanda mein rehte the. Woh Darul Uloom Deoband mein shakh al hadees bhi the. Watan tha Tanda.</w:t>
      </w:r>
      <w:r>
        <w:br/>
      </w:r>
      <w:r>
        <w:rPr>
          <w:sz w:val="20"/>
        </w:rPr>
        <w:t>1:01:01  ek martaba un se milne gaye. To unhon ne bataya ke Maulana Bandani jo the bistar par leTe hue the. Aur jaisa ke aap jante hain ke Maulana Bandani Congressi zehan ke the.</w:t>
      </w:r>
      <w:r>
        <w:br/>
      </w:r>
      <w:r>
        <w:rPr>
          <w:sz w:val="20"/>
        </w:rPr>
        <w:t>1:01:14  Muslim League ke sakht khilaf the. Muslim League ke sakht khilaf the. Janab sahab ke sakht khilaf the.</w:t>
      </w:r>
      <w:r>
        <w:br/>
      </w:r>
      <w:r>
        <w:rPr>
          <w:sz w:val="20"/>
        </w:rPr>
        <w:t>1:01:22  woh Congressi zehan ke aadmi the. To Abool Barkaat sahab ne bataya mujhe ke is waqt jab ke woh leTe hue the aur yeh baithe hue the neeche farsh par ek aadmi aaya.</w:t>
      </w:r>
      <w:r>
        <w:br/>
      </w:r>
      <w:r>
        <w:rPr>
          <w:sz w:val="20"/>
        </w:rPr>
        <w:t>1:01:38  is aadmi ne Maulana Bandani se ek sawal kiya</w:t>
      </w:r>
      <w:r>
        <w:br/>
      </w:r>
      <w:r>
        <w:rPr>
          <w:sz w:val="20"/>
        </w:rPr>
        <w:t>1:01:42  ke Hazrat, janaza ka anjam acha hoga ya bura hoga aakhirat mein? Direct taur par. Janaza ka anjam acha hoga ya bura?</w:t>
      </w:r>
      <w:r>
        <w:br/>
      </w:r>
      <w:r>
        <w:rPr>
          <w:sz w:val="20"/>
        </w:rPr>
        <w:t>1:01:55  to unhon ne bataya ke Maulana Bandani ne ek lamha socha.</w:t>
      </w:r>
      <w:r>
        <w:br/>
      </w:r>
      <w:r>
        <w:rPr>
          <w:sz w:val="20"/>
        </w:rPr>
        <w:t>1:02:00  soch kar bohat hi yani specific lafzon mein ek baat kahi. Unhon ne kaha ke is ki niyat achi thi to is ka anjam bhi acha hoga.</w:t>
      </w:r>
      <w:r>
        <w:br/>
      </w:r>
      <w:r>
        <w:rPr>
          <w:sz w:val="20"/>
        </w:rPr>
        <w:t>1:02:16  is ki niyat buri thi to is ka anjam bhi bura hoga.</w:t>
      </w:r>
      <w:r>
        <w:br/>
      </w:r>
      <w:r>
        <w:rPr>
          <w:sz w:val="20"/>
        </w:rPr>
        <w:t>1:02:20  bohat bohat right statement hai yeh. Bohat sahi statement hai. Bohat hi soch kar ke aisa bole woh ke is ki niyat achi thi to is ka anjam bhi acha hoga.</w:t>
      </w:r>
      <w:r>
        <w:br/>
      </w:r>
      <w:r>
        <w:rPr>
          <w:sz w:val="20"/>
        </w:rPr>
        <w:t>1:02:34  is ki niyat buri thi to is ka anjam bhi bura hoga. Yeh</w:t>
      </w:r>
      <w:r>
        <w:br/>
      </w:r>
      <w:r>
        <w:rPr>
          <w:sz w:val="20"/>
        </w:rPr>
        <w:t>1:02:38  hai aur aap jante hain ke Bukhari ki pehli riwayat jo hai, pehli riwayat yahi hai innama al a'malu bin niyyat</w:t>
      </w:r>
      <w:r>
        <w:br/>
      </w:r>
      <w:r>
        <w:rPr>
          <w:sz w:val="20"/>
        </w:rPr>
        <w:t>1:02:47  . Amal ka daromadar niyat par hai. Action depends upon intention. Yeh to bohat hi musallama aqeedah hai sare ulama ka.</w:t>
      </w:r>
      <w:r>
        <w:br/>
      </w:r>
      <w:r>
        <w:rPr>
          <w:sz w:val="20"/>
        </w:rPr>
        <w:t>1:02:57  is mein koi ikhtilaf nahi hai.</w:t>
      </w:r>
    </w:p>
    <w:p>
      <w:pPr>
        <w:pStyle w:val="Heading2"/>
      </w:pPr>
      <w:r>
        <w:t>Are dress and beard prophetic models?</w:t>
      </w:r>
    </w:p>
    <w:p>
      <w:r>
        <w:rPr>
          <w:color w:val="666666"/>
          <w:sz w:val="18"/>
        </w:rPr>
        <w:t>Seerah &amp; Prophet · Hadith Prediction November 3, 2013 · 2m 05s · at 1:04:53 · https://youtu.be/cb5Lzw9c8aE?t=3893</w:t>
      </w:r>
    </w:p>
    <w:p>
      <w:r>
        <w:rPr>
          <w:i/>
        </w:rPr>
        <w:t>“All the sayings of the Prophet are models for us, so are dress and beard also models? Is the Prophet a model for us in the matter of beard?”</w:t>
      </w:r>
    </w:p>
    <w:p>
      <w:r>
        <w:rPr>
          <w:sz w:val="20"/>
        </w:rPr>
        <w:t>1:04:53  sarkashi. maulana, in ka ek aur sawal hai. unhon ne aap se poocha hai ke rasool Allah ki tamam baaten hamare liye model hain, to phir kya libas aur dadi bhi, dadi ke maamle mein bhi rasool hamare liye model hain ya nahin?</w:t>
      </w:r>
      <w:r>
        <w:br/>
      </w:r>
      <w:r>
        <w:rPr>
          <w:sz w:val="20"/>
        </w:rPr>
        <w:t>1:05:13  nahin, yeh bilkul yeh soch galat hai. shah Allah sahib ne bohat sahih likha hai ke rasool Allah ke di hui kuch cheezen jo bator aadat thin, aadat arab ke taur par, to woh woh hamari model nahin hain.</w:t>
      </w:r>
      <w:r>
        <w:br/>
      </w:r>
      <w:r>
        <w:rPr>
          <w:sz w:val="20"/>
        </w:rPr>
        <w:t>1:05:27  jo aap ka jo asal paigham tha, tauheed ka paigham, akhlaq ka paigham, dawat Allah ka paigham, akhirat ka paigham, woh asal cheez hai.</w:t>
      </w:r>
      <w:r>
        <w:br/>
      </w:r>
      <w:r>
        <w:rPr>
          <w:sz w:val="20"/>
        </w:rPr>
        <w:t>1:05:36  kapra aur aur aur libas aur yeh sab cheezen to bator aadat arab ke the. aap ke haan woh woh woh is tarah woh sawa nahin hai.</w:t>
      </w:r>
      <w:r>
        <w:br/>
      </w:r>
      <w:r>
        <w:rPr>
          <w:sz w:val="20"/>
        </w:rPr>
        <w:t>1:05:50  hamare ek saathi the adam garh mein, do saathi pehle ki baat hai, un ke zehn mein yahi aaya.</w:t>
      </w:r>
      <w:r>
        <w:br/>
      </w:r>
      <w:r>
        <w:rPr>
          <w:sz w:val="20"/>
        </w:rPr>
        <w:t>1:05:59  to pata nahin kahan kahan mutala kar ke, mutala kar ke n</w:t>
      </w:r>
      <w:r>
        <w:br/>
      </w:r>
      <w:r>
        <w:rPr>
          <w:sz w:val="20"/>
        </w:rPr>
        <w:t>1:06:02  kala ke rasool Allah ka yeh libas tha, yeh chappal tha, yeh sar par aap ko topi hoti thi, aur yeh asā hota tha. to in dono sahiban ne wohi pattern ikhtiyar kar liya, wohi chappal, wohi kapra, wohi topi ya topi ya awamah, aur woh asā aise hi le ke chalte the ke yeh rasool Allah ki pairwi hai.</w:t>
      </w:r>
      <w:r>
        <w:br/>
      </w:r>
      <w:r>
        <w:rPr>
          <w:sz w:val="20"/>
        </w:rPr>
        <w:t>1:06:22  yeh bilkul galat hai. rasool Allah ki pairwi in terms of culture nahin hai, balkeh in terms of ideology hai. culture to mukhtalif ho</w:t>
      </w:r>
      <w:r>
        <w:br/>
      </w:r>
      <w:r>
        <w:rPr>
          <w:sz w:val="20"/>
        </w:rPr>
        <w:t>1:06:32  sakte hain, mukhtalif anbiya ke culture mukhtalif the. to asal cheez yeh hai ke jo anbiya jo aaye, jo ideology le kar ke, woh asal cheez hai.</w:t>
      </w:r>
      <w:r>
        <w:br/>
      </w:r>
      <w:r>
        <w:rPr>
          <w:sz w:val="20"/>
        </w:rPr>
        <w:t>1:06:41  woh sab ke haan ek thi, woh sab ke haan ek thi. yani tauheed ki ideology aur tauheed ki buniyad par zindagi ko munazzam karna, yeh jo ideology, yeh asal cheez thi.</w:t>
      </w:r>
    </w:p>
    <w:p>
      <w:pPr>
        <w:pStyle w:val="Heading2"/>
      </w:pPr>
      <w:r>
        <w:t>Avoiding negative doubts about Prophet</w:t>
      </w:r>
    </w:p>
    <w:p>
      <w:r>
        <w:rPr>
          <w:color w:val="666666"/>
          <w:sz w:val="18"/>
        </w:rPr>
        <w:t>Seerah &amp; Prophet · The Existence of God-7th October 2012 · 2m 26s · at 1:25:47 · https://youtu.be/XWFqKwm-LPM?t=5147</w:t>
      </w:r>
    </w:p>
    <w:p>
      <w:r>
        <w:rPr>
          <w:i/>
        </w:rPr>
        <w:t>“How to avoid negative doubts? I can have two feelings: one is negative, that is what if Muhammad is not a messenger.”</w:t>
      </w:r>
    </w:p>
    <w:p>
      <w:r>
        <w:rPr>
          <w:sz w:val="20"/>
        </w:rPr>
        <w:t>1:25:47  maulana, agla sawal hyderabad se hai zeeshan yusuf sahab ka.</w:t>
      </w:r>
      <w:r>
        <w:br/>
      </w:r>
      <w:r>
        <w:rPr>
          <w:sz w:val="20"/>
        </w:rPr>
        <w:t>1:25:51  انہوں نے لکھا ہے: "مولانا صاحب، how to avoid negative doubts?" I can have two feelings: one is</w:t>
      </w:r>
      <w:r>
        <w:br/>
      </w:r>
      <w:r>
        <w:rPr>
          <w:sz w:val="20"/>
        </w:rPr>
        <w:t>1:25:59  Negative, that is what if Muhammad is not a messenger.</w:t>
      </w:r>
      <w:r>
        <w:br/>
      </w:r>
      <w:r>
        <w:rPr>
          <w:sz w:val="20"/>
        </w:rPr>
        <w:t>1:26:03  The second could be positive: What if Muhammad was really a messenger? Accordingly, I do research and clear</w:t>
      </w:r>
      <w:r>
        <w:br/>
      </w:r>
      <w:r>
        <w:rPr>
          <w:sz w:val="20"/>
        </w:rPr>
        <w:t>1:26:11  doubts.</w:t>
      </w:r>
      <w:r>
        <w:br/>
      </w:r>
      <w:r>
        <w:rPr>
          <w:sz w:val="20"/>
        </w:rPr>
        <w:t>1:26:12  مولانا صاحب، please tell me how to avoid negative doubts.</w:t>
      </w:r>
      <w:r>
        <w:br/>
      </w:r>
      <w:r>
        <w:rPr>
          <w:sz w:val="20"/>
        </w:rPr>
        <w:t>1:26:16  dekhen, is ka ek hi tareeqa hai: study.</w:t>
      </w:r>
      <w:r>
        <w:br/>
      </w:r>
      <w:r>
        <w:rPr>
          <w:sz w:val="20"/>
        </w:rPr>
        <w:t>1:26:20  aap study parhaiye apni, hamari teen kitaben parh lijye, aap phir sawal kijye.</w:t>
      </w:r>
      <w:r>
        <w:br/>
      </w:r>
      <w:r>
        <w:rPr>
          <w:sz w:val="20"/>
        </w:rPr>
        <w:t>1:26:25  aap teen kitaben parh lijye, phir aap sawal kijye.</w:t>
      </w:r>
      <w:r>
        <w:br/>
      </w:r>
      <w:r>
        <w:rPr>
          <w:sz w:val="20"/>
        </w:rPr>
        <w:t>1:26:29  pehli kitab hai "profit evolution", doosri kitab hai, yani wo kya kitab ka naam hai? "simple guides" hain?</w:t>
      </w:r>
      <w:r>
        <w:br/>
      </w:r>
      <w:r>
        <w:rPr>
          <w:sz w:val="20"/>
        </w:rPr>
        <w:t>1:26:37  han, "simple guide" hai is ka? nahin, nahin, "simple guide" hai.</w:t>
      </w:r>
      <w:r>
        <w:br/>
      </w:r>
      <w:r>
        <w:rPr>
          <w:sz w:val="20"/>
        </w:rPr>
        <w:t>1:26:42  "simple guide" mutala-e-seerat, ji "profit evolution" urdu aur angrezi dono mein hai.</w:t>
      </w:r>
      <w:r>
        <w:br/>
      </w:r>
      <w:r>
        <w:rPr>
          <w:sz w:val="20"/>
        </w:rPr>
        <w:t>1:26:47  phir mutala-e-seerat parhiya aur ek kitab jo abhi angrezi mein hai, wo yani wo hai "prophet of</w:t>
      </w:r>
      <w:r>
        <w:br/>
      </w:r>
      <w:r>
        <w:rPr>
          <w:sz w:val="20"/>
        </w:rPr>
        <w:t>1:26:55  peace".</w:t>
      </w:r>
      <w:r>
        <w:br/>
      </w:r>
      <w:r>
        <w:rPr>
          <w:sz w:val="20"/>
        </w:rPr>
        <w:t>1:26:56  abhi mujhe ek sahab ne bataya, abhi kal sham ko ke ek sahab the jo is mani mein</w:t>
      </w:r>
      <w:r>
        <w:br/>
      </w:r>
      <w:r>
        <w:rPr>
          <w:sz w:val="20"/>
        </w:rPr>
        <w:t>1:27:04  bohat un ka khayalat bohat alag the.</w:t>
      </w:r>
      <w:r>
        <w:br/>
      </w:r>
      <w:r>
        <w:rPr>
          <w:sz w:val="20"/>
        </w:rPr>
        <w:t>1:27:07  to unhon ne un ko kitab di "prophet of peace".</w:t>
      </w:r>
      <w:r>
        <w:br/>
      </w:r>
      <w:r>
        <w:rPr>
          <w:sz w:val="20"/>
        </w:rPr>
        <w:t>1:27:11  to do mahine to unhon ne parhe nahin, is ko itna ghair aham samajha.</w:t>
      </w:r>
      <w:r>
        <w:br/>
      </w:r>
      <w:r>
        <w:rPr>
          <w:sz w:val="20"/>
        </w:rPr>
        <w:t>1:27:17  is ko is ke baad kisi wajah se parha unhon ne to un ko yeh mail bheja unhon</w:t>
      </w:r>
      <w:r>
        <w:br/>
      </w:r>
      <w:r>
        <w:rPr>
          <w:sz w:val="20"/>
        </w:rPr>
        <w:t>1:27:25  ne ke is kitab mein to mera bilkul yani wo ho gaya, paradigm shift ho gaya.</w:t>
      </w:r>
      <w:r>
        <w:br/>
      </w:r>
      <w:r>
        <w:rPr>
          <w:sz w:val="20"/>
        </w:rPr>
        <w:t>1:27:32  to aap parhiye, study parhaiye, is ka hal yeh study hai, baqi sawal jawab nahin hai.</w:t>
      </w:r>
      <w:r>
        <w:br/>
      </w:r>
      <w:r>
        <w:rPr>
          <w:sz w:val="20"/>
        </w:rPr>
        <w:t>1:27:39  ab mere tareeqe se koi aur hoga aap ke is aas paas jo sawal jawab karen ge to is</w:t>
      </w:r>
      <w:r>
        <w:br/>
      </w:r>
      <w:r>
        <w:rPr>
          <w:sz w:val="20"/>
        </w:rPr>
        <w:t>1:27:47  se kuch hal nahin hone wala.</w:t>
      </w:r>
      <w:r>
        <w:br/>
      </w:r>
      <w:r>
        <w:rPr>
          <w:sz w:val="20"/>
        </w:rPr>
        <w:t>1:27:49  aap study parhaiye, apni study.</w:t>
      </w:r>
      <w:r>
        <w:br/>
      </w:r>
      <w:r>
        <w:rPr>
          <w:sz w:val="20"/>
        </w:rPr>
        <w:t>1:27:51  is tarah ke mamlaat jo hain wo sawal jawab se hal nahin hote, study parhane se hal hote</w:t>
      </w:r>
      <w:r>
        <w:br/>
      </w:r>
      <w:r>
        <w:rPr>
          <w:sz w:val="20"/>
        </w:rPr>
        <w:t>1:27:59  hain.</w:t>
      </w:r>
      <w:r>
        <w:br/>
      </w:r>
      <w:r>
        <w:rPr>
          <w:sz w:val="20"/>
        </w:rPr>
        <w:t>1:28:00  to aap teen kitabein jo hain, un mein to aap bataiye, aap ko teen kitabein is ko padhiye</w:t>
      </w:r>
      <w:r>
        <w:br/>
      </w:r>
      <w:r>
        <w:rPr>
          <w:sz w:val="20"/>
        </w:rPr>
        <w:t>1:28:08  aap aur phir mujhe aap sawal bhejiye apna agle sunday ko.</w:t>
      </w:r>
    </w:p>
    <w:p>
      <w:pPr>
        <w:pStyle w:val="Heading2"/>
      </w:pPr>
      <w:r>
        <w:t>Book on insulting Prophet and response</w:t>
      </w:r>
    </w:p>
    <w:p>
      <w:r>
        <w:rPr>
          <w:color w:val="666666"/>
          <w:sz w:val="18"/>
        </w:rPr>
        <w:t>Seerah &amp; Prophet · Revival and Revivalist | June 7, 2015 · 2m 29s · at 49:48 · https://youtu.be/tJqheiPlZ94?t=2988</w:t>
      </w:r>
    </w:p>
    <w:p>
      <w:r>
        <w:rPr>
          <w:i/>
        </w:rPr>
        <w:t>“I gave your book 'Shatm-e-Rasool ka Mas'ala' to a gentleman. Later he praised the book but said that Maulana Azrael and RS...”</w:t>
      </w:r>
    </w:p>
    <w:p>
      <w:r>
        <w:rPr>
          <w:sz w:val="20"/>
        </w:rPr>
        <w:t>49:48  molana, yeh agla sawal aaya hai mister raj malik ka dehli se.</w:t>
      </w:r>
      <w:r>
        <w:br/>
      </w:r>
      <w:r>
        <w:rPr>
          <w:sz w:val="20"/>
        </w:rPr>
        <w:t>49:52  molana, ek sahib ko mein ne aap ki kitab shatm rasool ka masla diya.</w:t>
      </w:r>
      <w:r>
        <w:br/>
      </w:r>
      <w:r>
        <w:rPr>
          <w:sz w:val="20"/>
        </w:rPr>
        <w:t>49:56  baad mein is sahib ne kitab ki tareef ki lekin yeh kaha ke molana azrail aur ar es</w:t>
      </w:r>
      <w:r>
        <w:br/>
      </w:r>
      <w:r>
        <w:rPr>
          <w:sz w:val="20"/>
        </w:rPr>
        <w:t>50:01  es ke liye kaam karte hain.</w:t>
      </w:r>
      <w:r>
        <w:br/>
      </w:r>
      <w:r>
        <w:rPr>
          <w:sz w:val="20"/>
        </w:rPr>
        <w:t>50:05  wahan se un ko paisa milta hai.</w:t>
      </w:r>
      <w:r>
        <w:br/>
      </w:r>
      <w:r>
        <w:rPr>
          <w:sz w:val="20"/>
        </w:rPr>
        <w:t>50:09  molana, mein ne kaha ke yeh sab propaganda</w:t>
      </w:r>
      <w:r>
        <w:br/>
      </w:r>
      <w:r>
        <w:rPr>
          <w:sz w:val="20"/>
        </w:rPr>
        <w:t>50:14  hai. to woh ghussa ho gaye aur kaha ke main journalist hoon, kai baar Maulana ka interview liya hai. main unko achhi tarah jaanta hoon. woh saara blame musalmanon ko dete hain. dekhein, masla yeh nahi ke kis ko blame diya jaata hai. masla yeh hai ke daleel kya hai? jo baat woh keh rahe hain, uski unke paas koi daleel honi</w:t>
      </w:r>
      <w:r>
        <w:br/>
      </w:r>
      <w:r>
        <w:rPr>
          <w:sz w:val="20"/>
        </w:rPr>
        <w:t>50:44  chahiye.</w:t>
      </w:r>
      <w:r>
        <w:br/>
      </w:r>
      <w:r>
        <w:rPr>
          <w:sz w:val="20"/>
        </w:rPr>
        <w:t>50:48  yani kis daleel se woh kehte hain ke hum, yani israel ka kaam kar rahe hain ya bi</w:t>
      </w:r>
      <w:r>
        <w:br/>
      </w:r>
      <w:r>
        <w:rPr>
          <w:sz w:val="20"/>
        </w:rPr>
        <w:t>50:52  j p ka kaam kar rahe hain? koi daleel chahiye? to daleel, daleel kya hai ke jo baat</w:t>
      </w:r>
      <w:r>
        <w:br/>
      </w:r>
      <w:r>
        <w:rPr>
          <w:sz w:val="20"/>
        </w:rPr>
        <w:t>50:56  hum ne kahi hai, woh quran ke mutabiq hai, quran ke mutabiq nahi hai.</w:t>
      </w:r>
      <w:r>
        <w:br/>
      </w:r>
      <w:r>
        <w:rPr>
          <w:sz w:val="20"/>
        </w:rPr>
        <w:t>51:01  misalan dekhiye, shat-e-rasool ka masla lijie.</w:t>
      </w:r>
      <w:r>
        <w:br/>
      </w:r>
      <w:r>
        <w:rPr>
          <w:sz w:val="20"/>
        </w:rPr>
        <w:t>51:05  quran mein kahin bhi yeh nahin ke jo shat kahe, us ko maar dalo.</w:t>
      </w:r>
      <w:r>
        <w:br/>
      </w:r>
      <w:r>
        <w:rPr>
          <w:sz w:val="20"/>
        </w:rPr>
        <w:t>51:09  jo musalman kar rahe hain, already</w:t>
      </w:r>
      <w:r>
        <w:br/>
      </w:r>
      <w:r>
        <w:rPr>
          <w:sz w:val="20"/>
        </w:rPr>
        <w:t>51:14  quran mein is ka ulta hai. quran mein hai ke doosron ko tum shatam na karo, warna woh retaliat kareinge. musalmanon ko is se mana kiya gaya hai ke doosron ko bhark, aisi baat kaha jis se bhark uthe hain aur woh reaction mein kuch kehne lagein. to musalmanon se, musalmanon se kaha gaya, doosron ko nahin. to hum jo baat karte hain, quran o hadith ke hawale se karte</w:t>
      </w:r>
      <w:r>
        <w:br/>
      </w:r>
      <w:r>
        <w:rPr>
          <w:sz w:val="20"/>
        </w:rPr>
        <w:t>51:44  hain, kisi ko hamare upar ek criticism karne ka haq hai, lekin daleel ke sath karna chahiye.</w:t>
      </w:r>
      <w:r>
        <w:br/>
      </w:r>
      <w:r>
        <w:rPr>
          <w:sz w:val="20"/>
        </w:rPr>
        <w:t>51:49  yeh to ilzaam ki boli hai, allegation ki boli hai.</w:t>
      </w:r>
      <w:r>
        <w:br/>
      </w:r>
      <w:r>
        <w:rPr>
          <w:sz w:val="20"/>
        </w:rPr>
        <w:t>51:55  to allegation to kisi ke upar laga dijiye.</w:t>
      </w:r>
      <w:r>
        <w:br/>
      </w:r>
      <w:r>
        <w:rPr>
          <w:sz w:val="20"/>
        </w:rPr>
        <w:t>52:00  shaitan ne naoozubillah Allah mere upar laga diya allegation ke tum ne khudaaya, to ne discrimination se kaam liya.</w:t>
      </w:r>
      <w:r>
        <w:br/>
      </w:r>
      <w:r>
        <w:rPr>
          <w:sz w:val="20"/>
        </w:rPr>
        <w:t>52:06  to allegation se kuch nahin hota.</w:t>
      </w:r>
      <w:r>
        <w:br/>
      </w:r>
      <w:r>
        <w:rPr>
          <w:sz w:val="20"/>
        </w:rPr>
        <w:t>52:11  aap ko daleel deni padegi.</w:t>
      </w:r>
    </w:p>
    <w:p>
      <w:pPr>
        <w:pStyle w:val="Heading2"/>
      </w:pPr>
      <w:r>
        <w:t>Comparing 1947 and Prophet's Hijra</w:t>
      </w:r>
    </w:p>
    <w:p>
      <w:r>
        <w:rPr>
          <w:color w:val="666666"/>
          <w:sz w:val="18"/>
        </w:rPr>
        <w:t>Seerah &amp; Prophet · Lessons from My Journey to Agra October 27, 2013 · 3m 51s · at 1:04:01 · https://youtu.be/Gg2N0h4ETH8?t=3841</w:t>
      </w:r>
    </w:p>
    <w:p>
      <w:r>
        <w:rPr>
          <w:i/>
        </w:rPr>
        <w:t>“How do you see and compare the Hijra of Muslims in 1947 and of our beloved Prophet and his Companions from Mecca to Medina? Pakistanis living in the USA brought up this question in a meeting and I need your opinion on this. My personal opinion is that these Hijras were done for two different reasons.”</w:t>
      </w:r>
    </w:p>
    <w:p>
      <w:r>
        <w:rPr>
          <w:sz w:val="20"/>
        </w:rPr>
        <w:t>1:04:01  Maulana, agla sawal Dr. Waqar Alam sahib ka hai, America se. Unhon ne likha hai: "Maulana sahib, Alhamdulillah, you are the only one who observes the ayat of Allah in ordinary things.</w:t>
      </w:r>
      <w:r>
        <w:br/>
      </w:r>
      <w:r>
        <w:rPr>
          <w:sz w:val="20"/>
        </w:rPr>
        <w:t>1:04:16  My question today to you is that how do you see or compare the hijra of Muslims in 1947 and of our beloved Prophet and Sahaba from Mecca to Medina?</w:t>
      </w:r>
      <w:r>
        <w:br/>
      </w:r>
      <w:r>
        <w:rPr>
          <w:sz w:val="20"/>
        </w:rPr>
        <w:t>1:04:31  Pakistanis living in the USA brought up this question in a meeting and I need your opinion in this. My personal opinion is that these hijras were done for two different reasons." Dekhein, yeh is ka jawab hadith mein maujood hai.</w:t>
      </w:r>
      <w:r>
        <w:br/>
      </w:r>
      <w:r>
        <w:rPr>
          <w:sz w:val="20"/>
        </w:rPr>
        <w:t>1:04:49  Woh jo hadith hai Innamal a'malu binniyat, woh lambi hadith hai. Woh Bukhari ki pehli riwayat yahi hai.</w:t>
      </w:r>
      <w:r>
        <w:br/>
      </w:r>
      <w:r>
        <w:rPr>
          <w:sz w:val="20"/>
        </w:rPr>
        <w:t>1:04:58  Is ko aap padhiye, usi mein yeh bata diya gaya hai ke hijrat kya cheez hai. To is mein ek waqea aisa hua tha wahan ke Makke se ek sahib the jo Musalman Sahabi the.</w:t>
      </w:r>
      <w:r>
        <w:br/>
      </w:r>
      <w:r>
        <w:rPr>
          <w:sz w:val="20"/>
        </w:rPr>
        <w:t>1:05:12  Woh unhon ne hijrat ki thi. To qissa yeh tha ke ek khatoon thi Madine mein. Us ne shadi karna chahiye thi.</w:t>
      </w:r>
      <w:r>
        <w:br/>
      </w:r>
      <w:r>
        <w:rPr>
          <w:sz w:val="20"/>
        </w:rPr>
        <w:t>1:05:22  woh</w:t>
      </w:r>
      <w:r>
        <w:br/>
      </w:r>
      <w:r>
        <w:rPr>
          <w:sz w:val="20"/>
        </w:rPr>
        <w:t>1:05:24  to us ne shart laga di ke mein aap Makka chhod kar Madina aa jayen to mein aap se shadi kar sakti hoon. To un ki hijrat bas shaqlan to hijrat thi un ki, lekin dil mein yeh bhi tha ke wahan jayenge to is se shadi bhi ho jayegi.</w:t>
      </w:r>
      <w:r>
        <w:br/>
      </w:r>
      <w:r>
        <w:rPr>
          <w:sz w:val="20"/>
        </w:rPr>
        <w:t>1:05:39  to hadith mein hai, ya hadith aap padh lijiye Bukhari ki pehli riwayat ke "wahijratul ummih hajarat ilaih".</w:t>
      </w:r>
      <w:r>
        <w:br/>
      </w:r>
      <w:r>
        <w:rPr>
          <w:sz w:val="20"/>
        </w:rPr>
        <w:t>1:05:48  to is ki hijrat usi cheez ke liye hai jis ki us ne niyat ki thi.</w:t>
      </w:r>
      <w:r>
        <w:br/>
      </w:r>
      <w:r>
        <w:rPr>
          <w:sz w:val="20"/>
        </w:rPr>
        <w:t>1:05:54  to is mein do cheezon ka zikr hai: maal aur nikah. Agar aap kamane ke liye ja rahe hain bahar to aap ki hijrat kamane ke liye kahi jayegi, Rasool Allah ki wali hijrat nahin kahi jayegi.</w:t>
      </w:r>
      <w:r>
        <w:br/>
      </w:r>
      <w:r>
        <w:rPr>
          <w:sz w:val="20"/>
        </w:rPr>
        <w:t>1:06:07  ya aise ja rahe hain ke wahan aap kisi se shadi karna hai. Aap ko abhi mujh se ek saath se mulaqat hui to unhon ne kaha ke mein America jana chahta hoon.</w:t>
      </w:r>
      <w:r>
        <w:br/>
      </w:r>
      <w:r>
        <w:rPr>
          <w:sz w:val="20"/>
        </w:rPr>
        <w:t>1:06:18  to woh khod karot karte karte karte pata chala ke America mein koi ladki hai to us se shadi karna chahte hain.</w:t>
      </w:r>
      <w:r>
        <w:br/>
      </w:r>
      <w:r>
        <w:rPr>
          <w:sz w:val="20"/>
        </w:rPr>
        <w:t>1:06:27  to yahi same qissa tha. Us ne kaha ke aap America aa jayen to mein shadi karungi aap se. Mein khud India nahin aaungi. To mujh se kya keh rahe the woh ke hum America mein dawat karna chahte hain.</w:t>
      </w:r>
      <w:r>
        <w:br/>
      </w:r>
      <w:r>
        <w:rPr>
          <w:sz w:val="20"/>
        </w:rPr>
        <w:t>1:06:39  lekin jab mein jab mein ne scrutiny nahin kiya to maloom hua ke dawat kuch nahin hai, asal mein is se shadi karna hai in ko.</w:t>
      </w:r>
      <w:r>
        <w:br/>
      </w:r>
      <w:r>
        <w:rPr>
          <w:sz w:val="20"/>
        </w:rPr>
        <w:t>1:06:46  abhi qissa ek mere ilm mein aaya. To Bukhari mein jo pehli riwayat hai, us ko aap padhiye. Is ka jawab is mein maujood hai ke hijrat sirf woh hijrat hai jo Allah ke liye ho.</w:t>
      </w:r>
      <w:r>
        <w:br/>
      </w:r>
      <w:r>
        <w:rPr>
          <w:sz w:val="20"/>
        </w:rPr>
        <w:t>1:07:00  Allah ke liye ma'ni kya hain? Dawat ke liye ho. Yaani Allah ke liye koi masihit baat nahin hai. Dawat Allah ke liye ho. Yaani ek shakhs agar jaye doosre country mein is liye ke wahan woh Allah ka paigham phailaye</w:t>
      </w:r>
      <w:r>
        <w:br/>
      </w:r>
      <w:r>
        <w:rPr>
          <w:sz w:val="20"/>
        </w:rPr>
        <w:t>1:07:14  ga, sach much is ki niyat yahi ho to is ki hijrat Allah ke liye hogi. yani Allah ke liye hijrat ko zyada agar aap specify karen to wahi hogi ke dawat ke liye hijrat, dawat ke liye.</w:t>
      </w:r>
      <w:r>
        <w:br/>
      </w:r>
      <w:r>
        <w:rPr>
          <w:sz w:val="20"/>
        </w:rPr>
        <w:t>1:07:28  aur agar maqsad ho wahan maal kamayenge, wahan kisi se shadi karenge to wo hijrat wo nahi qarar payegi jo sahaba ki aur Rasool Allah ki hijrat thi.</w:t>
      </w:r>
      <w:r>
        <w:br/>
      </w:r>
      <w:r>
        <w:rPr>
          <w:sz w:val="20"/>
        </w:rPr>
        <w:t>1:07:38  ye bohat hi wazeh hai is hadith mein. koi bhi shakhs is ko parh le, ye</w:t>
      </w:r>
      <w:r>
        <w:br/>
      </w:r>
      <w:r>
        <w:rPr>
          <w:sz w:val="20"/>
        </w:rPr>
        <w:t>1:07:42  Bukhari ki pehli jild mein jab kholega to sab se pehli hadith yahi milegi is ko.</w:t>
      </w:r>
    </w:p>
    <w:p>
      <w:pPr>
        <w:pStyle w:val="Heading2"/>
      </w:pPr>
      <w:r>
        <w:t>Confusion about prophets working against evils</w:t>
      </w:r>
    </w:p>
    <w:p>
      <w:r>
        <w:rPr>
          <w:color w:val="666666"/>
          <w:sz w:val="18"/>
        </w:rPr>
        <w:t>Seerah &amp; Prophet · Art of Thinking November 02, 2014 Maulana Wahiduddin Khan · 3m 37s · at 58:11 · https://youtu.be/jxGjv30RG1Q?t=3491</w:t>
      </w:r>
    </w:p>
    <w:p>
      <w:r>
        <w:rPr>
          <w:i/>
        </w:rPr>
        <w:t>“A person said that the invitation to Tawheed and the Hereafter is not just invitation because the prophets also worked against the evils of their time, like Shu'aib (AS) and Lut (AS). What is the confusion in this? Please clarify.”</w:t>
      </w:r>
    </w:p>
    <w:p>
      <w:r>
        <w:rPr>
          <w:sz w:val="20"/>
        </w:rPr>
        <w:t>58:11  Maulana, agla sawal Chennai se hai Maulana Iqbal Umri ka aur unhon ne likha hai: "Maulana, ek sahab ne kaha ke tauheed aur akhirat ki dawat sirf dawat nahin hai kyunke anbiya waqt ki buraiyon ke khilaf bhi kaam karte the jaise Suhaib (AS) aur Lut (AS).</w:t>
      </w:r>
      <w:r>
        <w:br/>
      </w:r>
      <w:r>
        <w:rPr>
          <w:sz w:val="20"/>
        </w:rPr>
        <w:t>58:33  Maulana, is mein jo mughalta hai woh kya hai? Is ko wazeh karen." Mughalta dekhen yeh hai ke Quran mein jin ayaton ko kaha gaya hai.</w:t>
      </w:r>
      <w:r>
        <w:br/>
      </w:r>
      <w:r>
        <w:rPr>
          <w:sz w:val="20"/>
        </w:rPr>
        <w:t>58:46  kehne ke mani mein is ko le len, ladne ke mani mein yeh mughalta hai. Yaani Quran mein kaha gaya hai ke sachai, sach bolo to is ka matlab kya liya hai ke sach ka nizam qaim karo.</w:t>
      </w:r>
      <w:r>
        <w:br/>
      </w:r>
      <w:r>
        <w:rPr>
          <w:sz w:val="20"/>
        </w:rPr>
        <w:t>59:05  to ab nizam jab qaim karenge to koi wahan baitha hua hai, occupier to aap is ko incite karen, is se laren, is ko deter karen.</w:t>
      </w:r>
      <w:r>
        <w:br/>
      </w:r>
      <w:r>
        <w:rPr>
          <w:sz w:val="20"/>
        </w:rPr>
        <w:t>59:15  to yeh hai lazim ko mutaddi bana dena. Yeh is qism ke jitne log hain woh sab ne bohat hi bara ek crime kar rakha hai, crime ke Quran mein jo ayaten lazim ke sighay mein hain us ko unhon ne mutaddi ke sighay mein bana diya hai.</w:t>
      </w:r>
      <w:r>
        <w:br/>
      </w:r>
      <w:r>
        <w:rPr>
          <w:sz w:val="20"/>
        </w:rPr>
        <w:t>59:31  is ki ek misaal bhi deta hoon aap ko ke 'a'dilu' Quran mein hai. 'a'dilu' ke mani hote hain insaaf ko follow karo.</w:t>
      </w:r>
      <w:r>
        <w:br/>
      </w:r>
      <w:r>
        <w:rPr>
          <w:sz w:val="20"/>
        </w:rPr>
        <w:t>59:42  'a'dilu' ke mani hote hain insaaf ko follow karo. Is ko kya bana liya? Insaaf ko implement karo, Islam ko establish karo. Woh insaaf ko, insaaf ka nizam qaim karo jaise Misr mein yeh to ho raha hai.</w:t>
      </w:r>
      <w:r>
        <w:br/>
      </w:r>
      <w:r>
        <w:rPr>
          <w:sz w:val="20"/>
        </w:rPr>
        <w:t>59:57  unhon ne party banai aur yeh is mein kaha ke humein insaaf ko Misr mein qaim karna hai.</w:t>
      </w:r>
      <w:r>
        <w:br/>
      </w:r>
      <w:r>
        <w:rPr>
          <w:sz w:val="20"/>
        </w:rPr>
        <w:t>1:00:06  ab lad gaye is ke liye. Agar yeh ahl-e-khawariz Muslimon is ko lete hain is mani mein ke humein insaaf ko follow karna hai to koi ladai nahin.</w:t>
      </w:r>
      <w:r>
        <w:br/>
      </w:r>
      <w:r>
        <w:rPr>
          <w:sz w:val="20"/>
        </w:rPr>
        <w:t>1:00:15  kaun ladega aap se bhai? Aap sach boliye to koi ladai nahin. Insaaf ke sath dealing kijiye to koi ladai nahin. Achhi tul kijiye to koi ladai nahin.</w:t>
      </w:r>
      <w:r>
        <w:br/>
      </w:r>
      <w:r>
        <w:rPr>
          <w:sz w:val="20"/>
        </w:rPr>
        <w:t>1:00:26  lekin jab aap kahenge ke mujhe achhi tul tulwana hai, logon ko maar maar ke karna hai ke woh achhi tul tolen, galat tul na tolen to zahir hai ladai hogi wahan par.</w:t>
      </w:r>
      <w:r>
        <w:br/>
      </w:r>
      <w:r>
        <w:rPr>
          <w:sz w:val="20"/>
        </w:rPr>
        <w:t>1:00:39  to yeh bilkul mere nazdeek yaani criminal right hai, criminal right hai ke lazim ke sighon ko aap mutaddi bana den aur kahen ke humein to yaani yeh naafiz karna hai.</w:t>
      </w:r>
      <w:r>
        <w:br/>
      </w:r>
      <w:r>
        <w:rPr>
          <w:sz w:val="20"/>
        </w:rPr>
        <w:t>1:00:53  yaani itteba ke ayat ko difa ke mani mein le len. Sab ne yahi kar rakha hai. Jitne bhi chahe yaani Arab ka ahl-e-khawariz Muslimon ho ya Pakistan ka Jamaat-e-Islami ho, unhon ne yahi kar rakha hai ke itteba ke ayat ko nafaz ki ayat bana diya hai.</w:t>
      </w:r>
      <w:r>
        <w:br/>
      </w:r>
      <w:r>
        <w:rPr>
          <w:sz w:val="20"/>
        </w:rPr>
        <w:t>1:01:16  yeh to sab se buri shakal hai yaani tafseer baraye ki. Yaani tafseer baraye ek buri cheez samjhati hai.</w:t>
      </w:r>
      <w:r>
        <w:br/>
      </w:r>
      <w:r>
        <w:rPr>
          <w:sz w:val="20"/>
        </w:rPr>
        <w:t>1:01:25  to is ki sab se buri shakal yeh hai ke aap itteba ke ayaton ko nafaz ki ayat bana den. Aap gehrai se mutala kijiye to sab ne yahi kar rakha hai ke itteba ke ayaton ko nafaz ki ayat bana rakha hai.</w:t>
      </w:r>
      <w:r>
        <w:br/>
      </w:r>
      <w:r>
        <w:rPr>
          <w:sz w:val="20"/>
        </w:rPr>
        <w:t>1:01:42  isi se saaray jhagray paida hotay hain.</w:t>
      </w:r>
    </w:p>
    <w:p>
      <w:pPr>
        <w:pStyle w:val="Heading2"/>
      </w:pPr>
      <w:r>
        <w:t>Contradiction between advice and Prophet's example on pampering?</w:t>
      </w:r>
    </w:p>
    <w:p>
      <w:r>
        <w:rPr>
          <w:color w:val="666666"/>
          <w:sz w:val="18"/>
        </w:rPr>
        <w:t>Seerah &amp; Prophet · Hadith-e-Jibril, April 21, 2013 · 2m 42s · at 1:16:57 · https://youtu.be/0rF6Ou0pDog?t=4617</w:t>
      </w:r>
    </w:p>
    <w:p>
      <w:r>
        <w:rPr>
          <w:i/>
        </w:rPr>
        <w:t>“You have always been advising that pampering is harmful for both parents and children. In their speeches, many Maulanas give the impression that the Messenger of Allah had been pampering his children, particularly grandchildren.”</w:t>
      </w:r>
    </w:p>
    <w:p>
      <w:r>
        <w:rPr>
          <w:sz w:val="20"/>
        </w:rPr>
        <w:t>1:16:57  yeh toh bohat bada pehlu is ke andar maujood hai. maulana, agla sawal dilli se hai abdul rehman sahib</w:t>
      </w:r>
      <w:r>
        <w:br/>
      </w:r>
      <w:r>
        <w:rPr>
          <w:sz w:val="20"/>
        </w:rPr>
        <w:t>1:17:06  ka. unhon ne likha hai maulana sahib you have always been advising that pampering is harmful for both parents and children.</w:t>
      </w:r>
      <w:r>
        <w:br/>
      </w:r>
      <w:r>
        <w:rPr>
          <w:sz w:val="20"/>
        </w:rPr>
        <w:t>1:17:16  In their speeches, many Maulana give the impression that Rasool Allah had been pampering his children, particularly grandchildren.</w:t>
      </w:r>
      <w:r>
        <w:br/>
      </w:r>
      <w:r>
        <w:rPr>
          <w:sz w:val="20"/>
        </w:rPr>
        <w:t>1:17:26  Hazrat Fatima is referred to as ladli beti. Kindly let us know the reality of things. Yeh to jhooti baat hai.</w:t>
      </w:r>
      <w:r>
        <w:br/>
      </w:r>
      <w:r>
        <w:rPr>
          <w:sz w:val="20"/>
        </w:rPr>
        <w:t>1:17:35  Hergiz yeh ladli beti nahi thi. Aap jante hain Rasool Allah ne Hazrat Fatima se shadi ki thi. To kaise ki thi? Ali ko bulaya aur un se shadi kar di.</w:t>
      </w:r>
      <w:r>
        <w:br/>
      </w:r>
      <w:r>
        <w:rPr>
          <w:sz w:val="20"/>
        </w:rPr>
        <w:t>1:17:48  Nikah padha diya. Jabki Ali ke paas kuch bhi nahi tha. Un ke ghar mein. Sirf ek chakki thi aata peesne ke liye.</w:t>
      </w:r>
      <w:r>
        <w:br/>
      </w:r>
      <w:r>
        <w:rPr>
          <w:sz w:val="20"/>
        </w:rPr>
        <w:t>1:17:57  Aur ek chatai thi. Aur mitti ka ek ghada tha bas.</w:t>
      </w:r>
      <w:r>
        <w:br/>
      </w:r>
      <w:r>
        <w:rPr>
          <w:sz w:val="20"/>
        </w:rPr>
        <w:t>1:18:02  Aaj yeh kaun hai? Yeh log taqdeer jo karte hain ke woh apni beti ko ladle pan ke liye aise ghar mein shadi kar dein. Koi karega?</w:t>
      </w:r>
      <w:r>
        <w:br/>
      </w:r>
      <w:r>
        <w:rPr>
          <w:sz w:val="20"/>
        </w:rPr>
        <w:t>1:18:14  Apni mohabbat ke izhaar ke liye aisa karega woh ke apni beti ko ek aise shakhs se shadi kar de jis ke paas ghar bhi rehne ke liye nahi.</w:t>
      </w:r>
      <w:r>
        <w:br/>
      </w:r>
      <w:r>
        <w:rPr>
          <w:sz w:val="20"/>
        </w:rPr>
        <w:t>1:18:23  Aur is ke baad Hazrat Fatima jo thi woh wahi chakki peesti thi. Un ke haath mein chhala pad gaya tha.</w:t>
      </w:r>
      <w:r>
        <w:br/>
      </w:r>
      <w:r>
        <w:rPr>
          <w:sz w:val="20"/>
        </w:rPr>
        <w:t>1:18:33  To woh aayin Rasool Allah ke paas ke mujhe mehnat mushaqqat karni padti hai to mujhe ek khadim de dijiye.</w:t>
      </w:r>
      <w:r>
        <w:br/>
      </w:r>
      <w:r>
        <w:rPr>
          <w:sz w:val="20"/>
        </w:rPr>
        <w:t>1:18:44  Khadim. To jante hain Rasool Allah ne kya jawab diya? Unhone kaha kya main tum ko khadim se behtar bataun ek cheez?</w:t>
      </w:r>
      <w:r>
        <w:br/>
      </w:r>
      <w:r>
        <w:rPr>
          <w:sz w:val="20"/>
        </w:rPr>
        <w:t>1:18:55  To Hazrat Fatima ne kaha ke haan.</w:t>
      </w:r>
      <w:r>
        <w:br/>
      </w:r>
      <w:r>
        <w:rPr>
          <w:sz w:val="20"/>
        </w:rPr>
        <w:t>1:18:59  To Rasool Allah ne un ko wahi cheez de di ke jis ko aaj kal tasbeeh Fatima kaha jata hai.</w:t>
      </w:r>
      <w:r>
        <w:br/>
      </w:r>
      <w:r>
        <w:rPr>
          <w:sz w:val="20"/>
        </w:rPr>
        <w:t>1:19:07  Subhan Allah, Alhamdulillah, Allah, Allah, Allah, Allah Akbar. Kya aaj kal koi koi aadmi aisa karega apni beti ki mohabbat ke sath?</w:t>
      </w:r>
      <w:r>
        <w:br/>
      </w:r>
      <w:r>
        <w:rPr>
          <w:sz w:val="20"/>
        </w:rPr>
        <w:t>1:19:16  Koi karega apni ladli beti ke sath? Koi apni ladli beti ke sath yeh karega ke woh mange us se khadim aur us ko de de ke ja ja ke yeh tasbeeh parho?</w:t>
      </w:r>
      <w:r>
        <w:br/>
      </w:r>
      <w:r>
        <w:rPr>
          <w:sz w:val="20"/>
        </w:rPr>
        <w:t>1:19:27  Yeh sab jhooti taqdeerein hain aur bilashubah yeh log Allah taala pakad jayenge kyunke floging hui. Flogging. To apne jhoote culture ke liye Quran Hadees se justify karte the.</w:t>
      </w:r>
    </w:p>
    <w:p>
      <w:pPr>
        <w:pStyle w:val="Heading2"/>
      </w:pPr>
      <w:r>
        <w:t>Developing prophetic spirit for da'wah</w:t>
      </w:r>
    </w:p>
    <w:p>
      <w:r>
        <w:rPr>
          <w:color w:val="666666"/>
          <w:sz w:val="18"/>
        </w:rPr>
        <w:t>Seerah &amp; Prophet · Islah e Ummat August 10, 2014 · 3m 13s · at 51:31 · https://youtu.be/a7ohKq4Xf0Y?t=3091</w:t>
      </w:r>
    </w:p>
    <w:p>
      <w:r>
        <w:rPr>
          <w:i/>
        </w:rPr>
        <w:t>“Da'wah work requires the same kind of spirit like that of earlier prophets. Molana, how can we develop prophetic type of spirit? Please advise.”</w:t>
      </w:r>
    </w:p>
    <w:p>
      <w:r>
        <w:rPr>
          <w:sz w:val="20"/>
        </w:rPr>
        <w:t>51:31  molana agla sawal hai ans sahib ka dilli se aur unhone likha hai ke dawa work require the same kind of spirit like that of earlier prophets molana how can we develop prophetic type of spirit please advise us</w:t>
      </w:r>
      <w:r>
        <w:br/>
      </w:r>
      <w:r>
        <w:rPr>
          <w:sz w:val="20"/>
        </w:rPr>
        <w:t>51:52  dekhiye yeh koi serious baat nahi hai is ka tareeqa bilkul simple hai Quran ko tadabbur ke sath padhna</w:t>
      </w:r>
      <w:r>
        <w:br/>
      </w:r>
      <w:r>
        <w:rPr>
          <w:sz w:val="20"/>
        </w:rPr>
        <w:t>52:09  aur apna introspection karna apne ko distraction se bachana aur jab bhi koi baat batane wala bataye to foran surrender karna yeh nahi ke apni rawaish ko aap lage justify karne</w:t>
      </w:r>
      <w:r>
        <w:br/>
      </w:r>
      <w:r>
        <w:rPr>
          <w:sz w:val="20"/>
        </w:rPr>
        <w:t>52:31  jab bhi koi batane wala bataye to jaldi surrender kijiye</w:t>
      </w:r>
      <w:r>
        <w:br/>
      </w:r>
      <w:r>
        <w:rPr>
          <w:sz w:val="20"/>
        </w:rPr>
        <w:t>52:36  is mamle mein hazrat umar rz ka itna zyada woh hassas thay</w:t>
      </w:r>
      <w:r>
        <w:br/>
      </w:r>
      <w:r>
        <w:rPr>
          <w:sz w:val="20"/>
        </w:rPr>
        <w:t>52:41  ke kai baar aisa hua kisi ne batane wale ne bataya to woh keh padte thay ke lola</w:t>
      </w:r>
      <w:r>
        <w:br/>
      </w:r>
      <w:r>
        <w:rPr>
          <w:sz w:val="20"/>
        </w:rPr>
        <w:t>52:47  falan lahlik umar</w:t>
      </w:r>
      <w:r>
        <w:br/>
      </w:r>
      <w:r>
        <w:rPr>
          <w:sz w:val="20"/>
        </w:rPr>
        <w:t>52:51  یعنی اس کے بتانے کا اتنا بڑا acknowledge کرتے تھے کہ تم نے اگر نہ بتایا تو میں</w:t>
      </w:r>
      <w:r>
        <w:br/>
      </w:r>
      <w:r>
        <w:rPr>
          <w:sz w:val="20"/>
        </w:rPr>
        <w:t>52:57  to halak ho gaya tha lola falan lahlik umar falan shakhs agar na hota to mein to halak</w:t>
      </w:r>
      <w:r>
        <w:br/>
      </w:r>
      <w:r>
        <w:rPr>
          <w:sz w:val="20"/>
        </w:rPr>
        <w:t>53:03  ہو گیا تھا تو یہ اتنا بڑا درجہ acknowledge کرنے کا</w:t>
      </w:r>
      <w:r>
        <w:br/>
      </w:r>
      <w:r>
        <w:rPr>
          <w:sz w:val="20"/>
        </w:rPr>
        <w:t>53:12  jaise aap kahein ke koi baat aap ko yaad dilaye de haan haan haan theek theek kai logon ko maine paaye gaye aise kehte hain haan theek theek yeh yeh mujrimana kalma hai haan theek aap kahiye seedhi seedhi ke galti hui</w:t>
      </w:r>
      <w:r>
        <w:br/>
      </w:r>
      <w:r>
        <w:rPr>
          <w:sz w:val="20"/>
        </w:rPr>
        <w:t>53:29  maine kai logon ko bataya dekha ke jab koi ghalti unko batayi jaye to kahengay</w:t>
      </w:r>
      <w:r>
        <w:br/>
      </w:r>
      <w:r>
        <w:rPr>
          <w:sz w:val="20"/>
        </w:rPr>
        <w:t>53:34  haan theek theek mein is ko jurm samajhta hoon balkay yeh bhi koi yani yeh itna kehna bhi</w:t>
      </w:r>
      <w:r>
        <w:br/>
      </w:r>
      <w:r>
        <w:rPr>
          <w:sz w:val="20"/>
        </w:rPr>
        <w:t>53:40  kafi nahi ke mein ghalti par tha kai kaha computer blunder</w:t>
      </w:r>
      <w:r>
        <w:br/>
      </w:r>
      <w:r>
        <w:rPr>
          <w:sz w:val="20"/>
        </w:rPr>
        <w:t>53:46  it was a blunder</w:t>
      </w:r>
      <w:r>
        <w:br/>
      </w:r>
      <w:r>
        <w:rPr>
          <w:sz w:val="20"/>
        </w:rPr>
        <w:t>53:50  حضرت اکبر کہتے تھے لولا فلان لہلک عمر جب تک آدمی کے اندر یہ spirit نہ ہو اس</w:t>
      </w:r>
      <w:r>
        <w:br/>
      </w:r>
      <w:r>
        <w:rPr>
          <w:sz w:val="20"/>
        </w:rPr>
        <w:t>53:58  par na to marfat ke darwaze khulenge na uska intellectual development hoga</w:t>
      </w:r>
      <w:r>
        <w:br/>
      </w:r>
      <w:r>
        <w:rPr>
          <w:sz w:val="20"/>
        </w:rPr>
        <w:t>54:05  aur na is ko</w:t>
      </w:r>
      <w:r>
        <w:br/>
      </w:r>
      <w:r>
        <w:rPr>
          <w:sz w:val="20"/>
        </w:rPr>
        <w:t>54:07  yani nabiyon wala jo andaaz tha is andaaz par kaam karne ki tofeeq milegi</w:t>
      </w:r>
      <w:r>
        <w:br/>
      </w:r>
      <w:r>
        <w:rPr>
          <w:sz w:val="20"/>
        </w:rPr>
        <w:t>54:14  mein samajhta</w:t>
      </w:r>
      <w:r>
        <w:br/>
      </w:r>
      <w:r>
        <w:rPr>
          <w:sz w:val="20"/>
        </w:rPr>
        <w:t>54:14  hoon ke yeh bahut hi yani bahut hi zyada zaroori hai ke logon ke andar yeh mizaj aaye acknowledge karne ka mizaj Hazrat Akbar jis tarah acknowledge karte the baghair is mizaj ke koi</w:t>
      </w:r>
      <w:r>
        <w:br/>
      </w:r>
      <w:r>
        <w:rPr>
          <w:sz w:val="20"/>
        </w:rPr>
        <w:t>54:37  koi aala taraqqi nahi ho sakti</w:t>
      </w:r>
    </w:p>
    <w:p>
      <w:pPr>
        <w:pStyle w:val="Heading2"/>
      </w:pPr>
      <w:r>
        <w:t>Did companions commit major sins after faith</w:t>
      </w:r>
    </w:p>
    <w:p>
      <w:r>
        <w:rPr>
          <w:color w:val="666666"/>
          <w:sz w:val="18"/>
        </w:rPr>
        <w:t>Seerah &amp; Prophet · Islam and Science (In Conversation with Maulana) · 3m 10s · at 24:28 · https://youtu.be/pKS94tSXlT4?t=1468</w:t>
      </w:r>
    </w:p>
    <w:p>
      <w:r>
        <w:rPr>
          <w:i/>
        </w:rPr>
        <w:t>“Did the companions also commit major sins after believing? If yes, what was their subsequent conduct? Did it affect their mission? Please guide.”</w:t>
      </w:r>
    </w:p>
    <w:p>
      <w:r>
        <w:rPr>
          <w:sz w:val="20"/>
        </w:rPr>
        <w:t>24:28  Maulana, agla sawal Mr. Sajid Anwar ka hai Delhi se. unhon nay likha hai: "Kya Sahaba se bhi imaan lanay ke baad baray gunah hue?</w:t>
      </w:r>
      <w:r>
        <w:br/>
      </w:r>
      <w:r>
        <w:rPr>
          <w:sz w:val="20"/>
        </w:rPr>
        <w:t>24:39  agar haan to us ke baad un ka kya amal raha? kya is ki wajah se un ke mission par koi asar hua?</w:t>
      </w:r>
      <w:r>
        <w:br/>
      </w:r>
      <w:r>
        <w:rPr>
          <w:sz w:val="20"/>
        </w:rPr>
        <w:t>24:49  rehnnumai farmayen."</w:t>
      </w:r>
      <w:r>
        <w:br/>
      </w:r>
      <w:r>
        <w:rPr>
          <w:sz w:val="20"/>
        </w:rPr>
        <w:t>24:53  dekhiye, ghalti kisi bhi aadmi se hoti hai, khud Adam se hui ghalti. jab tak aadmi duniya mein zinda hai, us waqt tak woh ghalti kar sakta hai.</w:t>
      </w:r>
      <w:r>
        <w:br/>
      </w:r>
      <w:r>
        <w:rPr>
          <w:sz w:val="20"/>
        </w:rPr>
        <w:t>25:08  hadees mein aata hai: "Ala kullikum khattoon wa khair ul khattain at tawwaboon" ke tum mein se har shakhs khata kar sakta hai.</w:t>
      </w:r>
      <w:r>
        <w:br/>
      </w:r>
      <w:r>
        <w:rPr>
          <w:sz w:val="20"/>
        </w:rPr>
        <w:t>25:20  lekin khata kar ke jo tauba kare, woh phir pak ho gaya. to aisi cheez yeh nahin hai ke aap ke aadmi khata nahin karay ga.</w:t>
      </w:r>
      <w:r>
        <w:br/>
      </w:r>
      <w:r>
        <w:rPr>
          <w:sz w:val="20"/>
        </w:rPr>
        <w:t>25:31  aisi cheez yeh hai ke khata ke baad is ko tauba karna chahiye. to chahe sahaba hon ya koi doosre log hon, har ek isi tarah se yani insan jaise hum insan hain.</w:t>
      </w:r>
      <w:r>
        <w:br/>
      </w:r>
      <w:r>
        <w:rPr>
          <w:sz w:val="20"/>
        </w:rPr>
        <w:t>25:46  to sahaba bhi khata kar sakte the aur koi bhi khata kar sakta hai. is mein to koi do rai nahi hai.</w:t>
      </w:r>
      <w:r>
        <w:br/>
      </w:r>
      <w:r>
        <w:rPr>
          <w:sz w:val="20"/>
        </w:rPr>
        <w:t>25:55  har har aadmi bashar hai, har aadmi insan hai. koi bhi bashar se yani koi bhi yani farishta nahi hai.</w:t>
      </w:r>
      <w:r>
        <w:br/>
      </w:r>
      <w:r>
        <w:rPr>
          <w:sz w:val="20"/>
        </w:rPr>
        <w:t>26:04  na sahaba farishta hain, na hum aap farishta hain. to asal janch is baat mein hai ke aadmi khata hone ke baad woh choukan na ho jaye aur tauba kare, maafi mange, islah kare.</w:t>
      </w:r>
      <w:r>
        <w:br/>
      </w:r>
      <w:r>
        <w:rPr>
          <w:sz w:val="20"/>
        </w:rPr>
        <w:t>26:21  to balkeh hadith mein to yahan tak hai ke ke ah</w:t>
      </w:r>
      <w:r>
        <w:br/>
      </w:r>
      <w:r>
        <w:rPr>
          <w:sz w:val="20"/>
        </w:rPr>
        <w:t>26:30  ke agar insan ghalti na kare to Allah ek aur makhlooq paida karega jo ghalti kare aur maafi mangay. yahan tak aata hai ke Allah taala ko itna zyada pasand hai tauba, istighfar, sharminda hona apni ghalti par.</w:t>
      </w:r>
      <w:r>
        <w:br/>
      </w:r>
      <w:r>
        <w:rPr>
          <w:sz w:val="20"/>
        </w:rPr>
        <w:t>26:50  balkeh yahan tak quran mein hai ke "olayeka abdullah siyat hasanat" yani un ki siyhati badal ke hasanat ban jayengi.</w:t>
      </w:r>
      <w:r>
        <w:br/>
      </w:r>
      <w:r>
        <w:rPr>
          <w:sz w:val="20"/>
        </w:rPr>
        <w:t>26:59  yeh kaisi ajeeb baat hai ke jo kaam bator siyah hua tha, woh bator hasana aap aap ke record mein darj ho jayega.</w:t>
      </w:r>
      <w:r>
        <w:br/>
      </w:r>
      <w:r>
        <w:rPr>
          <w:sz w:val="20"/>
        </w:rPr>
        <w:t>27:11  to yaad rakhiye, aisi cheez yeh nahi ke aadmi ne khata ki. aisi cheez yeh hai ke khata ke baad woh chakar na hua aur us ne maafi mangi aur woh Allah ki taraf rujoo hua to woh Allah ke haan is ka is is ko ek neki ke tor par darj kiya jayega.</w:t>
      </w:r>
      <w:r>
        <w:br/>
      </w:r>
      <w:r>
        <w:rPr>
          <w:sz w:val="20"/>
        </w:rPr>
        <w:t>27:31  is ka yeh muamla.</w:t>
      </w:r>
    </w:p>
    <w:p>
      <w:pPr>
        <w:pStyle w:val="Heading2"/>
      </w:pPr>
      <w:r>
        <w:t>Difficulty of path to Jannah vs reciting Surahs</w:t>
      </w:r>
    </w:p>
    <w:p>
      <w:r>
        <w:rPr>
          <w:color w:val="666666"/>
          <w:sz w:val="18"/>
        </w:rPr>
        <w:t>Seerah &amp; Prophet · Q&amp;A 11 Jul 2010 Maulana Wahiduddin Khan · 4m 36s · at 20:29 · https://youtu.be/UHtdtzGGwFQ?t=1229</w:t>
      </w:r>
    </w:p>
    <w:p>
      <w:r>
        <w:rPr>
          <w:i/>
        </w:rPr>
        <w:t>“When Prophet Muhammad went in Mi'raj, he was shown Jannah.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Moulvis advise us to recite some Surahs and Duas every day to get to Jannah?”</w:t>
      </w:r>
    </w:p>
    <w:p>
      <w:r>
        <w:rPr>
          <w:sz w:val="20"/>
        </w:rPr>
        <w:t>20:29  maulana, agla sawal aaya hai miss gul zeeba ahmed ka maryland, usa se. she has written: "maulana, first i would like to thank you for your great advice at teleconference meeting early morning today.</w:t>
      </w:r>
      <w:r>
        <w:br/>
      </w:r>
      <w:r>
        <w:rPr>
          <w:sz w:val="20"/>
        </w:rPr>
        <w:t>20:44  my question is: when prophet muhammad went on meraj, he was shown jannah there. he was also shown the path to jannah, which he found to be full of difficulties.</w:t>
      </w:r>
      <w:r>
        <w:br/>
      </w:r>
      <w:r>
        <w:rPr>
          <w:sz w:val="20"/>
        </w:rPr>
        <w:t>20:58  after seeing this path, the prophet said: 'very few people of my ummah will enter into jannah because the path is very difficult.' maulana sahib, my question to you is: when the path is so difficult, then how come some moulvis advise us to recite some surahs and duas every day to get to jannah?"</w:t>
      </w:r>
      <w:r>
        <w:br/>
      </w:r>
      <w:r>
        <w:rPr>
          <w:sz w:val="20"/>
        </w:rPr>
        <w:t>21:24  to to main ne abhi aap ne kaha hai, aap ne is mein ke is waqt jo islam hai, woh to islam ka reduced form hai. yani main to khud se ek islam ka form bana liya hai.</w:t>
      </w:r>
      <w:r>
        <w:br/>
      </w:r>
      <w:r>
        <w:rPr>
          <w:sz w:val="20"/>
        </w:rPr>
        <w:t>21:37  reduced bhi nahi, invited form hai woh.</w:t>
      </w:r>
      <w:r>
        <w:br/>
      </w:r>
      <w:r>
        <w:rPr>
          <w:sz w:val="20"/>
        </w:rPr>
        <w:t>21:42  yeh to bilkul yeh yani 100 percent yeh baseless hai. yeh sab cheezein, yeh bohat jannat, woh bohat jannat, yeh sab bilkul baseless hai. 100 percent baseless hai ke is surah ko parh lene se yeh falan waqt do rakat namaz parh lo, falan yeh falan jagah chale jao, falan jagah chale jao, is se jannat mil jayegi.</w:t>
      </w:r>
      <w:r>
        <w:br/>
      </w:r>
      <w:r>
        <w:rPr>
          <w:sz w:val="20"/>
        </w:rPr>
        <w:t>22:00  yeh sab bilkul baseless baatein hain.</w:t>
      </w:r>
      <w:r>
        <w:br/>
      </w:r>
      <w:r>
        <w:rPr>
          <w:sz w:val="20"/>
        </w:rPr>
        <w:t>22:04  yaad rakhiye, jannat ke liye jo formula quran mein bataya gaya hai, woh yeh hai: zalik jaza wa man tazakka yani jannat us ke liye jis ne apna tazkiya kiya.</w:t>
      </w:r>
      <w:r>
        <w:br/>
      </w:r>
      <w:r>
        <w:rPr>
          <w:sz w:val="20"/>
        </w:rPr>
        <w:t>22:19  tazkiya kiya, yeh nahi ke subah koi ayat parh li, sham ko ayat parh li to bas jannat chala gaya. yeh to bilkul hi</w:t>
      </w:r>
      <w:r>
        <w:br/>
      </w:r>
      <w:r>
        <w:rPr>
          <w:sz w:val="20"/>
        </w:rPr>
        <w:t>22:25  ridiculous hai, ridiculous. tazkiya kiya yani apne aap ko purify kiya. zalik jaza wa man tazka jannat us ke liye jis ne apne aap ko, this soul ko purify kiya.</w:t>
      </w:r>
      <w:r>
        <w:br/>
      </w:r>
      <w:r>
        <w:rPr>
          <w:sz w:val="20"/>
        </w:rPr>
        <w:t>22:40  purify karna kya hai? har waqt hamare andar negative thought aate hain, us ko nikalna. har waqt hamare andar kuch galat khwahishein paida hoti hain, us se ladna.</w:t>
      </w:r>
      <w:r>
        <w:br/>
      </w:r>
      <w:r>
        <w:rPr>
          <w:sz w:val="20"/>
        </w:rPr>
        <w:t>22:52  har waqt hamare samne aise koi aata hai ke hum debate karne lagte hain idhar, us se apne ko idhar right path pe lagana, lana. har waqt koi temptation hai, aulad ka hai, bachon ka hai, family ka hai,</w:t>
      </w:r>
      <w:r>
        <w:br/>
      </w:r>
      <w:r>
        <w:rPr>
          <w:sz w:val="20"/>
        </w:rPr>
        <w:t>23:06  kisi bhi cheez ka. is temptation se apne ko bachana,</w:t>
      </w:r>
      <w:r>
        <w:br/>
      </w:r>
      <w:r>
        <w:rPr>
          <w:sz w:val="20"/>
        </w:rPr>
        <w:t>23:09  tab woh tazkiya hota hai, tab woh purified soul banta hai.</w:t>
      </w:r>
      <w:r>
        <w:br/>
      </w:r>
      <w:r>
        <w:rPr>
          <w:sz w:val="20"/>
        </w:rPr>
        <w:t>23:16  log to phanse rehte hain isi mein, apne ko yani pollute karte hain aur samajhte hain ke kuch kuch, yeh kuch dane pe tasbeeh parh do, kuch suratein parh do to jannat pahunch jaoge.</w:t>
      </w:r>
      <w:r>
        <w:br/>
      </w:r>
      <w:r>
        <w:rPr>
          <w:sz w:val="20"/>
        </w:rPr>
        <w:t>23:30  to ridiculous, ridiculous.</w:t>
      </w:r>
      <w:r>
        <w:br/>
      </w:r>
      <w:r>
        <w:rPr>
          <w:sz w:val="20"/>
        </w:rPr>
        <w:t>23:37  to behal is ayat ko yaad rakhiye: zalik jaza mantazka aisi aayatein bohat sari hain. ek hadith mein hai, ek aadmi jab ek gunah karta hai, us ke dil pe ek dhabba pad jata hai.</w:t>
      </w:r>
      <w:r>
        <w:br/>
      </w:r>
      <w:r>
        <w:rPr>
          <w:sz w:val="20"/>
        </w:rPr>
        <w:t>23:51  phir karta hai, phir parhta hai, phir karta hai, phir parhta hai. yahan tak ke poora dil kala ho jata hai.</w:t>
      </w:r>
      <w:r>
        <w:br/>
      </w:r>
      <w:r>
        <w:rPr>
          <w:sz w:val="20"/>
        </w:rPr>
        <w:t>23:56  yeh kala matlab yeh nahi ke sach much color, color ke sense mein kala hota hai. nahi, is ka matlab hai besht ho jata hai.</w:t>
      </w:r>
      <w:r>
        <w:br/>
      </w:r>
      <w:r>
        <w:rPr>
          <w:sz w:val="20"/>
        </w:rPr>
        <w:t>24:09  to is mein hadith mein kya bataya gaya hai ke jaise hi tum ko mehsoos ho ke ek dhabba pada, jaldi se mitao us ko. mitane ka tareeqa kya bataya hai?</w:t>
      </w:r>
      <w:r>
        <w:br/>
      </w:r>
      <w:r>
        <w:rPr>
          <w:sz w:val="20"/>
        </w:rPr>
        <w:t>24:19  kasrat zikr al maut wa tilawat al quran khoob zyada yaad karo maut ko aur khoob zyada parho, khoob zyada study karo quran ki.</w:t>
      </w:r>
      <w:r>
        <w:br/>
      </w:r>
      <w:r>
        <w:rPr>
          <w:sz w:val="20"/>
        </w:rPr>
        <w:t>24:30  parho nahi, study karo quran ki.</w:t>
      </w:r>
      <w:r>
        <w:br/>
      </w:r>
      <w:r>
        <w:rPr>
          <w:sz w:val="20"/>
        </w:rPr>
        <w:t>24:33  to yeh ek course hai, ek process hai, chalta hai. yani zindagi mein chalta rehta hai, yahan tak ke maut tak chalta hai.</w:t>
      </w:r>
      <w:r>
        <w:br/>
      </w:r>
      <w:r>
        <w:rPr>
          <w:sz w:val="20"/>
        </w:rPr>
        <w:t>24:42  woh har waqt apne ko purify karna, har waqt apne ko deviation se bachana, har waqt apne ko temptation se bachana.</w:t>
      </w:r>
      <w:r>
        <w:br/>
      </w:r>
      <w:r>
        <w:rPr>
          <w:sz w:val="20"/>
        </w:rPr>
        <w:t>24:52  har waqt jab aap ka focus hate, phir us ko focus ko dobara right path par lana. yeh hai course tazkiya ka.</w:t>
      </w:r>
      <w:r>
        <w:br/>
      </w:r>
      <w:r>
        <w:rPr>
          <w:sz w:val="20"/>
        </w:rPr>
        <w:t>25:01  baqi sab to bilkul baseless baatein hain.</w:t>
      </w:r>
    </w:p>
    <w:p>
      <w:pPr>
        <w:pStyle w:val="Heading2"/>
      </w:pPr>
      <w:r>
        <w:t>Explain story of Umar receiving Quran without ablution</w:t>
      </w:r>
    </w:p>
    <w:p>
      <w:r>
        <w:rPr>
          <w:color w:val="666666"/>
          <w:sz w:val="18"/>
        </w:rPr>
        <w:t>Seerah &amp; Prophet · The Power of Remembering God Often September 26, 2010 · 2m 57s · at 1:20:34 · https://youtu.be/GMmwEr7Wt80?t=4834</w:t>
      </w:r>
    </w:p>
    <w:p>
      <w:r>
        <w:rPr>
          <w:i/>
        </w:rPr>
        <w:t>“There is a story about Hazrat Umar: when he was among the polytheists, his Muslim sister did not give him the Quran without ablution. Please explain this.”</w:t>
      </w:r>
    </w:p>
    <w:p>
      <w:r>
        <w:rPr>
          <w:sz w:val="20"/>
        </w:rPr>
        <w:t>1:20:34  Maulana, agla agla sawal kya hai? Doctor Safina Tabassum ne New Delhi se</w:t>
      </w:r>
      <w:r>
        <w:br/>
      </w:r>
      <w:r>
        <w:rPr>
          <w:sz w:val="20"/>
        </w:rPr>
        <w:t>1:20:40  unhon ne likha hai ke Hazrat Umar ka qissa hai ke jab woh mushrikeen mein se thay, tab un ki Muslim behan ne un ke haath mein bina wuzu ke Quran nahi diya.</w:t>
      </w:r>
      <w:r>
        <w:br/>
      </w:r>
      <w:r>
        <w:rPr>
          <w:sz w:val="20"/>
        </w:rPr>
        <w:t>1:20:52  is ke baray mein aap batayein. dekhein, yeh khwab khwah logon ne is ko le kar ke maslay bana rakhe hain. is ka samajhte hain ke bas haath baghair wuzu ke haath Quran nahi chhoo sakte.</w:t>
      </w:r>
      <w:r>
        <w:br/>
      </w:r>
      <w:r>
        <w:rPr>
          <w:sz w:val="20"/>
        </w:rPr>
        <w:t>1:21:04  bilkul galat masla hai yeh.</w:t>
      </w:r>
      <w:r>
        <w:br/>
      </w:r>
      <w:r>
        <w:rPr>
          <w:sz w:val="20"/>
        </w:rPr>
        <w:t>1:21:06  yahan mein is ki tafseel nahi kar sakta, lekin mein kahunga ke bila wuzu ke Quran zaroor aap haath pe le sakte hain, is mein koi galat baat nahi hai.</w:t>
      </w:r>
      <w:r>
        <w:br/>
      </w:r>
      <w:r>
        <w:rPr>
          <w:sz w:val="20"/>
        </w:rPr>
        <w:t>1:21:17  aur is ki wajah se aik bohat bara gunah Musalman</w:t>
      </w:r>
      <w:r>
        <w:br/>
      </w:r>
      <w:r>
        <w:rPr>
          <w:sz w:val="20"/>
        </w:rPr>
        <w:t>1:21:20  kar rahe hain is galat maslay ki bina par ke Quran ka ehtiram ka aik ajeeb o ghareeb masla bana rakha hai. Quran ki be-hurmati!</w:t>
      </w:r>
      <w:r>
        <w:br/>
      </w:r>
      <w:r>
        <w:rPr>
          <w:sz w:val="20"/>
        </w:rPr>
        <w:t>1:21:29  ab Hindu ko ya Isaai ko Quran dete nahi, kyunke be-hurmati karega woh wuzu ke baghair, us ko chhooe ga, wuzu ke baghair us ko parhe ga. yeh sab bilkul lagho hai, baseless hai.</w:t>
      </w:r>
      <w:r>
        <w:br/>
      </w:r>
      <w:r>
        <w:rPr>
          <w:sz w:val="20"/>
        </w:rPr>
        <w:t>1:21:40  balkeh gunah, mein kahunga, gunah! is nazariye ne Quran ki dawat ka kaam bilkul band kar rakha hai.</w:t>
      </w:r>
      <w:r>
        <w:br/>
      </w:r>
      <w:r>
        <w:rPr>
          <w:sz w:val="20"/>
        </w:rPr>
        <w:t>1:21:49  hamare saathi Quran ko le gaye aik jagah, aik Musalman sahab wahan thay, unhon ne kaha ke aap Quran kis ko? Hindu ko de rahe hain? woh to us ki be-hurmati karega, woh bila wuzu ko parhe ga.</w:t>
      </w:r>
      <w:r>
        <w:br/>
      </w:r>
      <w:r>
        <w:rPr>
          <w:sz w:val="20"/>
        </w:rPr>
        <w:t>1:21:59  is ko yaqeen kijiye ke yeh islam nahi hai, yeh shaitani baat hai, kyunke isi is muqaddas nazariye ne is quran ki ke ke ke tabligh ko rok rok rakha hai.</w:t>
      </w:r>
      <w:r>
        <w:br/>
      </w:r>
      <w:r>
        <w:rPr>
          <w:sz w:val="20"/>
        </w:rPr>
        <w:t>1:22:15  ab hamare saathi jo quran pouncha rahe hain, to hamein ek nai cheez discover hui ke ab tak jo chhapte the quran ke jo tarjume log, woh musalmanon mein baantate the.</w:t>
      </w:r>
      <w:r>
        <w:br/>
      </w:r>
      <w:r>
        <w:rPr>
          <w:sz w:val="20"/>
        </w:rPr>
        <w:t>1:22:24  is ko yaani kaha hai musalmanon tak quran pounchaya hi nahi logon ne. mujhe haal mein cheez mujhe discover hui,</w:t>
      </w:r>
      <w:r>
        <w:br/>
      </w:r>
      <w:r>
        <w:rPr>
          <w:sz w:val="20"/>
        </w:rPr>
        <w:t>1:22:33  bohat se tarjume chhape hain quran majeed ke english waghera mein, kis ke liye? musalmanon ke liye,</w:t>
      </w:r>
      <w:r>
        <w:br/>
      </w:r>
      <w:r>
        <w:rPr>
          <w:sz w:val="20"/>
        </w:rPr>
        <w:t>1:22:43  kyunke woh dete nahi in logon ke. woh be-hurmati karenge, yeh be-hurmati ka nazariya sarasar batil hai aur bilkul baseless hai. is ka islam se koi talluq nahi.</w:t>
      </w:r>
      <w:r>
        <w:br/>
      </w:r>
      <w:r>
        <w:rPr>
          <w:sz w:val="20"/>
        </w:rPr>
        <w:t>1:22:52  yaad rakhiye, hamein quran ek ko pounchana hai. wuzu ki shart hargiz sahi nahi hai, bilkul galat hai shart ke jo wuzu kar kiye baghair chhod nahi sakta.</w:t>
      </w:r>
      <w:r>
        <w:br/>
      </w:r>
      <w:r>
        <w:rPr>
          <w:sz w:val="20"/>
        </w:rPr>
        <w:t>1:23:01  woh masla hazrat umar ka ek alag masla hai, to is ka is is masle se koi talluq nahi hai. maulana, hazrat umar ka ek waqea maut mein likha hua hai ke ek baar kuch logon ke saath baith kar woh quran padh rahe the, to is ke beech mein un ko qazaye hajat ki zaroorat paish aai.</w:t>
      </w:r>
      <w:r>
        <w:br/>
      </w:r>
      <w:r>
        <w:rPr>
          <w:sz w:val="20"/>
        </w:rPr>
        <w:t>1:23:17  to woh gaye aur is ke baad aa gaye washroom se aur phir padhna shuru kar diya. to kisi ne kaha ke aap digar wuzu kyun padhna shuru kar diya? aap ne wuzu bhi nahi kiya. bohat ghussa hue, unhon ne kaha ke "mun aftaq</w:t>
      </w:r>
    </w:p>
    <w:p>
      <w:pPr>
        <w:pStyle w:val="Heading2"/>
      </w:pPr>
      <w:r>
        <w:t>Explanation of Prophet Ibrahim's saying on reward</w:t>
      </w:r>
    </w:p>
    <w:p>
      <w:r>
        <w:rPr>
          <w:color w:val="666666"/>
          <w:sz w:val="18"/>
        </w:rPr>
        <w:t>Seerah &amp; Prophet · Age of Consumerism January 6, 2013 · 2m 58s · at 1:32:09 · https://youtu.be/zJRZ1OKUhgA?t=5529</w:t>
      </w:r>
    </w:p>
    <w:p>
      <w:r>
        <w:rPr>
          <w:i/>
        </w:rPr>
        <w:t>“I heard a great scholar give a speech about Muslim culture. At the end, he quoted Prophet Ibrahim: 'O my people! I do not ask any reward from you, my reward is with Allah.' Please explain the meaning.”</w:t>
      </w:r>
    </w:p>
    <w:p>
      <w:r>
        <w:rPr>
          <w:sz w:val="20"/>
        </w:rPr>
        <w:t>1:32:09  maulana, yeh sawal dilli se hai, shah imran hasan sahib ka. unhon ne likha hai: "ek bade aalim deen ki maine taqreer suni.</w:t>
      </w:r>
      <w:r>
        <w:br/>
      </w:r>
      <w:r>
        <w:rPr>
          <w:sz w:val="20"/>
        </w:rPr>
        <w:t>1:32:18  yeh taqreer muslim culture ke upar thi. aakhir mein unhon ne hazrat ibrahim ki yeh baat kahi ke 'ae meri qaum!</w:t>
      </w:r>
      <w:r>
        <w:br/>
      </w:r>
      <w:r>
        <w:rPr>
          <w:sz w:val="20"/>
        </w:rPr>
        <w:t>1:32:29  main tum se koi ajr nahi mangta, mera ajr to Allah ke paas hai.'</w:t>
      </w:r>
      <w:r>
        <w:br/>
      </w:r>
      <w:r>
        <w:rPr>
          <w:sz w:val="20"/>
        </w:rPr>
        <w:t>1:32:36  " maulana sahib, mera sawal yeh hai ke is tarah ki cultural taqreer ke baad is ko quran se jodna kaisa hai?</w:t>
      </w:r>
      <w:r>
        <w:br/>
      </w:r>
      <w:r>
        <w:rPr>
          <w:sz w:val="20"/>
        </w:rPr>
        <w:t>1:32:51  cultural jo musalmanon ka zehan hai, cultural identity yani shanakht, woh to ek milli yani milli mamla hai, millat ka mamla hai.</w:t>
      </w:r>
      <w:r>
        <w:br/>
      </w:r>
      <w:r>
        <w:rPr>
          <w:sz w:val="20"/>
        </w:rPr>
        <w:t>1:33:06  musalman is zamane mein bohat zyada baatein karte hain shanakht ki, identity ki. woh ek milli masla hai. woh hazrat ibrahim ka jo waqea hai ya doosre paighambaron ka, woh daai ka culture hai ke daai jin logon mein daryaaon mein kaam karta hai, un se un se chanda mangna, un se faida uthana, yeh is ka mizaj nahi hota hai.</w:t>
      </w:r>
      <w:r>
        <w:br/>
      </w:r>
      <w:r>
        <w:rPr>
          <w:sz w:val="20"/>
        </w:rPr>
        <w:t>1:33:30  woh woh to yak tarafah tor par apni baat tak pahunchane ki koshish karta hai. woh</w:t>
      </w:r>
      <w:r>
        <w:br/>
      </w:r>
      <w:r>
        <w:rPr>
          <w:sz w:val="20"/>
        </w:rPr>
        <w:t>1:33:36  is ko jo is ko lena hai, woh Allah se umeed rakhta hai. is ke liye woh baqi jo madu log hain, un se is kisi maadi cheez ki umeed de kar nahi kaam karta.</w:t>
      </w:r>
      <w:r>
        <w:br/>
      </w:r>
      <w:r>
        <w:rPr>
          <w:sz w:val="20"/>
        </w:rPr>
        <w:t>1:33:47  woh kuch nahi. to woh woh wahan par dawat culture ki baat hai, woh milli culture ki baat nahi hai.</w:t>
      </w:r>
      <w:r>
        <w:br/>
      </w:r>
      <w:r>
        <w:rPr>
          <w:sz w:val="20"/>
        </w:rPr>
        <w:t>1:33:55  donon alag cheezein hain. milli culture to ek qaumi cheez hai, qaumi. ab woh to ek dawti cheez hai, bohat oonchi oonchi baat hai. woh woh alag hai, woh alag hai.</w:t>
      </w:r>
      <w:r>
        <w:br/>
      </w:r>
      <w:r>
        <w:rPr>
          <w:sz w:val="20"/>
        </w:rPr>
        <w:t>1:34:07  okay, we we'll end the session now. thank you.</w:t>
      </w:r>
    </w:p>
    <w:p>
      <w:pPr>
        <w:pStyle w:val="Heading2"/>
      </w:pPr>
      <w:r>
        <w:t>Hazrat Ali's incident with polytheist</w:t>
      </w:r>
    </w:p>
    <w:p>
      <w:r>
        <w:rPr>
          <w:color w:val="666666"/>
          <w:sz w:val="18"/>
        </w:rPr>
        <w:t>Seerah &amp; Prophet · Art of Crisis Management I 3 October, 2010 Maulana Wahiduddin Khan · 3m 32s · at 1:24:50 · https://youtu.be/mcJZ0YEOolk?t=5090</w:t>
      </w:r>
    </w:p>
    <w:p>
      <w:r>
        <w:rPr>
          <w:i/>
        </w:rPr>
        <w:t>“Maulana, I read an incident about Hazrat Ali. In a battle, when Hazrat Ali overpowered a polytheist, the polytheist spat on Ali's face. Then Hazrat Ali said something and let him go instead of killing him. When asked, he said that if I killed him after he spat...”</w:t>
      </w:r>
    </w:p>
    <w:p>
      <w:r>
        <w:rPr>
          <w:sz w:val="20"/>
        </w:rPr>
        <w:t>1:24:50  Maulana, yeh sawal kiya hai Maulana Abdul Basit ne Doha, Qatar se. Unhon ne likha hai: "Maulana Hazrat Ali ka ek waqia maine padha tha ke kisi jang mein jab Hazrat Ali ne ek mushrik par qaboo paaya</w:t>
      </w:r>
      <w:r>
        <w:br/>
      </w:r>
      <w:r>
        <w:rPr>
          <w:sz w:val="20"/>
        </w:rPr>
        <w:t>1:25:08  toh us ne Ali ke munh par thook diya. Toh Hazrat Ali ne aise mauqe par ek baat kahi aur use qatl karne ki bajaye chhod diya.</w:t>
      </w:r>
      <w:r>
        <w:br/>
      </w:r>
      <w:r>
        <w:rPr>
          <w:sz w:val="20"/>
        </w:rPr>
        <w:t>1:25:19  Poocha gaya toh bataya ke main agar us ke thookne ke baad qatl karta</w:t>
      </w:r>
      <w:r>
        <w:br/>
      </w:r>
      <w:r>
        <w:rPr>
          <w:sz w:val="20"/>
        </w:rPr>
        <w:t>1:25:24  toh woh Khuda ki raah mein na hota, balke mera jazbati amal hota." Maulana, is mein jazbaat ko aur imaan ko alag kiya gaya hai, magar aaj jazbaat hi ko Islam ki nishani samjha ja raha hai.</w:t>
      </w:r>
      <w:r>
        <w:br/>
      </w:r>
      <w:r>
        <w:rPr>
          <w:sz w:val="20"/>
        </w:rPr>
        <w:t>1:25:40  Aisa kyun hai?</w:t>
      </w:r>
      <w:r>
        <w:br/>
      </w:r>
      <w:r>
        <w:rPr>
          <w:sz w:val="20"/>
        </w:rPr>
        <w:t>1:25:45  Bhai, aisa kyun hai? Yeh dekhein, Musalman daur-e-zawaal mein hain,</w:t>
      </w:r>
      <w:r>
        <w:br/>
      </w:r>
      <w:r>
        <w:rPr>
          <w:sz w:val="20"/>
        </w:rPr>
        <w:t>1:25:50  degeneration un ka ho chuka hai. Yeh toh Quran Hadees se saabit hai ke Musalmanon ka ek zamana aayega ke jab koi degeneration ho jayega.</w:t>
      </w:r>
      <w:r>
        <w:br/>
      </w:r>
      <w:r>
        <w:rPr>
          <w:sz w:val="20"/>
        </w:rPr>
        <w:t>1:26:01  "Lam yabqa al-Islam fi al-ard illa ismuhu". Islam ka sirf naam baqi reh jayega,</w:t>
      </w:r>
      <w:r>
        <w:br/>
      </w:r>
      <w:r>
        <w:rPr>
          <w:sz w:val="20"/>
        </w:rPr>
        <w:t>1:26:07  yahan tak ke masjidon mein namazi honge lekin hidayat nahi hogi. Un mein "masajid aamirah". Yeh masjidain namaz se bhari hongi lekin hidayat se khali hongi.</w:t>
      </w:r>
      <w:r>
        <w:br/>
      </w:r>
      <w:r>
        <w:rPr>
          <w:sz w:val="20"/>
        </w:rPr>
        <w:t>1:26:19  Yeh toh, yeh toh hone wala tha, aur yeh toh law of degeneration jo hai, sab ke liye hota hai, koi is Musalmanon ke liye nahi.</w:t>
      </w:r>
      <w:r>
        <w:br/>
      </w:r>
      <w:r>
        <w:rPr>
          <w:sz w:val="20"/>
        </w:rPr>
        <w:t>1:26:28  Ibn Khaldun ne likha hai ke "lil-quwam a'maar kama lil-afraad a'maar". Jis tarah se afraad jo hain jawan hote hain, phir boodhe ho jaate hain, aisi quwamein bhi jawan hoti hain, boodhi hoti hain.</w:t>
      </w:r>
      <w:r>
        <w:br/>
      </w:r>
      <w:r>
        <w:rPr>
          <w:sz w:val="20"/>
        </w:rPr>
        <w:t>1:26:42  Matlab un ka degeneration hota hai.</w:t>
      </w:r>
      <w:r>
        <w:br/>
      </w:r>
      <w:r>
        <w:rPr>
          <w:sz w:val="20"/>
        </w:rPr>
        <w:t>1:26:45  Toh Musalman aaj kal degenerated lot hain. Main toh in ko maanta hoon, main in ko degeneration ke aakhri hadd par samajhta hoon.</w:t>
      </w:r>
      <w:r>
        <w:br/>
      </w:r>
      <w:r>
        <w:rPr>
          <w:sz w:val="20"/>
        </w:rPr>
        <w:t>1:26:54  In logon ko Quran o Hadees in ka ek business hai, bas us ki spirit kahin maujood nahi hai.</w:t>
      </w:r>
      <w:r>
        <w:br/>
      </w:r>
      <w:r>
        <w:rPr>
          <w:sz w:val="20"/>
        </w:rPr>
        <w:t>1:27:02  Jis maamle mein dekhiye, jis maamle mein dekhiye, woh Quran o Hadees hate hue hain. Woh toh daur-e-zawaal mein hain, yeh aur aur zawaal toh har qaum ko aata hai.</w:t>
      </w:r>
      <w:r>
        <w:br/>
      </w:r>
      <w:r>
        <w:rPr>
          <w:sz w:val="20"/>
        </w:rPr>
        <w:t>1:27:13  Zawaal, daur-e-zawaal jo hai, aisa nahi ke Musalman exception hain.</w:t>
      </w:r>
      <w:r>
        <w:br/>
      </w:r>
      <w:r>
        <w:rPr>
          <w:sz w:val="20"/>
        </w:rPr>
        <w:t>1:27:19  Yeh Isaaiyon ko zawaal aaya, mazhabi mazhabi zawaal, yehudiyon ko mazhabi zawaal aaya, toh Musalmanon ko mazhabi zawaal aayega. Toh ab hamein jo karna hai, woh hai ke phir se,</w:t>
      </w:r>
      <w:r>
        <w:br/>
      </w:r>
      <w:r>
        <w:rPr>
          <w:sz w:val="20"/>
        </w:rPr>
        <w:t>1:27:34  phir se logon ko samjhayein,</w:t>
      </w:r>
      <w:r>
        <w:br/>
      </w:r>
      <w:r>
        <w:rPr>
          <w:sz w:val="20"/>
        </w:rPr>
        <w:t>1:27:36  phir se logon ke</w:t>
      </w:r>
      <w:r>
        <w:br/>
      </w:r>
      <w:r>
        <w:rPr>
          <w:sz w:val="20"/>
        </w:rPr>
        <w:t>1:27:41  zehni taameer karein. Jis ko main kehta hoon "re-engineering of mind".</w:t>
      </w:r>
      <w:r>
        <w:br/>
      </w:r>
      <w:r>
        <w:rPr>
          <w:sz w:val="20"/>
        </w:rPr>
        <w:t>1:27:49  Jo existing situation hai Musalmanon ki, woh toh yahi hai. Lekin hamesha aisa hota hai ke aap un ko samjha bujha kar ke ek naya insaan bana sakte hain.</w:t>
      </w:r>
      <w:r>
        <w:br/>
      </w:r>
      <w:r>
        <w:rPr>
          <w:sz w:val="20"/>
        </w:rPr>
        <w:t>1:27:59  Jaise maine bataya ke aaj mere paas jo telephone aaya ke woh aadmi ne kaha ke main sab se nafrat karta tha, meri kitabein padhte padhte ab sab ka woh</w:t>
      </w:r>
      <w:r>
        <w:br/>
      </w:r>
      <w:r>
        <w:rPr>
          <w:sz w:val="20"/>
        </w:rPr>
        <w:t>1:28:08  khairkhwah ban gaya, sab ko insaan samajhne laga. Toh logon ke zehan ko badliye, logon ke soch ko badliye. Yahan se yeh hai "the starting point".</w:t>
      </w:r>
    </w:p>
    <w:p>
      <w:pPr>
        <w:pStyle w:val="Heading2"/>
      </w:pPr>
      <w:r>
        <w:t>How many prophets do Muslims believe in</w:t>
      </w:r>
    </w:p>
    <w:p>
      <w:r>
        <w:rPr>
          <w:color w:val="666666"/>
          <w:sz w:val="18"/>
        </w:rPr>
        <w:t>Seerah &amp; Prophet · The Importance of Wisdom November 4, 2012 · 2m 16s · at 1:11:35 · https://youtu.be/7e6FvqRSHic?t=4295</w:t>
      </w:r>
    </w:p>
    <w:p>
      <w:r>
        <w:rPr>
          <w:i/>
        </w:rPr>
        <w:t>“I have never understood how many prophets Muslims believe in. Recently I saw a series about Prophet Joseph made in Egypt, where one person played Prophet Joseph and another played Prophet Jacob. Please clarify.”</w:t>
      </w:r>
    </w:p>
    <w:p>
      <w:r>
        <w:rPr>
          <w:sz w:val="20"/>
        </w:rPr>
        <w:t>1:11:35  yeh mein ne ke ek stupid kaam tha woh is ka aqal se koi talluq nahi hai maulana dilli se sawal hai shah imran hasan sahib ka unhon ne likha hai meri samajh mein aaj tak yeh nahi aa saka hai ke musalman kitna prophet ko mante hain</w:t>
      </w:r>
      <w:r>
        <w:br/>
      </w:r>
      <w:r>
        <w:rPr>
          <w:sz w:val="20"/>
        </w:rPr>
        <w:t>1:11:55  abhi haal mein main ne egypt mein bani hui prophet yusuf ka serial dekha is mein ek shakhs</w:t>
      </w:r>
      <w:r>
        <w:br/>
      </w:r>
      <w:r>
        <w:rPr>
          <w:sz w:val="20"/>
        </w:rPr>
        <w:t>1:12:01  profit yusuf bana hai aur ek shakhs profit yaqoob</w:t>
      </w:r>
      <w:r>
        <w:br/>
      </w:r>
      <w:r>
        <w:rPr>
          <w:sz w:val="20"/>
        </w:rPr>
        <w:t>1:12:07  is par musalmanon ne koi reaction meri vyaktigat jankari ke anusar nahi liya hai kripa aap use</w:t>
      </w:r>
      <w:r>
        <w:br/>
      </w:r>
      <w:r>
        <w:rPr>
          <w:sz w:val="20"/>
        </w:rPr>
        <w:t>1:12:15  spasht karen ji ye to sahi hai ki musalmanon mein is mamle mein dualism ka shikar hain</w:t>
      </w:r>
      <w:r>
        <w:br/>
      </w:r>
      <w:r>
        <w:rPr>
          <w:sz w:val="20"/>
        </w:rPr>
        <w:t>1:12:25  ke jo kitabon mein masail hain is mein sirf rasool Allah ka nahi likha hua hai nabiyon mein anbiya ke likha likha rakha hai kisi bhi ek nabi ko agar gustakhi ki jayegi to us ke sath aisa kiya jayega</w:t>
      </w:r>
      <w:r>
        <w:br/>
      </w:r>
      <w:r>
        <w:rPr>
          <w:sz w:val="20"/>
        </w:rPr>
        <w:t>1:12:39  to kitabon mein to likha likha rakha hai ke kisi nabi lekin aamir kya karte hain sirf muhammad sal Allah alayh wasallam yeh to munafiqat hai dualism hai yeh sare musalman se mubtala hain aap jo bhi kitabein likhi gayi is mozu par aap padh lijiye is ko is mein yahi lafz rahega nabiyon mein anbiya hain nabiyon mein se kisi nabi ki agar gustakhi kare to us ke sath aisa sulook kiya jayega</w:t>
      </w:r>
      <w:r>
        <w:br/>
      </w:r>
      <w:r>
        <w:rPr>
          <w:sz w:val="20"/>
        </w:rPr>
        <w:t>1:13:03  to rozana ho raha hai lekin musalman khamosh hain aur rasool Allah par bohat bhadakte hain yeh yeh yani yeh yeh bohat hi ajeeb ghareeb baat hai ke is zamane mein munafiqat ko islam bana diya gaya hai dualism ko islam bana diya gaya hai</w:t>
      </w:r>
      <w:r>
        <w:br/>
      </w:r>
      <w:r>
        <w:rPr>
          <w:sz w:val="20"/>
        </w:rPr>
        <w:t>1:13:24  mein to bohat hi zyada yani haram pareshan rehta hoon ke kaise musalman hain kaise ehsas un ke hain sochte nahi hain woh ke masla to yeh bana rakha hai ke kisi bhi nabi kuch karoge to hum wahan danda uthayenge tumhare khilaf to doosre nabi nabi khush chup rehte hain aur is tarah par hungama karte hain bohat ajeeb baat hai yeh bohat zyada ajeeb baat hai</w:t>
      </w:r>
    </w:p>
    <w:p>
      <w:pPr>
        <w:pStyle w:val="Heading2"/>
      </w:pPr>
      <w:r>
        <w:t>Ideal Society in Medina After Conquest</w:t>
      </w:r>
    </w:p>
    <w:p>
      <w:r>
        <w:rPr>
          <w:color w:val="666666"/>
          <w:sz w:val="18"/>
        </w:rPr>
        <w:t>Seerah &amp; Prophet · Man and the Laws of Nature April 1, 2012 · 3m 38s · at 1:49:50 · https://youtu.be/coIrwYQgb6Y?t=6590</w:t>
      </w:r>
    </w:p>
    <w:p>
      <w:r>
        <w:rPr>
          <w:i/>
        </w:rPr>
        <w:t>“If an ideal society is impossible, how would you look at Medina at the time of Prophet after the conquest of Mecca?”</w:t>
      </w:r>
    </w:p>
    <w:p>
      <w:r>
        <w:rPr>
          <w:sz w:val="20"/>
        </w:rPr>
        <w:t>1:49:50  maulana, agla sawal dilli se hai mr irfan ka. unho'n ne likha hai: "if an ideal society is impossible, how would you look at medina at the time of prophet after the conquest of makkah?</w:t>
      </w:r>
      <w:r>
        <w:br/>
      </w:r>
      <w:r>
        <w:rPr>
          <w:sz w:val="20"/>
        </w:rPr>
        <w:t>1:50:06  " yeh to musalmanon ne bana rakha hai, yani ek farzi tasweer. wahan koi artist society nahi thi. yeh to kitabon mein jo padhte hain aap, to to to shayari hoti hai.</w:t>
      </w:r>
      <w:r>
        <w:br/>
      </w:r>
      <w:r>
        <w:rPr>
          <w:sz w:val="20"/>
        </w:rPr>
        <w:t>1:50:19  mere khayal mein to madine, jo madine mein ke period mein jo hai, jab madine mein jo jis ko aap keh rahe hain ke wahan ideal samajh tha, wahan par ek mauqe par rasool Allah salallahu alaihi wasallam ne ek taqseem kiya maal-e-ghanimat</w:t>
      </w:r>
      <w:r>
        <w:br/>
      </w:r>
      <w:r>
        <w:rPr>
          <w:sz w:val="20"/>
        </w:rPr>
        <w:t>1:50:35  ۔ to kisi ko mila, kisi ko kam mila, kisi ko zyada mila. to ek sahabi ne kaha: "a kar ke wallah ma adalta, khuda ki qasam, aap ne adl nahi kiya." to very that that ideal society,</w:t>
      </w:r>
      <w:r>
        <w:br/>
      </w:r>
      <w:r>
        <w:rPr>
          <w:sz w:val="20"/>
        </w:rPr>
        <w:t>1:50:49  yeh bilkul ek khud musalman khud sakhta tasweer mein jeete hain. khud sakhta tasweer bana rakha hai.</w:t>
      </w:r>
      <w:r>
        <w:br/>
      </w:r>
      <w:r>
        <w:rPr>
          <w:sz w:val="20"/>
        </w:rPr>
        <w:t>1:50:56  jaise hum bachche jab chhote bachche the to hamare bade bhai shayar the, unho'n ne she'r likha tha apne pote ke liye.</w:t>
      </w:r>
      <w:r>
        <w:br/>
      </w:r>
      <w:r>
        <w:rPr>
          <w:sz w:val="20"/>
        </w:rPr>
        <w:t>1:51:05  un ka pota tha, is ka naam tha irshad. qismat se woh din jab aayenge, irshad madine jayenge, sarkaar ke chaukhat par ja kar hum sallallahu wasallam gayenge.</w:t>
      </w:r>
      <w:r>
        <w:br/>
      </w:r>
      <w:r>
        <w:rPr>
          <w:sz w:val="20"/>
        </w:rPr>
        <w:t>1:51:16  to aap samajhte hain ke madina kya hai? jab wahan gaye to madina aisa tha jaise sab shehar hote hain.</w:t>
      </w:r>
      <w:r>
        <w:br/>
      </w:r>
      <w:r>
        <w:rPr>
          <w:sz w:val="20"/>
        </w:rPr>
        <w:t>1:51:23  yeh jo suna tha aap ne, to is se madina ka aik aik aik romantic tasawwur, koi koi alag hi cheez hogi.</w:t>
      </w:r>
      <w:r>
        <w:br/>
      </w:r>
      <w:r>
        <w:rPr>
          <w:sz w:val="20"/>
        </w:rPr>
        <w:t>1:51:32  wo qismat se wo din jab aayenge, irshad madine jayenge, sarkaar ke chokhat par ja kar hum sallallahu alaihi wasallam kahein. wahan ne koi chokhat the ya kuch tha.</w:t>
      </w:r>
      <w:r>
        <w:br/>
      </w:r>
      <w:r>
        <w:rPr>
          <w:sz w:val="20"/>
        </w:rPr>
        <w:t>1:51:42  to yeh to aik khud sakhta tasawwur ban rakha hai.</w:t>
      </w:r>
      <w:r>
        <w:br/>
      </w:r>
      <w:r>
        <w:rPr>
          <w:sz w:val="20"/>
        </w:rPr>
        <w:t>1:51:45  yeh kabhi dunya mein na ideal society bani hai, na ban sakti hai. kyunke Allah taala ne insaan ko azaadi di hai, azaadi koi masrookh nahi kar sakta.</w:t>
      </w:r>
      <w:r>
        <w:br/>
      </w:r>
      <w:r>
        <w:rPr>
          <w:sz w:val="20"/>
        </w:rPr>
        <w:t>1:51:55  jab azaadi ka aap awaaz nahi kar sakte to society ideal ideal society banna mumkin hi nahi. ideal cannot be achieved. Maulana, in ka aik aur sawal hai.</w:t>
      </w:r>
      <w:r>
        <w:br/>
      </w:r>
      <w:r>
        <w:rPr>
          <w:sz w:val="20"/>
        </w:rPr>
        <w:t>1:52:07  unhon ne poocha hai: "haoo does one look at what the prophet did with the idols when Mecca was conquered?"</w:t>
      </w:r>
      <w:r>
        <w:br/>
      </w:r>
      <w:r>
        <w:rPr>
          <w:sz w:val="20"/>
        </w:rPr>
        <w:t>1:52:17  dekhein, yeh yeh sawal samajhne ke liye tareekh ko dekhein. aap jab Mecca mein but parast log the to aap ne is ko chura nahi.</w:t>
      </w:r>
      <w:r>
        <w:br/>
      </w:r>
      <w:r>
        <w:rPr>
          <w:sz w:val="20"/>
        </w:rPr>
        <w:t>1:52:27  jab</w:t>
      </w:r>
      <w:r>
        <w:br/>
      </w:r>
      <w:r>
        <w:rPr>
          <w:sz w:val="20"/>
        </w:rPr>
        <w:t>1:52:28  but jab but parast koi rahe hi nahi to khud unhi logon ne khatam kar diya is ko jo puchte the ke aap kis ke liye? Rasool Allah sallallahu alaihi wasallam ne khud nahi touch kiya tab bhi.</w:t>
      </w:r>
      <w:r>
        <w:br/>
      </w:r>
      <w:r>
        <w:rPr>
          <w:sz w:val="20"/>
        </w:rPr>
        <w:t>1:52:39  lekin jab Mecca ke log Islam mein dakhil ho gaye, yaani tauheed mein dakhil ho gaye to ab kaun is ko poochega ke kis ke liye hai wo? to yeh bilkul galat tasawwur hai.</w:t>
      </w:r>
      <w:r>
        <w:br/>
      </w:r>
      <w:r>
        <w:rPr>
          <w:sz w:val="20"/>
        </w:rPr>
        <w:t>1:52:49  musalmanon ne galat kitabein likh rakhi hain aur Mahmood but shikan keh kar is ko fakhr karte hain. Rasool Allah but shikan harghiz nahi the.</w:t>
      </w:r>
      <w:r>
        <w:br/>
      </w:r>
      <w:r>
        <w:rPr>
          <w:sz w:val="20"/>
        </w:rPr>
        <w:t>1:52:59  wo to aik aik aik jo samaj mein tabdeeli aayi thi, us tabdeeli ka aik phenomenon tha. bas but shikni Islam mein nahi hai. behal, Islam mein shirk ki tabligh hai.</w:t>
      </w:r>
      <w:r>
        <w:br/>
      </w:r>
      <w:r>
        <w:rPr>
          <w:sz w:val="20"/>
        </w:rPr>
        <w:t>1:53:11  but shikni yeh jo jo jis ki riwayat qaim ki hai Mahmood Ghaznavi ne, wo bilkul ghair Islami hai, bilkul laغو hai aur is ko mein disown karta hoon.</w:t>
      </w:r>
      <w:r>
        <w:br/>
      </w:r>
      <w:r>
        <w:rPr>
          <w:sz w:val="20"/>
        </w:rPr>
        <w:t>1:53:20  Mahmood ne jo but shikni ki India mein aa kar ke, is ko mein disown karta hoon. chahe kisi ko acha lage ya bura lagay.</w:t>
      </w:r>
    </w:p>
    <w:p>
      <w:pPr>
        <w:pStyle w:val="Heading2"/>
      </w:pPr>
      <w:r>
        <w:t>Importance of Prophet's physical attributes in following his sirah</w:t>
      </w:r>
    </w:p>
    <w:p>
      <w:r>
        <w:rPr>
          <w:color w:val="666666"/>
          <w:sz w:val="18"/>
        </w:rPr>
        <w:t>Seerah &amp; Prophet · Life After Death January 22, 2012 · 2m 09s · at 1:26:14 · https://youtu.be/5hVH1BLKBF4?t=5174</w:t>
      </w:r>
    </w:p>
    <w:p>
      <w:r>
        <w:rPr>
          <w:i/>
        </w:rPr>
        <w:t>“Most of the Muslim scholars focus on the physical attributes or beauty of the Prophet of Islam. How is this important in following the Prophet's sirah?”</w:t>
      </w:r>
    </w:p>
    <w:p>
      <w:r>
        <w:rPr>
          <w:sz w:val="20"/>
        </w:rPr>
        <w:t>1:26:14  Maulana, agla sawal Mr. Faiq ka hai California se. Unhon ne likha hai: "Most of the Muslim scholars focus on the physical attributes or beauty of the Prophet of Islam.</w:t>
      </w:r>
      <w:r>
        <w:br/>
      </w:r>
      <w:r>
        <w:rPr>
          <w:sz w:val="20"/>
        </w:rPr>
        <w:t>1:26:28  How is this important in following the Prophet's sirah?" Kuch bhi nahi, koi Importance is ki nahi hai. Yeh koi Importance nahi hai.</w:t>
      </w:r>
      <w:r>
        <w:br/>
      </w:r>
      <w:r>
        <w:rPr>
          <w:sz w:val="20"/>
        </w:rPr>
        <w:t>1:26:40  Quran mein jo baatein kahi gayi wahi Important hain. Yeh to khud sakhta bana rakha hai logon ne. Yaani Quran mein kya hai? Rasool Allah ka jo Character hai woh hamein Focus karna hai.</w:t>
      </w:r>
      <w:r>
        <w:br/>
      </w:r>
      <w:r>
        <w:rPr>
          <w:sz w:val="20"/>
        </w:rPr>
        <w:t>1:26:52  Character.</w:t>
      </w:r>
      <w:r>
        <w:br/>
      </w:r>
      <w:r>
        <w:rPr>
          <w:sz w:val="20"/>
        </w:rPr>
        <w:t>1:26:55  Jaise main bataoon aap ko ke abhi dekhiye, abhi jo Jaipur pe jo International Conference thi to sare India bhar ke Musalmanon ne hungama kiya.</w:t>
      </w:r>
      <w:r>
        <w:br/>
      </w:r>
      <w:r>
        <w:rPr>
          <w:sz w:val="20"/>
        </w:rPr>
        <w:t>1:27:09  Aur hamare saathi mashaa Allah Plan kar ke wahan gaye hain, wahan par Quran logon ko Quran de rahe hain. Quran de rahe hain wahan par.</w:t>
      </w:r>
      <w:r>
        <w:br/>
      </w:r>
      <w:r>
        <w:rPr>
          <w:sz w:val="20"/>
        </w:rPr>
        <w:t>1:27:22  To yeh hai yaani jo log Rasool Allah ke khud sakhta taur par khud khud unhon ne bana liya Rasool Allah ka kuch, isi mein naat khwani kar rahe hain, isi ka zikr kar rahe hain, isi ki charcha kar rahe hain.</w:t>
      </w:r>
      <w:r>
        <w:br/>
      </w:r>
      <w:r>
        <w:rPr>
          <w:sz w:val="20"/>
        </w:rPr>
        <w:t>1:27:36  to sawal yeh hai ke kya sahaba ne aisa kiya tha? sahaba ne to aisa nahi kiya tha. sahaba to quran ko phailaya unhone sari duniya mein.</w:t>
      </w:r>
      <w:r>
        <w:br/>
      </w:r>
      <w:r>
        <w:rPr>
          <w:sz w:val="20"/>
        </w:rPr>
        <w:t>1:27:48  yeh hai rasool allah ki sunnat, yeh hai rasool allah ka uswa, yeh hai rasool allah se mohabbat ke aap ke mission ko phailaya jaye. rasool allah ke yani physical beauty ko le kar ke naat khwani karna yeh to yeh to khud sakhta baat hai.</w:t>
      </w:r>
      <w:r>
        <w:br/>
      </w:r>
      <w:r>
        <w:rPr>
          <w:sz w:val="20"/>
        </w:rPr>
        <w:t>1:28:02  to is ko bidat samajhta hoon. rasool allah ki physical beauty ko le kar naat khwani sahaba ne kabhi nahi ki. sahaba to rasool allah ke mission ko le kar daude.</w:t>
      </w:r>
      <w:r>
        <w:br/>
      </w:r>
      <w:r>
        <w:rPr>
          <w:sz w:val="20"/>
        </w:rPr>
        <w:t>1:28:13  mission ko phailaya.</w:t>
      </w:r>
      <w:r>
        <w:br/>
      </w:r>
      <w:r>
        <w:rPr>
          <w:sz w:val="20"/>
        </w:rPr>
        <w:t>1:28:15  to wahi cheez sahi hai jo is ko sahaba ne kiya ho. sahaba ke baad jo tareeqe nikle hain woh sab bidat hain aur bidat sirf gunah hoti hai.</w:t>
      </w:r>
      <w:r>
        <w:br/>
      </w:r>
      <w:r>
        <w:rPr>
          <w:sz w:val="20"/>
        </w:rPr>
        <w:t>1:28:24  is mein koi sawab nahi hai. maulana, in ka doosra sawal yeh hai, unhone likha hai: "Most of the Muslims who follow the Islamic scholars and know a little bit of Quran and Hadith are away from the love of humanity.</w:t>
      </w:r>
    </w:p>
    <w:p>
      <w:pPr>
        <w:pStyle w:val="Heading2"/>
      </w:pPr>
      <w:r>
        <w:t>Interpretation of Prophet as human</w:t>
      </w:r>
    </w:p>
    <w:p>
      <w:r>
        <w:rPr>
          <w:color w:val="666666"/>
          <w:sz w:val="18"/>
        </w:rPr>
        <w:t>Seerah &amp; Prophet · Prophetic Model February 16, 2014 · 2m 33s · at 58:12 · https://youtu.be/ypIIqSmExzk?t=3492</w:t>
      </w:r>
    </w:p>
    <w:p>
      <w:r>
        <w:rPr>
          <w:i/>
        </w:rPr>
        <w:t>“A sect of Muslims gives a strange interpretation of 'Bashar' that does not match your explanation. They separate the Prophet from being a human like us. Please explain this.”</w:t>
      </w:r>
    </w:p>
    <w:p>
      <w:r>
        <w:rPr>
          <w:sz w:val="20"/>
        </w:rPr>
        <w:t>58:12  Maulana agla sawal Delhi se hai Jameel Akhtar sahib ka. unhon ne likha hai: "Musalmanon ka ek firqah bashar ki ajeeb o ghareeb taweel karta hai jo aap ki tashreeh se mil nahi khati.</w:t>
      </w:r>
      <w:r>
        <w:br/>
      </w:r>
      <w:r>
        <w:rPr>
          <w:sz w:val="20"/>
        </w:rPr>
        <w:t>58:28  woh Rasool Allah ko hum jaise insan se bilkul alag karte hain. is ki wazahat karen." yeh to wohi hai jo Rasool Allah ne mana kiya tha.</w:t>
      </w:r>
      <w:r>
        <w:br/>
      </w:r>
      <w:r>
        <w:rPr>
          <w:sz w:val="20"/>
        </w:rPr>
        <w:t>58:39  is se Rasool Allah ne farmaya ke la tuluni kama atat al nasara min qabl. ke nasara ne jis tarah barhaya chadhaya tha mujh ko mat barhana chadhana.</w:t>
      </w:r>
      <w:r>
        <w:br/>
      </w:r>
      <w:r>
        <w:rPr>
          <w:sz w:val="20"/>
        </w:rPr>
        <w:t>58:49  wohi kar rahe hain log. sawal yeh hai ke jo nazariya bana rakha hai unhon ne us ka Quran se to koi taalluq hai nahi. ajeeb o ghareeb qism ke khud sakhtah yani daleelain nikalte hain.</w:t>
      </w:r>
      <w:r>
        <w:br/>
      </w:r>
      <w:r>
        <w:rPr>
          <w:sz w:val="20"/>
        </w:rPr>
        <w:t>59:01  ajeeb o ghareeb qism ki. koi sir na parhay is ka koi logic nahi. to aadmi jo sanjeeda ho, waqeatan Allah se darta ho, woh jab Quran ko parhay ga to bar bar woh mile gi aisi baatein us ko ke Rasool Allah hamare jaise ek bashar thay.</w:t>
      </w:r>
      <w:r>
        <w:br/>
      </w:r>
      <w:r>
        <w:rPr>
          <w:sz w:val="20"/>
        </w:rPr>
        <w:t>59:19  innam ana basharun mislukum.</w:t>
      </w:r>
      <w:r>
        <w:br/>
      </w:r>
      <w:r>
        <w:rPr>
          <w:sz w:val="20"/>
        </w:rPr>
        <w:t>59:24  to yeh mamla sanjeedgi ka hai. aap sanjeeda na hon aap to kuch bhi ulti baatein nikal len. mislan mein aap ko ek qissah batata hoon.</w:t>
      </w:r>
      <w:r>
        <w:br/>
      </w:r>
      <w:r>
        <w:rPr>
          <w:sz w:val="20"/>
        </w:rPr>
        <w:t>59:34  aik ghair muslim thay. unhon ne kaha quran to sab jaali hi jaali is ke andar hai. matlab fraud is mein sab hai. naoozubillah. kisi ne poocha ke kaise?</w:t>
      </w:r>
      <w:r>
        <w:br/>
      </w:r>
      <w:r>
        <w:rPr>
          <w:sz w:val="20"/>
        </w:rPr>
        <w:t>59:43  kehte hain dekho yeh likha hua. jaali ka kitab la raha hai fi. jaali ka mani unhon ne jaali nikaal liya. fraud. yeh to jaali hi jaali sab hai. to dekhiye ab agar aadmi sanjeeda na ho to kuch bhi ulta seedha nikaal sakta hai.</w:t>
      </w:r>
      <w:r>
        <w:br/>
      </w:r>
      <w:r>
        <w:rPr>
          <w:sz w:val="20"/>
        </w:rPr>
        <w:t>59:57  to woh log jo bashar ka matlab nikaale hue hain is ka koi talluq logic se nahin. daleel se nahin hai. to aise logon ko yahi kehna chahiye ke bhai phir se ghor karo aur lughat kya kehti hai, alfaaz kya kehte hain, context kya kehta hai is ke lihaaz se ghor karo.</w:t>
      </w:r>
      <w:r>
        <w:br/>
      </w:r>
      <w:r>
        <w:rPr>
          <w:sz w:val="20"/>
        </w:rPr>
        <w:t>1:00:18  aur haqeeqat yeh hai ke rasool Allah agar bashar na hon to hamare model kahan se rahenge? is woh kaise rahenge? kya koi farishta hamare is woh ban sakta hai? yeh rehmat hai, yahi to rehmat hai ke aik bashar ki satah par woh woh namoona mila hum ko.</w:t>
      </w:r>
      <w:r>
        <w:br/>
      </w:r>
      <w:r>
        <w:rPr>
          <w:sz w:val="20"/>
        </w:rPr>
        <w:t>1:00:33  bashar ki satah par. farishte ki satah pe milta to hum woh hamare namoone hi na hota woh. doctor sahib ko dena hai. doctor sahib ko.</w:t>
      </w:r>
    </w:p>
    <w:p>
      <w:pPr>
        <w:pStyle w:val="Heading2"/>
      </w:pPr>
      <w:r>
        <w:t>Killing of Poet as Proof in Family Law</w:t>
      </w:r>
    </w:p>
    <w:p>
      <w:r>
        <w:rPr>
          <w:color w:val="666666"/>
          <w:sz w:val="18"/>
        </w:rPr>
        <w:t>Seerah &amp; Prophet · The Issue of Shatm-e-Rasool (Abuse of the Prophet) December 19, 2021 Prof. Farida Khanam · 4m 39s · at 45:57 · https://youtu.be/ExQS_PHirUc?t=2757</w:t>
      </w:r>
    </w:p>
    <w:p>
      <w:r>
        <w:rPr>
          <w:i/>
        </w:rPr>
        <w:t>“Supporters of the blessed family law cite the killing of a poet as proof. Why is it wrong to cite it as proof?”</w:t>
      </w:r>
    </w:p>
    <w:p>
      <w:r>
        <w:rPr>
          <w:sz w:val="20"/>
        </w:rPr>
        <w:t>45:57  hope people learn lessons from it. very meaningful lecture." apaa agla sawal ab mein lena chahunga, yeh bheja hai ah, yeh bhi basit sahib ne bheja hai delhi se, unhon ne likha hai ke: "supporters of blasphemy law side the killing of a poet as proof.</w:t>
      </w:r>
      <w:r>
        <w:br/>
      </w:r>
      <w:r>
        <w:rPr>
          <w:sz w:val="20"/>
        </w:rPr>
        <w:t>46:20  why is it wrong to side it as a proof?" is ke bare mein bataein,</w:t>
      </w:r>
      <w:r>
        <w:br/>
      </w:r>
      <w:r>
        <w:rPr>
          <w:sz w:val="20"/>
        </w:rPr>
        <w:t>46:27  mere khayal se yeh shayad ka'ab bin ashraf ka acha ka zikr kar rahe hain. ka'ab bin ashraf ka mamla jo tha, asal mein is ko yak tarfa taur par dekhte hain hum ke sirf rasool allah ki woh shatm karta tha, aisa nahi hai.</w:t>
      </w:r>
      <w:r>
        <w:br/>
      </w:r>
      <w:r>
        <w:rPr>
          <w:sz w:val="20"/>
        </w:rPr>
        <w:t>46:42  woh madina ki jo riyasat thi, us ke khilaf tha, woh us se ghaddari karta tha, baghavat kar raha tha. is buniyad par us ko rasool allah salallahu alaihi wasallam ne waisa karwaya tha.</w:t>
      </w:r>
      <w:r>
        <w:br/>
      </w:r>
      <w:r>
        <w:rPr>
          <w:sz w:val="20"/>
        </w:rPr>
        <w:t>46:51  woh us ka case nahi tha, shatm rasool ka case nahi tha. woh jitne logon ko bhi rasool allah salallahu alaihi wasallam ne qatl karwaya, asal mein baghavat ka case tha.</w:t>
      </w:r>
      <w:r>
        <w:br/>
      </w:r>
      <w:r>
        <w:rPr>
          <w:sz w:val="20"/>
        </w:rPr>
        <w:t>47:00  woh riyasat se us ke muqable mein dekhiye, jo jo log khalis kehte hain ke shatm rasool ka mamla, us par kisi ko nahi marwaya tha.</w:t>
      </w:r>
      <w:r>
        <w:br/>
      </w:r>
      <w:r>
        <w:rPr>
          <w:sz w:val="20"/>
        </w:rPr>
        <w:t>47:09  hazrat abu huraira ki maa thi, koi baghavat nahi tha un ka. unhon ne keh diya to rasool allah salallahu alaihi wasallam ne us ke liye dua kiya. isi tarike se ah, hunain ke mauqe par, aakhri rasool allah salallahu alaihi wasallam ki zindagi ka aakhri mauqa hai, hunain ka.</w:t>
      </w:r>
      <w:r>
        <w:br/>
      </w:r>
      <w:r>
        <w:rPr>
          <w:sz w:val="20"/>
        </w:rPr>
        <w:t>47:23  hunain ke mauqe par ek aadmi ne aa kar keh diya: "allah! aye rasool!</w:t>
      </w:r>
      <w:r>
        <w:br/>
      </w:r>
      <w:r>
        <w:rPr>
          <w:sz w:val="20"/>
        </w:rPr>
        <w:t>47:27  aye muhammad! tum ne insaaf se kaam nahi liya." rasool allah salallahu alaihi wasallam ko bohat takleef hui thi us waqt, aur hazrat umar ne uth kar kaha tha ke: "ah, aap agar ijazat dein to mein us ko qatl karoon." to rasool allah salallahu alaihi wasallam ne un ko qatl karne nahi diya tha.</w:t>
      </w:r>
      <w:r>
        <w:br/>
      </w:r>
      <w:r>
        <w:rPr>
          <w:sz w:val="20"/>
        </w:rPr>
        <w:t>47:41  to yeh khalis jo kehte hain, pure shatm wala mamla, blasphemy wala mamla, us mein kisi ne qatl nahi kiya. in logon ko qatl kiya gaya jo baghavat karte the. to zahir si baat hai, jo baghavat karega, kabhi rasool allah salallahu alaihi wasallam ko gaali bhi dega, kabhi riyasat ke khilaf bhi jayega.</w:t>
      </w:r>
      <w:r>
        <w:br/>
      </w:r>
      <w:r>
        <w:rPr>
          <w:sz w:val="20"/>
        </w:rPr>
        <w:t>47:54  yeh sari cheezein us mein hoti hain. to sirf ek cheez le kar kahenge to aise shatm karne wale bohat sare the, us ko maaf kiya tha. is se yahi maloom hota hai ke shatm ke mamle par nahi qatl kiya gaya tha ka'ab bin ashraf ko ya</w:t>
      </w:r>
      <w:r>
        <w:br/>
      </w:r>
      <w:r>
        <w:rPr>
          <w:sz w:val="20"/>
        </w:rPr>
        <w:t>48:07  doosre logon ko qatl nahi kiya gaya tha. woh baghavat ka case tha. haan, yeh ah, farhad sahib, mujhe bhi yaad aa raha hai ke it was a case of treason.</w:t>
      </w:r>
      <w:r>
        <w:br/>
      </w:r>
      <w:r>
        <w:rPr>
          <w:sz w:val="20"/>
        </w:rPr>
        <w:t>48:16  ah, un ka ta'alluq jo hai, woh shayad ah, banu ah, quraiza ya ah, is is tribe se tha. aur us time pe ek agreement bhi hua tha prophet ka between the jewish tribes ah ke jo bahar ke enemies hain, un ke sath aap koi bhi ta'alluq ya koi support nahi k</w:t>
      </w:r>
      <w:r>
        <w:br/>
      </w:r>
      <w:r>
        <w:rPr>
          <w:sz w:val="20"/>
        </w:rPr>
        <w:t>48:35  renge. Lekin Ka'b bin Ashraf ne na na kewal ah, un se contact kiya balkeh planning kari.</w:t>
      </w:r>
      <w:r>
        <w:br/>
      </w:r>
      <w:r>
        <w:rPr>
          <w:sz w:val="20"/>
        </w:rPr>
        <w:t>48:42  تو it is like کہ آپ جیسے آج کے لحاظ سے اگر آپ دیکھیں کہ اگر ہم انڈیا</w:t>
      </w:r>
      <w:r>
        <w:br/>
      </w:r>
      <w:r>
        <w:rPr>
          <w:sz w:val="20"/>
        </w:rPr>
        <w:t>48:47  mein rehte hain aur India mein rehte hue hum kisi aur country ke sath ah, yeh planning karein</w:t>
      </w:r>
      <w:r>
        <w:br/>
      </w:r>
      <w:r>
        <w:rPr>
          <w:sz w:val="20"/>
        </w:rPr>
        <w:t>48:53  ke koi enemy hamari country mein aaye aur woh India pe attack kare, ya similarly aap jis country</w:t>
      </w:r>
      <w:r>
        <w:br/>
      </w:r>
      <w:r>
        <w:rPr>
          <w:sz w:val="20"/>
        </w:rPr>
        <w:t>49:00  mein rehte hain aur aap ka citizen doosri country ke sath yeh planning kare ya plot kare ah</w:t>
      </w:r>
      <w:r>
        <w:br/>
      </w:r>
      <w:r>
        <w:rPr>
          <w:sz w:val="20"/>
        </w:rPr>
        <w:t>49:06  ke us country pe attack ho, to natural hai ke aaj ka bhi jo ah, justice system hai,</w:t>
      </w:r>
      <w:r>
        <w:br/>
      </w:r>
      <w:r>
        <w:rPr>
          <w:sz w:val="20"/>
        </w:rPr>
        <w:t>49:12  woh is ko treason ke level pe lega aur is ki saza ah, yaqeenan ah, is ki</w:t>
      </w:r>
      <w:r>
        <w:br/>
      </w:r>
      <w:r>
        <w:rPr>
          <w:sz w:val="20"/>
        </w:rPr>
        <w:t>49:17  saza ah, ah, maut hi ho</w:t>
      </w:r>
      <w:r>
        <w:br/>
      </w:r>
      <w:r>
        <w:rPr>
          <w:sz w:val="20"/>
        </w:rPr>
        <w:t>49:20  gi. to yeh woh wala ah, aspect tha, na ke ah ke ek poet ne kuch kaha aur us ko phir saza di gayi. aur jaise apaa ne bhi abhi example diya ke ah, abdullah ibn abi ka jo waqia hai ke woh he was a leader of the hypocrites, but un ki natural</w:t>
      </w:r>
      <w:r>
        <w:br/>
      </w:r>
      <w:r>
        <w:rPr>
          <w:sz w:val="20"/>
        </w:rPr>
        <w:t>49:37  death hui. in fact, ek ibn taimiya ki kitab mein yeh bhi zikr hai ke abu quafa, jo abubakar ke father the, ah, un ke hawale se bhi aaya.</w:t>
      </w:r>
      <w:r>
        <w:br/>
      </w:r>
      <w:r>
        <w:rPr>
          <w:sz w:val="20"/>
        </w:rPr>
        <w:t>49:46  aur abubakar ne, hazrat abubakar ne prophet ko kaha ke ah, mein un ka qatl karta hoon, lekin prophet ne idhar bhi un ko mana kiya. sirf yeh ek case hai jis ko aksar log generalize karte hain, but woh tamam log jo prophet ke khilaf the, ah, prophet ke against unhon ne plot kiya, ah, un sab ko maaf kiya gaya.</w:t>
      </w:r>
      <w:r>
        <w:br/>
      </w:r>
      <w:r>
        <w:rPr>
          <w:sz w:val="20"/>
        </w:rPr>
        <w:t>50:06  ah,</w:t>
      </w:r>
      <w:r>
        <w:br/>
      </w:r>
      <w:r>
        <w:rPr>
          <w:sz w:val="20"/>
        </w:rPr>
        <w:t>50:07  jaise ah, main ne jo abhi bhi example diya tha, ah, woh Badr ke mauqe mein bhi, Uhud ke mauqe mein bhi, Trench ke mauqe mein bhi, aur jab Fatah Makkah jab fateh hua, tab bhi woh prophet ke ah, khilaf aaye, lekin ah, un ko maaf kar diya gaya, balkeh uhda bhi diya gaya.</w:t>
      </w:r>
      <w:r>
        <w:br/>
      </w:r>
      <w:r>
        <w:rPr>
          <w:sz w:val="20"/>
        </w:rPr>
        <w:t>50:25  to ah, yeh ek ah, jo hai, its its a wrong attribution ah, in in in the aspect of that why they were killed.</w:t>
      </w:r>
    </w:p>
    <w:p>
      <w:pPr>
        <w:pStyle w:val="Heading2"/>
      </w:pPr>
      <w:r>
        <w:t>Later generations understanding message better</w:t>
      </w:r>
    </w:p>
    <w:p>
      <w:r>
        <w:rPr>
          <w:color w:val="666666"/>
          <w:sz w:val="18"/>
        </w:rPr>
        <w:t>Seerah &amp; Prophet · The Message of Eid Al-Adha November 6, 2011 Maulana Wahiduddin Khan · 3m 38s · at 1:07:38 · https://youtu.be/y59PU_RD2cg?t=4058</w:t>
      </w:r>
    </w:p>
    <w:p>
      <w:r>
        <w:rPr>
          <w:i/>
        </w:rPr>
        <w:t>“In the khutbah of Hajjatul Wida, I have read that the Prophet of Islam said that the ones who will come later will understand this message better. Is my understanding correct? And if so, can you please elaborate?”</w:t>
      </w:r>
    </w:p>
    <w:p>
      <w:r>
        <w:rPr>
          <w:sz w:val="20"/>
        </w:rPr>
        <w:t>1:07:38  mister faisal siddiqui ne US se sawal kiya hai. unhon ne likha hai: "In the khutbah of Hajjatul Wida, I have read that the Prophet of Islam said that the ones who will come later will understand this message better." Maulana, "Is my understand</w:t>
      </w:r>
      <w:r>
        <w:br/>
      </w:r>
      <w:r>
        <w:rPr>
          <w:sz w:val="20"/>
        </w:rPr>
        <w:t>1:07:58  ing correct? And if so, can you please elaborate?" nahin, aisa to nahin hai. sirf yeh hai ke us mein jahan tak maine parha hai ke</w:t>
      </w:r>
      <w:r>
        <w:br/>
      </w:r>
      <w:r>
        <w:rPr>
          <w:sz w:val="20"/>
        </w:rPr>
        <w:t>1:08:14  woh ke mumkin hai ke jis ko tum pahuncha rahe ho, woh un mein aise bhi afraad hon jo zyada acha samajh saken. yeh matlab nahin ke jo baat ko aaye ga, woh lazman acha samjhe ga.</w:t>
      </w:r>
      <w:r>
        <w:br/>
      </w:r>
      <w:r>
        <w:rPr>
          <w:sz w:val="20"/>
        </w:rPr>
        <w:t>1:08:25  rub muballigh awam sam'een</w:t>
      </w:r>
      <w:r>
        <w:br/>
      </w:r>
      <w:r>
        <w:rPr>
          <w:sz w:val="20"/>
        </w:rPr>
        <w:t>1:08:28  yaani aisa nahin ke sirf baat ko aane ki wajah se woh zyada samjhe ga. matlab, baat ko jo log hote hain, un mein koi aisa ho sakta hai jo sunne wale ko zyada samajh len baat ko.</w:t>
      </w:r>
      <w:r>
        <w:br/>
      </w:r>
      <w:r>
        <w:rPr>
          <w:sz w:val="20"/>
        </w:rPr>
        <w:t>1:08:40  to us mein koi, yaani aisa nahin ke pehle wale se better honge doosre wale. pehle walon mein bhi aise log honge jo zyada samjhen ge aur kam samjhen ge.</w:t>
      </w:r>
      <w:r>
        <w:br/>
      </w:r>
      <w:r>
        <w:rPr>
          <w:sz w:val="20"/>
        </w:rPr>
        <w:t>1:08:49  yeh farq pehle walon pe rahe ga aur baad walon pe rahe ga. rub muballigh awam sam'een</w:t>
      </w:r>
      <w:r>
        <w:br/>
      </w:r>
      <w:r>
        <w:rPr>
          <w:sz w:val="20"/>
        </w:rPr>
        <w:t>1:08:57  ba'z aise honge jin tak baat ko, jin ko baat pahunche, yaani baat ko, aur woh zyada baat ko samajh saken.</w:t>
      </w:r>
      <w:r>
        <w:br/>
      </w:r>
      <w:r>
        <w:rPr>
          <w:sz w:val="20"/>
        </w:rPr>
        <w:t>1:09:07  to yeh zabani mamla nahin hai. yeh yeh yeh farq jo hota hi hai hamesha. to jo log sun rahe the, un mein bhi farq tha.</w:t>
      </w:r>
      <w:r>
        <w:br/>
      </w:r>
      <w:r>
        <w:rPr>
          <w:sz w:val="20"/>
        </w:rPr>
        <w:t>1:09:17  jo baat ko sunenge, un mein bhi farq rahe ga. yeh teesri baat hai.</w:t>
      </w:r>
      <w:r>
        <w:br/>
      </w:r>
      <w:r>
        <w:rPr>
          <w:sz w:val="20"/>
        </w:rPr>
        <w:t>1:09:23  miss naghma siddiqui ne dilli se likha hai:</w:t>
      </w:r>
      <w:r>
        <w:br/>
      </w:r>
      <w:r>
        <w:rPr>
          <w:sz w:val="20"/>
        </w:rPr>
        <w:t>1:09:27  "You said once that Hajj symbolizes universal دعویٰ. Can you please elaborate on this?"</w:t>
      </w:r>
      <w:r>
        <w:br/>
      </w:r>
      <w:r>
        <w:rPr>
          <w:sz w:val="20"/>
        </w:rPr>
        <w:t>1:09:40  aap dekhiye ke haj mein kya hota hai. haj ek global mobilization hota hai. har mulk se nikalte hain log, nikal nikal ke wahan ja rahe hain.</w:t>
      </w:r>
      <w:r>
        <w:br/>
      </w:r>
      <w:r>
        <w:rPr>
          <w:sz w:val="20"/>
        </w:rPr>
        <w:t>1:09:50  ab raste mein interaction hoga. to agar speed ho to raste bhar daawati kaam karte rahenge. woh</w:t>
      </w:r>
      <w:r>
        <w:br/>
      </w:r>
      <w:r>
        <w:rPr>
          <w:sz w:val="20"/>
        </w:rPr>
        <w:t>1:09:58  misalan, woh printed form mein agar kuch kitabein rakhein to milne walon ko dete rahenge. wapsi mein bhi, jaate bhi.</w:t>
      </w:r>
      <w:r>
        <w:br/>
      </w:r>
      <w:r>
        <w:rPr>
          <w:sz w:val="20"/>
        </w:rPr>
        <w:t>1:10:07  phir wahan par jo planning hogi dawat ki, usko wapas laut kar ke us planning ko poora karenge. to aisi cheez hai ke speed ghayab hai.</w:t>
      </w:r>
      <w:r>
        <w:br/>
      </w:r>
      <w:r>
        <w:rPr>
          <w:sz w:val="20"/>
        </w:rPr>
        <w:t>1:10:17  log haj ko sirf ek ritual ke sense mein lete hain. yeh nahi lete ke yeh uski jo asal jar hai, Hazrat Ibrahim ki sunnat par amal</w:t>
      </w:r>
      <w:r>
        <w:br/>
      </w:r>
      <w:r>
        <w:rPr>
          <w:sz w:val="20"/>
        </w:rPr>
        <w:t>1:10:27  karna. Hazrat Ibrahim mukammal to dawat-e-badehi the, unki sari activities dawah besh thi. to Hazrat Ibrahim wali zindagi ko ikhtiyar karna, yeh agar ho logon ke zehan mein to jaate hue, aate hue, wahan ke ikhtitam mein, aur phir wapsi mein,</w:t>
      </w:r>
      <w:r>
        <w:br/>
      </w:r>
      <w:r>
        <w:rPr>
          <w:sz w:val="20"/>
        </w:rPr>
        <w:t>1:10:48  yani woh dawati kaam par ke liye sargaram ho jayenge.</w:t>
      </w:r>
      <w:r>
        <w:br/>
      </w:r>
      <w:r>
        <w:rPr>
          <w:sz w:val="20"/>
        </w:rPr>
        <w:t>1:10:53  lekin yahi cheez mafqood hai. yani logon ke zehan mein yeh taza nahi hai ke Hazrat Ibrahim ki zindagi dawati zindagi thi. woh bohat bade dawi the, aur isi ki khatir yeh sab rakha gaya hai.</w:t>
      </w:r>
      <w:r>
        <w:br/>
      </w:r>
      <w:r>
        <w:rPr>
          <w:sz w:val="20"/>
        </w:rPr>
        <w:t>1:11:06  sab to jo manasik hain, woh manasik ke form ko le liya logon ne, speed ko chhod diya hai. yeh hai masla.</w:t>
      </w:r>
    </w:p>
    <w:p>
      <w:pPr>
        <w:pStyle w:val="Heading2"/>
      </w:pPr>
      <w:r>
        <w:t>Love of the Prophet advice</w:t>
      </w:r>
    </w:p>
    <w:p>
      <w:r>
        <w:rPr>
          <w:color w:val="666666"/>
          <w:sz w:val="18"/>
        </w:rPr>
        <w:t>Seerah &amp; Prophet · God Oriented Life (In Conversation with Maulana) 23 10 11 · 4m 17s · at 28:03 · https://youtu.be/E_LWwsWww2U?t=1683</w:t>
      </w:r>
    </w:p>
    <w:p>
      <w:r>
        <w:rPr>
          <w:i/>
        </w:rPr>
        <w:t>“I have just returned from a program where a Mufti of a Maryland mosque was delivering a lecture on the topic 'Love of the Prophet'. He was advising people to love the Prophet by... Please comment.”</w:t>
      </w:r>
    </w:p>
    <w:p>
      <w:r>
        <w:rPr>
          <w:sz w:val="20"/>
        </w:rPr>
        <w:t>28:03  molana agla sawal mister khawaja kaleemuddin ne kiya hai america se unhon ne likha hai i have</w:t>
      </w:r>
      <w:r>
        <w:br/>
      </w:r>
      <w:r>
        <w:rPr>
          <w:sz w:val="20"/>
        </w:rPr>
        <w:t>28:11  just returned from a program where a mufti of a maryland masjid had arrived and was delivering</w:t>
      </w:r>
      <w:r>
        <w:br/>
      </w:r>
      <w:r>
        <w:rPr>
          <w:sz w:val="20"/>
        </w:rPr>
        <w:t>28:18  a lecture on the topic love of the prophet he was advising people to love the prophet by</w:t>
      </w:r>
      <w:r>
        <w:br/>
      </w:r>
      <w:r>
        <w:rPr>
          <w:sz w:val="20"/>
        </w:rPr>
        <w:t>28:25  liking the things what he liked he said the prophet used to like squash in urdu it is</w:t>
      </w:r>
      <w:r>
        <w:br/>
      </w:r>
      <w:r>
        <w:rPr>
          <w:sz w:val="20"/>
        </w:rPr>
        <w:t>28:33  kaddu he said we should all eat squash the other thing what he said was that in the</w:t>
      </w:r>
      <w:r>
        <w:br/>
      </w:r>
      <w:r>
        <w:rPr>
          <w:sz w:val="20"/>
        </w:rPr>
        <w:t>28:40  day of qyamat the prophet will stand at the gate of jannah and will not enter until each</w:t>
      </w:r>
      <w:r>
        <w:br/>
      </w:r>
      <w:r>
        <w:rPr>
          <w:sz w:val="20"/>
        </w:rPr>
        <w:t>28:48  and every person</w:t>
      </w:r>
      <w:r>
        <w:br/>
      </w:r>
      <w:r>
        <w:rPr>
          <w:sz w:val="20"/>
        </w:rPr>
        <w:t>28:50  of his ummah has not entered is</w:t>
      </w:r>
      <w:r>
        <w:br/>
      </w:r>
      <w:r>
        <w:rPr>
          <w:sz w:val="20"/>
        </w:rPr>
        <w:t>28:53  this is true yeh sab bilkul baseless baatein hain ke taqreer karne wale se baatein bola karte hain</w:t>
      </w:r>
      <w:r>
        <w:br/>
      </w:r>
      <w:r>
        <w:rPr>
          <w:sz w:val="20"/>
        </w:rPr>
        <w:t>29:03  rasoolullah ke muamle mein dekhiye</w:t>
      </w:r>
      <w:r>
        <w:br/>
      </w:r>
      <w:r>
        <w:rPr>
          <w:sz w:val="20"/>
        </w:rPr>
        <w:t>29:06  jo basic hamara</w:t>
      </w:r>
      <w:r>
        <w:br/>
      </w:r>
      <w:r>
        <w:rPr>
          <w:sz w:val="20"/>
        </w:rPr>
        <w:t>29:09  jo jo hona chahiye tareeqa woh ek aayat mein bata diya gaya hai woh aayat hai qul in</w:t>
      </w:r>
      <w:r>
        <w:br/>
      </w:r>
      <w:r>
        <w:rPr>
          <w:sz w:val="20"/>
        </w:rPr>
        <w:t>29:18  kun tum tuhibbunallaha fatabiuni yuhbibkumullahu surah al imran mein qul in kun tum tuhibbunallaha fatabiuni yuhbibkumullahu</w:t>
      </w:r>
      <w:r>
        <w:br/>
      </w:r>
      <w:r>
        <w:rPr>
          <w:sz w:val="20"/>
        </w:rPr>
        <w:t>29:30  dekhiye iska tarjuma yeh hai kaho</w:t>
      </w:r>
      <w:r>
        <w:br/>
      </w:r>
      <w:r>
        <w:rPr>
          <w:sz w:val="20"/>
        </w:rPr>
        <w:t>29:34  ke agar tum Allah se mohabbat karte ho to rasool ko itba</w:t>
      </w:r>
      <w:r>
        <w:br/>
      </w:r>
      <w:r>
        <w:rPr>
          <w:sz w:val="20"/>
        </w:rPr>
        <w:t>29:38  karo toh itba is se nikalta hai ke rasool se ke bare mein jo matloob hai aslan woh itba hai toh yeh lekin itba ka matlab yeh nahi ke woh kaddu khaye toh hum kaddu khaye yeh hargiz nahi matlab is ka hai itba deen ke maamle mein</w:t>
      </w:r>
      <w:r>
        <w:br/>
      </w:r>
      <w:r>
        <w:rPr>
          <w:sz w:val="20"/>
        </w:rPr>
        <w:t>29:58  ulama ne dekhiye tafrigh ki hai sunnat aadiyah sunnat ghair aadiyah yaani arab ki aadat ke mutabiq</w:t>
      </w:r>
      <w:r>
        <w:br/>
      </w:r>
      <w:r>
        <w:rPr>
          <w:sz w:val="20"/>
        </w:rPr>
        <w:t>30:08  kuch cheezein thi wahan par jo rasool Allah ne ikhtiyar kiya jaise kaddu kha liya to kaddu sunnat</w:t>
      </w:r>
      <w:r>
        <w:br/>
      </w:r>
      <w:r>
        <w:rPr>
          <w:sz w:val="20"/>
        </w:rPr>
        <w:t>30:13  nahi hai woh arab ki aadat hai</w:t>
      </w:r>
      <w:r>
        <w:br/>
      </w:r>
      <w:r>
        <w:rPr>
          <w:sz w:val="20"/>
        </w:rPr>
        <w:t>30:17  jo sunnat hai woh hai jo rasool sallallahu alaihi wasallam ne zuban se farmaya ho ke aisa</w:t>
      </w:r>
      <w:r>
        <w:br/>
      </w:r>
      <w:r>
        <w:rPr>
          <w:sz w:val="20"/>
        </w:rPr>
        <w:t>30:21  karo ke aap ne farmaya ke ke salu kama rait مني asli namaz is tarah padho dekh kar</w:t>
      </w:r>
      <w:r>
        <w:br/>
      </w:r>
      <w:r>
        <w:rPr>
          <w:sz w:val="20"/>
        </w:rPr>
        <w:t>30:31  jaise ke main padhta hoon ke aap ne farmaya to yeh masla ulama ka muslim hai ke rasool</w:t>
      </w:r>
      <w:r>
        <w:br/>
      </w:r>
      <w:r>
        <w:rPr>
          <w:sz w:val="20"/>
        </w:rPr>
        <w:t>30:37  Allah ne lafzan jis baat ko kaha ho woh hukum banega aur yeh jo yeh jo hai</w:t>
      </w:r>
      <w:r>
        <w:br/>
      </w:r>
      <w:r>
        <w:rPr>
          <w:sz w:val="20"/>
        </w:rPr>
        <w:t>30:43  khane</w:t>
      </w:r>
      <w:r>
        <w:br/>
      </w:r>
      <w:r>
        <w:rPr>
          <w:sz w:val="20"/>
        </w:rPr>
        <w:t>30:43  peene ke maamlaat ya kapde ke maamlaat ya sawari ke maamlaat woh nahi hain jo mufti sahib ne taqreer ki kya woh khachhar par sawari karte hain oont par sawari karte hain</w:t>
      </w:r>
      <w:r>
        <w:br/>
      </w:r>
      <w:r>
        <w:rPr>
          <w:sz w:val="20"/>
        </w:rPr>
        <w:t>30:53  woh kaise pahunch gaye America kya oont par maut ke America gaye the woh ya aisi taqreerein log</w:t>
      </w:r>
      <w:r>
        <w:br/>
      </w:r>
      <w:r>
        <w:rPr>
          <w:sz w:val="20"/>
        </w:rPr>
        <w:t>30:59  karte hain beqarar soch samjhe</w:t>
      </w:r>
      <w:r>
        <w:br/>
      </w:r>
      <w:r>
        <w:rPr>
          <w:sz w:val="20"/>
        </w:rPr>
        <w:t>31:02  to sunnat ka matlab yeh nahi ke aap oont par sawari karein khachar par sawari karein kaddu khayein</w:t>
      </w:r>
      <w:r>
        <w:br/>
      </w:r>
      <w:r>
        <w:rPr>
          <w:sz w:val="20"/>
        </w:rPr>
        <w:t>31:06  harghiz nahi sunnat ka mutalliq hai woh cheezein jo aap ko Allah ki raza deti hain aur aap</w:t>
      </w:r>
      <w:r>
        <w:br/>
      </w:r>
      <w:r>
        <w:rPr>
          <w:sz w:val="20"/>
        </w:rPr>
        <w:t>31:14  ko jannat mein dakhle ka yaani haq hum is istihqaq deti hain is bare mein itba</w:t>
      </w:r>
      <w:r>
        <w:br/>
      </w:r>
      <w:r>
        <w:rPr>
          <w:sz w:val="20"/>
        </w:rPr>
        <w:t>31:24  baqi jo hai jo arab ke tareeqe the</w:t>
      </w:r>
      <w:r>
        <w:br/>
      </w:r>
      <w:r>
        <w:rPr>
          <w:sz w:val="20"/>
        </w:rPr>
        <w:t>31:30  woh isko woh woh woh sunnat nahi hai woh woh woh sunnat ke darje mein nahi hai</w:t>
      </w:r>
      <w:r>
        <w:br/>
      </w:r>
      <w:r>
        <w:rPr>
          <w:sz w:val="20"/>
        </w:rPr>
        <w:t>31:36  woh</w:t>
      </w:r>
      <w:r>
        <w:br/>
      </w:r>
      <w:r>
        <w:rPr>
          <w:sz w:val="20"/>
        </w:rPr>
        <w:t>31:40  yeh baat ulama ne bahut is par tafseel se likhi hai yeh baat hai koi mein nayi baat</w:t>
      </w:r>
      <w:r>
        <w:br/>
      </w:r>
      <w:r>
        <w:rPr>
          <w:sz w:val="20"/>
        </w:rPr>
        <w:t>31:44  nahi kar raha hoon ke jin cheezon ka talluq jannat o jahannum se hai asal mein wahi sunnat</w:t>
      </w:r>
      <w:r>
        <w:br/>
      </w:r>
      <w:r>
        <w:rPr>
          <w:sz w:val="20"/>
        </w:rPr>
        <w:t>31:49  hai baqi cheezein jo aap ka zaouq ho zaati zaouq ho ya arab ki aadaat se talluq rakhta</w:t>
      </w:r>
      <w:r>
        <w:br/>
      </w:r>
      <w:r>
        <w:rPr>
          <w:sz w:val="20"/>
        </w:rPr>
        <w:t>31:56  ho woh sunnat is darje ki sunnat nahi hai ke iska aap itba karein iska</w:t>
      </w:r>
      <w:r>
        <w:br/>
      </w:r>
      <w:r>
        <w:rPr>
          <w:sz w:val="20"/>
        </w:rPr>
        <w:t>32:03  misalan is zamane mein aap motor car par padhte hain aap khachar par nahi padhte hain oont par</w:t>
      </w:r>
      <w:r>
        <w:br/>
      </w:r>
      <w:r>
        <w:rPr>
          <w:sz w:val="20"/>
        </w:rPr>
        <w:t>32:06  nahi padhenge to iska matlab nahi ke jo jo car par baitha hai ke woh woh</w:t>
      </w:r>
      <w:r>
        <w:br/>
      </w:r>
      <w:r>
        <w:rPr>
          <w:sz w:val="20"/>
        </w:rPr>
        <w:t>32:10  sunnat ke khilaf chal raha hai yeh matlab nahi hai to is tarah ki baatein log taqreerein karte</w:t>
      </w:r>
      <w:r>
        <w:br/>
      </w:r>
      <w:r>
        <w:rPr>
          <w:sz w:val="20"/>
        </w:rPr>
        <w:t>32:15  hain lekin woh sab bilkul baseless hoti hain</w:t>
      </w:r>
    </w:p>
    <w:p>
      <w:pPr>
        <w:pStyle w:val="Heading2"/>
      </w:pPr>
      <w:r>
        <w:t>Meaning of Maqam-e-Mahmud and Prophet's role</w:t>
      </w:r>
    </w:p>
    <w:p>
      <w:r>
        <w:rPr>
          <w:color w:val="666666"/>
          <w:sz w:val="18"/>
        </w:rPr>
        <w:t>Seerah &amp; Prophet · Religion and Democracy December 25, 2011 · 2m 59s · at 1:50:15 · https://youtu.be/8Mf_yvDA8ik?t=6615</w:t>
      </w:r>
    </w:p>
    <w:p>
      <w:r>
        <w:rPr>
          <w:i/>
        </w:rPr>
        <w:t>“What is meant by Maqam-e-Mahmud? What was the historical role of the Prophet? Clarify this.”</w:t>
      </w:r>
    </w:p>
    <w:p>
      <w:r>
        <w:rPr>
          <w:sz w:val="20"/>
        </w:rPr>
        <w:t>1:50:15  dilli se mr abdullah riyazi ne sawal kiya hai. unhone likha hai: "maulana, maqam mehmood se kya murad hai?</w:t>
      </w:r>
      <w:r>
        <w:br/>
      </w:r>
      <w:r>
        <w:rPr>
          <w:sz w:val="20"/>
        </w:rPr>
        <w:t>1:50:24  rasool allah ka tareekhi role kya tha? is ko wazeh karen." bhai, is pe to hum bohat likh chuke hain.</w:t>
      </w:r>
      <w:r>
        <w:br/>
      </w:r>
      <w:r>
        <w:rPr>
          <w:sz w:val="20"/>
        </w:rPr>
        <w:t>1:50:33  is ko parhiye aap. is pe mein hamari kitabein padhi hain. is pe, is pe bohat zyada</w:t>
      </w:r>
      <w:r>
        <w:br/>
      </w:r>
      <w:r>
        <w:rPr>
          <w:sz w:val="20"/>
        </w:rPr>
        <w:t>1:50:42  is pe likha hua hai. ab is ko, is ko kitab padh lijie. is ke baad jo baat sawal baqi rehta hai, us ko bataie. mein inshallah us ko arz karunga.</w:t>
      </w:r>
      <w:r>
        <w:br/>
      </w:r>
      <w:r>
        <w:rPr>
          <w:sz w:val="20"/>
        </w:rPr>
        <w:t>1:50:53  mr shah imran hasan ne dilli se yeh sawal likha hai: "urdu ki mashhoor afsana nigar ms qa haider ne likha hai ke mazhab ne pehle afim ka kaam kiya tha, ab mazhab ag aur gole barsa raha</w:t>
      </w:r>
      <w:r>
        <w:br/>
      </w:r>
      <w:r>
        <w:rPr>
          <w:sz w:val="20"/>
        </w:rPr>
        <w:t>1:51:10  hai. maulana sahib, is par aap kya kahenge?"</w:t>
      </w:r>
      <w:r>
        <w:br/>
      </w:r>
      <w:r>
        <w:rPr>
          <w:sz w:val="20"/>
        </w:rPr>
        <w:t>1:51:16  mazhab ne nahi kiya, mazhab ko manne walon ne</w:t>
      </w:r>
      <w:r>
        <w:br/>
      </w:r>
      <w:r>
        <w:rPr>
          <w:sz w:val="20"/>
        </w:rPr>
        <w:t>1:51:20  kiya. ghalati yahi hai ke yeh religion hi to open of mind jo kaha tha, jis ne woh, us ne kaha tha marx ne.</w:t>
      </w:r>
      <w:r>
        <w:br/>
      </w:r>
      <w:r>
        <w:rPr>
          <w:sz w:val="20"/>
        </w:rPr>
        <w:t>1:51:31  to woh jo baat mazhab ke bare mein kahi, woh asal mein un logon par chaspana hoti hai jo mazhab ko ke naam par yeh sab phailate hain.</w:t>
      </w:r>
      <w:r>
        <w:br/>
      </w:r>
      <w:r>
        <w:rPr>
          <w:sz w:val="20"/>
        </w:rPr>
        <w:t>1:51:42  pehle bhi tha, ab bhi. yani pehle bhi yahi tha ke mazhab ke naam par jo log karte rahe, us ko mazhab ki taraf mansoob kar diya gaya.</w:t>
      </w:r>
      <w:r>
        <w:br/>
      </w:r>
      <w:r>
        <w:rPr>
          <w:sz w:val="20"/>
        </w:rPr>
        <w:t>1:51:49  us waqt bhi mazhab ke naam par log violence kar rahe hain, to mazhab se mansoob kiya ja raha hai. to aap ko alag dono ko alag kar dijie.</w:t>
      </w:r>
      <w:r>
        <w:br/>
      </w:r>
      <w:r>
        <w:rPr>
          <w:sz w:val="20"/>
        </w:rPr>
        <w:t>1:52:02  yani you have to differentiate between religious, religious people and and religion. to tab aap baat samajh mein ayegi.</w:t>
      </w:r>
      <w:r>
        <w:br/>
      </w:r>
      <w:r>
        <w:rPr>
          <w:sz w:val="20"/>
        </w:rPr>
        <w:t>1:52:14  mein dekh, blame jis pe jata hai, woh un logon par jo mazhab ke naam par yeh sab kar rahe hain. khud mazhab par nahi jata blame.</w:t>
      </w:r>
    </w:p>
    <w:p>
      <w:pPr>
        <w:pStyle w:val="Heading2"/>
      </w:pPr>
      <w:r>
        <w:t>Meaning of Maqam-e-Mahmud and Prophet's role</w:t>
      </w:r>
    </w:p>
    <w:p>
      <w:r>
        <w:rPr>
          <w:color w:val="666666"/>
          <w:sz w:val="18"/>
        </w:rPr>
        <w:t>Seerah &amp; Prophet · Discovery of God (In Conversation with Maulana) December 25, 2011 · 2m 29s · at 47:10 · https://youtu.be/-1c1d7cFj0s?t=2830</w:t>
      </w:r>
    </w:p>
    <w:p>
      <w:r>
        <w:rPr>
          <w:i/>
        </w:rPr>
        <w:t>“What is meant by Maqam-e-Mahmud? What was the historical role of the Prophet? Please clarify.”</w:t>
      </w:r>
    </w:p>
    <w:p>
      <w:r>
        <w:rPr>
          <w:sz w:val="20"/>
        </w:rPr>
        <w:t>47:10  Delhi se mister Abdullah Riyazi ne sawal kiya hai. unhon ne likha hai: "maulana, maqam mehmood se kya murad hai?</w:t>
      </w:r>
      <w:r>
        <w:br/>
      </w:r>
      <w:r>
        <w:rPr>
          <w:sz w:val="20"/>
        </w:rPr>
        <w:t>47:19  rasool Allah ka tareekhi role kya tha? us ko wazeh karein."</w:t>
      </w:r>
      <w:r>
        <w:br/>
      </w:r>
      <w:r>
        <w:rPr>
          <w:sz w:val="20"/>
        </w:rPr>
        <w:t>47:26  bhai, is pe to hum bohat likh chuke hain. us ko padhiye.</w:t>
      </w:r>
      <w:r>
        <w:br/>
      </w:r>
      <w:r>
        <w:rPr>
          <w:sz w:val="20"/>
        </w:rPr>
        <w:t>47:31  is pe main hamari kitabein padhi hain. is pe, is pe bohat zyada is pe likha hua hai. aap us ko, us ko kitab padh lijiye. us ke baad jo baat sawal baqi rehta hai, us ko bataiye.</w:t>
      </w:r>
      <w:r>
        <w:br/>
      </w:r>
      <w:r>
        <w:rPr>
          <w:sz w:val="20"/>
        </w:rPr>
        <w:t>47:45  main inshallah us ko arz karunga.</w:t>
      </w:r>
      <w:r>
        <w:br/>
      </w:r>
      <w:r>
        <w:rPr>
          <w:sz w:val="20"/>
        </w:rPr>
        <w:t>47:48  mister Shah Imran Hasan ne Delhi se yeh sawal likha hai: "Urdu ki mashhoor afsana nigar Miss Q. A. Haider ne likha hai ke mazhab ne pehle afim ka kaam kiya.</w:t>
      </w:r>
      <w:r>
        <w:br/>
      </w:r>
      <w:r>
        <w:rPr>
          <w:sz w:val="20"/>
        </w:rPr>
        <w:t>48:03  mazhab ne pehle afim ka kaam kiya tha. ab mazhab aag aur gole barsa raha hai. Maulana sahib, is par aap kya kahenge?"</w:t>
      </w:r>
      <w:r>
        <w:br/>
      </w:r>
      <w:r>
        <w:rPr>
          <w:sz w:val="20"/>
        </w:rPr>
        <w:t>48:14  mazhab ne nahi kiya, mazhab ko manne walon ne kiya. ghalati yahi hai ke yeh religion open of mind jo kaha tha, jis ne woh, us ne kaha tha mars ne.</w:t>
      </w:r>
      <w:r>
        <w:br/>
      </w:r>
      <w:r>
        <w:rPr>
          <w:sz w:val="20"/>
        </w:rPr>
        <w:t>48:29  to woh jo baat mazhab ke bare mein kahi, woh asal mein un logon par chaspn hoti hai jo mazhab ko ke naam par yeh sab phailate hain.</w:t>
      </w:r>
      <w:r>
        <w:br/>
      </w:r>
      <w:r>
        <w:rPr>
          <w:sz w:val="20"/>
        </w:rPr>
        <w:t>48:40  pehlay bhi tha, ab bhi. yani pehlay bhi yahi tha ke mazhab ke naam par jo</w:t>
      </w:r>
    </w:p>
    <w:p>
      <w:pPr>
        <w:pStyle w:val="Heading2"/>
      </w:pPr>
      <w:r>
        <w:t>Meditation vs contemplation in Prophet's practice</w:t>
      </w:r>
    </w:p>
    <w:p>
      <w:r>
        <w:rPr>
          <w:color w:val="666666"/>
          <w:sz w:val="18"/>
        </w:rPr>
        <w:t>Seerah &amp; Prophet · Dars-e-Quran, Chapter 39, Vs 67 (Glory of God) July 29, 2018 Maulana Wahiduddin Khan · 3m 46s · at 47:28 · https://youtu.be/xKvuhx08hQ4?t=2848</w:t>
      </w:r>
    </w:p>
    <w:p>
      <w:r>
        <w:rPr>
          <w:i/>
        </w:rPr>
        <w:t>“If meditation is not equally important as contemplation, then why did our beloved Prophet (peace be upon him) meditate, i.e., perform muraqabah, on Mount Hira before and after prophethood?”</w:t>
      </w:r>
    </w:p>
    <w:p>
      <w:r>
        <w:rPr>
          <w:sz w:val="20"/>
        </w:rPr>
        <w:t>47:28  Jazak Allah Maulana for such a simple formula to discover God." Ashiq Kamal Sahab ne likha hai: "May Almighty Allah guide today's negative Muslim thinkers to positivity and Allah's true love." Maulana, ab sawal lete hain.</w:t>
      </w:r>
      <w:r>
        <w:br/>
      </w:r>
      <w:r>
        <w:rPr>
          <w:sz w:val="20"/>
        </w:rPr>
        <w:t>47:47  Yeh sawal bheja hai Muhammad Sameer Sahab ne. Unhon ne apni location nahi likhi hai. Unka sawal hai: "If meditation is not the equally important, if meditation is not equally important as contemplation,</w:t>
      </w:r>
      <w:r>
        <w:br/>
      </w:r>
      <w:r>
        <w:rPr>
          <w:sz w:val="20"/>
        </w:rPr>
        <w:t>48:05  then why our beloved Rasool Karim meditated, that is, did murakaba in Mount Hira before and after Nabuwat?" Iske bare mein bataein.</w:t>
      </w:r>
      <w:r>
        <w:br/>
      </w:r>
      <w:r>
        <w:rPr>
          <w:sz w:val="20"/>
        </w:rPr>
        <w:t>48:18  Dekhiye, yeh to yani supposition hai aap ka ke Sultan ne kabhi murakaba nahi kiya.</w:t>
      </w:r>
      <w:r>
        <w:br/>
      </w:r>
      <w:r>
        <w:rPr>
          <w:sz w:val="20"/>
        </w:rPr>
        <w:t>48:29  Murakaba ka lafz Hadees mein kahin bhi nahi aaya hai. Hadees mein, Seerat mein sara zakhira mehfooz hai.</w:t>
      </w:r>
      <w:r>
        <w:br/>
      </w:r>
      <w:r>
        <w:rPr>
          <w:sz w:val="20"/>
        </w:rPr>
        <w:t>48:39  Aap padhiye, na Sahaba ne, na Rasool Allah ne, na Tabeen ne. Misaal ke taur par aap ko main kahunga do kitaab padhne ke liye:</w:t>
      </w:r>
      <w:r>
        <w:br/>
      </w:r>
      <w:r>
        <w:rPr>
          <w:sz w:val="20"/>
        </w:rPr>
        <w:t>48:52  Kanz ul Amaal aur Mishkat ul Masabeeh. Aap koi ek Hadees aisi paayein jis mein murakaba ho to mujhe bataiye.</w:t>
      </w:r>
      <w:r>
        <w:br/>
      </w:r>
      <w:r>
        <w:rPr>
          <w:sz w:val="20"/>
        </w:rPr>
        <w:t>49:06  Rasool Allah ghaur o fikr karte thay, contemplation karte thay. Rasool Allah ne kabhi murakaba nahi kiya. Dekhiye, do lafz alag alag hain, do lafz alag alag hain.</w:t>
      </w:r>
      <w:r>
        <w:br/>
      </w:r>
      <w:r>
        <w:rPr>
          <w:sz w:val="20"/>
        </w:rPr>
        <w:t>49:22  Ek hai murakaba, ek hai tadabbur. Murakaba aur tadabbur to murakaba jo hai, woh heart based hota hai.</w:t>
      </w:r>
      <w:r>
        <w:br/>
      </w:r>
      <w:r>
        <w:rPr>
          <w:sz w:val="20"/>
        </w:rPr>
        <w:t>49:34  Yaani is mein soch nahi hoti. Abhi bas dhyan, gyan karte hain. Woh soch par mabni nahi hota.</w:t>
      </w:r>
      <w:r>
        <w:br/>
      </w:r>
      <w:r>
        <w:rPr>
          <w:sz w:val="20"/>
        </w:rPr>
        <w:t>49:45  lekin jo rasool Allah ka jo tareeqa tha, tadabbur, woh soch par mabni hota hai. soch par, yaani mind based.</w:t>
      </w:r>
      <w:r>
        <w:br/>
      </w:r>
      <w:r>
        <w:rPr>
          <w:sz w:val="20"/>
        </w:rPr>
        <w:t>49:57  to rasool Allah ka tareeqa mind based tha, yeh heart based nahi tha. to aap galat taur par rasool Allah ko is mein shamil kar rahe hain.</w:t>
      </w:r>
      <w:r>
        <w:br/>
      </w:r>
      <w:r>
        <w:rPr>
          <w:sz w:val="20"/>
        </w:rPr>
        <w:t>50:10  iska rasool Allah se koi talluq nahi hai. is maamle mein hum baar baar likh chuke hain risala mein. isko aap parhiye aur is confusion se bahar aaiye.</w:t>
      </w:r>
      <w:r>
        <w:br/>
      </w:r>
      <w:r>
        <w:rPr>
          <w:sz w:val="20"/>
        </w:rPr>
        <w:t>50:23  yaani</w:t>
      </w:r>
      <w:r>
        <w:br/>
      </w:r>
      <w:r>
        <w:rPr>
          <w:sz w:val="20"/>
        </w:rPr>
        <w:t>50:26  mind based thinking aur heart based muraqba, dono ke farq ko janiye.</w:t>
      </w:r>
      <w:r>
        <w:br/>
      </w:r>
      <w:r>
        <w:rPr>
          <w:sz w:val="20"/>
        </w:rPr>
        <w:t>50:39  maulana, ek comment parhna chahenge.</w:t>
      </w:r>
      <w:r>
        <w:br/>
      </w:r>
      <w:r>
        <w:rPr>
          <w:sz w:val="20"/>
        </w:rPr>
        <w:t>50:45  ah, yeh comment bheja hai mahboob sahib ne mumbai se. unhon ne likha hai: "maulana, today i came to know how certain me be considered as blessing if we realize god in true sense.</w:t>
      </w:r>
      <w:r>
        <w:br/>
      </w:r>
      <w:r>
        <w:rPr>
          <w:sz w:val="20"/>
        </w:rPr>
        <w:t>51:00  certain goes us struggle to achieve. jazak Allah maulana for an amazing sunday class." muhammad zakariya sahib ne likha hai: "true and thrilling interpretation of realization of god.</w:t>
      </w:r>
    </w:p>
    <w:p>
      <w:pPr>
        <w:pStyle w:val="Heading2"/>
      </w:pPr>
      <w:r>
        <w:t>Meeting someone given Prophet of Peace</w:t>
      </w:r>
    </w:p>
    <w:p>
      <w:r>
        <w:rPr>
          <w:color w:val="666666"/>
          <w:sz w:val="18"/>
        </w:rPr>
        <w:t>Seerah &amp; Prophet · Living In Falsehood I December 15, 2013 · 3m 34s · at 56:37 · https://youtu.be/yD-ZtvlrFDw?t=3397</w:t>
      </w:r>
    </w:p>
    <w:p>
      <w:r>
        <w:rPr>
          <w:i/>
        </w:rPr>
        <w:t>“During a tour, I met one person to whom I had given the Prophet of Peace a few years back. When I met him, he told me...”</w:t>
      </w:r>
    </w:p>
    <w:p>
      <w:r>
        <w:rPr>
          <w:sz w:val="20"/>
        </w:rPr>
        <w:t>56:37  ji, Maulana, agla sawal lete hain jo roorkee se hai.</w:t>
      </w:r>
      <w:r>
        <w:br/>
      </w:r>
      <w:r>
        <w:rPr>
          <w:sz w:val="20"/>
        </w:rPr>
        <w:t>56:41  ساجد انور صاحب نے کیا ہے، انہوں نے لکھا ہے: "During a tour, I met one person to</w:t>
      </w:r>
      <w:r>
        <w:br/>
      </w:r>
      <w:r>
        <w:rPr>
          <w:sz w:val="20"/>
        </w:rPr>
        <w:t>56:49  "whom I had given the Prophet of Peace a few years back." When I met him, he told me</w:t>
      </w:r>
      <w:r>
        <w:br/>
      </w:r>
      <w:r>
        <w:rPr>
          <w:sz w:val="20"/>
        </w:rPr>
        <w:t>56:56  that he had read the book and two more of his family members also read the book.</w:t>
      </w:r>
      <w:r>
        <w:br/>
      </w:r>
      <w:r>
        <w:rPr>
          <w:sz w:val="20"/>
        </w:rPr>
        <w:t>57:04  Deen he mentioned to me that if instead of the book, if the author himself had talked</w:t>
      </w:r>
      <w:r>
        <w:br/>
      </w:r>
      <w:r>
        <w:rPr>
          <w:sz w:val="20"/>
        </w:rPr>
        <w:t>57:11  to me on this topic, then I would have argued with him.</w:t>
      </w:r>
      <w:r>
        <w:br/>
      </w:r>
      <w:r>
        <w:rPr>
          <w:sz w:val="20"/>
        </w:rPr>
        <w:t>57:17  But while reading, I had no option but to read the book.</w:t>
      </w:r>
      <w:r>
        <w:br/>
      </w:r>
      <w:r>
        <w:rPr>
          <w:sz w:val="20"/>
        </w:rPr>
        <w:t>57:22  And this author was successful in communicating what he wanted to say.</w:t>
      </w:r>
      <w:r>
        <w:br/>
      </w:r>
      <w:r>
        <w:rPr>
          <w:sz w:val="20"/>
        </w:rPr>
        <w:t>57:27  From this incident, I could discover the role of spreading literature in our mission, as it has not</w:t>
      </w:r>
      <w:r>
        <w:br/>
      </w:r>
      <w:r>
        <w:rPr>
          <w:sz w:val="20"/>
        </w:rPr>
        <w:t>57:35  only the multiplying effect but also the power of successfully communicating the ideology.</w:t>
      </w:r>
      <w:r>
        <w:br/>
      </w:r>
      <w:r>
        <w:rPr>
          <w:sz w:val="20"/>
        </w:rPr>
        <w:t>57:41  Maulana, is my understanding correct? hmm, dekhiye baat sahi hai.</w:t>
      </w:r>
      <w:r>
        <w:br/>
      </w:r>
      <w:r>
        <w:rPr>
          <w:sz w:val="20"/>
        </w:rPr>
        <w:t>57:46  hota yeh hai ke agar aap kisi se baat karein aur uski jo soch hai, uske</w:t>
      </w:r>
      <w:r>
        <w:br/>
      </w:r>
      <w:r>
        <w:rPr>
          <w:sz w:val="20"/>
        </w:rPr>
        <w:t>57:53  against mein koi baat aap karein to foran ego crash ho jata hai.</w:t>
      </w:r>
      <w:r>
        <w:br/>
      </w:r>
      <w:r>
        <w:rPr>
          <w:sz w:val="20"/>
        </w:rPr>
        <w:t>57:59  wo defensive psychology aa jati hai uske andar, defensive psychology ke ek aadmi negative soch wala hai,</w:t>
      </w:r>
      <w:r>
        <w:br/>
      </w:r>
      <w:r>
        <w:rPr>
          <w:sz w:val="20"/>
        </w:rPr>
        <w:t>58:07  ladai bhadai mein involve hai, aap bolein uske khilaf to foran wo defensive ban jayega.</w:t>
      </w:r>
      <w:r>
        <w:br/>
      </w:r>
      <w:r>
        <w:rPr>
          <w:sz w:val="20"/>
        </w:rPr>
        <w:t>58:14  defensive psychology develop karegi aur phir ego crash ho jayega.</w:t>
      </w:r>
      <w:r>
        <w:br/>
      </w:r>
      <w:r>
        <w:rPr>
          <w:sz w:val="20"/>
        </w:rPr>
        <w:t>58:19  lekin jab aap usko kitaab dete hain, wo ja kar apne kamre mein padhta hai jahan wo</w:t>
      </w:r>
      <w:r>
        <w:br/>
      </w:r>
      <w:r>
        <w:rPr>
          <w:sz w:val="20"/>
        </w:rPr>
        <w:t>58:27  akela hai to wahan koi doosra nahi hota jis se uska koi ego crash ho.</w:t>
      </w:r>
      <w:r>
        <w:br/>
      </w:r>
      <w:r>
        <w:rPr>
          <w:sz w:val="20"/>
        </w:rPr>
        <w:t>58:34  to zyada behtar taur par kitaab ke ke andar jo likha hua hai, usko samajh pata hai.</w:t>
      </w:r>
      <w:r>
        <w:br/>
      </w:r>
      <w:r>
        <w:rPr>
          <w:sz w:val="20"/>
        </w:rPr>
        <w:t>58:41  to mein sochta hoon ke literature ko phailana yeh hai, yeh bahut hi basic kaam hai.</w:t>
      </w:r>
      <w:r>
        <w:br/>
      </w:r>
      <w:r>
        <w:rPr>
          <w:sz w:val="20"/>
        </w:rPr>
        <w:t>58:48  wo bhi ek kaam hai ke aap is cheez dein, aap logon se baat cheet karein, wo bhi</w:t>
      </w:r>
      <w:r>
        <w:br/>
      </w:r>
      <w:r>
        <w:rPr>
          <w:sz w:val="20"/>
        </w:rPr>
        <w:t>58:56  ek kaam hai.</w:t>
      </w:r>
      <w:r>
        <w:br/>
      </w:r>
      <w:r>
        <w:rPr>
          <w:sz w:val="20"/>
        </w:rPr>
        <w:t>58:58  bilashuba, woh bhi karna hi karna hai.</w:t>
      </w:r>
      <w:r>
        <w:br/>
      </w:r>
      <w:r>
        <w:rPr>
          <w:sz w:val="20"/>
        </w:rPr>
        <w:t>59:01  lekin main ek farq bata raha hoon ke koi tanqeed agar aap karein kisi aadmi se jab ke</w:t>
      </w:r>
      <w:r>
        <w:br/>
      </w:r>
      <w:r>
        <w:rPr>
          <w:sz w:val="20"/>
        </w:rPr>
        <w:t>59:08  woh is mein involve hai to foran woh defence ki taraf chala jayega, foran apna difaa karne</w:t>
      </w:r>
      <w:r>
        <w:br/>
      </w:r>
      <w:r>
        <w:rPr>
          <w:sz w:val="20"/>
        </w:rPr>
        <w:t>59:16  lagega woh.</w:t>
      </w:r>
      <w:r>
        <w:br/>
      </w:r>
      <w:r>
        <w:rPr>
          <w:sz w:val="20"/>
        </w:rPr>
        <w:t>59:17  lekin kitaab mein kya difaa karega? kitaab mein to saamne koi hai hi nahi jis se difaa</w:t>
      </w:r>
      <w:r>
        <w:br/>
      </w:r>
      <w:r>
        <w:rPr>
          <w:sz w:val="20"/>
        </w:rPr>
        <w:t>59:25  kare woh.</w:t>
      </w:r>
      <w:r>
        <w:br/>
      </w:r>
      <w:r>
        <w:rPr>
          <w:sz w:val="20"/>
        </w:rPr>
        <w:t>59:27  to quran ka distribution aur yeh jo literature jis ko main kehta hoon supporting literature, is ka distribution</w:t>
      </w:r>
      <w:r>
        <w:br/>
      </w:r>
      <w:r>
        <w:rPr>
          <w:sz w:val="20"/>
        </w:rPr>
        <w:t>59:34  bohat hi important hai, bohat zyada important hai.</w:t>
      </w:r>
      <w:r>
        <w:br/>
      </w:r>
      <w:r>
        <w:rPr>
          <w:sz w:val="20"/>
        </w:rPr>
        <w:t>59:38  is ko flood karne ki zaroorat hai.</w:t>
      </w:r>
      <w:r>
        <w:br/>
      </w:r>
      <w:r>
        <w:rPr>
          <w:sz w:val="20"/>
        </w:rPr>
        <w:t>59:41  jo maine pichli baar 28 november ko hyderabad mein ek call di thi, yaani operation flood, to</w:t>
      </w:r>
      <w:r>
        <w:br/>
      </w:r>
      <w:r>
        <w:rPr>
          <w:sz w:val="20"/>
        </w:rPr>
        <w:t>59:49  woh bohat soch samajh kar woh call di thi maine ke quran ko aur supporting literature ko</w:t>
      </w:r>
      <w:r>
        <w:br/>
      </w:r>
      <w:r>
        <w:rPr>
          <w:sz w:val="20"/>
        </w:rPr>
        <w:t>59:56  flood kar dijiye sari duniya mein, mukhtalif language mein tayyar kar ke sari duniya mein flood kar dijiye</w:t>
      </w:r>
      <w:r>
        <w:br/>
      </w:r>
      <w:r>
        <w:rPr>
          <w:sz w:val="20"/>
        </w:rPr>
        <w:t>1:00:04  quran ko aur supporting literature ko.</w:t>
      </w:r>
      <w:r>
        <w:br/>
      </w:r>
      <w:r>
        <w:rPr>
          <w:sz w:val="20"/>
        </w:rPr>
        <w:t>1:00:07  yeh bohat hi powerful tareeqa hai, yaani da'wah work ka.</w:t>
      </w:r>
    </w:p>
    <w:p>
      <w:pPr>
        <w:pStyle w:val="Heading2"/>
      </w:pPr>
      <w:r>
        <w:t>Motivations of Early Arab Conquests</w:t>
      </w:r>
    </w:p>
    <w:p>
      <w:r>
        <w:rPr>
          <w:color w:val="666666"/>
          <w:sz w:val="18"/>
        </w:rPr>
        <w:t>Seerah &amp; Prophet · Freedom of Expression in Islam 30 Sept 2012 - Maulana Wahiduddin Khan · 3m 14s · at 1:07:36 · https://youtu.be/WLlXSyxX8Q4?t=4056</w:t>
      </w:r>
    </w:p>
    <w:p>
      <w:r>
        <w:rPr>
          <w:i/>
        </w:rPr>
        <w:t>“After the death of the Prophet, the Arabs conquered a huge part of the world from Morocco in the west to Persia in the east within less than hundred years. People often think of this as a sign of Islam being spread by force. Could you please clarify what the motivations of the Arab armies were? Why did they feel the need to conquer the world?”</w:t>
      </w:r>
    </w:p>
    <w:p>
      <w:r>
        <w:rPr>
          <w:sz w:val="20"/>
        </w:rPr>
        <w:t>1:07:36  Maulana, agla sawal Delhi se hai Mr. Qais ka. unhon ne likha hai: "after the death of the Prophet, the Arabs conquered a huge part of the world from Morocco in the West to Persia in the East within less than hundred years.</w:t>
      </w:r>
      <w:r>
        <w:br/>
      </w:r>
      <w:r>
        <w:rPr>
          <w:sz w:val="20"/>
        </w:rPr>
        <w:t>1:07:54  people often think of this as a sign of Islam being spread by force.</w:t>
      </w:r>
      <w:r>
        <w:br/>
      </w:r>
      <w:r>
        <w:rPr>
          <w:sz w:val="20"/>
        </w:rPr>
        <w:t>1:08:00  could you please clarify what the motivations of the Arab armies were? why did they feel the need to conquer the world?</w:t>
      </w:r>
      <w:r>
        <w:br/>
      </w:r>
      <w:r>
        <w:rPr>
          <w:sz w:val="20"/>
        </w:rPr>
        <w:t>1:08:09  also explain the reasons behind the wars of apostasy waged by Abu Bakr." bhai, is mein to kai sawal bula diye hain, kai sawal bula di</w:t>
      </w:r>
      <w:r>
        <w:br/>
      </w:r>
      <w:r>
        <w:rPr>
          <w:sz w:val="20"/>
        </w:rPr>
        <w:t>1:08:22  ye hain. aik hi mein aik hi baat kahoon ga ke political expansion alag cheez hai aur religious expansion alag cheez hai.</w:t>
      </w:r>
      <w:r>
        <w:br/>
      </w:r>
      <w:r>
        <w:rPr>
          <w:sz w:val="20"/>
        </w:rPr>
        <w:t>1:08:33  is baat ka koi saboot nahi hai ke Islam ko phailane ke liye talwar istemal ki gayi, koi is ka saboot nahi hai. woh alag cheez hai, woh alag cheez hai.</w:t>
      </w:r>
      <w:r>
        <w:br/>
      </w:r>
      <w:r>
        <w:rPr>
          <w:sz w:val="20"/>
        </w:rPr>
        <w:t>1:08:46  kuch darasateez theen, muslim khandan thay, woh woh apna apto political expansion ke liye fateh karte hain yahan se wahan, wahan se wahan.</w:t>
      </w:r>
      <w:r>
        <w:br/>
      </w:r>
      <w:r>
        <w:rPr>
          <w:sz w:val="20"/>
        </w:rPr>
        <w:t>1:08:56  lekin is ka koi bhi proof history mein nahi hai ke kahin yeh kaha gaya ho ke musalman qabool karo, wahan to qatal kar diya jaye ga.</w:t>
      </w:r>
      <w:r>
        <w:br/>
      </w:r>
      <w:r>
        <w:rPr>
          <w:sz w:val="20"/>
        </w:rPr>
        <w:t>1:09:05  aisa koi saboot nahi hai.</w:t>
      </w:r>
      <w:r>
        <w:br/>
      </w:r>
      <w:r>
        <w:rPr>
          <w:sz w:val="20"/>
        </w:rPr>
        <w:t>1:09:08  main aap ko do misaal deta hoon. swami bewakaran ke ki kitab hai "letters of bewakarindah".</w:t>
      </w:r>
      <w:r>
        <w:br/>
      </w:r>
      <w:r>
        <w:rPr>
          <w:sz w:val="20"/>
        </w:rPr>
        <w:t>1:09:19  is mein unhon ne ek jo hai likha hai ke "it is nonsense to say that Hindus were converted to Islam by force".</w:t>
      </w:r>
      <w:r>
        <w:br/>
      </w:r>
      <w:r>
        <w:rPr>
          <w:sz w:val="20"/>
        </w:rPr>
        <w:t>1:09:32  yeh wording un ki hai, woh kitab mere paas maujood hai, aap dekh sakte hain. "It is nonsense to say that Muslims were converted to Islam by force".</w:t>
      </w:r>
      <w:r>
        <w:br/>
      </w:r>
      <w:r>
        <w:rPr>
          <w:sz w:val="20"/>
        </w:rPr>
        <w:t>1:09:44  doosra example yeh hai ke arab world mein misr bohat bara mulk hai aur bajarti islam mein dakhil ho gayi thi.</w:t>
      </w:r>
      <w:r>
        <w:br/>
      </w:r>
      <w:r>
        <w:rPr>
          <w:sz w:val="20"/>
        </w:rPr>
        <w:t>1:09:54  is par study kiya hai ek angrez, ek British historian ne, is ka naam hai Sir Arthur Peth. is ki kitab mein woh likhta hai ke "Sindh was conquered not by sword but by the Quran".</w:t>
      </w:r>
      <w:r>
        <w:br/>
      </w:r>
      <w:r>
        <w:rPr>
          <w:sz w:val="20"/>
        </w:rPr>
        <w:t>1:10:07  yeh hai "a shins was conquered not by the sword but by the quran". to jo is ka jo history hai, history se kahin bhi proof nahi hota ke talwar istemal ki gayi islam ki religious expansion ke liye.</w:t>
      </w:r>
      <w:r>
        <w:br/>
      </w:r>
      <w:r>
        <w:rPr>
          <w:sz w:val="20"/>
        </w:rPr>
        <w:t>1:10:25  baqi kuch log thay, woh woh apna apni hukoomat ka kaam pehle karte rahe, un ka zaati feal tha.</w:t>
      </w:r>
      <w:r>
        <w:br/>
      </w:r>
      <w:r>
        <w:rPr>
          <w:sz w:val="20"/>
        </w:rPr>
        <w:t>1:10:32  to "that is political expansion". yeh aap nahi sakte keh sakte ke woh religious expansion tha. baqi jo doosri baat hai, to is par maine kitab mein likha hai, aap padh lijie.</w:t>
      </w:r>
      <w:r>
        <w:br/>
      </w:r>
      <w:r>
        <w:rPr>
          <w:sz w:val="20"/>
        </w:rPr>
        <w:t>1:10:43  woh yeh kitab "hikmat-e-islam" hai, is par is ki tafseel maujood hai.</w:t>
      </w:r>
    </w:p>
    <w:p>
      <w:pPr>
        <w:pStyle w:val="Heading2"/>
      </w:pPr>
      <w:r>
        <w:t>Peaceful aspect vs. complete model of Prophet</w:t>
      </w:r>
    </w:p>
    <w:p>
      <w:r>
        <w:rPr>
          <w:color w:val="666666"/>
          <w:sz w:val="18"/>
        </w:rPr>
        <w:t>Seerah &amp; Prophet · The Age of Opportunity Explosion December 2, 2018 Maulana Wahiduddin Khan · 2m 24s · at 1:00:38 · https://youtu.be/LqGWdCG81hc?t=3638</w:t>
      </w:r>
    </w:p>
    <w:p>
      <w:r>
        <w:rPr>
          <w:i/>
        </w:rPr>
        <w:t>“You always talk about peaceful aspect, but when we share the same thing with others, then some other Muslim friends tell us that peace is fine, but we should take the complete model of Prophet.”</w:t>
      </w:r>
    </w:p>
    <w:p>
      <w:r>
        <w:rPr>
          <w:sz w:val="20"/>
        </w:rPr>
        <w:t>1:00:38  what a beautiful analysis, which should awaken us to rise to the occasion." thank you, beloved Maulana. Maulana sahib, Maulana agla sawal lete hain.</w:t>
      </w:r>
      <w:r>
        <w:br/>
      </w:r>
      <w:r>
        <w:rPr>
          <w:sz w:val="20"/>
        </w:rPr>
        <w:t>1:00:52  yeh sawal bheja hai Lucknow se Qurban Ali sahib ne. unhone likha hai, "Maulana, you always talk about peaceful aspect, but when we share the same thing with other,</w:t>
      </w:r>
      <w:r>
        <w:br/>
      </w:r>
      <w:r>
        <w:rPr>
          <w:sz w:val="20"/>
        </w:rPr>
        <w:t>1:01:07  then some other muslim friends tell us that peace is fine, but we should take the complete model of prophet.</w:t>
      </w:r>
      <w:r>
        <w:br/>
      </w:r>
      <w:r>
        <w:rPr>
          <w:sz w:val="20"/>
        </w:rPr>
        <w:t>1:01:16  and it is a fact, which can not be denied, that prophet and later companions fought wars and battles whenever the opposite party refused to accept Islam.</w:t>
      </w:r>
      <w:r>
        <w:br/>
      </w:r>
      <w:r>
        <w:rPr>
          <w:sz w:val="20"/>
        </w:rPr>
        <w:t>1:01:28  so some muslim groups are rightfully engaged in war with west, till they accept Islam.</w:t>
      </w:r>
      <w:r>
        <w:br/>
      </w:r>
      <w:r>
        <w:rPr>
          <w:sz w:val="20"/>
        </w:rPr>
        <w:t>1:01:36  what is your? what is your? yeh bilkul jhooti baat hai. main interfere karke bolta hoon ke jhooti baat hai, jhooti baat hai, jhooti baat hai ke lad kar ke musalman banao.</w:t>
      </w:r>
      <w:r>
        <w:br/>
      </w:r>
      <w:r>
        <w:rPr>
          <w:sz w:val="20"/>
        </w:rPr>
        <w:t>1:01:48  yeh yeh jo loan nikala hai, woh shaitan ki boli bolte hain. Islam peaceful mazhab hai, Islam samjhane ka mazhab hai, Islam dawat ka mazhab hai.</w:t>
      </w:r>
      <w:r>
        <w:br/>
      </w:r>
      <w:r>
        <w:rPr>
          <w:sz w:val="20"/>
        </w:rPr>
        <w:t>1:02:02  ji, padhiye. ji, Maulana, woh itna hi tha. woh</w:t>
      </w:r>
    </w:p>
    <w:p>
      <w:pPr>
        <w:pStyle w:val="Heading2"/>
      </w:pPr>
      <w:r>
        <w:t>Prophet Ibrahim's training of Hajar and Ismail</w:t>
      </w:r>
    </w:p>
    <w:p>
      <w:r>
        <w:rPr>
          <w:color w:val="666666"/>
          <w:sz w:val="18"/>
        </w:rPr>
        <w:t>Seerah &amp; Prophet · Divine Help February 09, 2014 Maulana Wahiduddin Khan · 2m 31s · at 48:21 · https://youtu.be/eJBjiYGZcKY?t=2901</w:t>
      </w:r>
    </w:p>
    <w:p>
      <w:r>
        <w:rPr>
          <w:i/>
        </w:rPr>
        <w:t>“How did Prophet Ibrahim train Hajar and Ismail in times of difficulties?”</w:t>
      </w:r>
    </w:p>
    <w:p>
      <w:r>
        <w:rPr>
          <w:sz w:val="20"/>
        </w:rPr>
        <w:t>48:21  Maulana agla sawal Chennai se hai.</w:t>
      </w:r>
      <w:r>
        <w:br/>
      </w:r>
      <w:r>
        <w:rPr>
          <w:sz w:val="20"/>
        </w:rPr>
        <w:t>48:26  Maulana Iqbal Umri ka.</w:t>
      </w:r>
      <w:r>
        <w:br/>
      </w:r>
      <w:r>
        <w:rPr>
          <w:sz w:val="20"/>
        </w:rPr>
        <w:t>48:32  Unhon ne likha hai: Maulana Ibrahim aleh salam ne Hajra aur Ismail ki tarbiyat kaise ki? Mushkilat mein</w:t>
      </w:r>
      <w:r>
        <w:br/>
      </w:r>
      <w:r>
        <w:rPr>
          <w:sz w:val="20"/>
        </w:rPr>
        <w:t>48:37  daal kar ya favor de kar? Maulana aaj mission ke liye kon si qurbani ki zaroorat hai? Is</w:t>
      </w:r>
      <w:r>
        <w:br/>
      </w:r>
      <w:r>
        <w:rPr>
          <w:sz w:val="20"/>
        </w:rPr>
        <w:t>48:43  ke bare mein batayein.</w:t>
      </w:r>
      <w:r>
        <w:br/>
      </w:r>
      <w:r>
        <w:rPr>
          <w:sz w:val="20"/>
        </w:rPr>
        <w:t>48:49  Dekhiye mushkilat mein daalne ki zaroorat nahi hai.</w:t>
      </w:r>
      <w:r>
        <w:br/>
      </w:r>
      <w:r>
        <w:rPr>
          <w:sz w:val="20"/>
        </w:rPr>
        <w:t>48:54  Laqad khalaqnal insana hafeeqan.</w:t>
      </w:r>
      <w:r>
        <w:br/>
      </w:r>
      <w:r>
        <w:rPr>
          <w:sz w:val="20"/>
        </w:rPr>
        <w:t>49:00  Mushkilat to apne aap aati hain.</w:t>
      </w:r>
      <w:r>
        <w:br/>
      </w:r>
      <w:r>
        <w:rPr>
          <w:sz w:val="20"/>
        </w:rPr>
        <w:t>49:05  Yeh to doosre log hain jo is ko favor dete hain.</w:t>
      </w:r>
      <w:r>
        <w:br/>
      </w:r>
      <w:r>
        <w:rPr>
          <w:sz w:val="20"/>
        </w:rPr>
        <w:t>49:11  Aap favor na diye to mushkilat hi ka process se guzre ga aadmi.</w:t>
      </w:r>
      <w:r>
        <w:br/>
      </w:r>
      <w:r>
        <w:rPr>
          <w:sz w:val="20"/>
        </w:rPr>
        <w:t>49:17  Laqad khalaqnal insana hafeeqan.</w:t>
      </w:r>
      <w:r>
        <w:br/>
      </w:r>
      <w:r>
        <w:rPr>
          <w:sz w:val="20"/>
        </w:rPr>
        <w:t>49:22  Insaan ko paida kiya Allah taala ne mushkilat mein, masail mein.</w:t>
      </w:r>
      <w:r>
        <w:br/>
      </w:r>
      <w:r>
        <w:rPr>
          <w:sz w:val="20"/>
        </w:rPr>
        <w:t>49:28  To buri cheez yeh hai ke log favor dete hain apne bachon ko aur balkeh poori poori yani</w:t>
      </w:r>
      <w:r>
        <w:br/>
      </w:r>
      <w:r>
        <w:rPr>
          <w:sz w:val="20"/>
        </w:rPr>
        <w:t>49:33  jo aaj kal jo hai Muslim empowerment.</w:t>
      </w:r>
      <w:r>
        <w:br/>
      </w:r>
      <w:r>
        <w:rPr>
          <w:sz w:val="20"/>
        </w:rPr>
        <w:t>49:39  Muslim empowerment kya hai? Musalmanon ko favor dena.</w:t>
      </w:r>
      <w:r>
        <w:br/>
      </w:r>
      <w:r>
        <w:rPr>
          <w:sz w:val="20"/>
        </w:rPr>
        <w:t>49:45  Main Muslim empowerment ke sakht tor par khilaf hoon.</w:t>
      </w:r>
      <w:r>
        <w:br/>
      </w:r>
      <w:r>
        <w:rPr>
          <w:sz w:val="20"/>
        </w:rPr>
        <w:t>49:50  Yeh musalmanon ke sath dushmani hai.</w:t>
      </w:r>
      <w:r>
        <w:br/>
      </w:r>
      <w:r>
        <w:rPr>
          <w:sz w:val="20"/>
        </w:rPr>
        <w:t>49:56  Musalmanon ko halaat ke challenge ka muqabla karne dijiye.</w:t>
      </w:r>
      <w:r>
        <w:br/>
      </w:r>
      <w:r>
        <w:rPr>
          <w:sz w:val="20"/>
        </w:rPr>
        <w:t>50:01  musalmanon ko halaat ke challenge ka muqabla karne dijiye taake un ke potential jaagay.</w:t>
      </w:r>
      <w:r>
        <w:br/>
      </w:r>
      <w:r>
        <w:rPr>
          <w:sz w:val="20"/>
        </w:rPr>
        <w:t>50:07  un ka jo andar jo quality Allah ne rakhi hai woh khulay.</w:t>
      </w:r>
      <w:r>
        <w:br/>
      </w:r>
      <w:r>
        <w:rPr>
          <w:sz w:val="20"/>
        </w:rPr>
        <w:t>50:13  to chahe maa baap ka ghar mein jo favor dete hain apne bachon ko woh ho ya hamare</w:t>
      </w:r>
      <w:r>
        <w:br/>
      </w:r>
      <w:r>
        <w:rPr>
          <w:sz w:val="20"/>
        </w:rPr>
        <w:t>50:18  leader jo musalmanon ko muslim empowerment ka favor de rahe hain yeh sab bilkul hi ghair fitri hai</w:t>
      </w:r>
      <w:r>
        <w:br/>
      </w:r>
      <w:r>
        <w:rPr>
          <w:sz w:val="20"/>
        </w:rPr>
        <w:t>50:24  aur be natija hai.</w:t>
      </w:r>
      <w:r>
        <w:br/>
      </w:r>
      <w:r>
        <w:rPr>
          <w:sz w:val="20"/>
        </w:rPr>
        <w:t>50:29  koi is ka natija nikalne wala nahi hai.</w:t>
      </w:r>
      <w:r>
        <w:br/>
      </w:r>
      <w:r>
        <w:rPr>
          <w:sz w:val="20"/>
        </w:rPr>
        <w:t>50:35  bas halaat mein un ko halaat apne aap challenge khara karte hain.</w:t>
      </w:r>
      <w:r>
        <w:br/>
      </w:r>
      <w:r>
        <w:rPr>
          <w:sz w:val="20"/>
        </w:rPr>
        <w:t>50:41  un ko halaat mein ka jo challenge pesh aaye hain un ko muqabla karne dijiye.</w:t>
      </w:r>
      <w:r>
        <w:br/>
      </w:r>
      <w:r>
        <w:rPr>
          <w:sz w:val="20"/>
        </w:rPr>
        <w:t>50:46  un ki salahiyaten apne aap unfold hongi.</w:t>
      </w:r>
    </w:p>
    <w:p>
      <w:pPr>
        <w:pStyle w:val="Heading2"/>
      </w:pPr>
      <w:r>
        <w:t>Prophet's Debate and Mubahala</w:t>
      </w:r>
    </w:p>
    <w:p>
      <w:r>
        <w:rPr>
          <w:color w:val="666666"/>
          <w:sz w:val="18"/>
        </w:rPr>
        <w:t>Seerah &amp; Prophet · Reason and Faith July 10, 2016 · 2m 24s · at 44:58 · https://youtu.be/axR4I5yv29E?t=2698</w:t>
      </w:r>
    </w:p>
    <w:p>
      <w:r>
        <w:rPr>
          <w:i/>
        </w:rPr>
        <w:t>“There are some people who say that the Prophet of Islam himself engaged in debate; they give the example of Mubahala to prove their point. Please explain this.”</w:t>
      </w:r>
    </w:p>
    <w:p>
      <w:r>
        <w:rPr>
          <w:sz w:val="20"/>
        </w:rPr>
        <w:t>44:58  maulana, agla sawal doctor farida khanoom ne bheja hai dilli se aur unhon ne likha hai ke there</w:t>
      </w:r>
      <w:r>
        <w:br/>
      </w:r>
      <w:r>
        <w:rPr>
          <w:sz w:val="20"/>
        </w:rPr>
        <w:t>45:05  are some people who say that the prophet of islam himself engaged in debate; they give the example</w:t>
      </w:r>
      <w:r>
        <w:br/>
      </w:r>
      <w:r>
        <w:rPr>
          <w:sz w:val="20"/>
        </w:rPr>
        <w:t>45:13  of mubahala to prove their point is ke baray mein batayen.</w:t>
      </w:r>
      <w:r>
        <w:br/>
      </w:r>
      <w:r>
        <w:rPr>
          <w:sz w:val="20"/>
        </w:rPr>
        <w:t>45:20  dekhen, yeh galat reference hai, aisa reference dena gunah hai.</w:t>
      </w:r>
      <w:r>
        <w:br/>
      </w:r>
      <w:r>
        <w:rPr>
          <w:sz w:val="20"/>
        </w:rPr>
        <w:t>45:27  mubahala ki ayat surah aal imran mein hai, aap is ko parh sakte hain.</w:t>
      </w:r>
      <w:r>
        <w:br/>
      </w:r>
      <w:r>
        <w:rPr>
          <w:sz w:val="20"/>
        </w:rPr>
        <w:t>45:34  to yeh madine mein, madine mein kuch najran ke isai aaye the, un ke sath aisa hua tha.</w:t>
      </w:r>
      <w:r>
        <w:br/>
      </w:r>
      <w:r>
        <w:rPr>
          <w:sz w:val="20"/>
        </w:rPr>
        <w:t>45:42  to woh log rasool Allah ki baat ko tayyar nahin hote the ke aap rasool hain aur wohi</w:t>
      </w:r>
      <w:r>
        <w:br/>
      </w:r>
      <w:r>
        <w:rPr>
          <w:sz w:val="20"/>
        </w:rPr>
        <w:t>45:49  rasool hain jis ki paish goi babal mein ki gayi thi.</w:t>
      </w:r>
      <w:r>
        <w:br/>
      </w:r>
      <w:r>
        <w:rPr>
          <w:sz w:val="20"/>
        </w:rPr>
        <w:t>45:56  to rasool Allah ne kaha theek hai, tum mannay ko tayyar nahin ho to mubahala karo.</w:t>
      </w:r>
      <w:r>
        <w:br/>
      </w:r>
      <w:r>
        <w:rPr>
          <w:sz w:val="20"/>
        </w:rPr>
        <w:t>46:03  mubahala ka matlab yeh tha ke rasool Allah niklein apne ghar walon ko sath le kar, woh jo</w:t>
      </w:r>
      <w:r>
        <w:br/>
      </w:r>
      <w:r>
        <w:rPr>
          <w:sz w:val="20"/>
        </w:rPr>
        <w:t>46:10  the, jo aaye the, us isai, woh niklein apne logon ke liye aur aik maidan mein ikatha hon</w:t>
      </w:r>
      <w:r>
        <w:br/>
      </w:r>
      <w:r>
        <w:rPr>
          <w:sz w:val="20"/>
        </w:rPr>
        <w:t>46:18  aur dono yeh kahein ke hum mein se jo shakhs jhoota ho, us ko Khuda halak kar de.</w:t>
      </w:r>
      <w:r>
        <w:br/>
      </w:r>
      <w:r>
        <w:rPr>
          <w:sz w:val="20"/>
        </w:rPr>
        <w:t>46:25  to rasool Allah apne ghar ko aur fatima ko, ali ko le kar ke nikle aur wahan maidan mein gaye.</w:t>
      </w:r>
      <w:r>
        <w:br/>
      </w:r>
      <w:r>
        <w:rPr>
          <w:sz w:val="20"/>
        </w:rPr>
        <w:t>46:32  lekin lekin jo isai log the, woh wahan nahin aaye, woh dar gaye.</w:t>
      </w:r>
      <w:r>
        <w:br/>
      </w:r>
      <w:r>
        <w:rPr>
          <w:sz w:val="20"/>
        </w:rPr>
        <w:t>46:39  to yeh aakhri hujjatt ke taur par rasool Allah ne kiya tha, is ka koi talluq debate se</w:t>
      </w:r>
      <w:r>
        <w:br/>
      </w:r>
      <w:r>
        <w:rPr>
          <w:sz w:val="20"/>
        </w:rPr>
        <w:t>46:47  nahin hai, yeh bilkul irrelevant reference hai yeh.</w:t>
      </w:r>
      <w:r>
        <w:br/>
      </w:r>
      <w:r>
        <w:rPr>
          <w:sz w:val="20"/>
        </w:rPr>
        <w:t>46:54  aur is tarah ka mubahala phir ummat ne kabhi kisi ne nahin kiya.</w:t>
      </w:r>
      <w:r>
        <w:br/>
      </w:r>
      <w:r>
        <w:rPr>
          <w:sz w:val="20"/>
        </w:rPr>
        <w:t>47:01  ulama ka fatwa hai ke mubahala sirf peghambar ke liye tha, hamare liye nahin hai.</w:t>
      </w:r>
      <w:r>
        <w:br/>
      </w:r>
      <w:r>
        <w:rPr>
          <w:sz w:val="20"/>
        </w:rPr>
        <w:t>47:08  to awwal to mubahala debate nahin tha aur doosra mubahala jo tha, sirf peghambar ke liye tha.</w:t>
      </w:r>
      <w:r>
        <w:br/>
      </w:r>
      <w:r>
        <w:rPr>
          <w:sz w:val="20"/>
        </w:rPr>
        <w:t>47:15  to yeh bilkul yani irrelevant reference hai aur is qism ka reference kabhi dena nahin chahiye.</w:t>
      </w:r>
    </w:p>
    <w:p>
      <w:pPr>
        <w:pStyle w:val="Heading2"/>
      </w:pPr>
      <w:r>
        <w:t>Prophet's Letters to Arabia But Not India</w:t>
      </w:r>
    </w:p>
    <w:p>
      <w:r>
        <w:rPr>
          <w:color w:val="666666"/>
          <w:sz w:val="18"/>
        </w:rPr>
        <w:t>Seerah &amp; Prophet · Double Reward 15 Feb 2020 - Maulana Wahiduddin Khan · 4m 08s · at 39:12 · https://youtu.be/Os-Kuq1-wAk?t=2352</w:t>
      </w:r>
    </w:p>
    <w:p>
      <w:r>
        <w:rPr>
          <w:i/>
        </w:rPr>
        <w:t>“The Prophet Muhammad, peace be upon him, sent letters inviting all the rulers around the Arabian Peninsula at the time, but never sent any messengers or letters to India. Was there a particular reason? There is also a hadith, which I do not remember exactly, whose meaning is that the Prophet said: 'I feel freshness when the breeze comes from India.'”</w:t>
      </w:r>
    </w:p>
    <w:p>
      <w:r>
        <w:rPr>
          <w:sz w:val="20"/>
        </w:rPr>
        <w:t>39:12  baat theek hai. maulana, agla sawal hai ahsan khan sahib ka. unhon ne likha hai: "mere paas ek sawal hai.</w:t>
      </w:r>
      <w:r>
        <w:br/>
      </w:r>
      <w:r>
        <w:rPr>
          <w:sz w:val="20"/>
        </w:rPr>
        <w:t>39:21  paighambar-e-islam (s.a.w.) ne us waqt arab ke tamam hukmraanon ko khat likhe the dawat ke liye, lekin hind ko kabhi koi paighaam ya khat nahi bheja.</w:t>
      </w:r>
      <w:r>
        <w:br/>
      </w:r>
      <w:r>
        <w:rPr>
          <w:sz w:val="20"/>
        </w:rPr>
        <w:t>39:36  kya iski koi khaas wajah thi? ek hadees bhi hai jise mujhe theek se yaad nahi, lekin matlab yeh hai ke paighambar (s.a.w.) ne farmaya: 'jab hind se hawa aati hai to mujhe taazgi mehsoos hoti hai.'</w:t>
      </w:r>
      <w:r>
        <w:br/>
      </w:r>
      <w:r>
        <w:rPr>
          <w:sz w:val="20"/>
        </w:rPr>
        <w:t>39:53  nahi to arab ko pahunch chuka bheja tha, haan shayad dunya mein to bheja nahi tha. achha, shayad dunya mein nahi bheja arab ko pahunch chuka.</w:t>
      </w:r>
      <w:r>
        <w:br/>
      </w:r>
      <w:r>
        <w:rPr>
          <w:sz w:val="20"/>
        </w:rPr>
        <w:t>40:12  maulana, yeh sawal aaya hai abdul qadeer ghori pakistan se: "agar aap kuch acha kar rahe hain aur doosra na samjhe aur tanqeed kare to us waqt kya kiya jaye?" kya kaha hai?</w:t>
      </w:r>
      <w:r>
        <w:br/>
      </w:r>
      <w:r>
        <w:rPr>
          <w:sz w:val="20"/>
        </w:rPr>
        <w:t>40:29  agar aap koi acha kaam kar rahe hain aur doosra aadmi usko na samajh paaye aur tanqeed kar de to us waqt kya karein?</w:t>
      </w:r>
      <w:r>
        <w:br/>
      </w:r>
      <w:r>
        <w:rPr>
          <w:sz w:val="20"/>
        </w:rPr>
        <w:t>40:37  aap</w:t>
      </w:r>
      <w:r>
        <w:br/>
      </w:r>
      <w:r>
        <w:rPr>
          <w:sz w:val="20"/>
        </w:rPr>
        <w:t>40:38  kuch nahi, aap dua kijiye uske liye, yeh chup ho jaiye ya chup ho jaiye ya dua kijiye. yeh to bohat hoga, hamare saath bohat ziyada hota hai,</w:t>
      </w:r>
      <w:r>
        <w:br/>
      </w:r>
      <w:r>
        <w:rPr>
          <w:sz w:val="20"/>
        </w:rPr>
        <w:t>40:55  hamare saath bohat ziyada hota hai. hum ne kabhi isko bura nahi maana, bas dua kijiye. bas</w:t>
      </w:r>
      <w:r>
        <w:br/>
      </w:r>
      <w:r>
        <w:rPr>
          <w:sz w:val="20"/>
        </w:rPr>
        <w:t>41:07  muhammad aqeel shahbaz faisalabad: "mujhe munafiq aur jhoote log bilkul pasand nahi. main unke sath bolna, milna, baithna bilkul pasand nahi karta aur meri yeh aadat mere liye aksar nuqsaan deh saabit hui hai.</w:t>
      </w:r>
      <w:r>
        <w:br/>
      </w:r>
      <w:r>
        <w:rPr>
          <w:sz w:val="20"/>
        </w:rPr>
        <w:t>41:25  jaise university mein job chali gayi, masail paida hue, main akela rehne laga hoon. mashwara dein, kya karoon?"</w:t>
      </w:r>
      <w:r>
        <w:br/>
      </w:r>
      <w:r>
        <w:rPr>
          <w:sz w:val="20"/>
        </w:rPr>
        <w:t>41:35  yeh aadat aap ki galat hai, aap ki badliye kyunke is se aap advisor kho kho kho rahe hain.</w:t>
      </w:r>
      <w:r>
        <w:br/>
      </w:r>
      <w:r>
        <w:rPr>
          <w:sz w:val="20"/>
        </w:rPr>
        <w:t>41:47  woh aadmi to sab se acha advisor hai, sab se acha advisor hai jo critic ho. critic sab se acha advisor hota hai.</w:t>
      </w:r>
      <w:r>
        <w:br/>
      </w:r>
      <w:r>
        <w:rPr>
          <w:sz w:val="20"/>
        </w:rPr>
        <w:t>41:59  aap shayad to badliye apni</w:t>
      </w:r>
      <w:r>
        <w:br/>
      </w:r>
      <w:r>
        <w:rPr>
          <w:sz w:val="20"/>
        </w:rPr>
        <w:t>42:02  . nahi, maulana, unka sawal yeh hai ke unko jhoote aadmi pasand nahi hain, jhoote aur munafiq aadmi.</w:t>
      </w:r>
      <w:r>
        <w:br/>
      </w:r>
      <w:r>
        <w:rPr>
          <w:sz w:val="20"/>
        </w:rPr>
        <w:t>42:08  aap ko yeh haq nahi hai ke aap kisi ko jhoota kahein, munafiq kahein. aap mat kahein, koi aap ko, aap ke paas koi certificate, koi woh kaise aap keh rahe hain ke jhoota munafiq hai?</w:t>
      </w:r>
      <w:r>
        <w:br/>
      </w:r>
      <w:r>
        <w:rPr>
          <w:sz w:val="20"/>
        </w:rPr>
        <w:t>42:24  yeh to Allah ko maloom hai. aap appearance ko dekh sakte hain, appearance ko. nahi, aap ki aadat galat hai har har aitbaar se.</w:t>
      </w:r>
      <w:r>
        <w:br/>
      </w:r>
      <w:r>
        <w:rPr>
          <w:sz w:val="20"/>
        </w:rPr>
        <w:t>42:37  yeh label aap nahi laga sakte ke falan aadmi jhoota hai, falan aadmi munafiq hai. nahi laga sakte aap.</w:t>
      </w:r>
      <w:r>
        <w:br/>
      </w:r>
      <w:r>
        <w:rPr>
          <w:sz w:val="20"/>
        </w:rPr>
        <w:t>42:45  aap sirf appearance par hukum laga sakte hain.</w:t>
      </w:r>
      <w:r>
        <w:br/>
      </w:r>
      <w:r>
        <w:rPr>
          <w:sz w:val="20"/>
        </w:rPr>
        <w:t>42:54  toleration, toleration ke liye bohat zaro</w:t>
      </w:r>
      <w:r>
        <w:br/>
      </w:r>
      <w:r>
        <w:rPr>
          <w:sz w:val="20"/>
        </w:rPr>
        <w:t>42:58  ori hai. maulana, tolerate to kiya ja sakta hai na un logon ke sath? hain tolerate karna? haan, tolerate karna chahiye un logon ke sath. tolerate, tolerate!</w:t>
      </w:r>
      <w:r>
        <w:br/>
      </w:r>
      <w:r>
        <w:rPr>
          <w:sz w:val="20"/>
        </w:rPr>
        <w:t>43:07  nahi, dua kijiye bhai, tolerate ki kya zaroorat hai? jo dua kijiye.</w:t>
      </w:r>
    </w:p>
    <w:p>
      <w:pPr>
        <w:pStyle w:val="Heading2"/>
      </w:pPr>
      <w:r>
        <w:t>Prophet's anger vs. forbearance</w:t>
      </w:r>
    </w:p>
    <w:p>
      <w:r>
        <w:rPr>
          <w:color w:val="666666"/>
          <w:sz w:val="18"/>
        </w:rPr>
        <w:t>Seerah &amp; Prophet · Age of Democracy May 25, 2014 · 2m 14s · at 1:03:50 · https://youtu.be/pyZy1-EhW1Q?t=3830</w:t>
      </w:r>
    </w:p>
    <w:p>
      <w:r>
        <w:rPr>
          <w:i/>
        </w:rPr>
        <w:t>“If a person misuses his freedom and makes us angry, we should not get angry because it is part of God's plan. But the Prophet sometimes got angry. How do we justify his action?”</w:t>
      </w:r>
    </w:p>
    <w:p>
      <w:r>
        <w:rPr>
          <w:sz w:val="20"/>
        </w:rPr>
        <w:t>1:03:50  maulana, agla sawal lete hain jo pakistan se bheja hai abdul latif sahib ne. unhon ne likha hai: "aik shakhs apni azadi ka ghalat istemal kar ke hamein ghussa dilata hai, to hamein ghussa nahi hona chahiye.</w:t>
      </w:r>
      <w:r>
        <w:br/>
      </w:r>
      <w:r>
        <w:rPr>
          <w:sz w:val="20"/>
        </w:rPr>
        <w:t>1:04:06  kyunkeh is ka hamein ghussa dilana Allah ke takhleeqi mansoobay ke bana par hai. lekin rasool Allah sallallahu alaihi wasallam basa auqat ghussa ho jatay thay.</w:t>
      </w:r>
      <w:r>
        <w:br/>
      </w:r>
      <w:r>
        <w:rPr>
          <w:sz w:val="20"/>
        </w:rPr>
        <w:t>1:04:19  to aap ki is amal ki tawjeeh ka hum kya karengay?" dekhiye, rasool Allah ka jo ghussa hota tha, apni zaat ke liye nahi hota tha.</w:t>
      </w:r>
      <w:r>
        <w:br/>
      </w:r>
      <w:r>
        <w:rPr>
          <w:sz w:val="20"/>
        </w:rPr>
        <w:t>1:04:29  yeh hadith mein aaya hai, woh principle par hota tha. woh woh ghussa haqeeqat mein wohi hai jis ko main kehta hoon language of hammering.</w:t>
      </w:r>
      <w:r>
        <w:br/>
      </w:r>
      <w:r>
        <w:rPr>
          <w:sz w:val="20"/>
        </w:rPr>
        <w:t>1:04:39  is ko ghussa hona mat kahiye. yani jaise aaj maine bola, main yeh yeh koi keh sakta hai keh aap ghusay mein bol</w:t>
      </w:r>
      <w:r>
        <w:br/>
      </w:r>
      <w:r>
        <w:rPr>
          <w:sz w:val="20"/>
        </w:rPr>
        <w:t>1:04:46  ein, ghussa nahi bolay. woh language, that was language of hammering. to rasool Allah is tarah bolte thay: "aata tha is tarah taqaza ho, yeh yeh marha tana hadith mein aata hai keh kun mandirja is tarah bolte thay aap kisi se keh koi fouj hamla karne wali ho, us ki khabar de rahe ho aap." to rasool Allah ka jo ghazab hota tha, isi baray mein hota tha.</w:t>
      </w:r>
      <w:r>
        <w:br/>
      </w:r>
      <w:r>
        <w:rPr>
          <w:sz w:val="20"/>
        </w:rPr>
        <w:t>1:05:12  aaj main bola hoon, isi tarah ka hota tha. keh shiddat, yani shiddat kalam. jab aap jab aap bohat ziyada mehsoos karein kisi baat ko, to aap ke andar shiddat aa jayegi.</w:t>
      </w:r>
      <w:r>
        <w:br/>
      </w:r>
      <w:r>
        <w:rPr>
          <w:sz w:val="20"/>
        </w:rPr>
        <w:t>1:05:27  isi ko log kahengay keh sahib ghusay mein bolay. main jo kuch bola aaj, ghusay mein nahi bol raha hoon. yeh shiddat ehsas tha jo ubal pada.</w:t>
      </w:r>
      <w:r>
        <w:br/>
      </w:r>
      <w:r>
        <w:rPr>
          <w:sz w:val="20"/>
        </w:rPr>
        <w:t>1:05:38  yaad rakhiye, rasool Allah ke baray mein jo ghazab ka lafz aata hai, woh shiddat izhaar ke maani mein hai. woh shiddat izhaar. aur aaj main bol raha hoon, wohi mera muamla tha keh maine jo bola hoon, woh woh shiddat izhaar tha, woh ghussa nahi tha.</w:t>
      </w:r>
      <w:r>
        <w:br/>
      </w:r>
      <w:r>
        <w:rPr>
          <w:sz w:val="20"/>
        </w:rPr>
        <w:t>1:05:57  is ko aap nafsiati aitbar se ghor kiye to yeh baat clear ho jayegi.</w:t>
      </w:r>
    </w:p>
    <w:p>
      <w:pPr>
        <w:pStyle w:val="Heading2"/>
      </w:pPr>
      <w:r>
        <w:t>Prophet's life based on dawah mission</w:t>
      </w:r>
    </w:p>
    <w:p>
      <w:r>
        <w:rPr>
          <w:color w:val="666666"/>
          <w:sz w:val="18"/>
        </w:rPr>
        <w:t>Seerah &amp; Prophet · Lessons from My Journey to Canada II January 10, 2016 · 3m 13s · at 41:45 · https://youtu.be/GHF2Ph3GW7A?t=2505</w:t>
      </w:r>
    </w:p>
    <w:p>
      <w:r>
        <w:rPr>
          <w:i/>
        </w:rPr>
        <w:t>“The whole life of Prophet of Islam was based on dawah mission, but I see the...”</w:t>
      </w:r>
    </w:p>
    <w:p>
      <w:r>
        <w:rPr>
          <w:sz w:val="20"/>
        </w:rPr>
        <w:t>41:45  mashallah. Maulana, agla sawal Delhi se hai.</w:t>
      </w:r>
      <w:r>
        <w:br/>
      </w:r>
      <w:r>
        <w:rPr>
          <w:sz w:val="20"/>
        </w:rPr>
        <w:t>41:48  Maulana Farhad sahab ne kiya hai, aur un ka sawal hai:</w:t>
      </w:r>
      <w:r>
        <w:br/>
      </w:r>
      <w:r>
        <w:rPr>
          <w:sz w:val="20"/>
        </w:rPr>
        <w:t>41:54  "مولana sahab, the whole life of Prophet of Islam was based on Dawah mission, but I see the</w:t>
      </w:r>
      <w:r>
        <w:br/>
      </w:r>
      <w:r>
        <w:rPr>
          <w:sz w:val="20"/>
        </w:rPr>
        <w:t>42:01  whole muslim world not aware of this fact.</w:t>
      </w:r>
      <w:r>
        <w:br/>
      </w:r>
      <w:r>
        <w:rPr>
          <w:sz w:val="20"/>
        </w:rPr>
        <w:t>42:04  as they are seen indulging in other than dawah or anti-dawah activities.</w:t>
      </w:r>
      <w:r>
        <w:br/>
      </w:r>
      <w:r>
        <w:rPr>
          <w:sz w:val="20"/>
        </w:rPr>
        <w:t>42:11  "What is the reason behind the shift of their emphasis?"</w:t>
      </w:r>
      <w:r>
        <w:br/>
      </w:r>
      <w:r>
        <w:rPr>
          <w:sz w:val="20"/>
        </w:rPr>
        <w:t>42:18  mein ne chand baar mujhe is ka tajurba hua hai kuch musalmanon se jo parhe likhe thay.</w:t>
      </w:r>
      <w:r>
        <w:br/>
      </w:r>
      <w:r>
        <w:rPr>
          <w:sz w:val="20"/>
        </w:rPr>
        <w:t>42:26  mein ne kaha ke aap log dawat ka kaam kyun nahi karte? dawat hai Allah ka kaam.</w:t>
      </w:r>
      <w:r>
        <w:br/>
      </w:r>
      <w:r>
        <w:rPr>
          <w:sz w:val="20"/>
        </w:rPr>
        <w:t>42:33  to unhon ne kaha ke dawat to</w:t>
      </w:r>
      <w:r>
        <w:br/>
      </w:r>
      <w:r>
        <w:rPr>
          <w:sz w:val="20"/>
        </w:rPr>
        <w:t>42:36  rasool Allah ka kaam tha.</w:t>
      </w:r>
      <w:r>
        <w:br/>
      </w:r>
      <w:r>
        <w:rPr>
          <w:sz w:val="20"/>
        </w:rPr>
        <w:t>42:42  ya rasool to</w:t>
      </w:r>
      <w:r>
        <w:br/>
      </w:r>
      <w:r>
        <w:rPr>
          <w:sz w:val="20"/>
        </w:rPr>
        <w:t>42:48  musalmanon mein shayad consciously ya unconsciously yeh baat baithi hui hai ke dawat tha ghair muslimon ki dawat.</w:t>
      </w:r>
      <w:r>
        <w:br/>
      </w:r>
      <w:r>
        <w:rPr>
          <w:sz w:val="20"/>
        </w:rPr>
        <w:t>42:57  rasool Allah ka kaam tha, hamara kaam tha ke namaz roza karein, madarse qaim karein, masjid banayein.</w:t>
      </w:r>
      <w:r>
        <w:br/>
      </w:r>
      <w:r>
        <w:rPr>
          <w:sz w:val="20"/>
        </w:rPr>
        <w:t>43:04  yeh ek galat soch hai.</w:t>
      </w:r>
      <w:r>
        <w:br/>
      </w:r>
      <w:r>
        <w:rPr>
          <w:sz w:val="20"/>
        </w:rPr>
        <w:t>43:09  poori tareekh mein dawat ki ahmiyat jo hai hadaf ho gayi.</w:t>
      </w:r>
      <w:r>
        <w:br/>
      </w:r>
      <w:r>
        <w:rPr>
          <w:sz w:val="20"/>
        </w:rPr>
        <w:t>43:14  dawat ka kaam jaari raha is shakal mein ke Quran apni khud apni taqat se phailta raha, apni</w:t>
      </w:r>
      <w:r>
        <w:br/>
      </w:r>
      <w:r>
        <w:rPr>
          <w:sz w:val="20"/>
        </w:rPr>
        <w:t>43:21  taqat se. kyunke musalmanon mein jo barh bari tehrikein uthein, barh bari tehrikein to un mein se koi</w:t>
      </w:r>
      <w:r>
        <w:br/>
      </w:r>
      <w:r>
        <w:rPr>
          <w:sz w:val="20"/>
        </w:rPr>
        <w:t>43:27  dawat par nahi thi, koi kalam par, koi fiqah par, koi</w:t>
      </w:r>
      <w:r>
        <w:br/>
      </w:r>
      <w:r>
        <w:rPr>
          <w:sz w:val="20"/>
        </w:rPr>
        <w:t>43:34  millat ke ahya par,</w:t>
      </w:r>
      <w:r>
        <w:br/>
      </w:r>
      <w:r>
        <w:rPr>
          <w:sz w:val="20"/>
        </w:rPr>
        <w:t>43:37  koi jihad par,</w:t>
      </w:r>
      <w:r>
        <w:br/>
      </w:r>
      <w:r>
        <w:rPr>
          <w:sz w:val="20"/>
        </w:rPr>
        <w:t>43:40  yaani doosre doosre nishanon par tehrikein uthein, is par nahi uthi.</w:t>
      </w:r>
      <w:r>
        <w:br/>
      </w:r>
      <w:r>
        <w:rPr>
          <w:sz w:val="20"/>
        </w:rPr>
        <w:t>43:46  to kisi wajah se logon ka yeh zehan baith gaya ke dawat ka kaam to rasool ka kaam</w:t>
      </w:r>
      <w:r>
        <w:br/>
      </w:r>
      <w:r>
        <w:rPr>
          <w:sz w:val="20"/>
        </w:rPr>
        <w:t>43:51  tha, unhon ne kar diya.</w:t>
      </w:r>
      <w:r>
        <w:br/>
      </w:r>
      <w:r>
        <w:rPr>
          <w:sz w:val="20"/>
        </w:rPr>
        <w:t>43:53  ab hamein to millat ka kaam karna hai.</w:t>
      </w:r>
      <w:r>
        <w:br/>
      </w:r>
      <w:r>
        <w:rPr>
          <w:sz w:val="20"/>
        </w:rPr>
        <w:t>43:59  waqai yeh tareekh ka ek sawal hai ke kaise, yaani</w:t>
      </w:r>
      <w:r>
        <w:br/>
      </w:r>
      <w:r>
        <w:rPr>
          <w:sz w:val="20"/>
        </w:rPr>
        <w:t>44:04  patri jo hai dawat se hat gayi.</w:t>
      </w:r>
      <w:r>
        <w:br/>
      </w:r>
      <w:r>
        <w:rPr>
          <w:sz w:val="20"/>
        </w:rPr>
        <w:t>44:08  to ek wajah meri samajh mein yeh aati hai ke logon ne yeh samajh liya ke dawat ka</w:t>
      </w:r>
      <w:r>
        <w:br/>
      </w:r>
      <w:r>
        <w:rPr>
          <w:sz w:val="20"/>
        </w:rPr>
        <w:t>44:11  kaam ghair muslimon, dawat ka kaam peghambar ka kaam tha, unhon ne kar diya.</w:t>
      </w:r>
      <w:r>
        <w:br/>
      </w:r>
      <w:r>
        <w:rPr>
          <w:sz w:val="20"/>
        </w:rPr>
        <w:t>44:16  lekin sawal yeh hai ke jo baad ki generation hai, jo jab peghambar mojood nahi hain,</w:t>
      </w:r>
      <w:r>
        <w:br/>
      </w:r>
      <w:r>
        <w:rPr>
          <w:sz w:val="20"/>
        </w:rPr>
        <w:t>44:23  to kya woh un ko dawat nahi pahunchai gayi? rasool Allah ne apne contemporary logon ko pahunchaya dawat.</w:t>
      </w:r>
      <w:r>
        <w:br/>
      </w:r>
      <w:r>
        <w:rPr>
          <w:sz w:val="20"/>
        </w:rPr>
        <w:t>44:30  ab jo baad ke log hain,</w:t>
      </w:r>
      <w:r>
        <w:br/>
      </w:r>
      <w:r>
        <w:rPr>
          <w:sz w:val="20"/>
        </w:rPr>
        <w:t>44:32  un ki baad ki naslein</w:t>
      </w:r>
      <w:r>
        <w:br/>
      </w:r>
      <w:r>
        <w:rPr>
          <w:sz w:val="20"/>
        </w:rPr>
        <w:t>44:35  to unhein bhi pohnchana hai humein.</w:t>
      </w:r>
      <w:r>
        <w:br/>
      </w:r>
      <w:r>
        <w:rPr>
          <w:sz w:val="20"/>
        </w:rPr>
        <w:t>44:38  to behrhaal yeh baat sahi hai, lekin is se humein hamari zimmedari ka ehsaas barhta barhna chahiye</w:t>
      </w:r>
      <w:r>
        <w:br/>
      </w:r>
      <w:r>
        <w:rPr>
          <w:sz w:val="20"/>
        </w:rPr>
        <w:t>44:47  ke jo kaam,</w:t>
      </w:r>
      <w:r>
        <w:br/>
      </w:r>
      <w:r>
        <w:rPr>
          <w:sz w:val="20"/>
        </w:rPr>
        <w:t>44:52  yani ummat mein bohat kam kiya gaya, us ko hum zyada taqat ke sath karna hai.</w:t>
      </w:r>
    </w:p>
    <w:p>
      <w:pPr>
        <w:pStyle w:val="Heading2"/>
      </w:pPr>
      <w:r>
        <w:t>Reason for expansionism from early Islam to Abbasid</w:t>
      </w:r>
    </w:p>
    <w:p>
      <w:r>
        <w:rPr>
          <w:color w:val="666666"/>
          <w:sz w:val="18"/>
        </w:rPr>
        <w:t>Seerah &amp; Prophet · Universal outlook April 09, 2017 · 2m 23s · at 42:16 · https://youtu.be/n3HAPCpom5c?t=2536</w:t>
      </w:r>
    </w:p>
    <w:p>
      <w:r>
        <w:rPr>
          <w:i/>
        </w:rPr>
        <w:t>“According to your approach, establishment of a political state should not be the aim of the Muslims. My question is then what is the reason behind expansionism that started since the early Islam till the Abbasid period? Please clarify on this.”</w:t>
      </w:r>
    </w:p>
    <w:p>
      <w:r>
        <w:rPr>
          <w:sz w:val="20"/>
        </w:rPr>
        <w:t>42:16  Maulana sawal lena chahenge aa Peshawar Pakistan se Muhammad Siddiq sahib ne sawal bheja hai. Unhon ne likha hai Maulana sahib may you live long.</w:t>
      </w:r>
      <w:r>
        <w:br/>
      </w:r>
      <w:r>
        <w:rPr>
          <w:sz w:val="20"/>
        </w:rPr>
        <w:t>42:28  According to your approach establishment of a political state should not be the aim of the Muslims. My question is then what is the reason behind expansionism that started since the early Islam till the Abbasid period</w:t>
      </w:r>
      <w:r>
        <w:br/>
      </w:r>
      <w:r>
        <w:rPr>
          <w:sz w:val="20"/>
        </w:rPr>
        <w:t>42:48  ? Please clarify on this.</w:t>
      </w:r>
      <w:r>
        <w:br/>
      </w:r>
      <w:r>
        <w:rPr>
          <w:sz w:val="20"/>
        </w:rPr>
        <w:t>42:54  Dekhiye sab se bari bhool yeh hai ke is ko expansion samhein. Wo expansion nahi tha. Wo main ne jo kaha ke ek hi insan ne jana hai is baat ko.</w:t>
      </w:r>
      <w:r>
        <w:br/>
      </w:r>
      <w:r>
        <w:rPr>
          <w:sz w:val="20"/>
        </w:rPr>
        <w:t>43:07  Henry Prince ne ke hazaron saal se duniya mein kingship chali aa rahi thi. Kingship ki jarrein itni gehri thi ke sab baat sukharni ho gayi thi siwaye badshah ke.</w:t>
      </w:r>
      <w:r>
        <w:br/>
      </w:r>
      <w:r>
        <w:rPr>
          <w:sz w:val="20"/>
        </w:rPr>
        <w:t>43:20  To Allah taala ke hukum se Rasool aur Sahaba Rasool ne is kingship ke daur ko khatam kiya. Phir ek naya daur shuru hua jis mein tarqqiyan aayin.</w:t>
      </w:r>
      <w:r>
        <w:br/>
      </w:r>
      <w:r>
        <w:rPr>
          <w:sz w:val="20"/>
        </w:rPr>
        <w:t>43:31  Nature ko control kiya gaya. Solution aayi. Democracy aayi. Expansionism ka lafz hi bilkul ghair Islami hai.</w:t>
      </w:r>
      <w:r>
        <w:br/>
      </w:r>
      <w:r>
        <w:rPr>
          <w:sz w:val="20"/>
        </w:rPr>
        <w:t>43:41  Bilkul ghair Islami hai. Main to is ko ghair Islami se zyada sakht qillat bolunga. Wo tha duniya par in tarqqiyon ka darwaza kholne ke liye jo Allah ne rakhi thi lekin khul nahi rahi thi.</w:t>
      </w:r>
      <w:r>
        <w:br/>
      </w:r>
      <w:r>
        <w:rPr>
          <w:sz w:val="20"/>
        </w:rPr>
        <w:t>43:55  kingship ki wajah se. unhon ne is raaz ko jaana hi nahin. henry prince ne kehta hai sahi likha hai. is ki kai kitabein hain.</w:t>
      </w:r>
      <w:r>
        <w:br/>
      </w:r>
      <w:r>
        <w:rPr>
          <w:sz w:val="20"/>
        </w:rPr>
        <w:t>44:05  ghaliban teen kitabein hain. ke is islam changed the face of the globe. the traditional order of history was overthrown.</w:t>
      </w:r>
      <w:r>
        <w:br/>
      </w:r>
      <w:r>
        <w:rPr>
          <w:sz w:val="20"/>
        </w:rPr>
        <w:t>44:15  ke islam ka karnama yeh hai ke is ne dunya par in in taraqqiyon ka darwaza khola jo Allah ne rakhi thi insan ke liye.</w:t>
      </w:r>
      <w:r>
        <w:br/>
      </w:r>
      <w:r>
        <w:rPr>
          <w:sz w:val="20"/>
        </w:rPr>
        <w:t>44:25  lekin kingship ne is ko rok rakha tha. kingship ko todna yeh karnama hai sab se bara. expansionism to bilkul ghair islami lafz hai.</w:t>
      </w:r>
    </w:p>
    <w:p>
      <w:pPr>
        <w:pStyle w:val="Heading2"/>
      </w:pPr>
      <w:r>
        <w:t>Reasons for decline of Ansar character</w:t>
      </w:r>
    </w:p>
    <w:p>
      <w:r>
        <w:rPr>
          <w:color w:val="666666"/>
          <w:sz w:val="18"/>
        </w:rPr>
        <w:t>Seerah &amp; Prophet · The Importance of Team Work February 5, 2012 · 2m 28s · at 1:20:50 · https://youtu.be/qBbwznqIqVw?t=4850</w:t>
      </w:r>
    </w:p>
    <w:p>
      <w:r>
        <w:rPr>
          <w:i/>
        </w:rPr>
        <w:t>“Please identify the reasons why the character of the Ansar diminished in the generations after the Sahaba generation.”</w:t>
      </w:r>
    </w:p>
    <w:p>
      <w:r>
        <w:rPr>
          <w:sz w:val="20"/>
        </w:rPr>
        <w:t>1:20:50  Maulana, agla sawal Miss Safia Khan ka hai Pakistan se</w:t>
      </w:r>
      <w:r>
        <w:br/>
      </w:r>
      <w:r>
        <w:rPr>
          <w:sz w:val="20"/>
        </w:rPr>
        <w:t>1:20:54  . unhone likha hai: "Please identify the reasons why ansaar character diminishes in the generations after sahaba generation." Kya matlab?</w:t>
      </w:r>
      <w:r>
        <w:br/>
      </w:r>
      <w:r>
        <w:rPr>
          <w:sz w:val="20"/>
        </w:rPr>
        <w:t>1:21:07  ke Maulana, jo ansaar ka jo character tha, jo pehle aap ne jaise jis ke bare mein zikr bhi kiya, woh kyun khatam ho gaya sahaba ki generation ke baad?</w:t>
      </w:r>
      <w:r>
        <w:br/>
      </w:r>
      <w:r>
        <w:rPr>
          <w:sz w:val="20"/>
        </w:rPr>
        <w:t>1:21:17  woh qualities ya woh jo attributes the? kahan? main yeh to nahi kaha khatam ho gaya, diminish kahan ho gaya? main to nahi kaha.</w:t>
      </w:r>
      <w:r>
        <w:br/>
      </w:r>
      <w:r>
        <w:rPr>
          <w:sz w:val="20"/>
        </w:rPr>
        <w:t>1:21:23  yeh to maine kaha nahi ke diminish ho gaya, woh to baqi raha. maine to kaha ke sirf aik exception mujhe maloom hai, Saad bin Ubadah ka.</w:t>
      </w:r>
      <w:r>
        <w:br/>
      </w:r>
      <w:r>
        <w:rPr>
          <w:sz w:val="20"/>
        </w:rPr>
        <w:t>1:21:32  yeh diminish ka falsafa to unhone khud nikala hai. unhone matlab over a period of time, Maulana, woh diminish nahi hua. j</w:t>
      </w:r>
      <w:r>
        <w:br/>
      </w:r>
      <w:r>
        <w:rPr>
          <w:sz w:val="20"/>
        </w:rPr>
        <w:t>1:21:39  y bhai, main next generation ki baat nahi kar raha hoon. ji, main first generation ki baat kar raha hoon. to first generation jo thi ansaar ki, us mein mujhe aik hi aisa character maloom hai.</w:t>
      </w:r>
      <w:r>
        <w:br/>
      </w:r>
      <w:r>
        <w:rPr>
          <w:sz w:val="20"/>
        </w:rPr>
        <w:t>1:21:50  to yeh to unhone khud se samjha ke diminish ho gaya. maine to kaha nahi aisa. Maulana, woh jo pooch rahi hain, woh keh rahi hain ke sahaba generation ke baad jo generations aayin, us mein kyun diminish ho gaya?</w:t>
      </w:r>
      <w:r>
        <w:br/>
      </w:r>
      <w:r>
        <w:rPr>
          <w:sz w:val="20"/>
        </w:rPr>
        <w:t>1:22:06  phir se padhiye:</w:t>
      </w:r>
      <w:r>
        <w:br/>
      </w:r>
      <w:r>
        <w:rPr>
          <w:sz w:val="20"/>
        </w:rPr>
        <w:t>1:22:09  "Please identify the reasons why ansaar character diminishes in the generations after sahaba generations." Bhai, sahaba ka jo comparison kar rahe hain, yeh sahi nahi hai.</w:t>
      </w:r>
      <w:r>
        <w:br/>
      </w:r>
      <w:r>
        <w:rPr>
          <w:sz w:val="20"/>
        </w:rPr>
        <w:t>1:22:22  yeh comparison se yeh kahiye ke majmoi tor par baad ki naslon mein kyun decline hua?</w:t>
      </w:r>
      <w:r>
        <w:br/>
      </w:r>
      <w:r>
        <w:rPr>
          <w:sz w:val="20"/>
        </w:rPr>
        <w:t>1:22:30  diminish ka lafz bhi sahi nahi hai. yahan par decline kyun hua? zawal kyun hua?</w:t>
      </w:r>
      <w:r>
        <w:br/>
      </w:r>
      <w:r>
        <w:rPr>
          <w:sz w:val="20"/>
        </w:rPr>
        <w:t>1:22:35  to is mein na sahaba alag hain, woh na muhajireen alag hain, na ansaar alag hain. woh masla hai, yani qanoon zawal ka, woh sab par hota hai.</w:t>
      </w:r>
      <w:r>
        <w:br/>
      </w:r>
      <w:r>
        <w:rPr>
          <w:sz w:val="20"/>
        </w:rPr>
        <w:t>1:22:47  Rasool Allah ne farmaya tha ke khair ul qurun qurni thumma allazina yalun thumma allazina yalun yani teen generation ke bare mein aap ne farmaya ke first generation mein spirit jo hai, 100 feesad rahegi.</w:t>
      </w:r>
      <w:r>
        <w:br/>
      </w:r>
      <w:r>
        <w:rPr>
          <w:sz w:val="20"/>
        </w:rPr>
        <w:t>1:23:00  second generation 50 feesad ho jayegi. third generation 25 feesad ho jayegi. is ke baad baqi nahi rahegi. to woh ab masla qanoon zawal ka, woh woh kisi aur aage se dekh rahe hain.</w:t>
      </w:r>
      <w:r>
        <w:br/>
      </w:r>
      <w:r>
        <w:rPr>
          <w:sz w:val="20"/>
        </w:rPr>
        <w:t>1:23:13  is ko woh aage sahi nahi hai. mere nazdeek,</w:t>
      </w:r>
    </w:p>
    <w:p>
      <w:pPr>
        <w:pStyle w:val="Heading2"/>
      </w:pPr>
      <w:r>
        <w:t>Religious significance of honorifics for prophets and companions</w:t>
      </w:r>
    </w:p>
    <w:p>
      <w:r>
        <w:rPr>
          <w:color w:val="666666"/>
          <w:sz w:val="18"/>
        </w:rPr>
        <w:t>Seerah &amp; Prophet · Age of Consumerism January 6, 2013 · 3m 16s · at 1:08:03 · https://youtu.be/zJRZ1OKUhgA?t=4083</w:t>
      </w:r>
    </w:p>
    <w:p>
      <w:r>
        <w:rPr>
          <w:i/>
        </w:rPr>
        <w:t>“Many people object that you do not use honorifics for prophets and companions. What is their religious significance? Please clarify.”</w:t>
      </w:r>
    </w:p>
    <w:p>
      <w:r>
        <w:rPr>
          <w:sz w:val="20"/>
        </w:rPr>
        <w:t>1:08:03  maulana, agla sawal bidar karnataka se hai, yunusuddin sahib ka. unhon ne likha hai: "maulana, aksar log aap ki tehreer par yeh aitraaz karte hain ke aap anbiya aur sahaba par alaihi assalam ya radiallahu anhu nahi lagate." maulana, mera sawal yeh hai ke un ki deeni aitbar se kya ahmiyat hai ya nahi hai?</w:t>
      </w:r>
      <w:r>
        <w:br/>
      </w:r>
      <w:r>
        <w:rPr>
          <w:sz w:val="20"/>
        </w:rPr>
        <w:t>1:08:31  kuch bhi nahi hai.</w:t>
      </w:r>
      <w:r>
        <w:br/>
      </w:r>
      <w:r>
        <w:rPr>
          <w:sz w:val="20"/>
        </w:rPr>
        <w:t>1:08:33  aap sahaba ki jo kitabein hain, us ko padhiye. yeh sab jhoote aitraaz hain, jhoote, jhoote se kam lafz nahi hai.</w:t>
      </w:r>
      <w:r>
        <w:br/>
      </w:r>
      <w:r>
        <w:rPr>
          <w:sz w:val="20"/>
        </w:rPr>
        <w:t>1:08:45  sahaba ke bare mein bohat si kitabein maujood hain, un ko padhiye. aap is qism ka aaj kal masnooi culture bana hua hai, aaj kal masnooi culture, banawati culture, aage peeche lagayenge ilqaab.</w:t>
      </w:r>
      <w:r>
        <w:br/>
      </w:r>
      <w:r>
        <w:rPr>
          <w:sz w:val="20"/>
        </w:rPr>
        <w:t>1:08:58  woh aisa nahi kehte the.</w:t>
      </w:r>
      <w:r>
        <w:br/>
      </w:r>
      <w:r>
        <w:rPr>
          <w:sz w:val="20"/>
        </w:rPr>
        <w:t>1:09:02  misalan, main aap ko ek waqia bataun: rasool Allah sallallahu alaihi wasallam ki wafat hui, yani poora mission poora kar ke aap ki wafat hui, aap ki madina mein.</w:t>
      </w:r>
      <w:r>
        <w:br/>
      </w:r>
      <w:r>
        <w:rPr>
          <w:sz w:val="20"/>
        </w:rPr>
        <w:t>1:09:13  to us waqt wahan par kai log aise the jin ko ke bohat pareshani hui ke rasool Allah nahi rahe dunya mein, ab kya hoga? bohat pareshan the.</w:t>
      </w:r>
      <w:r>
        <w:br/>
      </w:r>
      <w:r>
        <w:rPr>
          <w:sz w:val="20"/>
        </w:rPr>
        <w:t>1:09:23  to jo sab se zyada senior, most aadmi the, woh the abubakar siddiq. woh aaye,</w:t>
      </w:r>
      <w:r>
        <w:br/>
      </w:r>
      <w:r>
        <w:rPr>
          <w:sz w:val="20"/>
        </w:rPr>
        <w:t>1:09:31  woh us waqt madine se bahar the. jab khabar suni to aaye to rasool Allah ki jo yani jism tha, jo body tha aap ka, us par chadar logon ne phaila diya tha.</w:t>
      </w:r>
      <w:r>
        <w:br/>
      </w:r>
      <w:r>
        <w:rPr>
          <w:sz w:val="20"/>
        </w:rPr>
        <w:t>1:09:45  to unhon ne chadar uthai, aap ke chehre ko dekha aur kaha: "man kan ya Muhammad fa in Muhammad qadamat, wa man kan ya Abdullah fa in Allah hayyullah ya'amud." yeh nahi ke Muhammad ke sath aage peeche bohat se lafz lagayein, woh bas saada taur par kaha unhon ne: "man kan ya Abdullah Muhammad fa in Muhammad qadamat." wahan aate the log, ya Muhammad, yeh sab bolte the.</w:t>
      </w:r>
      <w:r>
        <w:br/>
      </w:r>
      <w:r>
        <w:rPr>
          <w:sz w:val="20"/>
        </w:rPr>
        <w:t>1:10:15  dekhiye, Islam jo hai, nature par base karta hai. yeh banawati culture jo bataiye, zawal ke daur, yeh yeh musalman ke zamane mein zawal ke daur mein hai, zawal girawat ke daur mein.</w:t>
      </w:r>
      <w:r>
        <w:br/>
      </w:r>
      <w:r>
        <w:rPr>
          <w:sz w:val="20"/>
        </w:rPr>
        <w:t>1:10:27  tab yeh sab banawati baatein bohat badh gayi hain. jab ummat zinda thi, tab yeh sab culture hi chalta tha, banawati culture.</w:t>
      </w:r>
      <w:r>
        <w:br/>
      </w:r>
      <w:r>
        <w:rPr>
          <w:sz w:val="20"/>
        </w:rPr>
        <w:t>1:10:39  to main yeh kahunga ke aaj kal ki jo zawal yafata log hain, un ko le kar mat rai qaim kijiye,</w:t>
      </w:r>
      <w:r>
        <w:br/>
      </w:r>
      <w:r>
        <w:rPr>
          <w:sz w:val="20"/>
        </w:rPr>
        <w:t>1:10:45  aap sahaba ko le kar rai qaim kijiye. sahaba ki zuban kya hoti thi?</w:t>
      </w:r>
      <w:r>
        <w:br/>
      </w:r>
      <w:r>
        <w:rPr>
          <w:sz w:val="20"/>
        </w:rPr>
        <w:t>1:10:54  aap sahaba ke bare mein kitabein padhiye, us mein aap khud hi jawab pa lenge ke wahan yeh sab banawati zuban chalti nahi thi. wahan par to main to sahaba ke ke ko model samajhta hoon, aaj kal logon ko model nahi samajhta.</w:t>
      </w:r>
      <w:r>
        <w:br/>
      </w:r>
      <w:r>
        <w:rPr>
          <w:sz w:val="20"/>
        </w:rPr>
        <w:t>1:11:08  main aaj kal ke log kya karte hain, woh mere model nahi hain. mere liye sahaba mere</w:t>
      </w:r>
      <w:r>
        <w:br/>
      </w:r>
      <w:r>
        <w:rPr>
          <w:sz w:val="20"/>
        </w:rPr>
        <w:t>1:11:13  model hain. to aap pehle sahaba wali kitabein padhiye, phir yeh sawal kijiye.</w:t>
      </w:r>
    </w:p>
    <w:p>
      <w:pPr>
        <w:pStyle w:val="Heading2"/>
      </w:pPr>
      <w:r>
        <w:t>Reviving Sahaba culture of no clapping</w:t>
      </w:r>
    </w:p>
    <w:p>
      <w:r>
        <w:rPr>
          <w:color w:val="666666"/>
          <w:sz w:val="18"/>
        </w:rPr>
        <w:t>Seerah &amp; Prophet · Reason and Faith July 10, 2016 · 2m 26s · at 1:06:55 · https://youtu.be/axR4I5yv29E?t=4015</w:t>
      </w:r>
    </w:p>
    <w:p>
      <w:r>
        <w:rPr>
          <w:i/>
        </w:rPr>
        <w:t>“You mentioned that in Sahaba's time no one used to clap after prophet speech. This is an eye opener. My question is how can we revive this Sahaba culture again in the present time? What will be your guidance to all of us?”</w:t>
      </w:r>
    </w:p>
    <w:p>
      <w:r>
        <w:rPr>
          <w:sz w:val="20"/>
        </w:rPr>
        <w:t>1:06:55  Maulana, agla sawal Lucknow se Afzal sahib ne kiya hai aur unhon ne likha hai Maulana, you mentioned</w:t>
      </w:r>
      <w:r>
        <w:br/>
      </w:r>
      <w:r>
        <w:rPr>
          <w:sz w:val="20"/>
        </w:rPr>
        <w:t>1:07:02  that in Sahaba's time no one used to clap after prophet speech or address.</w:t>
      </w:r>
      <w:r>
        <w:br/>
      </w:r>
      <w:r>
        <w:rPr>
          <w:sz w:val="20"/>
        </w:rPr>
        <w:t>1:07:09  This is really an eye opener to judge the present practices of Muslims. We should be modest and always go into contemplation. My question, Maulana sahib, is that how can we revive this Sahaba culture again in the present time? What will be your guidance to all of us?</w:t>
      </w:r>
      <w:r>
        <w:br/>
      </w:r>
      <w:r>
        <w:rPr>
          <w:sz w:val="20"/>
        </w:rPr>
        <w:t>1:07:30  dekhen, is ko is ko kehte hain ahdas, nai baat nikalna.</w:t>
      </w:r>
      <w:r>
        <w:br/>
      </w:r>
      <w:r>
        <w:rPr>
          <w:sz w:val="20"/>
        </w:rPr>
        <w:t>1:07:36  man ahdatha fi amri hadha fahuwa raddun ye hadith hai man ahdatha fi amri hadha fahuwa raddun hamare</w:t>
      </w:r>
      <w:r>
        <w:br/>
      </w:r>
      <w:r>
        <w:rPr>
          <w:sz w:val="20"/>
        </w:rPr>
        <w:t>1:07:42  deen mein jo shakhs koi nai baat nikale to wo rejected hai.</w:t>
      </w:r>
      <w:r>
        <w:br/>
      </w:r>
      <w:r>
        <w:rPr>
          <w:sz w:val="20"/>
        </w:rPr>
        <w:t>1:07:48  to ye taliyan bajana ye to khula hua bidat hai.</w:t>
      </w:r>
      <w:r>
        <w:br/>
      </w:r>
      <w:r>
        <w:rPr>
          <w:sz w:val="20"/>
        </w:rPr>
        <w:t>1:07:55  yani bidat woh cheez hai jo sahaba ke zamanay mein na rahi ho.</w:t>
      </w:r>
      <w:r>
        <w:br/>
      </w:r>
      <w:r>
        <w:rPr>
          <w:sz w:val="20"/>
        </w:rPr>
        <w:t>1:08:01  ab baat ko pata kijiye to jab rasool Allah ne farma diya ke man ahdasa fi amr hadha</w:t>
      </w:r>
      <w:r>
        <w:br/>
      </w:r>
      <w:r>
        <w:rPr>
          <w:sz w:val="20"/>
        </w:rPr>
        <w:t>1:08:07  ma laisa min farz jo hamare deen mein aisi baat nikale jo rasool aur sahaba rasool ke zamanay</w:t>
      </w:r>
      <w:r>
        <w:br/>
      </w:r>
      <w:r>
        <w:rPr>
          <w:sz w:val="20"/>
        </w:rPr>
        <w:t>1:08:13  mein na rahi ho to radd hai.</w:t>
      </w:r>
      <w:r>
        <w:br/>
      </w:r>
      <w:r>
        <w:rPr>
          <w:sz w:val="20"/>
        </w:rPr>
        <w:t>1:08:20  radd ki jayegi.</w:t>
      </w:r>
      <w:r>
        <w:br/>
      </w:r>
      <w:r>
        <w:rPr>
          <w:sz w:val="20"/>
        </w:rPr>
        <w:t>1:08:26  to bataiye, is is is culture ko mein ke aap fan bane hue hain, khud is ka hissa</w:t>
      </w:r>
      <w:r>
        <w:br/>
      </w:r>
      <w:r>
        <w:rPr>
          <w:sz w:val="20"/>
        </w:rPr>
        <w:t>1:08:32  bane hue hain, yeh to Allah taala ki bohat bara yani risk le rahe hain ke Allah ka</w:t>
      </w:r>
      <w:r>
        <w:br/>
      </w:r>
      <w:r>
        <w:rPr>
          <w:sz w:val="20"/>
        </w:rPr>
        <w:t>1:08:38  ghazab na ho aap ke upar.</w:t>
      </w:r>
      <w:r>
        <w:br/>
      </w:r>
      <w:r>
        <w:rPr>
          <w:sz w:val="20"/>
        </w:rPr>
        <w:t>1:08:45  yani jo cheez rasool Allah ke ke nazdeek bidat hai, us par aap taliyan bajate hain.</w:t>
      </w:r>
      <w:r>
        <w:br/>
      </w:r>
      <w:r>
        <w:rPr>
          <w:sz w:val="20"/>
        </w:rPr>
        <w:t>1:08:51  to hazrat ek sahabi ne kaha tha, woh Saad bin Abdullah ibn Abbas ne ke is tarah ki</w:t>
      </w:r>
      <w:r>
        <w:br/>
      </w:r>
      <w:r>
        <w:rPr>
          <w:sz w:val="20"/>
        </w:rPr>
        <w:t>1:08:57  cheezon ko par unhone kaha tha ke mujhe dar hai ke kahin tumhare upar aasman toot na pade.</w:t>
      </w:r>
      <w:r>
        <w:br/>
      </w:r>
      <w:r>
        <w:rPr>
          <w:sz w:val="20"/>
        </w:rPr>
        <w:t>1:09:03  tabeen ke zamanay mein yeh kaha tha ke is tarah ki cheezon par jo tum khush ho rahe</w:t>
      </w:r>
      <w:r>
        <w:br/>
      </w:r>
      <w:r>
        <w:rPr>
          <w:sz w:val="20"/>
        </w:rPr>
        <w:t>1:09:10  ho, mujhe dar hai ke kahin aasman tumhare upar toot na pade aur tum halak ho jao.</w:t>
      </w:r>
      <w:r>
        <w:br/>
      </w:r>
      <w:r>
        <w:rPr>
          <w:sz w:val="20"/>
        </w:rPr>
        <w:t>1:09:16  to musalmanon ko is ke sath koi choice nahi ke woh reassess karen, reexamine karen, koi doosra choice nahi.</w:t>
      </w:r>
    </w:p>
    <w:p>
      <w:pPr>
        <w:pStyle w:val="Heading2"/>
      </w:pPr>
      <w:r>
        <w:t>Significance of honorifics for prophets and companions</w:t>
      </w:r>
    </w:p>
    <w:p>
      <w:r>
        <w:rPr>
          <w:color w:val="666666"/>
          <w:sz w:val="18"/>
        </w:rPr>
        <w:t>Seerah &amp; Prophet · Age Of Consumerism I January 6, 2013 Maulana Wahiduddin Khan · 3m 08s · at 1:08:57 · https://youtu.be/CuRYFl7JuEM?t=4137</w:t>
      </w:r>
    </w:p>
    <w:p>
      <w:r>
        <w:rPr>
          <w:i/>
        </w:rPr>
        <w:t>“What is the religious significance of using honorifics like 'alayhi al-salam' and 'radi Allahu anhu' for prophets and companions? Many people object that you don't use them.”</w:t>
      </w:r>
    </w:p>
    <w:p>
      <w:r>
        <w:rPr>
          <w:sz w:val="20"/>
        </w:rPr>
        <w:t>1:08:57  Maulana, agla sawal bidar karnataka se hai, yunusuddin sahib ka. unhone likha hai: "Maulana, aksar log aap ki tehreer par yeh aitraaz karte hain ke aap anbiya aur sahaba par</w:t>
      </w:r>
      <w:r>
        <w:br/>
      </w:r>
      <w:r>
        <w:rPr>
          <w:sz w:val="20"/>
        </w:rPr>
        <w:t>1:09:15  alaihis salam ya rzi Allahu anhu nahi lagate.". Maulana, mera sawal yeh hai ke un ki deeni aitbaar se kya ahmiyat hai ya nahi hai?</w:t>
      </w:r>
      <w:r>
        <w:br/>
      </w:r>
      <w:r>
        <w:rPr>
          <w:sz w:val="20"/>
        </w:rPr>
        <w:t>1:09:25  kuch bhi nahi hai. aap sahaba ki jo kitabein hain, us ko padhiye.</w:t>
      </w:r>
      <w:r>
        <w:br/>
      </w:r>
      <w:r>
        <w:rPr>
          <w:sz w:val="20"/>
        </w:rPr>
        <w:t>1:09:32  yeh sab jhoote aitraazaat hain, jhoote, jhoote se kam bewafz nahi hai. sahaba ke bare mein bahut si kitabein maujood hain, un ko padhiye.</w:t>
      </w:r>
      <w:r>
        <w:br/>
      </w:r>
      <w:r>
        <w:rPr>
          <w:sz w:val="20"/>
        </w:rPr>
        <w:t>1:09:43  aap is qism ka aaj kal masnooi culture bana hua hai, aaj kal masnooi culture, banawati culture. aage peeche lagayenge alqab, woh aisa nahi kehte the.</w:t>
      </w:r>
      <w:r>
        <w:br/>
      </w:r>
      <w:r>
        <w:rPr>
          <w:sz w:val="20"/>
        </w:rPr>
        <w:t>1:09:56  misalan, mein aap ko ek waqia bataoon: rasool Allah salallahu alaihi wasallam ki wafat hui, yaani poora mission poora kar ke aap ki wafat hui, aap ki madine mein.</w:t>
      </w:r>
      <w:r>
        <w:br/>
      </w:r>
      <w:r>
        <w:rPr>
          <w:sz w:val="20"/>
        </w:rPr>
        <w:t>1:10:07  to uss waqt wahan par kai log aise the jin ko ke bahut pareshani hui ke rasool Allah nahi rahe dunya mein, ab kya hoga?</w:t>
      </w:r>
      <w:r>
        <w:br/>
      </w:r>
      <w:r>
        <w:rPr>
          <w:sz w:val="20"/>
        </w:rPr>
        <w:t>1:10:15  bahut pareshan the. to jo sab se zyada senior, most aadmi the, woh the abubakar siddiq. woh aaye, woh uss waqt madine se bahar the.</w:t>
      </w:r>
      <w:r>
        <w:br/>
      </w:r>
      <w:r>
        <w:rPr>
          <w:sz w:val="20"/>
        </w:rPr>
        <w:t>1:10:27  jab khabar suni to aaye to rasool Allah ki</w:t>
      </w:r>
      <w:r>
        <w:br/>
      </w:r>
      <w:r>
        <w:rPr>
          <w:sz w:val="20"/>
        </w:rPr>
        <w:t>1:10:31  jo yaani jism tha, jo body tha aap ka, us par chadar logon ne phaila diya tha. to unhone chadar uthai, aap ke chehre ko dekha aur kaha:</w:t>
      </w:r>
      <w:r>
        <w:br/>
      </w:r>
      <w:r>
        <w:rPr>
          <w:sz w:val="20"/>
        </w:rPr>
        <w:t>1:10:45  "man kaan ya Muhammad faan Muhammad qadmat,</w:t>
      </w:r>
      <w:r>
        <w:br/>
      </w:r>
      <w:r>
        <w:rPr>
          <w:sz w:val="20"/>
        </w:rPr>
        <w:t>1:10:49  wa man kaana ya abdullah fa inna allah hayy la yubd" ye nahi ke muhammad ke saath aage peeche bohat se lafz lagaye, woh bas saada tor par kaha unho ne: "man kaana ya muhammad fa inna muhammad qadamat".</w:t>
      </w:r>
      <w:r>
        <w:br/>
      </w:r>
      <w:r>
        <w:rPr>
          <w:sz w:val="20"/>
        </w:rPr>
        <w:t>1:11:06  wahan aate the log, ya muhammad, ye sab bolte the. dekhiye, islam jo hai,</w:t>
      </w:r>
      <w:r>
        <w:br/>
      </w:r>
      <w:r>
        <w:rPr>
          <w:sz w:val="20"/>
        </w:rPr>
        <w:t>1:11:11  nature par base karta hai. ye banawati culture jo bataiye, zawal ke daur, ye ye musalman is zamane mein zawal ke daur mein hai, zawal girawat ke daur mein hai.</w:t>
      </w:r>
      <w:r>
        <w:br/>
      </w:r>
      <w:r>
        <w:rPr>
          <w:sz w:val="20"/>
        </w:rPr>
        <w:t>1:11:21  tab ye sab banawati baatein bohat badh gayi hain. jab ummat zinda thi,</w:t>
      </w:r>
      <w:r>
        <w:br/>
      </w:r>
      <w:r>
        <w:rPr>
          <w:sz w:val="20"/>
        </w:rPr>
        <w:t>1:11:28  tab ye sab culture hi chalta tha, banawati culture. toh main ye kahunga ke aaj kal ki jo zawal yafata log hain, unko le kar mat rai qaim kijiye, aap sahaba ko le kar rai qaim kijiye.</w:t>
      </w:r>
      <w:r>
        <w:br/>
      </w:r>
      <w:r>
        <w:rPr>
          <w:sz w:val="20"/>
        </w:rPr>
        <w:t>1:11:42  sahaba ki zuban kya hoti thi?</w:t>
      </w:r>
      <w:r>
        <w:br/>
      </w:r>
      <w:r>
        <w:rPr>
          <w:sz w:val="20"/>
        </w:rPr>
        <w:t>1:11:48  aap sahaba ke bare mein kitabein padhiye, is mein aap khud hi jawab pa lenge ke wahan ye sab banawati zuban chalti nahi thi. wahan par toh main toh sahaba ke ke ko model samajhta hoon, aaj kal logon ko model nahi samajhta.</w:t>
      </w:r>
      <w:r>
        <w:br/>
      </w:r>
      <w:r>
        <w:rPr>
          <w:sz w:val="20"/>
        </w:rPr>
        <w:t>1:12:02  main aaj kal ke log kya karte hain, woh mere model nahi hain. mere liye</w:t>
      </w:r>
    </w:p>
    <w:p>
      <w:pPr>
        <w:pStyle w:val="Heading2"/>
      </w:pPr>
      <w:r>
        <w:t>Truth of Satanic Verses</w:t>
      </w:r>
    </w:p>
    <w:p>
      <w:r>
        <w:rPr>
          <w:color w:val="666666"/>
          <w:sz w:val="18"/>
        </w:rPr>
        <w:t>Seerah &amp; Prophet · Don't Be Angry Culture January 15, 2012 · 2m 28s · at 1:02:24 · https://youtu.be/NrA3X8y_FLY?t=3744</w:t>
      </w:r>
    </w:p>
    <w:p>
      <w:r>
        <w:rPr>
          <w:i/>
        </w:rPr>
        <w:t>“What is the actual truth of the so-called Satanic verses? Do they have any place in the history of Islam? What has remained of their place in the history of Islam?”</w:t>
      </w:r>
    </w:p>
    <w:p>
      <w:r>
        <w:rPr>
          <w:sz w:val="20"/>
        </w:rPr>
        <w:t>1:02:24  Jab tashaddud karte hain aap to maqsad to hasil nahi hota aur bahut si baatein bigad jati hain. Maulana, agla sawal Canada se Mr. Abu Hassan ne likha hai: What is the actual truth of so-called Satnic verses?</w:t>
      </w:r>
      <w:r>
        <w:br/>
      </w:r>
      <w:r>
        <w:rPr>
          <w:sz w:val="20"/>
        </w:rPr>
        <w:t>1:02:42  Do they have any place in the history of Islam? Islam ki tareekh mein in ka kya maqam reh gaya? Yeh to kuch bhi nahi, Nothing hai.</w:t>
      </w:r>
      <w:r>
        <w:br/>
      </w:r>
      <w:r>
        <w:rPr>
          <w:sz w:val="20"/>
        </w:rPr>
        <w:t>1:02:53  Islam ki tareekh mein is ka maqam ka koi matlab hi nahi. Baqi woh kitab jo hai,</w:t>
      </w:r>
      <w:r>
        <w:br/>
      </w:r>
      <w:r>
        <w:rPr>
          <w:sz w:val="20"/>
        </w:rPr>
        <w:t>1:03:03  Yaani bilkul hi is ki koi qeemat nahi is kitab ki.</w:t>
      </w:r>
      <w:r>
        <w:br/>
      </w:r>
      <w:r>
        <w:rPr>
          <w:sz w:val="20"/>
        </w:rPr>
        <w:t>1:03:11  Yahan tak ke Khushwant Singh, jo jo publisher ka yeh Tutorial Board hai, is mein Khushwant Singh, unhon ne kaha tha ke woh kitab jab mere paas aayi,</w:t>
      </w:r>
      <w:r>
        <w:br/>
      </w:r>
      <w:r>
        <w:rPr>
          <w:sz w:val="20"/>
        </w:rPr>
        <w:t>1:03:27  parhne ke liye dete hain Editors ko, to main samjha ke ke yeh plot is ka itna raddi plot hai, itna yaani is ka novel ka jo plot hota hai ke yeh to flop ho jayegi, chalne wali nahi hai.</w:t>
      </w:r>
      <w:r>
        <w:br/>
      </w:r>
      <w:r>
        <w:rPr>
          <w:sz w:val="20"/>
        </w:rPr>
        <w:t>1:03:40  Lekin Musalmanon ne jab shor o ghul kiya to woh khoob dhoom se bikne lagi, Super Seller ban gayi. To</w:t>
      </w:r>
      <w:r>
        <w:br/>
      </w:r>
      <w:r>
        <w:rPr>
          <w:sz w:val="20"/>
        </w:rPr>
        <w:t>1:03:47  kuch bhi nahi is mein, ek yani behooda zaban kaheen kaheen istemal ki gayi hai, woh sirf islami ke nahi, doosron ke liye bhi istemal ki gayi hai. koi Value is ki nahi, yani Literary Value kuch bhi nahi hai is ki.</w:t>
      </w:r>
      <w:r>
        <w:br/>
      </w:r>
      <w:r>
        <w:rPr>
          <w:sz w:val="20"/>
        </w:rPr>
        <w:t>1:04:01  kuch bhi is ki Literary Value nahi hai. lekin shor o ghul jo kiya gaya is ke khilaf, to is ki wajah se woh bikne lagi. to beharhal mein samajhta hoon ke musalmanon ko ek sabak lena chahiye</w:t>
      </w:r>
      <w:r>
        <w:br/>
      </w:r>
      <w:r>
        <w:rPr>
          <w:sz w:val="20"/>
        </w:rPr>
        <w:t>1:04:14  ke ek be qeemat cheez bhi is ke khilaf shor o ghul kiya jaye to yeh media ka zamana hai. media mein aati hain baatein aur woh is ko log samajhte hain ke acha kiya kiya cheezein parhna chahiye is ko le kar ke log khareedne lage is ko.</w:t>
      </w:r>
      <w:r>
        <w:br/>
      </w:r>
      <w:r>
        <w:rPr>
          <w:sz w:val="20"/>
        </w:rPr>
        <w:t>1:04:30  to Satnic Verses jo hai, woh is ki koi na to Literary Value hai, na koi Historical Value hai, na koi Rational Value hai.</w:t>
      </w:r>
      <w:r>
        <w:br/>
      </w:r>
      <w:r>
        <w:rPr>
          <w:sz w:val="20"/>
        </w:rPr>
        <w:t>1:04:42  sirf musalmanon ke shor o ghul se is ko ek ahmiyat mil gayi media ke Through, yeh mein kahunga.</w:t>
      </w:r>
    </w:p>
    <w:p>
      <w:pPr>
        <w:pStyle w:val="Heading2"/>
      </w:pPr>
      <w:r>
        <w:t>Using Aqaba pledges for dawah example</w:t>
      </w:r>
    </w:p>
    <w:p>
      <w:r>
        <w:rPr>
          <w:color w:val="666666"/>
          <w:sz w:val="18"/>
        </w:rPr>
        <w:t>Seerah &amp; Prophet · Man and the Laws of Nature April 1, 2012 · 2m 31s · at 1:06:25 · https://youtu.be/coIrwYQgb6Y?t=3985</w:t>
      </w:r>
    </w:p>
    <w:p>
      <w:r>
        <w:rPr>
          <w:i/>
        </w:rPr>
        <w:t>“Can we use the example of the first and second pledge of Aqaba as the best example of the use of opportunity of dawah among tourists by the Prophet?”</w:t>
      </w:r>
    </w:p>
    <w:p>
      <w:r>
        <w:rPr>
          <w:sz w:val="20"/>
        </w:rPr>
        <w:t>1:06:25  maulana, agla sawal aya hai dilli se jamia millia islamia se miss abida kousar ka. unhon ne likha hai: "maulana, jazak allah khair for such a beautiful and thought provoking lecture which opens the closed vistas of mind.</w:t>
      </w:r>
      <w:r>
        <w:br/>
      </w:r>
      <w:r>
        <w:rPr>
          <w:sz w:val="20"/>
        </w:rPr>
        <w:t>1:06:41  my question is: can we use the example of first and second pledge of aqaba as the best example of the use of opportunity of dawah among tourist by the prophet?" acha, bait aqaba hai, woh theek hai, aqaba hai.</w:t>
      </w:r>
      <w:r>
        <w:br/>
      </w:r>
      <w:r>
        <w:rPr>
          <w:sz w:val="20"/>
        </w:rPr>
        <w:t>1:06:57  woh dekhen, bait aqaba kya cheez hai? aqaba kehte hain ghaati ko. ghaati</w:t>
      </w:r>
      <w:r>
        <w:br/>
      </w:r>
      <w:r>
        <w:rPr>
          <w:sz w:val="20"/>
        </w:rPr>
        <w:t>1:07:05  to rasool allah salallaho alaihi wasallam jab makkah mein the to aap ne do sahabi bheje madina. wahan ja kar quran parh ke sunate the, yani dawah work karte the.</w:t>
      </w:r>
      <w:r>
        <w:br/>
      </w:r>
      <w:r>
        <w:rPr>
          <w:sz w:val="20"/>
        </w:rPr>
        <w:t>1:07:15  woh un ka naam tha muqri. muqri mani parh kar sunane wala.</w:t>
      </w:r>
      <w:r>
        <w:br/>
      </w:r>
      <w:r>
        <w:rPr>
          <w:sz w:val="20"/>
        </w:rPr>
        <w:t>1:07:21  jis tarah aaj kal hum log distribute karte hain quran, yeh samajh lijiye hum printed do yani printing technology ke daur mein hain to hum quran distribute karte hain.</w:t>
      </w:r>
      <w:r>
        <w:br/>
      </w:r>
      <w:r>
        <w:rPr>
          <w:sz w:val="20"/>
        </w:rPr>
        <w:t>1:07:30  woh us waqt chupa hua quran maujood nahi hota tha, ja ke sunate the woh. woh same to kya hua ke madine mein kai log islam mein dakhil ho gaye.</w:t>
      </w:r>
      <w:r>
        <w:br/>
      </w:r>
      <w:r>
        <w:rPr>
          <w:sz w:val="20"/>
        </w:rPr>
        <w:t>1:07:45  to rasool allah salallaho alaihi wasallam the makkah mein, woh wahan se milne aye</w:t>
      </w:r>
      <w:r>
        <w:br/>
      </w:r>
      <w:r>
        <w:rPr>
          <w:sz w:val="20"/>
        </w:rPr>
        <w:t>1:07:50  yani rasool allah se milne ke liye. wahan safar kiya unhon ne to makkah mein dakhil nahi hue. woh ghaati hua karti thi, paharon ki, pahar zyada tar pahari silsile the wahan par.</w:t>
      </w:r>
      <w:r>
        <w:br/>
      </w:r>
      <w:r>
        <w:rPr>
          <w:sz w:val="20"/>
        </w:rPr>
        <w:t>1:08:03  to kisi ghati mein woh miley raat ke waqt. to ek baar bait pehli baar jo aaye to us ko kehte hain bait aqba ooli.</w:t>
      </w:r>
      <w:r>
        <w:br/>
      </w:r>
      <w:r>
        <w:rPr>
          <w:sz w:val="20"/>
        </w:rPr>
        <w:t>1:08:12  phir woh chalay gaye, woh thore log thay. phir doosri baar aaye, doosri baar 73 aadmi thay.</w:t>
      </w:r>
      <w:r>
        <w:br/>
      </w:r>
      <w:r>
        <w:rPr>
          <w:sz w:val="20"/>
        </w:rPr>
        <w:t>1:08:20  to woh woh bhi raat ko miley rasool ALLAH صلی اللہ علیہ وسلم se to hidayat lene ke liye. to bait aqba ooli aur thania jo thi, woh sach poochein to yaani jo logon ne islam ko mein sachai ko daryaft kiya tha, woh mazeed instruction lene ke liye, madad rehnumai ke liye rasool ALLAH se miley thay.</w:t>
      </w:r>
      <w:r>
        <w:br/>
      </w:r>
      <w:r>
        <w:rPr>
          <w:sz w:val="20"/>
        </w:rPr>
        <w:t>1:08:39  yeh tha bait aqba ooli aur bait aqba thania. jahan tak tourist ka muamla hai, woh zahir hai ke hum ko daawa aur karna tourist mein hai, lekin yeh is mein is se mein is ko rate nahi kar pata hoon ke is se kya talluq hai is ka.</w:t>
      </w:r>
    </w:p>
    <w:p>
      <w:pPr>
        <w:pStyle w:val="Heading2"/>
      </w:pPr>
      <w:r>
        <w:t>War and Conquest in Early Islamic History</w:t>
      </w:r>
    </w:p>
    <w:p>
      <w:r>
        <w:rPr>
          <w:color w:val="666666"/>
          <w:sz w:val="18"/>
        </w:rPr>
        <w:t>Seerah &amp; Prophet · Age of Democracy May 25, 2014 · 2m 08s · at 1:10:12 · https://youtu.be/pyZy1-EhW1Q?t=4212</w:t>
      </w:r>
    </w:p>
    <w:p>
      <w:r>
        <w:rPr>
          <w:i/>
        </w:rPr>
        <w:t>“If it is a fact that there is no war and qital in Islam against established governments, then what was in the regime of earlier times of Islam where countries like Egypt and Iran were conquered by the Muslims? Please comment.”</w:t>
      </w:r>
    </w:p>
    <w:p>
      <w:r>
        <w:rPr>
          <w:sz w:val="20"/>
        </w:rPr>
        <w:t>1:10:12  maulana, agla sawal lene se pehle ek comment padhna chahenge jo mehtab ahmed sahab ne dhampur se bheja hai. unhone likha hai: "maulana, inshallah your new book izhar-e-deen will grow iman and conviction of all the readers." mashallah.</w:t>
      </w:r>
      <w:r>
        <w:br/>
      </w:r>
      <w:r>
        <w:rPr>
          <w:sz w:val="20"/>
        </w:rPr>
        <w:t>1:10:35  maulana, agla sawal kya hai aamir jinn sahab ne kashmir se.</w:t>
      </w:r>
      <w:r>
        <w:br/>
      </w:r>
      <w:r>
        <w:rPr>
          <w:sz w:val="20"/>
        </w:rPr>
        <w:t>1:10:41  unhone likha hai: "if it is a fact that there is no war or qital in islam against established governments, then what was in the regime of earlier times of islam where country like egypt or iran were conquered by the muslims?" please comment karein.</w:t>
      </w:r>
      <w:r>
        <w:br/>
      </w:r>
      <w:r>
        <w:rPr>
          <w:sz w:val="20"/>
        </w:rPr>
        <w:t>1:11:01  dekhiye, yeh baat bahut achhi tarah se tafseel se likh chuka hoon ke woh islam ke rule ko establish karne ke liye nahi hua tha. woh</w:t>
      </w:r>
      <w:r>
        <w:br/>
      </w:r>
      <w:r>
        <w:rPr>
          <w:sz w:val="20"/>
        </w:rPr>
        <w:t>1:11:10  mein ne arz kiya ke woh ek divine operation tha ke duniya mein kingship ka jo nizam tha, us ne decent ko khatam kar rakha tha. that was against the creation plan of god.</w:t>
      </w:r>
      <w:r>
        <w:br/>
      </w:r>
      <w:r>
        <w:rPr>
          <w:sz w:val="20"/>
        </w:rPr>
        <w:t>1:11:21  khuda ko manzoor hai ke log azaad hon, logon ko freedom of choice ho. to tabhi hoga jab ke decent ki azaadi ho.</w:t>
      </w:r>
      <w:r>
        <w:br/>
      </w:r>
      <w:r>
        <w:rPr>
          <w:sz w:val="20"/>
        </w:rPr>
        <w:t>1:11:30  is ko khatam karne ke liye yeh hua. yeh nahi ke koi qanoon hai, us ko naafiz</w:t>
      </w:r>
      <w:r>
        <w:br/>
      </w:r>
      <w:r>
        <w:rPr>
          <w:sz w:val="20"/>
        </w:rPr>
        <w:t>1:11:35  karna hai. yeh to musalman is zamane mein kuch aise paida hue, kuch aise log yeh nikala hai inhon ne ke islam ke qanoon ko nafiz karne ke liye.</w:t>
      </w:r>
      <w:r>
        <w:br/>
      </w:r>
      <w:r>
        <w:rPr>
          <w:sz w:val="20"/>
        </w:rPr>
        <w:t>1:11:43  nahi, kingship ne allah ke kisi plan ko moattal karna chaha tha, dissent ko tabu bana kar ke.</w:t>
      </w:r>
      <w:r>
        <w:br/>
      </w:r>
      <w:r>
        <w:rPr>
          <w:sz w:val="20"/>
        </w:rPr>
        <w:t>1:11:56  to woh khatm ho gaya. ab ab dunya mein azadi hai, ab dissent pe koi pabandi nahi hai. to bas ab woh waqt khatm ho gaya.</w:t>
      </w:r>
      <w:r>
        <w:br/>
      </w:r>
      <w:r>
        <w:rPr>
          <w:sz w:val="20"/>
        </w:rPr>
        <w:t>1:12:04  ab ladne ki koi zaroorat hi nahi. ab ladna to yani yani koi is ka koi islamic pehlu se is ko value nahi.</w:t>
      </w:r>
      <w:r>
        <w:br/>
      </w:r>
      <w:r>
        <w:rPr>
          <w:sz w:val="20"/>
        </w:rPr>
        <w:t>1:12:15  is ki koi.</w:t>
      </w:r>
    </w:p>
    <w:p>
      <w:pPr>
        <w:pStyle w:val="Heading2"/>
      </w:pPr>
      <w:r>
        <w:t>Was Prophet sent to Islamize all aspects?</w:t>
      </w:r>
    </w:p>
    <w:p>
      <w:r>
        <w:rPr>
          <w:color w:val="666666"/>
          <w:sz w:val="18"/>
        </w:rPr>
        <w:t>Seerah &amp; Prophet · History of Kaaba March 19, 2017 · 2m 37s · at 1:03:58 · https://youtu.be/HPvWnoueeqg?t=3838</w:t>
      </w:r>
    </w:p>
    <w:p>
      <w:r>
        <w:rPr>
          <w:i/>
        </w:rPr>
        <w:t>“Nowadays Muslims want to Islamize everything like Islamic bank, halal food, Islamic land, Islamic clothing and so on. Was the prophet of Islam sent for these purposes? What is your opinion on this?”</w:t>
      </w:r>
    </w:p>
    <w:p>
      <w:r>
        <w:rPr>
          <w:sz w:val="20"/>
        </w:rPr>
        <w:t>1:03:58  maulana agla sawal Maulana</w:t>
      </w:r>
      <w:r>
        <w:br/>
      </w:r>
      <w:r>
        <w:rPr>
          <w:sz w:val="20"/>
        </w:rPr>
        <w:t>1:04:00  farhad ahmed sahib ne bheja hai dilli se aur unhon ne likha hai maulana nowadays muslim want to islamize everything like islamic bank halal food islamic land islamic clothing and so on</w:t>
      </w:r>
      <w:r>
        <w:br/>
      </w:r>
      <w:r>
        <w:rPr>
          <w:sz w:val="20"/>
        </w:rPr>
        <w:t>1:04:15  was the prophet of Islam sent for for these purposes what is your opinion on this yeh sab</w:t>
      </w:r>
      <w:r>
        <w:br/>
      </w:r>
      <w:r>
        <w:rPr>
          <w:sz w:val="20"/>
        </w:rPr>
        <w:t>1:04:22  is yeh sab islam sab bilkul hi yani yani ridiculous hai ridiculous hai is ka talluq islam se</w:t>
      </w:r>
      <w:r>
        <w:br/>
      </w:r>
      <w:r>
        <w:rPr>
          <w:sz w:val="20"/>
        </w:rPr>
        <w:t>1:04:31  hai hi nahi</w:t>
      </w:r>
      <w:r>
        <w:br/>
      </w:r>
      <w:r>
        <w:rPr>
          <w:sz w:val="20"/>
        </w:rPr>
        <w:t>1:04:33  is ka talluq islam se hai hi nahi jo</w:t>
      </w:r>
      <w:r>
        <w:br/>
      </w:r>
      <w:r>
        <w:rPr>
          <w:sz w:val="20"/>
        </w:rPr>
        <w:t>1:04:37  yeh sab karte hain log ridiculous hai islam sirf yeh hai ke aap Allah se darne wale banen</w:t>
      </w:r>
      <w:r>
        <w:br/>
      </w:r>
      <w:r>
        <w:rPr>
          <w:sz w:val="20"/>
        </w:rPr>
        <w:t>1:04:46  aur Allah ke paigham ko dunya mein phailayen bas yahi islam hai Maulana agla aik comment parhna chahen</w:t>
      </w:r>
      <w:r>
        <w:br/>
      </w:r>
      <w:r>
        <w:rPr>
          <w:sz w:val="20"/>
        </w:rPr>
        <w:t>1:04:53  ge jo Maulana abdul basit umri nay bhija hai qatar se unhon nay likha hai</w:t>
      </w:r>
      <w:r>
        <w:br/>
      </w:r>
      <w:r>
        <w:rPr>
          <w:sz w:val="20"/>
        </w:rPr>
        <w:t>1:05:01  aap maulana aaj ka din mere liye bahut badi hikmat aur samajh ko janne ka din raha</w:t>
      </w:r>
      <w:r>
        <w:br/>
      </w:r>
      <w:r>
        <w:rPr>
          <w:sz w:val="20"/>
        </w:rPr>
        <w:t>1:05:11  mera dimagh jo hai wo khul gaya kaba ki shape ko mushrikon ki buniyad par baqi rakhna use reshape nahi kar ke jo hikmat rasool allah batana chahte the wo aap ne pehli bar is baat ko khola warna is mozu par koi nahi bolta jazak allah khair maulana sahib ok so we will end this session</w:t>
      </w:r>
      <w:r>
        <w:br/>
      </w:r>
      <w:r>
        <w:rPr>
          <w:sz w:val="20"/>
        </w:rPr>
        <w:t>1:05:36  now we will be back next sunday same time thank you.</w:t>
      </w:r>
    </w:p>
    <w:p>
      <w:pPr>
        <w:pStyle w:val="Heading2"/>
      </w:pPr>
      <w:r>
        <w:t>Were Islamic conquests defensive or aggressive?</w:t>
      </w:r>
    </w:p>
    <w:p>
      <w:r>
        <w:rPr>
          <w:color w:val="666666"/>
          <w:sz w:val="18"/>
        </w:rPr>
        <w:t>Seerah &amp; Prophet · Art of Thinking November 02, 2014 Maulana Wahiduddin Khan · 2m 14s · at 52:53 · https://youtu.be/jxGjv30RG1Q?t=3173</w:t>
      </w:r>
    </w:p>
    <w:p>
      <w:r>
        <w:rPr>
          <w:i/>
        </w:rPr>
        <w:t>“All ghazwa wars from Badr to Fath Makkah and onwards were fought for defense only. It is alleged by the opponents of Islam that such a big empire from Makkah to Turkey was achieved by aggressive wars and not by defensive fights. What is your view on this?”</w:t>
      </w:r>
    </w:p>
    <w:p>
      <w:r>
        <w:rPr>
          <w:sz w:val="20"/>
        </w:rPr>
        <w:t>52:53  molana, agla sawal kya hai doctor wasiq ur rehman sahib ne dewas mp se aur unhone likha hai: "were all gazwa wars from badr to fateh makkah and onwards fought for defence only.</w:t>
      </w:r>
      <w:r>
        <w:br/>
      </w:r>
      <w:r>
        <w:rPr>
          <w:sz w:val="20"/>
        </w:rPr>
        <w:t>53:11  it is alleged by the opponents of Islam that such a big empire from makkah to turkey was achieved by aggressive wars and not by defensive fights." molana, what is your view on this?</w:t>
      </w:r>
      <w:r>
        <w:br/>
      </w:r>
      <w:r>
        <w:rPr>
          <w:sz w:val="20"/>
        </w:rPr>
        <w:t>53:26  dekhiye, Quran mein bataya gaya hai ke وَهُمْ بَدَوْكُمْ أَوَّلَ بَرًّا. is mein jo basic buniyadi jo reference hai woh yeh ayat hai: وَهُمْ بَدَوْكُمْ أَوَّلَ بَرًّا.</w:t>
      </w:r>
      <w:r>
        <w:br/>
      </w:r>
      <w:r>
        <w:rPr>
          <w:sz w:val="20"/>
        </w:rPr>
        <w:t>53:41  unhone kiya hai? is pehle unhone shuru kiya hai jang, unhone shuru kiya to ab jang jo hai un ke muwafiq nahi gayi.</w:t>
      </w:r>
      <w:r>
        <w:br/>
      </w:r>
      <w:r>
        <w:rPr>
          <w:sz w:val="20"/>
        </w:rPr>
        <w:t>53:51  yani rasool Allah aur aap ke ashaab jeet gaye jaise 1965 mein jang shuru ki thi Pakistan ne lekin jeet gaya India to ab jeetna to aap ke ikhtiyar mein thori hai.</w:t>
      </w:r>
      <w:r>
        <w:br/>
      </w:r>
      <w:r>
        <w:rPr>
          <w:sz w:val="20"/>
        </w:rPr>
        <w:t>54:10  to وَهُمْ بَدَوْكُمْ أَوَّلَ بَرًّا. shuru kiya unhone, waqai shuru karne ke baad Allah ki madad se jeet gaye rasool Allah aur aap ke ashaab to theek hai.</w:t>
      </w:r>
      <w:r>
        <w:br/>
      </w:r>
      <w:r>
        <w:rPr>
          <w:sz w:val="20"/>
        </w:rPr>
        <w:t>54:21  is mein kya hai? jeet kisi ke ikhtiyar mein thori hoti hai. jeet ka faisla to future karta hai.</w:t>
      </w:r>
      <w:r>
        <w:br/>
      </w:r>
      <w:r>
        <w:rPr>
          <w:sz w:val="20"/>
        </w:rPr>
        <w:t>54:31  present mein aap shuru karte hain lekin jeet ka faisla future mein hota hai. to وَهُمْ بَدَوْكُمْ أَوَّلَ بَرًّا.</w:t>
      </w:r>
      <w:r>
        <w:br/>
      </w:r>
      <w:r>
        <w:rPr>
          <w:sz w:val="20"/>
        </w:rPr>
        <w:t>54:42  yeh yeh usool bilkul woh us se nikalta hai ke bad unhone kiya hai? bad mani beginning. bad mani beginning.</w:t>
      </w:r>
      <w:r>
        <w:br/>
      </w:r>
      <w:r>
        <w:rPr>
          <w:sz w:val="20"/>
        </w:rPr>
        <w:t>54:53  beginning unhone kar di, ab ladai shuru ho gayi. ladai shuru ho gayi to ab ab to future decide karega ke jeet kis tareeqe se, haar kis tareeqe se. yeh bohat clear hai yeh baat.</w:t>
      </w:r>
    </w:p>
    <w:p>
      <w:pPr>
        <w:pStyle w:val="Heading2"/>
      </w:pPr>
      <w:r>
        <w:t>Were the Ansar involved in post-Prophet conflict?</w:t>
      </w:r>
    </w:p>
    <w:p>
      <w:r>
        <w:rPr>
          <w:color w:val="666666"/>
          <w:sz w:val="18"/>
        </w:rPr>
        <w:t>Seerah &amp; Prophet · The Importance of Team Work February 5, 2012 · 2m 14s · at 1:14:10 · https://youtu.be/qBbwznqIqVw?t=4450</w:t>
      </w:r>
    </w:p>
    <w:p>
      <w:r>
        <w:rPr>
          <w:i/>
        </w:rPr>
        <w:t>“After the Prophet, there was a conflict among the Companions. Were the Ansar involved in it or not?”</w:t>
      </w:r>
    </w:p>
    <w:p>
      <w:r>
        <w:rPr>
          <w:sz w:val="20"/>
        </w:rPr>
        <w:t>1:14:10  maulana, agla sawal aya hai bangalore se maulana inayatullah umri sahib ka. unhon ne likha hai: "prophet ke baad sahaba mein jo takrao hua, kya ansar is mein shamil the ya nahin?"</w:t>
      </w:r>
      <w:r>
        <w:br/>
      </w:r>
      <w:r>
        <w:rPr>
          <w:sz w:val="20"/>
        </w:rPr>
        <w:t>1:14:33  dekhen, takrao jo hua, wo hua yani in logon, wo basically is mein role in logon ka tha jo baad ko musalman hue the.</w:t>
      </w:r>
      <w:r>
        <w:br/>
      </w:r>
      <w:r>
        <w:rPr>
          <w:sz w:val="20"/>
        </w:rPr>
        <w:t>1:14:46  yahan tak ke main janta hoon ansar mein ek hi shakhs tha jis ko ikhtilaf paida hua, wo the sa'd bin ubada.</w:t>
      </w:r>
      <w:r>
        <w:br/>
      </w:r>
      <w:r>
        <w:rPr>
          <w:sz w:val="20"/>
        </w:rPr>
        <w:t>1:14:59  ek hi shakhs the.</w:t>
      </w:r>
      <w:r>
        <w:br/>
      </w:r>
      <w:r>
        <w:rPr>
          <w:sz w:val="20"/>
        </w:rPr>
        <w:t>1:15:01  to sa'd bin ubada ko ikhtilaf paida hua khilafat ke masle par, lekin unhon ne artist opposition nahin chalai, kuch bhi nahin kiya.</w:t>
      </w:r>
      <w:r>
        <w:br/>
      </w:r>
      <w:r>
        <w:rPr>
          <w:sz w:val="20"/>
        </w:rPr>
        <w:t>1:15:12  unhon ne sirf yeh kiya saada taur par ke madina chhod kar sham chale gaye. sham. aur wahan khamoshi se zindagi guzarte rahe.</w:t>
      </w:r>
      <w:r>
        <w:br/>
      </w:r>
      <w:r>
        <w:rPr>
          <w:sz w:val="20"/>
        </w:rPr>
        <w:t>1:15:24  taqreeban das saal tak wahan rahe, woh wahin mar gaye. woh</w:t>
      </w:r>
      <w:r>
        <w:br/>
      </w:r>
      <w:r>
        <w:rPr>
          <w:sz w:val="20"/>
        </w:rPr>
        <w:t>1:15:28  to un ko mere ilm ke mutabiq jo qabil zikr aadmi jis ko ikhtilaf paida hua tha, woh sa'd ibn 'ubada the. lekin unhon ne apne ikhtilaf ko apni had tak bohat rakha.</w:t>
      </w:r>
      <w:r>
        <w:br/>
      </w:r>
      <w:r>
        <w:rPr>
          <w:sz w:val="20"/>
        </w:rPr>
        <w:t>1:15:42  logon ko wargalayein, logon ko apna hami banayein, ek ek nayi party banayein ke ansar party.</w:t>
      </w:r>
      <w:r>
        <w:br/>
      </w:r>
      <w:r>
        <w:rPr>
          <w:sz w:val="20"/>
        </w:rPr>
        <w:t>1:15:51  kuch bhi nahi kiya unhon ne. koi negative activity nahi dikhai</w:t>
      </w:r>
      <w:r>
        <w:br/>
      </w:r>
      <w:r>
        <w:rPr>
          <w:sz w:val="20"/>
        </w:rPr>
        <w:t>1:15:56  unhon ne. bilkul khamoshi ke sath, baghair ailan ke chale gaye sham. aur wahan bhi khamoshi ke sath pade rahe.</w:t>
      </w:r>
      <w:r>
        <w:br/>
      </w:r>
      <w:r>
        <w:rPr>
          <w:sz w:val="20"/>
        </w:rPr>
        <w:t>1:16:05  kyun ke un ko shikayat thi khilafat ke mamle mein. aur taqreeban das saal wahin rahe aur mar gaye.</w:t>
      </w:r>
      <w:r>
        <w:br/>
      </w:r>
      <w:r>
        <w:rPr>
          <w:sz w:val="20"/>
        </w:rPr>
        <w:t>1:16:14  wahin mere ilm mein qabil zikr waqia yahi hai.</w:t>
      </w:r>
    </w:p>
    <w:p>
      <w:pPr>
        <w:pStyle w:val="Heading2"/>
      </w:pPr>
      <w:r>
        <w:t>Why are Seerah books written in jihad pattern?</w:t>
      </w:r>
    </w:p>
    <w:p>
      <w:r>
        <w:rPr>
          <w:color w:val="666666"/>
          <w:sz w:val="18"/>
        </w:rPr>
        <w:t>Seerah &amp; Prophet · Quran for All Mankind June 3, 2012 · 2m 34s · at 1:24:40 · https://youtu.be/Gp-53Zjugcg?t=5080</w:t>
      </w:r>
    </w:p>
    <w:p>
      <w:r>
        <w:rPr>
          <w:i/>
        </w:rPr>
        <w:t>“Why are Seerah books written in a jihad pattern? Because of this, it seems that the Prophet was a jihad prophet.”</w:t>
      </w:r>
    </w:p>
    <w:p>
      <w:r>
        <w:rPr>
          <w:sz w:val="20"/>
        </w:rPr>
        <w:t>1:24:40  maulana, agla sawal Mr. Sajid Anwar sahib ka hai, Rurki se. unhone aap se poocha hai ke "what is the secret of success?" is ke bare mein batayein.</w:t>
      </w:r>
      <w:r>
        <w:br/>
      </w:r>
      <w:r>
        <w:rPr>
          <w:sz w:val="20"/>
        </w:rPr>
        <w:t>1:24:50  bhai, mein to kahunga ke failure ko aap success ke roop mein dekh sakein. yahi hai success.</w:t>
      </w:r>
      <w:r>
        <w:br/>
      </w:r>
      <w:r>
        <w:rPr>
          <w:sz w:val="20"/>
        </w:rPr>
        <w:t>1:24:59  yeh duniya mein failure hi muqaddar hai. har aadmi ko fail hi hota hai. yeh duniya mein koi bhi kamyab nahi hota. lekin jo pesh aaya hai, us ko aap failure na kahein, us ko success samjhein.</w:t>
      </w:r>
      <w:r>
        <w:br/>
      </w:r>
      <w:r>
        <w:rPr>
          <w:sz w:val="20"/>
        </w:rPr>
        <w:t>1:25:15  yeh hai kamyabi ka raaz.</w:t>
      </w:r>
      <w:r>
        <w:br/>
      </w:r>
      <w:r>
        <w:rPr>
          <w:sz w:val="20"/>
        </w:rPr>
        <w:t>1:25:22  failure se to bachna mumkin hi nahi hai. sirf yeh hai ke failure ko aap positive mind se dekhein. bas yeh wohi ka naam success hai.</w:t>
      </w:r>
      <w:r>
        <w:br/>
      </w:r>
      <w:r>
        <w:rPr>
          <w:sz w:val="20"/>
        </w:rPr>
        <w:t>1:25:34  bade bade log jo hain, un ki success, jis ko jis ko kehte hain successful ya super achievers, woh kuch bhi nahi the.</w:t>
      </w:r>
      <w:r>
        <w:br/>
      </w:r>
      <w:r>
        <w:rPr>
          <w:sz w:val="20"/>
        </w:rPr>
        <w:t>1:25:43  woh yeh to yeh to kahani ki baatein hain. koi super achiever, super achiever nahi hai.</w:t>
      </w:r>
      <w:r>
        <w:br/>
      </w:r>
      <w:r>
        <w:rPr>
          <w:sz w:val="20"/>
        </w:rPr>
        <w:t>1:25:50  sab super failure the. case tha sab ka. yaad rakhiye, har cheez ka state aur mind se taluq hai. mind ke level par aap kaise hain, usi se pata chalta hai ke aap apne ko fail samajhte hain, kamyab samajhte hain.</w:t>
      </w:r>
      <w:r>
        <w:br/>
      </w:r>
      <w:r>
        <w:rPr>
          <w:sz w:val="20"/>
        </w:rPr>
        <w:t>1:26:06  to mind ke level par apne ko bachaiye. baqi amli zindagi mein to yeh sab utaar charhaav hota hi rahega.</w:t>
      </w:r>
      <w:r>
        <w:br/>
      </w:r>
      <w:r>
        <w:rPr>
          <w:sz w:val="20"/>
        </w:rPr>
        <w:t>1:26:15  aap amli zindagi mein kabhi bhi smooth life aap ko nahi mil sakti hai. lekin mind ke level par to mil sakti hai. yahi hai matlab realistic approach.</w:t>
      </w:r>
    </w:p>
    <w:p>
      <w:pPr>
        <w:pStyle w:val="Heading2"/>
      </w:pPr>
      <w:r>
        <w:t>Why did Prophet enter into treaty when battles futile?</w:t>
      </w:r>
    </w:p>
    <w:p>
      <w:r>
        <w:rPr>
          <w:color w:val="666666"/>
          <w:sz w:val="18"/>
        </w:rPr>
        <w:t>Seerah &amp; Prophet · Islamic Wisdom July 17, 2016 · 2m 32s · at 1:00:16 · https://youtu.be/jB4ugN0K-AM?t=3616</w:t>
      </w:r>
    </w:p>
    <w:p>
      <w:r>
        <w:rPr>
          <w:i/>
        </w:rPr>
        <w:t>“Once during the course of conversation, I said to one Muslim leader that when the Prophet saw that the battles are futile, so far as result is concern, so he entered into”</w:t>
      </w:r>
    </w:p>
    <w:p>
      <w:r>
        <w:rPr>
          <w:sz w:val="20"/>
        </w:rPr>
        <w:t>1:00:16  maulana, agla sawal doctor farida khanoom ne kiya hai dilli se.</w:t>
      </w:r>
      <w:r>
        <w:br/>
      </w:r>
      <w:r>
        <w:rPr>
          <w:sz w:val="20"/>
        </w:rPr>
        <w:t>1:00:20  انہوں نے لکھا ہے: "Once during the course of conversation, I said to one Muslim leader that when</w:t>
      </w:r>
      <w:r>
        <w:br/>
      </w:r>
      <w:r>
        <w:rPr>
          <w:sz w:val="20"/>
        </w:rPr>
        <w:t>1:00:28  The Prophet saw that the battles are futile, so far as result is concerned, so he entered into</w:t>
      </w:r>
      <w:r>
        <w:br/>
      </w:r>
      <w:r>
        <w:rPr>
          <w:sz w:val="20"/>
        </w:rPr>
        <w:t>1:00:36  a peace treaty that is sulah hudaybiyah.</w:t>
      </w:r>
      <w:r>
        <w:br/>
      </w:r>
      <w:r>
        <w:rPr>
          <w:sz w:val="20"/>
        </w:rPr>
        <w:t>1:00:39  deen da leader dead not think for a moment, he immediately reacted that in islam fatah makkah</w:t>
      </w:r>
      <w:r>
        <w:br/>
      </w:r>
      <w:r>
        <w:rPr>
          <w:sz w:val="20"/>
        </w:rPr>
        <w:t>1:00:47  بھی تو ہے۔" مولانا، why is this that people respond in such a way when they are given</w:t>
      </w:r>
      <w:r>
        <w:br/>
      </w:r>
      <w:r>
        <w:rPr>
          <w:sz w:val="20"/>
        </w:rPr>
        <w:t>1:00:54  the example of peace treaties and the peace methods followed by the Prophet of Islam? Ab dekhen, yahi to</w:t>
      </w:r>
      <w:r>
        <w:br/>
      </w:r>
      <w:r>
        <w:rPr>
          <w:sz w:val="20"/>
        </w:rPr>
        <w:t>1:01:02  be aqli hai, be aqli hai yeh.</w:t>
      </w:r>
      <w:r>
        <w:br/>
      </w:r>
      <w:r>
        <w:rPr>
          <w:sz w:val="20"/>
        </w:rPr>
        <w:t>1:01:05  fatah makkah kaise hui thi? pehle sulah hudaybiyah hui yani unilateral tor par jang band ki gayi aur</w:t>
      </w:r>
      <w:r>
        <w:br/>
      </w:r>
      <w:r>
        <w:rPr>
          <w:sz w:val="20"/>
        </w:rPr>
        <w:t>1:01:13  phir peaceful halaat mein dawat ka kaam shuru hua.</w:t>
      </w:r>
      <w:r>
        <w:br/>
      </w:r>
      <w:r>
        <w:rPr>
          <w:sz w:val="20"/>
        </w:rPr>
        <w:t>1:01:17  aur dawat ki wajah se kya hua? Ya'ni mass conversion hua, mass conversion to Sulah Hudaybiyah</w:t>
      </w:r>
      <w:r>
        <w:br/>
      </w:r>
      <w:r>
        <w:rPr>
          <w:sz w:val="20"/>
        </w:rPr>
        <w:t>1:01:25  ke nateejay mein mass conversion hua.</w:t>
      </w:r>
      <w:r>
        <w:br/>
      </w:r>
      <w:r>
        <w:rPr>
          <w:sz w:val="20"/>
        </w:rPr>
        <w:t>1:01:27  phir is ke baad kya hua ke jab tadad itni zyada ho gayi to rasool Allah sal-la-li</w:t>
      </w:r>
      <w:r>
        <w:br/>
      </w:r>
      <w:r>
        <w:rPr>
          <w:sz w:val="20"/>
        </w:rPr>
        <w:t>1:01:35  alaihi wasallam ne khamosh march kiya yani larai ke liye nahi, peaceful march.</w:t>
      </w:r>
      <w:r>
        <w:br/>
      </w:r>
      <w:r>
        <w:rPr>
          <w:sz w:val="20"/>
        </w:rPr>
        <w:t>1:01:41  آج کل زبان میں کہا جائے گا peaceful march.</w:t>
      </w:r>
      <w:r>
        <w:br/>
      </w:r>
      <w:r>
        <w:rPr>
          <w:sz w:val="20"/>
        </w:rPr>
        <w:t>1:01:45  madina se nikal kar ke aap ne pohanchay wahan par, us waqt aap ke sath das hazar aadmi</w:t>
      </w:r>
      <w:r>
        <w:br/>
      </w:r>
      <w:r>
        <w:rPr>
          <w:sz w:val="20"/>
        </w:rPr>
        <w:t>1:01:53  the, das hazar.</w:t>
      </w:r>
      <w:r>
        <w:br/>
      </w:r>
      <w:r>
        <w:rPr>
          <w:sz w:val="20"/>
        </w:rPr>
        <w:t>1:01:55  to jab wahan jo leader the makkah ke, us waqt jab un ko yeh pata chala ke Muhammad</w:t>
      </w:r>
      <w:r>
        <w:br/>
      </w:r>
      <w:r>
        <w:rPr>
          <w:sz w:val="20"/>
        </w:rPr>
        <w:t>1:02:02  das hazar aadmiyon ke sath aaye hain to unhon ne kaha ke darwaza band kar lo apna, hum</w:t>
      </w:r>
      <w:r>
        <w:br/>
      </w:r>
      <w:r>
        <w:rPr>
          <w:sz w:val="20"/>
        </w:rPr>
        <w:t>1:02:10  ko larai ki taqat nahi hai.</w:t>
      </w:r>
      <w:r>
        <w:br/>
      </w:r>
      <w:r>
        <w:rPr>
          <w:sz w:val="20"/>
        </w:rPr>
        <w:t>1:02:13  to fatah makkah hua tha peaceful dawat aur peaceful march ke zariye se, koi larai is</w:t>
      </w:r>
      <w:r>
        <w:br/>
      </w:r>
      <w:r>
        <w:rPr>
          <w:sz w:val="20"/>
        </w:rPr>
        <w:t>1:02:20  mein nahi hui.</w:t>
      </w:r>
      <w:r>
        <w:br/>
      </w:r>
      <w:r>
        <w:rPr>
          <w:sz w:val="20"/>
        </w:rPr>
        <w:t>1:02:22  isi ka naam hai be aqli ke baat kuch ho, kahin kuch ho, aur yeh insincerity ki baat</w:t>
      </w:r>
      <w:r>
        <w:br/>
      </w:r>
      <w:r>
        <w:rPr>
          <w:sz w:val="20"/>
        </w:rPr>
        <w:t>1:02:29  hai.</w:t>
      </w:r>
      <w:r>
        <w:br/>
      </w:r>
      <w:r>
        <w:rPr>
          <w:sz w:val="20"/>
        </w:rPr>
        <w:t>1:02:31  aadmi dunya ke mamlay mein is tarah insincere jawab nahi dega lekin deen ke mamlay mein aisi</w:t>
      </w:r>
      <w:r>
        <w:br/>
      </w:r>
      <w:r>
        <w:rPr>
          <w:sz w:val="20"/>
        </w:rPr>
        <w:t>1:02:39  baat bolta hua.</w:t>
      </w:r>
      <w:r>
        <w:br/>
      </w:r>
      <w:r>
        <w:rPr>
          <w:sz w:val="20"/>
        </w:rPr>
        <w:t>1:02:40  aql jab nar hai to aadmi insincere ho jata hai, aur yeh jawab to bilkul insincere jawab hai.</w:t>
      </w:r>
    </w:p>
    <w:p>
      <w:pPr>
        <w:pStyle w:val="Heading2"/>
      </w:pPr>
      <w:r>
        <w:t>Why did political Islam ignore Prophet Yusuf?</w:t>
      </w:r>
    </w:p>
    <w:p>
      <w:r>
        <w:rPr>
          <w:color w:val="666666"/>
          <w:sz w:val="18"/>
        </w:rPr>
        <w:t>Seerah &amp; Prophet · Islam and Politics November 17, 2013 · 3m 47s · at 53:22 · https://youtu.be/LgKA8wg4NPc?t=3202</w:t>
      </w:r>
    </w:p>
    <w:p>
      <w:r>
        <w:rPr>
          <w:i/>
        </w:rPr>
        <w:t>“Prophet Yusuf was a slave and yet he was a caliph of God; he was running his khilafat while being a slave. Why have the promoters of political Islam ignored Prophet Yusuf completely?”</w:t>
      </w:r>
    </w:p>
    <w:p>
      <w:r>
        <w:rPr>
          <w:sz w:val="20"/>
        </w:rPr>
        <w:t>53:22  maulana agla sawal dilli se kya hai basit sahib ne</w:t>
      </w:r>
      <w:r>
        <w:br/>
      </w:r>
      <w:r>
        <w:rPr>
          <w:sz w:val="20"/>
        </w:rPr>
        <w:t>53:26  unhon ne likha hai prophet yusuf was a slave and yet he was a khalifa of god he was running his khilafat while being a slave why have the promoters of political islam ignored prophet yusuf completely jo khilafat ka lafz hazrat yusuf ke liye to istemal nahin hua hua aisa nahin hai quran mein yeh nahin kaha gaya ke hazrat yusuf zameen ke khalifa the</w:t>
      </w:r>
      <w:r>
        <w:br/>
      </w:r>
      <w:r>
        <w:rPr>
          <w:sz w:val="20"/>
        </w:rPr>
        <w:t>53:55  aisa to kuch nahin hai to yeh sawal jo hai ji yani is ka wazeh nahin hai ke is sawal ka matlab dekhen hazrat yusuf alaihissalam jo the quran se sabit hai ke deen mulk ka tha ma kaana liya khuz fi deen mulk</w:t>
      </w:r>
      <w:r>
        <w:br/>
      </w:r>
      <w:r>
        <w:rPr>
          <w:sz w:val="20"/>
        </w:rPr>
        <w:t>54:18  yani is waqt jo the jab ke hazrat hazrat hazrat yusuf ko koi position jo mili hui thi</w:t>
      </w:r>
      <w:r>
        <w:br/>
      </w:r>
      <w:r>
        <w:rPr>
          <w:sz w:val="20"/>
        </w:rPr>
        <w:t>54:25  is position ke bawajood wahan par jo deen tha yani wahan deen lafz qanoon ke mani mein hai</w:t>
      </w:r>
      <w:r>
        <w:br/>
      </w:r>
      <w:r>
        <w:rPr>
          <w:sz w:val="20"/>
        </w:rPr>
        <w:t>54:31  qanoon jo qanoon tha woh badshah ka tha to jab badshah qanoon tha to hazrat yusuf yani misr</w:t>
      </w:r>
      <w:r>
        <w:br/>
      </w:r>
      <w:r>
        <w:rPr>
          <w:sz w:val="20"/>
        </w:rPr>
        <w:t>54:41  ke khalifa to ho nahin sakte</w:t>
      </w:r>
      <w:r>
        <w:br/>
      </w:r>
      <w:r>
        <w:rPr>
          <w:sz w:val="20"/>
        </w:rPr>
        <w:t>54:44  misr ke khalifa to woh badshah hi tha</w:t>
      </w:r>
      <w:r>
        <w:br/>
      </w:r>
      <w:r>
        <w:rPr>
          <w:sz w:val="20"/>
        </w:rPr>
        <w:t>54:48  to hazrat yani hazrat yusuf ki jo misal hai woh yeh hai ke agar badshah se tum takrao na karo to sare mawaqif wale khul jayenge jo aaj maine kaha woh usi ki is ki misal hai woh hazrat yusuf ne badshah se koi political takrao nahin kiya</w:t>
      </w:r>
      <w:r>
        <w:br/>
      </w:r>
      <w:r>
        <w:rPr>
          <w:sz w:val="20"/>
        </w:rPr>
        <w:t>55:09  jaise sachin tendulkar ki misal mein di secular aitbar se ke sachin tendulkar ne hukumat se koi political takrao nahin kiya to kya hua non political king ban gaye woh non political king ban gaye woh to yeh secular misal hai</w:t>
      </w:r>
      <w:r>
        <w:br/>
      </w:r>
      <w:r>
        <w:rPr>
          <w:sz w:val="20"/>
        </w:rPr>
        <w:t>55:29  hazrat yusuf ki misal islami misal hai ke unhon ne badshah se takrao nahin kiya to woh bhi wahan par non political king ban gaye amalan kyunke woh sare mawaqe un ke liye khule hue the jis tarah chahe kaam karen</w:t>
      </w:r>
      <w:r>
        <w:br/>
      </w:r>
      <w:r>
        <w:rPr>
          <w:sz w:val="20"/>
        </w:rPr>
        <w:t>55:47  to bas main bataun hazrat yusuf ka jo mamla hai woh bohat zabardast misal hai is baat ki</w:t>
      </w:r>
      <w:r>
        <w:br/>
      </w:r>
      <w:r>
        <w:rPr>
          <w:sz w:val="20"/>
        </w:rPr>
        <w:t>55:54  baqi chunchke ab musalmanon ke upar musalmanon ke mani un ke jo rehnuma hain un ke jo jo so called leader hain un ke upar chhaya hua hai iqtadar to hazrat yusuf ki misal un ko dikhai nahin deti jab aap ke upar koi cheez chha jaye to aap band ho jate hain blind hubkash yumi wism to mohabbat siyasat logon par ghalib hai to logon ka andar andar bane hue hain</w:t>
      </w:r>
      <w:r>
        <w:br/>
      </w:r>
      <w:r>
        <w:rPr>
          <w:sz w:val="20"/>
        </w:rPr>
        <w:t>56:20  itni bari misal quran ki hai jisko asal al-qasas kaha gaya hai is ko is mein kuch un ko hidayat nahin milti kyunke unhon ne to political power ka qabza karna hai isi misr mein jis misr mein yeh misal hazrat yusuf ki hai isi misr mein political power ke liye khoon kharab ho raha hai aaj kal aap jante hain isi misr mein aur yeh sab arabi dan log hain in ko quran samajhne mein koi mushkil nahin hai to obsession bohat buri cheez hai</w:t>
      </w:r>
      <w:r>
        <w:br/>
      </w:r>
      <w:r>
        <w:rPr>
          <w:sz w:val="20"/>
        </w:rPr>
        <w:t>56:50  jab bhi aap ko political obsession ho jaye to aap blind ho jayenge kuch aap ko dikhai nahin dega yeh sare log sare log jo hain yeh hai in ka case jo hai political obsession ka case hai</w:t>
      </w:r>
    </w:p>
    <w:p>
      <w:pPr>
        <w:pStyle w:val="Heading2"/>
      </w:pPr>
      <w:r>
        <w:t>Why early Muslims forgot diversity and God's plan</w:t>
      </w:r>
    </w:p>
    <w:p>
      <w:r>
        <w:rPr>
          <w:color w:val="666666"/>
          <w:sz w:val="18"/>
        </w:rPr>
        <w:t>Seerah &amp; Prophet · Social Reform | December 22, 2013 | Maulana Wahiduddin Khan · 3m 44s · at 54:53 · https://youtu.be/kGP903BvDto?t=3293</w:t>
      </w:r>
    </w:p>
    <w:p>
      <w:r>
        <w:rPr>
          <w:i/>
        </w:rPr>
        <w:t>“Why did the next generation of Muslims immediately after Prophet Muhammad forget the importance of diversity and creation plan of God?”</w:t>
      </w:r>
    </w:p>
    <w:p>
      <w:r>
        <w:rPr>
          <w:sz w:val="20"/>
        </w:rPr>
        <w:t>54:53  Maulana, agla sawal Delhi se kiya hai Miss Naghma Siddiqui ne.</w:t>
      </w:r>
      <w:r>
        <w:br/>
      </w:r>
      <w:r>
        <w:rPr>
          <w:sz w:val="20"/>
        </w:rPr>
        <w:t>55:01  unhon ne likha hai: "Why did the next generation of Muslims immediately after Prophet</w:t>
      </w:r>
      <w:r>
        <w:br/>
      </w:r>
      <w:r>
        <w:rPr>
          <w:sz w:val="20"/>
        </w:rPr>
        <w:t>55:08  Muhammad forgot the importance of diversity and creation plan of God?" dekhiye, jahan tak main samajhta hoon, woh</w:t>
      </w:r>
      <w:r>
        <w:br/>
      </w:r>
      <w:r>
        <w:rPr>
          <w:sz w:val="20"/>
        </w:rPr>
        <w:t>55:18  yeh hai ke poori tareekh mein jo conditioning hui thi hazaron saal se, is conditioning ko Islam ne todna chaha.</w:t>
      </w:r>
      <w:r>
        <w:br/>
      </w:r>
      <w:r>
        <w:rPr>
          <w:sz w:val="20"/>
        </w:rPr>
        <w:t>55:29  lekin conditioning jo hai, kabhi bhi achanak nahi tootti hai.</w:t>
      </w:r>
      <w:r>
        <w:br/>
      </w:r>
      <w:r>
        <w:rPr>
          <w:sz w:val="20"/>
        </w:rPr>
        <w:t>55:39  toh waqti taur par toh ek mehdood is ka muzahira hua Makkah Madinah mein.</w:t>
      </w:r>
      <w:r>
        <w:br/>
      </w:r>
      <w:r>
        <w:rPr>
          <w:sz w:val="20"/>
        </w:rPr>
        <w:t>55:43  lekin is ko torne ke liye aur lamba aik process darkar tha.</w:t>
      </w:r>
      <w:r>
        <w:br/>
      </w:r>
      <w:r>
        <w:rPr>
          <w:sz w:val="20"/>
        </w:rPr>
        <w:t>55:47  woh Allah taala ne jari kiya.</w:t>
      </w:r>
      <w:r>
        <w:br/>
      </w:r>
      <w:r>
        <w:rPr>
          <w:sz w:val="20"/>
        </w:rPr>
        <w:t>55:51  mein samajhta hoon ke mojza zamane mein jo maghribi tehzeeb hai, is ne ziyada bare paane par is</w:t>
      </w:r>
      <w:r>
        <w:br/>
      </w:r>
      <w:r>
        <w:rPr>
          <w:sz w:val="20"/>
        </w:rPr>
        <w:t>55:54  conditioning ko toda hai.</w:t>
      </w:r>
      <w:r>
        <w:br/>
      </w:r>
      <w:r>
        <w:rPr>
          <w:sz w:val="20"/>
        </w:rPr>
        <w:t>55:58  to ab hamein ziyada moqa hai ke hum open mind ke sath baaton ko samjhein.</w:t>
      </w:r>
      <w:r>
        <w:br/>
      </w:r>
      <w:r>
        <w:rPr>
          <w:sz w:val="20"/>
        </w:rPr>
        <w:t>56:02  aur ziyada realistic approach hamare andar ho.</w:t>
      </w:r>
      <w:r>
        <w:br/>
      </w:r>
      <w:r>
        <w:rPr>
          <w:sz w:val="20"/>
        </w:rPr>
        <w:t>56:06  yeh sab baatein jo is jo</w:t>
      </w:r>
      <w:r>
        <w:br/>
      </w:r>
      <w:r>
        <w:rPr>
          <w:sz w:val="20"/>
        </w:rPr>
        <w:t>56:10  jo Islam ka jo nishana tha, is ke liye jo infrastructure darkar tha, jo mahaul darkar tha, woh</w:t>
      </w:r>
      <w:r>
        <w:br/>
      </w:r>
      <w:r>
        <w:rPr>
          <w:sz w:val="20"/>
        </w:rPr>
        <w:t>56:14  mojza zamane mein paida hua hai.</w:t>
      </w:r>
      <w:r>
        <w:br/>
      </w:r>
      <w:r>
        <w:rPr>
          <w:sz w:val="20"/>
        </w:rPr>
        <w:t>56:17  to it was but natural.</w:t>
      </w:r>
      <w:r>
        <w:br/>
      </w:r>
      <w:r>
        <w:rPr>
          <w:sz w:val="20"/>
        </w:rPr>
        <w:t>56:21  kyunke itni lamba conditioning achaanak toot nahin sakti thi.</w:t>
      </w:r>
      <w:r>
        <w:br/>
      </w:r>
      <w:r>
        <w:rPr>
          <w:sz w:val="20"/>
        </w:rPr>
        <w:t>56:25  to woh prevail kar gayi.</w:t>
      </w:r>
      <w:r>
        <w:br/>
      </w:r>
      <w:r>
        <w:rPr>
          <w:sz w:val="20"/>
        </w:rPr>
        <w:t>56:29  waqti tor par jo makkah madine mein jo halaat paida hue, is ke baad woh prevail kar gayi.</w:t>
      </w:r>
      <w:r>
        <w:br/>
      </w:r>
      <w:r>
        <w:rPr>
          <w:sz w:val="20"/>
        </w:rPr>
        <w:t>56:32  aur is ke asraat phir dobara aa gaye.</w:t>
      </w:r>
      <w:r>
        <w:br/>
      </w:r>
      <w:r>
        <w:rPr>
          <w:sz w:val="20"/>
        </w:rPr>
        <w:t>56:36  lekin phir dheere dheere aik gradual process ke tor par is ko khatam</w:t>
      </w:r>
      <w:r>
        <w:br/>
      </w:r>
      <w:r>
        <w:rPr>
          <w:sz w:val="20"/>
        </w:rPr>
        <w:t>56:40  kiya gaya.</w:t>
      </w:r>
      <w:r>
        <w:br/>
      </w:r>
      <w:r>
        <w:rPr>
          <w:sz w:val="20"/>
        </w:rPr>
        <w:t>56:44  aur ab mein samajhta hoon ke yani jo insaan ki azadi ko barqarar rakhte hue jitna khatma mumkin</w:t>
      </w:r>
      <w:r>
        <w:br/>
      </w:r>
      <w:r>
        <w:rPr>
          <w:sz w:val="20"/>
        </w:rPr>
        <w:t>56:48  tha, woh khatma ho chuka hai.</w:t>
      </w:r>
      <w:r>
        <w:br/>
      </w:r>
      <w:r>
        <w:rPr>
          <w:sz w:val="20"/>
        </w:rPr>
        <w:t>56:53  is wajah se hamare liye aaj jo opportunities hain, woh bilkul unlimited opportunities hain.</w:t>
      </w:r>
      <w:r>
        <w:br/>
      </w:r>
      <w:r>
        <w:rPr>
          <w:sz w:val="20"/>
        </w:rPr>
        <w:t>56:57  koi rukawat nahin hai.</w:t>
      </w:r>
      <w:r>
        <w:br/>
      </w:r>
      <w:r>
        <w:rPr>
          <w:sz w:val="20"/>
        </w:rPr>
        <w:t>57:01  siwaye is ke ke hum agar violence na karein, tashaddud na karein, to sari opportunities hamari khuli hui hain.</w:t>
      </w:r>
      <w:r>
        <w:br/>
      </w:r>
      <w:r>
        <w:rPr>
          <w:sz w:val="20"/>
        </w:rPr>
        <w:t>57:06  acha sir, Maulana, yeh sawal do</w:t>
      </w:r>
      <w:r>
        <w:br/>
      </w:r>
      <w:r>
        <w:rPr>
          <w:sz w:val="20"/>
        </w:rPr>
        <w:t>57:10  ha Qatar se kiya hai Maulana Abdul Basit sahib ne.</w:t>
      </w:r>
      <w:r>
        <w:br/>
      </w:r>
      <w:r>
        <w:rPr>
          <w:sz w:val="20"/>
        </w:rPr>
        <w:t>57:16  unhon ne likha hai: "Maulana, aap ne kaha tha ke apne aap ko ages ki aakhri had tak</w:t>
      </w:r>
      <w:r>
        <w:br/>
      </w:r>
      <w:r>
        <w:rPr>
          <w:sz w:val="20"/>
        </w:rPr>
        <w:t>57:22  le jana yeh sab se bari daryaft hai.</w:t>
      </w:r>
      <w:r>
        <w:br/>
      </w:r>
      <w:r>
        <w:rPr>
          <w:sz w:val="20"/>
        </w:rPr>
        <w:t>57:28  maulana, kya yeh har ek ke liye zaroori hai? aur kis tarah ise daryaft kiya jaye ga? rehnumai</w:t>
      </w:r>
      <w:r>
        <w:br/>
      </w:r>
      <w:r>
        <w:rPr>
          <w:sz w:val="20"/>
        </w:rPr>
        <w:t>57:34  farmaein. masla zaroori ka nahi hai. masla</w:t>
      </w:r>
      <w:r>
        <w:br/>
      </w:r>
      <w:r>
        <w:rPr>
          <w:sz w:val="20"/>
        </w:rPr>
        <w:t>57:40  daryaft khodawandi ka hai, marifat ka hai, jannat mein jagah paane ka hai.</w:t>
      </w:r>
      <w:r>
        <w:br/>
      </w:r>
      <w:r>
        <w:rPr>
          <w:sz w:val="20"/>
        </w:rPr>
        <w:t>57:45  koi kare ya na kare, lekin jo maut ke baad jo dunya aane wali hai, wahan jo is</w:t>
      </w:r>
      <w:r>
        <w:br/>
      </w:r>
      <w:r>
        <w:rPr>
          <w:sz w:val="20"/>
        </w:rPr>
        <w:t>57:51  ko maqam mile ga, woh isi ke sath mile ga.</w:t>
      </w:r>
      <w:r>
        <w:br/>
      </w:r>
      <w:r>
        <w:rPr>
          <w:sz w:val="20"/>
        </w:rPr>
        <w:t>57:56  aur koi kisi sifarish ki bina par akhirat mein kisi ko maqam milne wala nahi hai.</w:t>
      </w:r>
      <w:r>
        <w:br/>
      </w:r>
      <w:r>
        <w:rPr>
          <w:sz w:val="20"/>
        </w:rPr>
        <w:t>58:01  jitna is dunya mein aadmi apne aap ko develop kar paye ga, usi ke mutabiq woh akhirat mein</w:t>
      </w:r>
      <w:r>
        <w:br/>
      </w:r>
      <w:r>
        <w:rPr>
          <w:sz w:val="20"/>
        </w:rPr>
        <w:t>58:07  jagah paye ga.</w:t>
      </w:r>
      <w:r>
        <w:br/>
      </w:r>
      <w:r>
        <w:rPr>
          <w:sz w:val="20"/>
        </w:rPr>
        <w:t>58:12  aur is ki har cheez ki ek qeemat hoti hai.</w:t>
      </w:r>
      <w:r>
        <w:br/>
      </w:r>
      <w:r>
        <w:rPr>
          <w:sz w:val="20"/>
        </w:rPr>
        <w:t>58:17  to is ki bhi ek qeemat hai.</w:t>
      </w:r>
      <w:r>
        <w:br/>
      </w:r>
      <w:r>
        <w:rPr>
          <w:sz w:val="20"/>
        </w:rPr>
        <w:t>58:22  koi cheez baghair qeemat ke milti nahi hai.</w:t>
      </w:r>
      <w:r>
        <w:br/>
      </w:r>
      <w:r>
        <w:rPr>
          <w:sz w:val="20"/>
        </w:rPr>
        <w:t>58:27  to dunya mein apne aap ko is spiritual line par develop karne ki ek qeemat hai.</w:t>
      </w:r>
      <w:r>
        <w:br/>
      </w:r>
      <w:r>
        <w:rPr>
          <w:sz w:val="20"/>
        </w:rPr>
        <w:t>58:32  woh qeemat aap ada karein ge to aap ko is ka yeh reward mile ga.</w:t>
      </w:r>
    </w:p>
    <w:p>
      <w:pPr>
        <w:pStyle w:val="Heading2"/>
      </w:pPr>
      <w:r>
        <w:t>Why glorify only the Prophet and ignore others?</w:t>
      </w:r>
    </w:p>
    <w:p>
      <w:r>
        <w:rPr>
          <w:color w:val="666666"/>
          <w:sz w:val="18"/>
        </w:rPr>
        <w:t>Seerah &amp; Prophet · Prophetic Example | April 06, 2014 | Maulana Wahiduddin Khan · 3m 27s · at 1:00:57 · https://youtu.be/zTVjTJbStUU?t=3657</w:t>
      </w:r>
    </w:p>
    <w:p>
      <w:r>
        <w:rPr>
          <w:i/>
        </w:rPr>
        <w:t>“Why is it that Muslims have only glorified the Messenger of God and have left other prophets? Is this a form of imitation? Please explain.”</w:t>
      </w:r>
    </w:p>
    <w:p>
      <w:r>
        <w:rPr>
          <w:sz w:val="20"/>
        </w:rPr>
        <w:t>1:00:57  unhone likha hai ke why is it that Muslims have just glorified Rasool Allah and have left other prophets is it a form of imitation is ke bare mein bataein. Ab dekhiye main ek baat kahoon ga ke jitne log sunte hain hamari talk is mein sirf ek hi main ne paya hai Dr. Sakina ke aaj ki jo talk suni hai unhone is par unhone sawal kiya. Aur log kaha idhar</w:t>
      </w:r>
      <w:r>
        <w:br/>
      </w:r>
      <w:r>
        <w:rPr>
          <w:sz w:val="20"/>
        </w:rPr>
        <w:t>1:01:27  idhar ek sawal karte hain. Yeh jaisa tha ke mera bachcha aisa karta hai. To aap bachche ke sawal kyun karte hain? Aap khud kya suna aap ne talk mein us ko kyun nahin batate aap? Aap ka bachcha jo hai us ne kya kaha us ko yaad rakha hai aap ne? Aaj ki talk mein jo kuch main ne kaha us ko le kar kyun nahin sawal kiya aap ne? Mujhe yeh baat bohat ajeeb maloom hoti hai ke talk mein kya kya baatein aati hain Allah taala kya kya kehlata hain us ko le kar koi kuch kehta nahin. Ud</w:t>
      </w:r>
      <w:r>
        <w:br/>
      </w:r>
      <w:r>
        <w:rPr>
          <w:sz w:val="20"/>
        </w:rPr>
        <w:t>1:01:57  har udhar ki baat hai. Ke mere bachche ne aisa kaha aur falan aadmi ne aisa kaha falan aadmi ne aisa kaha yeh main is ko sawal nahin samajhta. Sawal yeh hai ke aaj ki talk rozana jo talk hoti hai is talk ko aap baghor sunen baghor. Aur phir us ko le kar koi question aap karen. Tab woh sahi sawal hoga. Aur main main Allah taala dua karta hoon Dr. Sakina ki ke yahi ek aisi hain jo sahi sawal karti hain. Un ka</w:t>
      </w:r>
      <w:r>
        <w:br/>
      </w:r>
      <w:r>
        <w:rPr>
          <w:sz w:val="20"/>
        </w:rPr>
        <w:t>1:02:27  sawal bilkul sahi sawal hota hai kyunke jis din ki talk hoti hai us ko sunti hain us par woh sawal bhejti hain apna. Kya un ka question kya hai? Ah Maulana Dr. Safina ka question tha ke why is it that Muslims have just glorified Rasool Allah and have left other prophets is it. Is ki zimmedar sare ulma hain. Sare ulma is ki zimmedar hain jinhone khud sakhta taur par ek nabi ko bada aur doosre ko chhota bana</w:t>
      </w:r>
      <w:r>
        <w:br/>
      </w:r>
      <w:r>
        <w:rPr>
          <w:sz w:val="20"/>
        </w:rPr>
        <w:t>1:02:57  diya.</w:t>
      </w:r>
      <w:r>
        <w:br/>
      </w:r>
      <w:r>
        <w:rPr>
          <w:sz w:val="20"/>
        </w:rPr>
        <w:t>1:03:01  saare ulama mujhe nahi lagta ke is mein kisi ka exception hai.</w:t>
      </w:r>
      <w:r>
        <w:br/>
      </w:r>
      <w:r>
        <w:rPr>
          <w:sz w:val="20"/>
        </w:rPr>
        <w:t>1:03:05  jinka haq nahi tha unhein.</w:t>
      </w:r>
      <w:r>
        <w:br/>
      </w:r>
      <w:r>
        <w:rPr>
          <w:sz w:val="20"/>
        </w:rPr>
        <w:t>1:03:09  saare hi ulama ne arab se le kar ajam tak ek nabi ko badhana doosre nabi ko ghatana.</w:t>
      </w:r>
      <w:r>
        <w:br/>
      </w:r>
      <w:r>
        <w:rPr>
          <w:sz w:val="20"/>
        </w:rPr>
        <w:t>1:03:12  wahi is ke zimmedaar hain.</w:t>
      </w:r>
      <w:r>
        <w:br/>
      </w:r>
      <w:r>
        <w:rPr>
          <w:sz w:val="20"/>
        </w:rPr>
        <w:t>1:03:16  unhein bhool gayi aayat ke la nufarruq baina adil rasool.</w:t>
      </w:r>
      <w:r>
        <w:br/>
      </w:r>
      <w:r>
        <w:rPr>
          <w:sz w:val="20"/>
        </w:rPr>
        <w:t>1:03:20  to isi ki to hum correction kar rahe hain isi ki tasheeh kar rahe hain.</w:t>
      </w:r>
      <w:r>
        <w:br/>
      </w:r>
      <w:r>
        <w:rPr>
          <w:sz w:val="20"/>
        </w:rPr>
        <w:t>1:03:24  zara gussa hota hai.</w:t>
      </w:r>
      <w:r>
        <w:br/>
      </w:r>
      <w:r>
        <w:rPr>
          <w:sz w:val="20"/>
        </w:rPr>
        <w:t>1:03:28  Abhi bhi dekhiye kal parson ki baat hai ek sahib ka mere paas telephone aaya ke aap doosron ka role nahin mante. Mujhe bohat hi takleef hoti hai aise sawal par. Doosre ka role kya kya cheez hai? Woh aap janiye aap likhiye hamara hamara ek hamara subject nahin hai ke doosron ka role. Yaani abhi kal parson ki baat hai ek sahib ka telephone jo mere paas aaya wohi baat unhone shikayat ki ke doosron ka role. Hamara subject yeh nahin hai ke doosron ka role na bata</w:t>
      </w:r>
      <w:r>
        <w:br/>
      </w:r>
      <w:r>
        <w:rPr>
          <w:sz w:val="20"/>
        </w:rPr>
        <w:t>1:03:58  aayein.</w:t>
      </w:r>
      <w:r>
        <w:br/>
      </w:r>
      <w:r>
        <w:rPr>
          <w:sz w:val="20"/>
        </w:rPr>
        <w:t>1:04:01  tum ko batana batao tum.</w:t>
      </w:r>
      <w:r>
        <w:br/>
      </w:r>
      <w:r>
        <w:rPr>
          <w:sz w:val="20"/>
        </w:rPr>
        <w:t>1:04:04  tum kitabein likh daalo.</w:t>
      </w:r>
      <w:r>
        <w:br/>
      </w:r>
      <w:r>
        <w:rPr>
          <w:sz w:val="20"/>
        </w:rPr>
        <w:t>1:04:08  insaan aur repeater likh daalo.</w:t>
      </w:r>
      <w:r>
        <w:br/>
      </w:r>
      <w:r>
        <w:rPr>
          <w:sz w:val="20"/>
        </w:rPr>
        <w:t>1:04:11  hamara subject sirf yeh hai ke islam keh ya marifat keh ya dawat keh ya.</w:t>
      </w:r>
      <w:r>
        <w:br/>
      </w:r>
      <w:r>
        <w:rPr>
          <w:sz w:val="20"/>
        </w:rPr>
        <w:t>1:04:14  hum se koi yeh umeed na rakhe ke hum doosron ke role batane ke liye kitabein likhenge.</w:t>
      </w:r>
      <w:r>
        <w:br/>
      </w:r>
      <w:r>
        <w:rPr>
          <w:sz w:val="20"/>
        </w:rPr>
        <w:t>1:04:18  hamare subject nahi hai.</w:t>
      </w:r>
      <w:r>
        <w:br/>
      </w:r>
      <w:r>
        <w:rPr>
          <w:sz w:val="20"/>
        </w:rPr>
        <w:t>1:04:21  jisko likhna hai likhe woh.</w:t>
      </w:r>
    </w:p>
    <w:p>
      <w:pPr>
        <w:pStyle w:val="Heading2"/>
      </w:pPr>
      <w:r>
        <w:t>Why is breaking idols wrong when Prophet did it?</w:t>
      </w:r>
    </w:p>
    <w:p>
      <w:r>
        <w:rPr>
          <w:color w:val="666666"/>
          <w:sz w:val="18"/>
        </w:rPr>
        <w:t>Seerah &amp; Prophet · Problem and Shukr March 15, 2015 · 2m 19s · at 43:38 · https://youtu.be/SPBsXjH1hzM?t=2618</w:t>
      </w:r>
    </w:p>
    <w:p>
      <w:r>
        <w:rPr>
          <w:i/>
        </w:rPr>
        <w:t>“Maulana, you said in your March 8 speech that breaking idols by Taliban or ISIS is wrong. But from the Seerah, it is known that after the conquest of Mecca, the Prophet sent companions to break the idols of Arabia, e.g., Khalid bin Walid to break the idol of Uzza, Amr bin al-As to Suwa, Abu Sufyan and Mughira to break Lat, etc. Why is it wrong when the Prophet did it?”</w:t>
      </w:r>
    </w:p>
    <w:p>
      <w:r>
        <w:rPr>
          <w:sz w:val="20"/>
        </w:rPr>
        <w:t>43:38  Maulana, yeh sawal jo aaya hai woh Noida se hai Muhammad Ameer Siddiqui sahab ka, aur unhone likha hai ke Maulana, aap ne 8 March ki taqreer mein yeh kaha tha ke butkhana jo aaj kal Taliban ya ISIS wale tod rahe hain, woh galat hai.</w:t>
      </w:r>
      <w:r>
        <w:br/>
      </w:r>
      <w:r>
        <w:rPr>
          <w:sz w:val="20"/>
        </w:rPr>
        <w:t>44:00  magar seerat se yeh maloom hota hai ke fateh e Makkah ke baad Rasool Allah ne apne kuch sahaba ko Arab ke butkhanon ko todne ke liye bheja tha, maslan Khalid bin Waleed ko Uzza ka but todne ke liye bheja,</w:t>
      </w:r>
      <w:r>
        <w:br/>
      </w:r>
      <w:r>
        <w:rPr>
          <w:sz w:val="20"/>
        </w:rPr>
        <w:t>44:16  Amr bin Al-Aas ko Suwa ke liye, Abu Sufyan aur Mughira ko, Mughira bin Shuba ko Laat ke liye waghera.</w:t>
      </w:r>
      <w:r>
        <w:br/>
      </w:r>
      <w:r>
        <w:rPr>
          <w:sz w:val="20"/>
        </w:rPr>
        <w:t>44:26  in tamam logon ne Arabon ke butkhanon ko destroy kar diya.</w:t>
      </w:r>
      <w:r>
        <w:br/>
      </w:r>
      <w:r>
        <w:rPr>
          <w:sz w:val="20"/>
        </w:rPr>
        <w:t>44:31  is ki wazahat farmayein. Yeh waqiat Seerat un Nabi, Shibli Nomani, volume 1, page 339 mein maujood hain. Dekhiye, is se koi talluq nahi hai.</w:t>
      </w:r>
      <w:r>
        <w:br/>
      </w:r>
      <w:r>
        <w:rPr>
          <w:sz w:val="20"/>
        </w:rPr>
        <w:t>44:42  historical monument ka mamla alag hai, woh mamla alag hai. Woh aqeedah ka mamla hai jis ko toda hai unhone. Wahan na aqeedah ka mamla tha, na shirk ka mamla tha, wahan k</w:t>
      </w:r>
      <w:r>
        <w:br/>
      </w:r>
      <w:r>
        <w:rPr>
          <w:sz w:val="20"/>
        </w:rPr>
        <w:t>44:53  ch bhi nahi tha. Woh to sirf ek khandar tha, bas. Aur wahan jo tha, woh yaani shirk ko khatam karna Allah ka Rasool ka nishana tha.</w:t>
      </w:r>
      <w:r>
        <w:br/>
      </w:r>
      <w:r>
        <w:rPr>
          <w:sz w:val="20"/>
        </w:rPr>
        <w:t>45:03  to woh living shirk ke adde the, woh. Aur woh kya? Woh to kuch bhi nahi, woh to khandar hai. Ya aap log jo hain, galat tareekhein padhte hain, galat tareekhein padh kar ke yeh sab zeh</w:t>
      </w:r>
      <w:r>
        <w:br/>
      </w:r>
      <w:r>
        <w:rPr>
          <w:sz w:val="20"/>
        </w:rPr>
        <w:t>45:15  n banta hai. Aap ko main kahunga ke meri kitab padhiye, "Ghaur al-Inqilab" aur woh seerat par meri kai kitabein hain, us ko padhiye.</w:t>
      </w:r>
      <w:r>
        <w:br/>
      </w:r>
      <w:r>
        <w:rPr>
          <w:sz w:val="20"/>
        </w:rPr>
        <w:t>45:27  yeh galat tareekhein padh padh ke aap ko zehn yeh banaya.</w:t>
      </w:r>
      <w:r>
        <w:br/>
      </w:r>
      <w:r>
        <w:rPr>
          <w:sz w:val="20"/>
        </w:rPr>
        <w:t>45:30  khulasa yeh hai ke Arab mein jo butkhane the, woh living adde the, zinda adde the shirk ke. Aur Iraq mein jis ko toda gaya hai, woh to taqreeban teen hazar saal pehle ka khandar tha, is ka koi woh shirk se koi talluq nahi tha.</w:t>
      </w:r>
      <w:r>
        <w:br/>
      </w:r>
      <w:r>
        <w:rPr>
          <w:sz w:val="20"/>
        </w:rPr>
        <w:t>45:47  ab to woh siyahon ki cheez thi, woh siyahon ki cheez thi. Ji</w:t>
      </w:r>
    </w:p>
    <w:p>
      <w:pPr>
        <w:pStyle w:val="Heading2"/>
      </w:pPr>
      <w:r>
        <w:t>Why is lesson from Sulh Hudaibiya not taught?</w:t>
      </w:r>
    </w:p>
    <w:p>
      <w:r>
        <w:rPr>
          <w:color w:val="666666"/>
          <w:sz w:val="18"/>
        </w:rPr>
        <w:t>Seerah &amp; Prophet · How to Manage Controversy 10 Nov 2019 - Maulana Wahiduddin Khan · 4m 03s · at 42:46 · https://youtu.be/UafTzJXHrSA?t=2566</w:t>
      </w:r>
    </w:p>
    <w:p>
      <w:r>
        <w:rPr>
          <w:i/>
        </w:rPr>
        <w:t>“Sulh Hudaibiya incident, what we learned from Maulana? I have never heard from any person or scholar in Pakistan, even though we are reading about it since school days, and it is still in the course. Maulana, what is the reason that we never draw this important lesson from this incident?”</w:t>
      </w:r>
    </w:p>
    <w:p>
      <w:r>
        <w:rPr>
          <w:sz w:val="20"/>
        </w:rPr>
        <w:t>42:46  tariq tariq badr sahib ne Pakistan se sawal bheja hai, unhone likha hai: "sulh hudaybiyyah incident, what we learned from Maulana,</w:t>
      </w:r>
      <w:r>
        <w:br/>
      </w:r>
      <w:r>
        <w:rPr>
          <w:sz w:val="20"/>
        </w:rPr>
        <w:t>42:57  i have never heard from any person or scholar in Pakistan, even though we are reading about it since our school days, and it is still in the course.</w:t>
      </w:r>
      <w:r>
        <w:br/>
      </w:r>
      <w:r>
        <w:rPr>
          <w:sz w:val="20"/>
        </w:rPr>
        <w:t>43:08  Maulana, what is the reason that we never draw this important lesson from this incident?</w:t>
      </w:r>
      <w:r>
        <w:br/>
      </w:r>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r>
        <w:br/>
      </w:r>
      <w:r>
        <w:rPr>
          <w:sz w:val="20"/>
        </w:rPr>
        <w:t>45:37  maulana, agla comment aaya hai abdul aziz chous sahib se, ah in delhi se.</w:t>
      </w:r>
      <w:r>
        <w:br/>
      </w:r>
      <w:r>
        <w:rPr>
          <w:sz w:val="20"/>
        </w:rPr>
        <w:t>45:46  unhon ne likha hai: "upon ayodhya word death, i realized why my father usman chous used to say al risala, waqt ka khudai intezam hai,</w:t>
      </w:r>
      <w:r>
        <w:br/>
      </w:r>
      <w:r>
        <w:rPr>
          <w:sz w:val="20"/>
        </w:rPr>
        <w:t>45:58  alhamdulillah." maulana, agla comment bheja hai riyaz bhat sahib ne bangalore se. unhon ne likha hai: "today lesson of management of issue was very important to rejuvenate our efforts to our mission.</w:t>
      </w:r>
      <w:r>
        <w:br/>
      </w:r>
      <w:r>
        <w:rPr>
          <w:sz w:val="20"/>
        </w:rPr>
        <w:t>46:14  i remember an important expression of american athlete jesse owens, who said: 'every long jumper takes some steps backward to ensure his longest jump.' i feel biggest problem towards resolution of controversies is ones ego,</w:t>
      </w:r>
      <w:r>
        <w:br/>
      </w:r>
      <w:r>
        <w:rPr>
          <w:sz w:val="20"/>
        </w:rPr>
        <w:t>46:34  hence we should work in shunning of egoistic attitude." maulana sahib, am i right in this?</w:t>
      </w:r>
      <w:r>
        <w:br/>
      </w:r>
      <w:r>
        <w:rPr>
          <w:sz w:val="20"/>
        </w:rPr>
        <w:t>46:42  bilkul sahi hai, aap ne jo kaha bilkul theek baat hai.</w:t>
      </w:r>
    </w:p>
    <w:p>
      <w:pPr>
        <w:pStyle w:val="Heading2"/>
      </w:pPr>
      <w:r>
        <w:t>Why no female prophets in Islam</w:t>
      </w:r>
    </w:p>
    <w:p>
      <w:r>
        <w:rPr>
          <w:color w:val="666666"/>
          <w:sz w:val="18"/>
        </w:rPr>
        <w:t>Seerah &amp; Prophet · Hadith Word of Wisdom August 31, 2014 · 2m 02s · at 58:05 · https://youtu.be/fv4eRJRe8dk?t=3485</w:t>
      </w:r>
    </w:p>
    <w:p>
      <w:r>
        <w:rPr>
          <w:i/>
        </w:rPr>
        <w:t>“If men and women are the same gender and are helpers in the work of dawah, then why did Allah not make messengers and prophets from among women? Please clarify.”</w:t>
      </w:r>
    </w:p>
    <w:p>
      <w:r>
        <w:rPr>
          <w:sz w:val="20"/>
        </w:rPr>
        <w:t>58:05  maulana, agla sawal syed ayub shah sahib ka hai, jo hyderabad se unhon ne sawal kiya hai, aur</w:t>
      </w:r>
      <w:r>
        <w:br/>
      </w:r>
      <w:r>
        <w:rPr>
          <w:sz w:val="20"/>
        </w:rPr>
        <w:t>58:11  unhon ne likha hai ke "agar mard aur aurat ek hi gender hain aur dawat ke kaam mein</w:t>
      </w:r>
      <w:r>
        <w:br/>
      </w:r>
      <w:r>
        <w:rPr>
          <w:sz w:val="20"/>
        </w:rPr>
        <w:t>58:16  muawin o madadgar hain, to Allah ne auraton mein se rasool aur paighambar kyun nahin banaye?" is ko wazeh karen.</w:t>
      </w:r>
      <w:r>
        <w:br/>
      </w:r>
      <w:r>
        <w:rPr>
          <w:sz w:val="20"/>
        </w:rPr>
        <w:t>58:22  is ki koi zaroorat hi nahin ke har har is mein auraton mein hi paighambar hon.</w:t>
      </w:r>
      <w:r>
        <w:br/>
      </w:r>
      <w:r>
        <w:rPr>
          <w:sz w:val="20"/>
        </w:rPr>
        <w:t>58:27  is ki main nahin samajhta ke is ki koi zaroorat hai.</w:t>
      </w:r>
      <w:r>
        <w:br/>
      </w:r>
      <w:r>
        <w:rPr>
          <w:sz w:val="20"/>
        </w:rPr>
        <w:t>58:33  yeh to, yani har ek mard bhi, aurat bhi, dono ek doosre ke saathi banen.</w:t>
      </w:r>
      <w:r>
        <w:br/>
      </w:r>
      <w:r>
        <w:rPr>
          <w:sz w:val="20"/>
        </w:rPr>
        <w:t>58:39  asal cheez is ki hai, baat saathi banne ki hai.</w:t>
      </w:r>
      <w:r>
        <w:br/>
      </w:r>
      <w:r>
        <w:rPr>
          <w:sz w:val="20"/>
        </w:rPr>
        <w:t>58:44  is ki baat nahi hai ke is mein bhi peghambar hon.</w:t>
      </w:r>
      <w:r>
        <w:br/>
      </w:r>
      <w:r>
        <w:rPr>
          <w:sz w:val="20"/>
        </w:rPr>
        <w:t>58:50  yani agar, yani aurat bhi agar peghambar hoti to is mein koi khaas baat ho jati.</w:t>
      </w:r>
      <w:r>
        <w:br/>
      </w:r>
      <w:r>
        <w:rPr>
          <w:sz w:val="20"/>
        </w:rPr>
        <w:t>58:55  mein samajhta hoon ke khaas baat yeh nahi hai.</w:t>
      </w:r>
      <w:r>
        <w:br/>
      </w:r>
      <w:r>
        <w:rPr>
          <w:sz w:val="20"/>
        </w:rPr>
        <w:t>59:01  khaas baat yeh hai ke logon mein yeh ho ke ek doosre ka, yani woh ek doosre ko share karen.</w:t>
      </w:r>
      <w:r>
        <w:br/>
      </w:r>
      <w:r>
        <w:rPr>
          <w:sz w:val="20"/>
        </w:rPr>
        <w:t>59:06  jaise Hazrat Aisha ki misaal hai, Hazrat Aisha peghambar nahi theen, lekin Rasool Allah se un ke jo</w:t>
      </w:r>
      <w:r>
        <w:br/>
      </w:r>
      <w:r>
        <w:rPr>
          <w:sz w:val="20"/>
        </w:rPr>
        <w:t>59:12  seekha, rozana, rozana, rozana, is ke nateejay mein woh Rasool Allah ki fawataat ke baad taqreeban pachas saal</w:t>
      </w:r>
      <w:r>
        <w:br/>
      </w:r>
      <w:r>
        <w:rPr>
          <w:sz w:val="20"/>
        </w:rPr>
        <w:t>59:18  tak ummat ko, yani hikmat aur deen aur wisdom ki baaten batati raheen.</w:t>
      </w:r>
      <w:r>
        <w:br/>
      </w:r>
      <w:r>
        <w:rPr>
          <w:sz w:val="20"/>
        </w:rPr>
        <w:t>59:23  Hazrat Aisha ki jo istinbaataat hain, woh bohat aham samjhate hain.</w:t>
      </w:r>
      <w:r>
        <w:br/>
      </w:r>
      <w:r>
        <w:rPr>
          <w:sz w:val="20"/>
        </w:rPr>
        <w:t>59:29  to peghambar hona zaroori nahi hai, yani peghambar hoti hain ya na hoti hain, jo kaam unhon ne</w:t>
      </w:r>
      <w:r>
        <w:br/>
      </w:r>
      <w:r>
        <w:rPr>
          <w:sz w:val="20"/>
        </w:rPr>
        <w:t>59:34  kiya, woh is ki ahmiyat asal mein hai.</w:t>
      </w:r>
      <w:r>
        <w:br/>
      </w:r>
      <w:r>
        <w:rPr>
          <w:sz w:val="20"/>
        </w:rPr>
        <w:t>59:40  to mein samajhta hoon ke ek, yeh, yeh, yeh, woh is, is zehan ke tehat yeh sawal hai</w:t>
      </w:r>
      <w:r>
        <w:br/>
      </w:r>
      <w:r>
        <w:rPr>
          <w:sz w:val="20"/>
        </w:rPr>
        <w:t>59:46  ke gender equality hona chahiye.</w:t>
      </w:r>
      <w:r>
        <w:br/>
      </w:r>
      <w:r>
        <w:rPr>
          <w:sz w:val="20"/>
        </w:rPr>
        <w:t>59:51  jaisa mard, waisa aurat, jaisa aurat, waisa mard.</w:t>
      </w:r>
      <w:r>
        <w:br/>
      </w:r>
      <w:r>
        <w:rPr>
          <w:sz w:val="20"/>
        </w:rPr>
        <w:t>59:57  mein zaati taur par is ko koi ahmiyat nahi samajhta.</w:t>
      </w:r>
      <w:r>
        <w:br/>
      </w:r>
      <w:r>
        <w:rPr>
          <w:sz w:val="20"/>
        </w:rPr>
        <w:t>1:00:02  mein, jaise ke mein ne arz kiya ke gender equality asal nahi, but gender partnership asal hai.</w:t>
      </w:r>
    </w:p>
    <w:p>
      <w:pPr>
        <w:pStyle w:val="Heading2"/>
      </w:pPr>
      <w:r>
        <w:t>Why only last Prophet as model?</w:t>
      </w:r>
    </w:p>
    <w:p>
      <w:r>
        <w:rPr>
          <w:color w:val="666666"/>
          <w:sz w:val="18"/>
        </w:rPr>
        <w:t>Seerah &amp; Prophet · Experience of Hyderabad CPS Meet December 1, 2013 · 3m 05s · at 1:08:54 · https://youtu.be/Y8mcxF2Lhyc?t=4134</w:t>
      </w:r>
    </w:p>
    <w:p>
      <w:r>
        <w:rPr>
          <w:i/>
        </w:rPr>
        <w:t>“Why do some Muslims believe that only the life of the last Prophet is a model for us and not for any other prophet? They do believe in all the prophets.”</w:t>
      </w:r>
    </w:p>
    <w:p>
      <w:r>
        <w:rPr>
          <w:sz w:val="20"/>
        </w:rPr>
        <w:t>1:08:54  maulana, agla sawal ajmer se hai doctor safina tabassum ka.</w:t>
      </w:r>
      <w:r>
        <w:br/>
      </w:r>
      <w:r>
        <w:rPr>
          <w:sz w:val="20"/>
        </w:rPr>
        <w:t>1:09:00  unhone likha hai: "maulana sahib, why do some muslims believe that only life of last prophet is a model for us and not for any other prophet?" although they believe in all the prophets.</w:t>
      </w:r>
      <w:r>
        <w:br/>
      </w:r>
      <w:r>
        <w:rPr>
          <w:sz w:val="20"/>
        </w:rPr>
        <w:t>1:09:17  dekhiye, yeh is mein do baatein hain.</w:t>
      </w:r>
      <w:r>
        <w:br/>
      </w:r>
      <w:r>
        <w:rPr>
          <w:sz w:val="20"/>
        </w:rPr>
        <w:t>1:09:22  dekhiye, rasool Allah sallallahu alaihi wasallam jo hain, woh</w:t>
      </w:r>
      <w:r>
        <w:br/>
      </w:r>
      <w:r>
        <w:rPr>
          <w:sz w:val="20"/>
        </w:rPr>
        <w:t>1:09:28  namuna hamare liye hain is sense mein ke aap ki zindagi mehfooz hai. jo jis ko hum kehte hain sunnat rasool, woh ek mehfooz hai, kisi aur paighambar ki mehfooz nahin hai</w:t>
      </w:r>
      <w:r>
        <w:br/>
      </w:r>
      <w:r>
        <w:rPr>
          <w:sz w:val="20"/>
        </w:rPr>
        <w:t>1:09:44  is bana par. lekin jahan tak doosre paighambar hain, khud quran mein aisi ayat maujood hai ke saare paighambar ko namuna bataya gaya hai. lekin zahir hai ke hum doosre paighambaron ke isi namune ko apna payenge jo sabit ho quran se ya hadith se.</w:t>
      </w:r>
      <w:r>
        <w:br/>
      </w:r>
      <w:r>
        <w:rPr>
          <w:sz w:val="20"/>
        </w:rPr>
        <w:t>1:10:03  jaise main ne kal wahan hyderabad mein ek baat kahi thi ke hazrat yunus alaihi assalam, yunus alaihi assalam ko lijiye, unki zindagi mein ek namuna hai jo kisi aur paighambar</w:t>
      </w:r>
      <w:r>
        <w:br/>
      </w:r>
      <w:r>
        <w:rPr>
          <w:sz w:val="20"/>
        </w:rPr>
        <w:t>1:10:13  ka nahin. woh namuna yeh hai ke iraq ke shehar ninwa mein aaye the, woh dawat di, dawat di, dawat di.</w:t>
      </w:r>
      <w:r>
        <w:br/>
      </w:r>
      <w:r>
        <w:rPr>
          <w:sz w:val="20"/>
        </w:rPr>
        <w:t>1:10:21  unhone aur phir unko yeh unki samajh mein aaya ke yeh qaum manne wali nahin hai, isko chhod kar ke chale gaye.</w:t>
      </w:r>
      <w:r>
        <w:br/>
      </w:r>
      <w:r>
        <w:rPr>
          <w:sz w:val="20"/>
        </w:rPr>
        <w:t>1:10:32  lekin Allah taala ne pasand nahin kiya isko, to unko tauba hui aur phir lotay. to jab lotay to phir saare shehar ke logon ne islam, unka deen qabool kar liya, hatta ke badshah ne bhi.</w:t>
      </w:r>
      <w:r>
        <w:br/>
      </w:r>
      <w:r>
        <w:rPr>
          <w:sz w:val="20"/>
        </w:rPr>
        <w:t>1:10:44  is mein kya namuna hai?</w:t>
      </w:r>
      <w:r>
        <w:br/>
      </w:r>
      <w:r>
        <w:rPr>
          <w:sz w:val="20"/>
        </w:rPr>
        <w:t>1:10:46  yeh namuna yeh hai ke kisi bhi point par aap ko mayoos nahin hona chahiye, kyunke kya maloom aaj aap mayoos ho jayen aur chhod den is ko, aur kal woh unke andar change aane wala ho.</w:t>
      </w:r>
      <w:r>
        <w:br/>
      </w:r>
      <w:r>
        <w:rPr>
          <w:sz w:val="20"/>
        </w:rPr>
        <w:t>1:11:03  aap kal ko nahin jante, to present ko le kar faisla nahin karna chahiye, balke future ka inkar karna chahiye.</w:t>
      </w:r>
      <w:r>
        <w:br/>
      </w:r>
      <w:r>
        <w:rPr>
          <w:sz w:val="20"/>
        </w:rPr>
        <w:t>1:11:13  wait and see, wait and see,</w:t>
      </w:r>
      <w:r>
        <w:br/>
      </w:r>
      <w:r>
        <w:rPr>
          <w:sz w:val="20"/>
        </w:rPr>
        <w:t>1:11:15  yeh namuna hai. doosre to doosre paighambaron ka jo namuna sabit shiddat tor par hamein mil jaye, woh itna hi mustarad ho jayega jitna ke rasool Allah sallallahu alaihi wasallam ka namuna hai.</w:t>
      </w:r>
      <w:r>
        <w:br/>
      </w:r>
      <w:r>
        <w:rPr>
          <w:sz w:val="20"/>
        </w:rPr>
        <w:t>1:11:26  to asal cheez hai, yaani authenticity. yeh nahi ke rasool Allah namoona hai, doosra namoona nahi hai. masla authenticity ka hai.</w:t>
      </w:r>
      <w:r>
        <w:br/>
      </w:r>
      <w:r>
        <w:rPr>
          <w:sz w:val="20"/>
        </w:rPr>
        <w:t>1:11:36  jo namoona bhi, chahe koi bhi peghamabar ho, Khuda mein foobah hota ho, muqtadir</w:t>
      </w:r>
      <w:r>
        <w:br/>
      </w:r>
      <w:r>
        <w:rPr>
          <w:sz w:val="20"/>
        </w:rPr>
        <w:t>1:11:42  har peghamabar ke baray mein kaha gaya hai ke un ke namoonon ko pakro. to jo namoona authentic tor par, sabit shuda tor par hamein maloom ho jaye, to woh hamare liye waise hi qabil-e-taqleed ho jaye ga jaise ke rasool Allah sal Allah alaihi wasallam ka namoona.</w:t>
      </w:r>
      <w:r>
        <w:br/>
      </w:r>
      <w:r>
        <w:rPr>
          <w:sz w:val="20"/>
        </w:rPr>
        <w:t>1:12:00  Maulana, unhon ne ek aur sawal kiya hai. unhon ne likha hai: "Maulana, you mention that qayamat will not come until and unless people are made aware.</w:t>
      </w:r>
    </w:p>
    <w:p>
      <w:pPr>
        <w:pStyle w:val="Heading2"/>
      </w:pPr>
      <w:r>
        <w:t>Why recite when path to Jannah is difficult?</w:t>
      </w:r>
    </w:p>
    <w:p>
      <w:r>
        <w:rPr>
          <w:color w:val="666666"/>
          <w:sz w:val="18"/>
        </w:rPr>
        <w:t>Seerah &amp; Prophet · Divine Ideology of Life I 11 July 2010 · 4m 32s · at 1:18:38 · https://youtu.be/wOmHVfyjMJY?t=4718</w:t>
      </w:r>
    </w:p>
    <w:p>
      <w:r>
        <w:rPr>
          <w:i/>
        </w:rPr>
        <w:t>“When Prophet Muhammad went on Miraj, he was shown Jannah there. He was also shown the path to Jannah, which he found to be full of difficulties. After seeing this path, the Prophet said: 'Very few people of my Ummah will enter into Jannah because the path is very difficult.' Maulana, my question to you is: when the path is so difficult, then how come some maulvis advise us to recite...”</w:t>
      </w:r>
    </w:p>
    <w:p>
      <w:r>
        <w:rPr>
          <w:sz w:val="20"/>
        </w:rPr>
        <w:t>1:18:38  Maulana, agla sawal aaya hai Miss Gul Zeebah Ahmed ka Maryland, USA se. She has written: "Maulana, first I would like to thank you for your great advice at a teleconference meeting early morning today.</w:t>
      </w:r>
      <w:r>
        <w:br/>
      </w:r>
      <w:r>
        <w:rPr>
          <w:sz w:val="20"/>
        </w:rPr>
        <w:t>1:18:53  My question is: when Prophet Muhammad went on Miraj, he was shown Jannah there. He was also shown the path to Jannah, which he found to be full of difficulties.</w:t>
      </w:r>
      <w:r>
        <w:br/>
      </w:r>
      <w:r>
        <w:rPr>
          <w:sz w:val="20"/>
        </w:rPr>
        <w:t>1:19:07  After seeing this path, the Prophet said: 'Very few people of my Ummah will enter into Jannah because the path is very difficult.' Maulana, my question to you is: when the path is so difficult, then how come some molvis advise us to recite some Surahs and Duas every day to get to Jannah?"</w:t>
      </w:r>
      <w:r>
        <w:br/>
      </w:r>
      <w:r>
        <w:rPr>
          <w:sz w:val="20"/>
        </w:rPr>
        <w:t>1:19:33  woh to mein ne abhi aap ne kaha hai aap ne is mein ke us waqt jo Islam hai woh to Islam ka reduced form hai. yani mein to khud se ek Islam ka form bana liya hai.</w:t>
      </w:r>
      <w:r>
        <w:br/>
      </w:r>
      <w:r>
        <w:rPr>
          <w:sz w:val="20"/>
        </w:rPr>
        <w:t>1:19:47  reduced bhi nahi hai, invited form hai woh. yeh to bilkul yeh yani 100 percent yeh baseless hai.</w:t>
      </w:r>
      <w:r>
        <w:br/>
      </w:r>
      <w:r>
        <w:rPr>
          <w:sz w:val="20"/>
        </w:rPr>
        <w:t>1:19:55  yeh sab cheezein yeh bohat jannat, woh bohat jannat, yeh sab bilkul baseless hai. 100 percent baseless hai.</w:t>
      </w:r>
      <w:r>
        <w:br/>
      </w:r>
      <w:r>
        <w:rPr>
          <w:sz w:val="20"/>
        </w:rPr>
        <w:t>1:20:02  yeh Surah ko parh lene se yeh falan waqt do rakat namaz parh lo, falan yeh falan jagah chale jao, falan jagah chale jao, jannat mil jayegi. yeh sab bilkul baseless baatein hain.</w:t>
      </w:r>
      <w:r>
        <w:br/>
      </w:r>
      <w:r>
        <w:rPr>
          <w:sz w:val="20"/>
        </w:rPr>
        <w:t>1:20:14  yaad rakhiye, jannat ke liye jo formula Quran mein bataya gaya hai woh yeh hai: zala jaza wa man tazakka</w:t>
      </w:r>
      <w:r>
        <w:br/>
      </w:r>
      <w:r>
        <w:rPr>
          <w:sz w:val="20"/>
        </w:rPr>
        <w:t>1:20:23  yani jannat us ke liye jis ne apna tazkiya kiya. tazkiya kiya, yeh nahi ke subah koi ayat padh li, shaam ko ayat padh li to bas jannat mein chala gaya.</w:t>
      </w:r>
      <w:r>
        <w:br/>
      </w:r>
      <w:r>
        <w:rPr>
          <w:sz w:val="20"/>
        </w:rPr>
        <w:t>1:20:33  yeh to bilkul hi ridiculous hai, ridiculous. tazkiya kiya yani apne aap ko purify kiya. zalik jaza wa man tazka jannat us ke liye jis ne apne aap ko, soul ko purify kiya.</w:t>
      </w:r>
      <w:r>
        <w:br/>
      </w:r>
      <w:r>
        <w:rPr>
          <w:sz w:val="20"/>
        </w:rPr>
        <w:t>1:20:49  purify karna kya hai?</w:t>
      </w:r>
      <w:r>
        <w:br/>
      </w:r>
      <w:r>
        <w:rPr>
          <w:sz w:val="20"/>
        </w:rPr>
        <w:t>1:20:51  har waqt hamare andar negative thought aate hain, us ko nikalna. har waqt hamare andar kuch galat khwahishein paida hoti hain, us se ladna.</w:t>
      </w:r>
      <w:r>
        <w:br/>
      </w:r>
      <w:r>
        <w:rPr>
          <w:sz w:val="20"/>
        </w:rPr>
        <w:t>1:21:01  har waqt hamare samne aise koi aata hai ke hum debate karne lagte hain. idhar is se apne ko idhar right path pe lagana, lana.</w:t>
      </w:r>
      <w:r>
        <w:br/>
      </w:r>
      <w:r>
        <w:rPr>
          <w:sz w:val="20"/>
        </w:rPr>
        <w:t>1:21:09  har waqt koi temptation hai, aulad ka hai, bachon ka hai, family ka hai, kisi bhi cheez ka. is temptation se apne ko bachana.</w:t>
      </w:r>
      <w:r>
        <w:br/>
      </w:r>
      <w:r>
        <w:rPr>
          <w:sz w:val="20"/>
        </w:rPr>
        <w:t>1:21:19  tab woh tazkiya hota hai, tab woh purified soul banta hai.</w:t>
      </w:r>
      <w:r>
        <w:br/>
      </w:r>
      <w:r>
        <w:rPr>
          <w:sz w:val="20"/>
        </w:rPr>
        <w:t>1:21:25  log to phanse rehte hain isi mein, apne ko yani pollute karte hain aur samajhte hain ke kuch kuch yeh kuch daane pe tasbeeh padh do, kuch suratein padh do to jannat pahunch jaoge.</w:t>
      </w:r>
      <w:r>
        <w:br/>
      </w:r>
      <w:r>
        <w:rPr>
          <w:sz w:val="20"/>
        </w:rPr>
        <w:t>1:21:39  to ridiculous, ridiculous.</w:t>
      </w:r>
      <w:r>
        <w:br/>
      </w:r>
      <w:r>
        <w:rPr>
          <w:sz w:val="20"/>
        </w:rPr>
        <w:t>1:21:46  to behal is ayat ko yaad rakhiye: zalik jaza mantazka aisi aayatein bahut sari hain.</w:t>
      </w:r>
      <w:r>
        <w:br/>
      </w:r>
      <w:r>
        <w:rPr>
          <w:sz w:val="20"/>
        </w:rPr>
        <w:t>1:21:53  ek hadith mein hai ke ek aadmi jab ek gunah karta hai, us ke dil pe ek dhabba pad jata hai. phir karta hai, phir padhta hai, phir karta hai, phir padhta hai.</w:t>
      </w:r>
      <w:r>
        <w:br/>
      </w:r>
      <w:r>
        <w:rPr>
          <w:sz w:val="20"/>
        </w:rPr>
        <w:t>1:22:03  yahan tak ke poora dil kala ho jata hai. yeh kala matlab yeh nahi ke sach much color color ke sach mein kala hota hai, nahi.</w:t>
      </w:r>
      <w:r>
        <w:br/>
      </w:r>
      <w:r>
        <w:rPr>
          <w:sz w:val="20"/>
        </w:rPr>
        <w:t>1:22:12  is ka matlab hai besht ho jata hai.</w:t>
      </w:r>
      <w:r>
        <w:br/>
      </w:r>
      <w:r>
        <w:rPr>
          <w:sz w:val="20"/>
        </w:rPr>
        <w:t>1:22:18  to is mein hadith mein kya bataya gaya hai ke jaise hi tum ko mehsoos ho ke ek dhabba pada, jaldi se mitao us ko. mitane ka tareeqa kya bataya hai?</w:t>
      </w:r>
      <w:r>
        <w:br/>
      </w:r>
      <w:r>
        <w:rPr>
          <w:sz w:val="20"/>
        </w:rPr>
        <w:t>1:22:29  kasrat zikr al maut wa tilawat al quran khoob zyada yaad karo maut ko aur khoob zyada padho.</w:t>
      </w:r>
      <w:r>
        <w:br/>
      </w:r>
      <w:r>
        <w:rPr>
          <w:sz w:val="20"/>
        </w:rPr>
        <w:t>1:22:37  khoob zyada study karo quran ki. padho nahi, study karo quran ki.</w:t>
      </w:r>
      <w:r>
        <w:br/>
      </w:r>
      <w:r>
        <w:rPr>
          <w:sz w:val="20"/>
        </w:rPr>
        <w:t>1:22:42  to ek ek course hai, ek process hai jo chalta hai. yani zindagi mein chalta rehta hai, yahan tak ke maut tak chalta hai.</w:t>
      </w:r>
      <w:r>
        <w:br/>
      </w:r>
      <w:r>
        <w:rPr>
          <w:sz w:val="20"/>
        </w:rPr>
        <w:t>1:22:51  woh har waqt apne ko purify karna, har waqt apne ko deviation se bachana, har waqt apne ko temptation se bachana.</w:t>
      </w:r>
      <w:r>
        <w:br/>
      </w:r>
      <w:r>
        <w:rPr>
          <w:sz w:val="20"/>
        </w:rPr>
        <w:t>1:23:01  har waqt jab aap ka focus hate, phir us ko focus ko dobara right path par lana. yeh hai course tazkiya ka.</w:t>
      </w:r>
    </w:p>
    <w:p>
      <w:pPr>
        <w:pStyle w:val="Heading2"/>
      </w:pPr>
      <w:r>
        <w:t>Wisdom of Prophet at Hudaybiyyah Treaty</w:t>
      </w:r>
    </w:p>
    <w:p>
      <w:r>
        <w:rPr>
          <w:color w:val="666666"/>
          <w:sz w:val="18"/>
        </w:rPr>
        <w:t>Seerah &amp; Prophet · Islamic Wisdom July 17, 2016 · 2m 59s · at 53:55 · https://youtu.be/jB4ugN0K-AM?t=3235</w:t>
      </w:r>
    </w:p>
    <w:p>
      <w:r>
        <w:rPr>
          <w:i/>
        </w:rPr>
        <w:t>“Please tell us about the wisdom followed by the Prophet of Islam at the time of Hudaybiyyah Treaty.”</w:t>
      </w:r>
    </w:p>
    <w:p>
      <w:r>
        <w:rPr>
          <w:sz w:val="20"/>
        </w:rPr>
        <w:t>53:55  maulana, agla sawal, agla sawal dilli se miss mariya khan ne kiya hai.</w:t>
      </w:r>
      <w:r>
        <w:br/>
      </w:r>
      <w:r>
        <w:rPr>
          <w:sz w:val="20"/>
        </w:rPr>
        <w:t>54:01  انہوں نے آپ سے پوچھا ہے کہ: "Please tell us about the wisdom followed by the Prophet of</w:t>
      </w:r>
      <w:r>
        <w:br/>
      </w:r>
      <w:r>
        <w:rPr>
          <w:sz w:val="20"/>
        </w:rPr>
        <w:t>54:08  islam at the time of hudaybiyyah treaty. dekhen, hudaybiyyah treaty mein kya hua tha ke do option rasool</w:t>
      </w:r>
      <w:r>
        <w:br/>
      </w:r>
      <w:r>
        <w:rPr>
          <w:sz w:val="20"/>
        </w:rPr>
        <w:t>54:16  allah ke samne the.</w:t>
      </w:r>
      <w:r>
        <w:br/>
      </w:r>
      <w:r>
        <w:rPr>
          <w:sz w:val="20"/>
        </w:rPr>
        <w:t>54:18  ek tha option tha war, kyunke woh log tayar the war karne ke liye.</w:t>
      </w:r>
      <w:r>
        <w:br/>
      </w:r>
      <w:r>
        <w:rPr>
          <w:sz w:val="20"/>
        </w:rPr>
        <w:t>54:24  dusra option tha peaceful agreement.</w:t>
      </w:r>
      <w:r>
        <w:br/>
      </w:r>
      <w:r>
        <w:rPr>
          <w:sz w:val="20"/>
        </w:rPr>
        <w:t>54:26  achha, agar war hoti to kya hota? blood shed bas.</w:t>
      </w:r>
      <w:r>
        <w:br/>
      </w:r>
      <w:r>
        <w:rPr>
          <w:sz w:val="20"/>
        </w:rPr>
        <w:t>54:31  aur phir kya hota? nafrat barhti, hate barhta.</w:t>
      </w:r>
      <w:r>
        <w:br/>
      </w:r>
      <w:r>
        <w:rPr>
          <w:sz w:val="20"/>
        </w:rPr>
        <w:t>54:34  phir kya hota? dawat ke awqaf jo the, woh bhi khatm ho jate, kyunke hate jahan ho, jahan</w:t>
      </w:r>
      <w:r>
        <w:br/>
      </w:r>
      <w:r>
        <w:rPr>
          <w:sz w:val="20"/>
        </w:rPr>
        <w:t>54:42  rate ho, intolerance ho, wahan dawat ho nahi sakti.</w:t>
      </w:r>
      <w:r>
        <w:br/>
      </w:r>
      <w:r>
        <w:rPr>
          <w:sz w:val="20"/>
        </w:rPr>
        <w:t>54:46  dawat hoti hai naasaana mahol mein, yani hamdardi ke mahol mein, normal mahol mein.</w:t>
      </w:r>
      <w:r>
        <w:br/>
      </w:r>
      <w:r>
        <w:rPr>
          <w:sz w:val="20"/>
        </w:rPr>
        <w:t>54:52  to agar rasool allah salallaho alaihi wasallam like ka option lete to aap ka mission hi jibril</w:t>
      </w:r>
      <w:r>
        <w:br/>
      </w:r>
      <w:r>
        <w:rPr>
          <w:sz w:val="20"/>
        </w:rPr>
        <w:t>54:59  ho raha tha.</w:t>
      </w:r>
      <w:r>
        <w:br/>
      </w:r>
      <w:r>
        <w:rPr>
          <w:sz w:val="20"/>
        </w:rPr>
        <w:t>55:01  mission to tha logon tak pahunchana.</w:t>
      </w:r>
      <w:r>
        <w:br/>
      </w:r>
      <w:r>
        <w:rPr>
          <w:sz w:val="20"/>
        </w:rPr>
        <w:t>55:03  message woh pahunchane ka mahol hi khatm hota tha.</w:t>
      </w:r>
      <w:r>
        <w:br/>
      </w:r>
      <w:r>
        <w:rPr>
          <w:sz w:val="20"/>
        </w:rPr>
        <w:t>55:07  is ke baad jab aap ne peaceful agreement kar liya aur wapas chale gaye to sare awqaf</w:t>
      </w:r>
      <w:r>
        <w:br/>
      </w:r>
      <w:r>
        <w:rPr>
          <w:sz w:val="20"/>
        </w:rPr>
        <w:t>55:15  jo hain khul gaye, yani ladai karne mein awqaf band hote the aur peaceful agreement mein awqaf</w:t>
      </w:r>
      <w:r>
        <w:br/>
      </w:r>
      <w:r>
        <w:rPr>
          <w:sz w:val="20"/>
        </w:rPr>
        <w:t>55:23  khul gaye.</w:t>
      </w:r>
      <w:r>
        <w:br/>
      </w:r>
      <w:r>
        <w:rPr>
          <w:sz w:val="20"/>
        </w:rPr>
        <w:t>55:24  to ek ek ek ek muhaddis ne likha hai ke is ke baad kya hua? Sirat Ibn Kathir</w:t>
      </w:r>
      <w:r>
        <w:br/>
      </w:r>
      <w:r>
        <w:rPr>
          <w:sz w:val="20"/>
        </w:rPr>
        <w:t>55:32  mein aap is ko parh sakte hain ya Al-Badaya wa Al-Nihaya mein parh sakte hain ke pehle aana jana</w:t>
      </w:r>
      <w:r>
        <w:br/>
      </w:r>
      <w:r>
        <w:rPr>
          <w:sz w:val="20"/>
        </w:rPr>
        <w:t>55:40  band tha, interaction band tha, kyunke yaani dono taraf, yaani woh tha, dono taraf, dono uth war the,</w:t>
      </w:r>
      <w:r>
        <w:br/>
      </w:r>
      <w:r>
        <w:rPr>
          <w:sz w:val="20"/>
        </w:rPr>
        <w:t>55:47  dono, yaani dono group jo tha, uth war tha.</w:t>
      </w:r>
      <w:r>
        <w:br/>
      </w:r>
      <w:r>
        <w:rPr>
          <w:sz w:val="20"/>
        </w:rPr>
        <w:t>55:51  to yeh wahan jo nahi jata tha, woh idhar nahi ate the.</w:t>
      </w:r>
      <w:r>
        <w:br/>
      </w:r>
      <w:r>
        <w:rPr>
          <w:sz w:val="20"/>
        </w:rPr>
        <w:t>55:56  jab dono uth war hon to kaise jayenge? Lekin jab yeh hoga agreement ke koi kisi ko</w:t>
      </w:r>
      <w:r>
        <w:br/>
      </w:r>
      <w:r>
        <w:rPr>
          <w:sz w:val="20"/>
        </w:rPr>
        <w:t>56:04  marega nahi, koi kisi ko par talwar nahi chalayega, to peaceful interaction shuru hoga.</w:t>
      </w:r>
      <w:r>
        <w:br/>
      </w:r>
      <w:r>
        <w:rPr>
          <w:sz w:val="20"/>
        </w:rPr>
        <w:t>56:11  khoob log idhar gaye, idhar gaye, idhar gaye, idhar gaye.</w:t>
      </w:r>
      <w:r>
        <w:br/>
      </w:r>
      <w:r>
        <w:rPr>
          <w:sz w:val="20"/>
        </w:rPr>
        <w:t>56:16  to unhon ne likha hai ke peaceful interaction ki wajah se Islam zyada tar phail gaya.</w:t>
      </w:r>
      <w:r>
        <w:br/>
      </w:r>
      <w:r>
        <w:rPr>
          <w:sz w:val="20"/>
        </w:rPr>
        <w:t>56:23  yeh ghaleban Ibn Shihab al-Zuhri ne likha hai, yeh yeh Sirat Ibn Kathir mein.</w:t>
      </w:r>
      <w:r>
        <w:br/>
      </w:r>
      <w:r>
        <w:rPr>
          <w:sz w:val="20"/>
        </w:rPr>
        <w:t>56:29  aur bilkul sahi baat hai ke Hudaybiyyah se pehle interaction ruka hua tha, kyunke war ke halaat the.</w:t>
      </w:r>
      <w:r>
        <w:br/>
      </w:r>
      <w:r>
        <w:rPr>
          <w:sz w:val="20"/>
        </w:rPr>
        <w:t>56:37  Hudaybiyyah ke baad jab peace ke halaat ho gaye to interaction barh gaya, to interaction barh gaya, dawah</w:t>
      </w:r>
      <w:r>
        <w:br/>
      </w:r>
      <w:r>
        <w:rPr>
          <w:sz w:val="20"/>
        </w:rPr>
        <w:t>56:44  barh gayi.</w:t>
      </w:r>
      <w:r>
        <w:br/>
      </w:r>
      <w:r>
        <w:rPr>
          <w:sz w:val="20"/>
        </w:rPr>
        <w:t>56:46  interaction hi se dawah hoti hai.</w:t>
      </w:r>
      <w:r>
        <w:br/>
      </w:r>
      <w:r>
        <w:rPr>
          <w:sz w:val="20"/>
        </w:rPr>
        <w:t>56:48  to ghaleban Ibn Shihab al-Zuhri ki baat yeh hai aur bohat sahi baat hai.</w:t>
      </w:r>
    </w:p>
    <w:p>
      <w:pPr>
        <w:pStyle w:val="Heading2"/>
      </w:pPr>
      <w:r>
        <w:t>Accusations of Working with RSS</w:t>
      </w:r>
    </w:p>
    <w:p>
      <w:r>
        <w:rPr>
          <w:color w:val="666666"/>
          <w:sz w:val="18"/>
        </w:rPr>
        <w:t>Society &amp; Dawah · Revival and Revivalist June 7, 2015 · 2m 29s · at 50:02 · https://youtu.be/MCY8AJ87BXc?t=3002</w:t>
      </w:r>
    </w:p>
    <w:p>
      <w:r>
        <w:rPr>
          <w:i/>
        </w:rPr>
        <w:t>“Maulana, I gave your book 'Shatm-e-Rasool Ka Mas'ala' to a person. Later he praised the book but said that Maulana works for Azrael and RSS and gets money from them. I said this is all propaganda, but he got angry and said he is a journalist, has interviewed you many times, knows you well, and that you always blame Muslims.”</w:t>
      </w:r>
    </w:p>
    <w:p>
      <w:r>
        <w:rPr>
          <w:sz w:val="20"/>
        </w:rPr>
        <w:t>50:02  Maulana, yeh agla sawal aaya hai Mr Raj Malik ka Delhi se. Maulana, ek sahib ko maine aap ki kitab Shatm Rasool ka masla diya.</w:t>
      </w:r>
      <w:r>
        <w:br/>
      </w:r>
      <w:r>
        <w:rPr>
          <w:sz w:val="20"/>
        </w:rPr>
        <w:t>50:14  baad mein is sahib ne kitab ki tareef ki, lekin yeh kaha ke Maulana Azrael aur RSS ke liye kaam karte hain, wahan se unko paisa milta hai.</w:t>
      </w:r>
      <w:r>
        <w:br/>
      </w:r>
      <w:r>
        <w:rPr>
          <w:sz w:val="20"/>
        </w:rPr>
        <w:t>50:26  Maulana, maine kaha ke yeh sab propaganda hai, to woh ghussa ho gaye aur kaha ke main journalist hoon, kai baar Maulana ka interview liya hai, main unko achi tarah jaanta hoon, woh sara blame Musalmanon ko dete hain.</w:t>
      </w:r>
      <w:r>
        <w:br/>
      </w:r>
      <w:r>
        <w:rPr>
          <w:sz w:val="20"/>
        </w:rPr>
        <w:t>50:45  dekhiye, masla yeh nahi hai ke kis ko blame diya jata hai.</w:t>
      </w:r>
      <w:r>
        <w:br/>
      </w:r>
      <w:r>
        <w:rPr>
          <w:sz w:val="20"/>
        </w:rPr>
        <w:t>50:52  masla yeh hai ke daleel kya hai? woh jo baat woh keh rahe hain, uski unke paas koi daleel honi chahiye. yaani kis daleel se woh kehte hain ke hum, yaani Israel ka kaam kar rahe hain ya BJP ka kaam kar rahe hain?</w:t>
      </w:r>
      <w:r>
        <w:br/>
      </w:r>
      <w:r>
        <w:rPr>
          <w:sz w:val="20"/>
        </w:rPr>
        <w:t>51:08  ko</w:t>
      </w:r>
      <w:r>
        <w:br/>
      </w:r>
      <w:r>
        <w:rPr>
          <w:sz w:val="20"/>
        </w:rPr>
        <w:t>51:09  i daleel chahiye? to daleel daleel kya hai? ke jo baat humne kahi hai, woh Quran ke mutabiq hai, Quran ke mutabiq nahi hai. misaal ke taur par dekhiye, Shat Rasool ka masla lijiye.</w:t>
      </w:r>
      <w:r>
        <w:br/>
      </w:r>
      <w:r>
        <w:rPr>
          <w:sz w:val="20"/>
        </w:rPr>
        <w:t>51:22  Quran mein kahin bhi yeh nahi ke jo shat kahe, usko maar dalo. jo Musalman kar rahe hain, already Quran mein iska ulta hai. Quran mein hai ke doosron ko tum shat na karo, warna woh retaliate karenge.</w:t>
      </w:r>
      <w:r>
        <w:br/>
      </w:r>
      <w:r>
        <w:rPr>
          <w:sz w:val="20"/>
        </w:rPr>
        <w:t>51:40  Musalmanon ko is se mana kiya gaya hai ke doosron ko bhadak aisi baat kaha jis se bhadak uthe hain aur woh reaction mein kuch karne lage hain.</w:t>
      </w:r>
      <w:r>
        <w:br/>
      </w:r>
      <w:r>
        <w:rPr>
          <w:sz w:val="20"/>
        </w:rPr>
        <w:t>51:49  to Musalmanon se kaha, Musalmanon se kaha gaya, doosron ko nahi.</w:t>
      </w:r>
      <w:r>
        <w:br/>
      </w:r>
      <w:r>
        <w:rPr>
          <w:sz w:val="20"/>
        </w:rPr>
        <w:t>51:56  to hum jo baat karte hain, Quran o Hadees ke hawale se kehte hain, kisi ko hamare upar ek criticism karne ka haq hai, lekin daleel shayad karna chahiye.</w:t>
      </w:r>
      <w:r>
        <w:br/>
      </w:r>
      <w:r>
        <w:rPr>
          <w:sz w:val="20"/>
        </w:rPr>
        <w:t>52:07  yeh to ilzaam ki boli hai, allegation ki boli hai. to allegation to kis ke upar laga dijiye? Shaitan ne naoozubillah Allah mere upar laga diya allegation ke tum ne Khudaaya to ne discrimination se kaam liya.</w:t>
      </w:r>
      <w:r>
        <w:br/>
      </w:r>
      <w:r>
        <w:rPr>
          <w:sz w:val="20"/>
        </w:rPr>
        <w:t>52:24  to allegation se kuch nahi hota, aap ko daleel deni padegi.</w:t>
      </w:r>
    </w:p>
    <w:p>
      <w:pPr>
        <w:pStyle w:val="Heading2"/>
      </w:pPr>
      <w:r>
        <w:t>Acknowledging reality for Muslim success</w:t>
      </w:r>
    </w:p>
    <w:p>
      <w:r>
        <w:rPr>
          <w:color w:val="666666"/>
          <w:sz w:val="18"/>
        </w:rPr>
        <w:t>Society &amp; Dawah · Age of Democracy May 25, 2014 · 2m 19s · at 1:17:15 · https://youtu.be/pyZy1-EhW1Q?t=4635</w:t>
      </w:r>
    </w:p>
    <w:p>
      <w:r>
        <w:rPr>
          <w:i/>
        </w:rPr>
        <w:t>“Over two hundred years of failure of Muslim can be easily changed to success if they acknowledge the reality. If anyone with objective mind considers today lecture, it is very easy to see that what you presented is the reality.”</w:t>
      </w:r>
    </w:p>
    <w:p>
      <w:r>
        <w:rPr>
          <w:sz w:val="20"/>
        </w:rPr>
        <w:t>1:17:15  maulana, agla sawal raipur se kiya hai Idris sahib ne</w:t>
      </w:r>
      <w:r>
        <w:br/>
      </w:r>
      <w:r>
        <w:rPr>
          <w:sz w:val="20"/>
        </w:rPr>
        <w:t>1:17:19  . unhone likha hai: "over to hundred years of failure of muslims can be easily changed to success if they acknowledge the reality.</w:t>
      </w:r>
      <w:r>
        <w:br/>
      </w:r>
      <w:r>
        <w:rPr>
          <w:sz w:val="20"/>
        </w:rPr>
        <w:t>1:17:30  if anyone with objective mind considers today's lecture, it is very easy to say, it is very easy to see that what you presented is the reality.</w:t>
      </w:r>
      <w:r>
        <w:br/>
      </w:r>
      <w:r>
        <w:rPr>
          <w:sz w:val="20"/>
        </w:rPr>
        <w:t>1:17:43  but whenever reality about religion is presented, people fail to consider it objectively and disregard it.</w:t>
      </w:r>
      <w:r>
        <w:br/>
      </w:r>
      <w:r>
        <w:rPr>
          <w:sz w:val="20"/>
        </w:rPr>
        <w:t>1:17:52  however, the same people adopt objective approach for their personal and economical issues. Maulana, why is there this difference?</w:t>
      </w:r>
      <w:r>
        <w:br/>
      </w:r>
      <w:r>
        <w:rPr>
          <w:sz w:val="20"/>
        </w:rPr>
        <w:t>1:18:03  is liye ke ek compulsion hai, doosri compulsion nahi hai.</w:t>
      </w:r>
      <w:r>
        <w:br/>
      </w:r>
      <w:r>
        <w:rPr>
          <w:sz w:val="20"/>
        </w:rPr>
        <w:t>1:18:09  yani job ke maamle mein agar woh aisa na kare to wahan woh job khatam ho jaye gi. business ka na kare to business khatam ho jaye ga.</w:t>
      </w:r>
      <w:r>
        <w:br/>
      </w:r>
      <w:r>
        <w:rPr>
          <w:sz w:val="20"/>
        </w:rPr>
        <w:t>1:18:18  is compulsion ki wajah se wahan par theek thaak rehte hain woh. lekin sachai ko mannay na mannay mein compulsion nahi hai. is wajah se woh itna sincere nahi hote is ke maamle mein.</w:t>
      </w:r>
      <w:r>
        <w:br/>
      </w:r>
      <w:r>
        <w:rPr>
          <w:sz w:val="20"/>
        </w:rPr>
        <w:t>1:18:31  saada si baat mere nazdeek hai ji ke jahan compulsion hai, wahan to foran maan lete hain woh.</w:t>
      </w:r>
      <w:r>
        <w:br/>
      </w:r>
      <w:r>
        <w:rPr>
          <w:sz w:val="20"/>
        </w:rPr>
        <w:t>1:18:36  jahan compulsion nahi hai to</w:t>
      </w:r>
      <w:r>
        <w:br/>
      </w:r>
      <w:r>
        <w:rPr>
          <w:sz w:val="20"/>
        </w:rPr>
        <w:t>1:18:42  jahan yeh hai ke soch kar ke aur apni azadi ke tehat is ko ikhtiyar karna, jahan yeh baat hoti hai to wahan par is ko brush aside kar dete hain.</w:t>
      </w:r>
      <w:r>
        <w:br/>
      </w:r>
      <w:r>
        <w:rPr>
          <w:sz w:val="20"/>
        </w:rPr>
        <w:t>1:18:53  to main sochta hoon ke yeh aisa hona bilkul fitri hai kyunke Allah taala compulsion ke tehat ikhtiyar ki hui sachai ka koi aitbaar nahi hai Allah ke haan.</w:t>
      </w:r>
      <w:r>
        <w:br/>
      </w:r>
      <w:r>
        <w:rPr>
          <w:sz w:val="20"/>
        </w:rPr>
        <w:t>1:19:03  agar Allah taala compulsion daal dein sachai ke maamle mein bhi to is is ko mannay ka koi aitbaar nahi hoga. sachai ko manna is waqt qabil aitbaar hai jab ke aap ko freedom ho aur aap ko koi compulsion na ho, phir bhi aap is ko manen.</w:t>
      </w:r>
      <w:r>
        <w:br/>
      </w:r>
      <w:r>
        <w:rPr>
          <w:sz w:val="20"/>
        </w:rPr>
        <w:t>1:19:24  yeh to creation plan of God ko bata to khair hai, is ko kharab nahi ho sakta.</w:t>
      </w:r>
    </w:p>
    <w:p>
      <w:pPr>
        <w:pStyle w:val="Heading2"/>
      </w:pPr>
      <w:r>
        <w:t>Addressing Accusations of Being Traitors</w:t>
      </w:r>
    </w:p>
    <w:p>
      <w:r>
        <w:rPr>
          <w:color w:val="666666"/>
          <w:sz w:val="18"/>
        </w:rPr>
        <w:t>Society &amp; Dawah · The Prophet An Example of Modesty August 27, 2017 · 2m 43s · at 50:00 · https://youtu.be/aR3V4c8fQC4?t=3000</w:t>
      </w:r>
    </w:p>
    <w:p>
      <w:r>
        <w:rPr>
          <w:i/>
        </w:rPr>
        <w:t>“Even though I am an Indian and a proud one, still it pains me when our non-Muslim brothers mistrust us and call us traitors. How should people like me address such accusations?”</w:t>
      </w:r>
    </w:p>
    <w:p>
      <w:r>
        <w:rPr>
          <w:sz w:val="20"/>
        </w:rPr>
        <w:t>50:00  jazak Allah. Maulana, agla sawal bheja hai gufran sahab ne kanpur se, unhone likha hai, "Maulana sahab, even though I am an Indian and a proud one,</w:t>
      </w:r>
      <w:r>
        <w:br/>
      </w:r>
      <w:r>
        <w:rPr>
          <w:sz w:val="20"/>
        </w:rPr>
        <w:t>50:15  still it pains me when our non-Muslim brothers mistrust us aur call us traitors. How should people like me address such accusations?" Dekhiye,</w:t>
      </w:r>
      <w:r>
        <w:br/>
      </w:r>
      <w:r>
        <w:rPr>
          <w:sz w:val="20"/>
        </w:rPr>
        <w:t>50:31  is sawal ka jawab sirf ek hai.</w:t>
      </w:r>
      <w:r>
        <w:br/>
      </w:r>
      <w:r>
        <w:rPr>
          <w:sz w:val="20"/>
        </w:rPr>
        <w:t>50:37  Aap yeh mat dekhiye ke doosre aap ko kya kehte hain. Zindagi bhar maine yahi kiya hai, mere bahut zyada critique hai, bahut zyada.</w:t>
      </w:r>
      <w:r>
        <w:br/>
      </w:r>
      <w:r>
        <w:rPr>
          <w:sz w:val="20"/>
        </w:rPr>
        <w:t>50:50  Maine kabhi yeh nahin socha ke doosre mujhe kya kehte hain. Maine sirf apne dil mein jhaanka ke main khud kya hoon.</w:t>
      </w:r>
      <w:r>
        <w:br/>
      </w:r>
      <w:r>
        <w:rPr>
          <w:sz w:val="20"/>
        </w:rPr>
        <w:t>51:00  Agar maine paaya ke main woh nahin hoon jo log kehte hain to bas that was enough for me. Yeh maine sari zindagi kiya hai.</w:t>
      </w:r>
      <w:r>
        <w:br/>
      </w:r>
      <w:r>
        <w:rPr>
          <w:sz w:val="20"/>
        </w:rPr>
        <w:t>51:11  Aap ko pata hai ke maine poori history mein shayad itna zyada critique jitna mujh par kiya hai ke kisi aur par nahin hua.</w:t>
      </w:r>
      <w:r>
        <w:br/>
      </w:r>
      <w:r>
        <w:rPr>
          <w:sz w:val="20"/>
        </w:rPr>
        <w:t>51:23  Jaise kal ek sahab ne bataya ke aap to bahut hi zyada galat aadmi hain, aap rasool Allah ko mukammal usmani nahin mante.</w:t>
      </w:r>
      <w:r>
        <w:br/>
      </w:r>
      <w:r>
        <w:rPr>
          <w:sz w:val="20"/>
        </w:rPr>
        <w:t>51:37  Abhi kal ki baat hai ke ek sahab ne kaha ke aap bahut hi zyada galat aadmi hain kyunke aap rasool Allah ko mukammal usmani nahin mante.</w:t>
      </w:r>
      <w:r>
        <w:br/>
      </w:r>
      <w:r>
        <w:rPr>
          <w:sz w:val="20"/>
        </w:rPr>
        <w:t>51:47  To aap yaqeen kijiye ke maine un se koi behas nahin ki, apne dil mein dekha ke kya waqai mein rasool Allah ko mukammal usmani nahin manta. Mere dil ne kaha ke main mukammal se bhi zyada mukammal manta hoon,</w:t>
      </w:r>
      <w:r>
        <w:br/>
      </w:r>
      <w:r>
        <w:rPr>
          <w:sz w:val="20"/>
        </w:rPr>
        <w:t>52:03  mukammal se bhi zyada mukammal. To bas that was enough for me. Phir main un se kuch na mere dil mein koi ghussa hai na kuch nahin, koi shikayat hai na koi koi jawab diya maine un ko.</w:t>
      </w:r>
      <w:r>
        <w:br/>
      </w:r>
      <w:r>
        <w:rPr>
          <w:sz w:val="20"/>
        </w:rPr>
        <w:t>52:17  To sab se acha jawab jo main apne tajrube se hai woh yahi hai ke doosre kya kehte hain is ko mat dekhiye, aap apne dil mein jhaankiye ke aap khud kya hain, aap ke conscience ke mutabiq.</w:t>
      </w:r>
      <w:r>
        <w:br/>
      </w:r>
      <w:r>
        <w:rPr>
          <w:sz w:val="20"/>
        </w:rPr>
        <w:t>52:32  agar aap ke conscience ka hai ke aap right track par hain to bas mutmaen ho jaiye.</w:t>
      </w:r>
    </w:p>
    <w:p>
      <w:pPr>
        <w:pStyle w:val="Heading2"/>
      </w:pPr>
      <w:r>
        <w:t>Advice for Muslims living in fear</w:t>
      </w:r>
    </w:p>
    <w:p>
      <w:r>
        <w:rPr>
          <w:color w:val="666666"/>
          <w:sz w:val="18"/>
        </w:rPr>
        <w:t>Society &amp; Dawah · 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Ahl-e-Iman as brilliant personality</w:t>
      </w:r>
    </w:p>
    <w:p>
      <w:r>
        <w:rPr>
          <w:color w:val="666666"/>
          <w:sz w:val="18"/>
        </w:rPr>
        <w:t>Society &amp; Dawah · Brilliant Personality November 27, 2016 · 2m 04s · at 58:32 · https://youtu.be/268O3sgnjC0?t=3512</w:t>
      </w:r>
    </w:p>
    <w:p>
      <w:r>
        <w:rPr>
          <w:i/>
        </w:rPr>
        <w:t>“According to you, Ahl-e-Iman is a brilliant personality, but nowadays I see that Ahl-e-Iman is the opposite of brilliant personality in the field of Islam. Why is that?”</w:t>
      </w:r>
    </w:p>
    <w:p>
      <w:r>
        <w:rPr>
          <w:sz w:val="20"/>
        </w:rPr>
        <w:t>58:32  Maulana, agla sawal Delhi se kya hai Maulana Farhad Umri ne aur unhon ne likha hai: "According to</w:t>
      </w:r>
      <w:r>
        <w:br/>
      </w:r>
      <w:r>
        <w:rPr>
          <w:sz w:val="20"/>
        </w:rPr>
        <w:t>58:39  you, Ahl-e-Iman is a brilliant personality, but nowadays I see that Ahl-e-Iman is the opposite of brilliant personality</w:t>
      </w:r>
      <w:r>
        <w:br/>
      </w:r>
      <w:r>
        <w:rPr>
          <w:sz w:val="20"/>
        </w:rPr>
        <w:t>58:46  in the field of Islam.</w:t>
      </w:r>
      <w:r>
        <w:br/>
      </w:r>
      <w:r>
        <w:rPr>
          <w:sz w:val="20"/>
        </w:rPr>
        <w:t>58:53  Maulana sahib, what is the reason behind this?</w:t>
      </w:r>
      <w:r>
        <w:br/>
      </w:r>
      <w:r>
        <w:rPr>
          <w:sz w:val="20"/>
        </w:rPr>
        <w:t>58:59  Kindly comment." Dekhein, brilliant personality ka lafz maine aakhirat ke saath istemal kiya hai, duniya ke saath nahin.</w:t>
      </w:r>
      <w:r>
        <w:br/>
      </w:r>
      <w:r>
        <w:rPr>
          <w:sz w:val="20"/>
        </w:rPr>
        <w:t>59:05  woh jo quran mein aaya hai ke woh dunya mein jab akhirat mein aayenge to un ke</w:t>
      </w:r>
      <w:r>
        <w:br/>
      </w:r>
      <w:r>
        <w:rPr>
          <w:sz w:val="20"/>
        </w:rPr>
        <w:t>59:11  saath noor hoga, us ko mein ne explain kiya hai.</w:t>
      </w:r>
      <w:r>
        <w:br/>
      </w:r>
      <w:r>
        <w:rPr>
          <w:sz w:val="20"/>
        </w:rPr>
        <w:t>59:17  yani akhirat mein woh parnoor shakhsiyat ke taur par numayan honge to us ka matlab kya hai?</w:t>
      </w:r>
      <w:r>
        <w:br/>
      </w:r>
      <w:r>
        <w:rPr>
          <w:sz w:val="20"/>
        </w:rPr>
        <w:t>59:23  to isi ko mein ne kaha ke brilliant personality.</w:t>
      </w:r>
      <w:r>
        <w:br/>
      </w:r>
      <w:r>
        <w:rPr>
          <w:sz w:val="20"/>
        </w:rPr>
        <w:t>59:29  to yeh jaisa ke mein ne arz kiya ke yeh jo brilliant personality hai momin ki, dunya mein</w:t>
      </w:r>
      <w:r>
        <w:br/>
      </w:r>
      <w:r>
        <w:rPr>
          <w:sz w:val="20"/>
        </w:rPr>
        <w:t>59:35  is ka glimpse to aap dekh sakte hain, us ki poori personality ko nahi dekh sakte.</w:t>
      </w:r>
      <w:r>
        <w:br/>
      </w:r>
      <w:r>
        <w:rPr>
          <w:sz w:val="20"/>
        </w:rPr>
        <w:t>59:41  baqi yeh jo musalman hain, ek bheed hai, woh to muslim nahi hain, woh to degenerated community hai.</w:t>
      </w:r>
      <w:r>
        <w:br/>
      </w:r>
      <w:r>
        <w:rPr>
          <w:sz w:val="20"/>
        </w:rPr>
        <w:t>59:48  degenerated community jis ko babal mein kaha gaya al-fardata al-fardata al-marfuda radiated silver.</w:t>
      </w:r>
      <w:r>
        <w:br/>
      </w:r>
      <w:r>
        <w:rPr>
          <w:sz w:val="20"/>
        </w:rPr>
        <w:t>59:54  to in ka maamla ek alag maamla hai, yani in ke andar humein in ke imaan ko revive</w:t>
      </w:r>
      <w:r>
        <w:br/>
      </w:r>
      <w:r>
        <w:rPr>
          <w:sz w:val="20"/>
        </w:rPr>
        <w:t>1:00:00  karna hai, in ke liye imaan o islam ko rediscovery banana hai.</w:t>
      </w:r>
      <w:r>
        <w:br/>
      </w:r>
      <w:r>
        <w:rPr>
          <w:sz w:val="20"/>
        </w:rPr>
        <w:t>1:00:06  baqi jo baat mein ne kahi, woh is ayat ki sharah mein hai ke akhirat mein woh jab</w:t>
      </w:r>
      <w:r>
        <w:br/>
      </w:r>
      <w:r>
        <w:rPr>
          <w:sz w:val="20"/>
        </w:rPr>
        <w:t>1:00:12  aayenge to woh ek bohat aala darje ki parnoor shakhsiyat un ki hogi.</w:t>
      </w:r>
      <w:r>
        <w:br/>
      </w:r>
      <w:r>
        <w:rPr>
          <w:sz w:val="20"/>
        </w:rPr>
        <w:t>1:00:18  isi ko mein ne kaha ke brilliant personality.</w:t>
      </w:r>
      <w:r>
        <w:br/>
      </w:r>
      <w:r>
        <w:rPr>
          <w:sz w:val="20"/>
        </w:rPr>
        <w:t>1:00:24  ab woh akhirat ke aitbar se hai, agarchay dunya mein is ka glimpse dekh sakte hain, lekin apni</w:t>
      </w:r>
      <w:r>
        <w:br/>
      </w:r>
      <w:r>
        <w:rPr>
          <w:sz w:val="20"/>
        </w:rPr>
        <w:t>1:00:30  bharpoor shakal mein woh zahir hogi akhirat mein.</w:t>
      </w:r>
    </w:p>
    <w:p>
      <w:pPr>
        <w:pStyle w:val="Heading2"/>
      </w:pPr>
      <w:r>
        <w:t>Alternative for da'wah when busy</w:t>
      </w:r>
    </w:p>
    <w:p>
      <w:r>
        <w:rPr>
          <w:color w:val="666666"/>
          <w:sz w:val="18"/>
        </w:rPr>
        <w:t>Society &amp; Dawah · Dars-e-Quran, Chapter 2, Verse 35 | December 17, 2017 · 3m 13s · at 1:17:49 · https://youtu.be/Cd8MlWM7B9w?t=4669</w:t>
      </w:r>
    </w:p>
    <w:p>
      <w:r>
        <w:rPr>
          <w:i/>
        </w:rPr>
        <w:t>“If I am engaged with my job and family and don't have time to do da'wah work directly, then what is the second option for me so that I can still contribute?”</w:t>
      </w:r>
    </w:p>
    <w:p>
      <w:r>
        <w:rPr>
          <w:sz w:val="20"/>
        </w:rPr>
        <w:t>1:17:49  maulana, kolkatta se faraz khan sahib ne sawal bheja hai.</w:t>
      </w:r>
      <w:r>
        <w:br/>
      </w:r>
      <w:r>
        <w:rPr>
          <w:sz w:val="20"/>
        </w:rPr>
        <w:t>1:17:55  unho ne likha hai, aah, maulana sahib, afaiem engaged with my job and family and don't</w:t>
      </w:r>
      <w:r>
        <w:br/>
      </w:r>
      <w:r>
        <w:rPr>
          <w:sz w:val="20"/>
        </w:rPr>
        <w:t>1:18:01  have time to do dawah work directly, then what is the second option for me so that i</w:t>
      </w:r>
      <w:r>
        <w:br/>
      </w:r>
      <w:r>
        <w:rPr>
          <w:sz w:val="20"/>
        </w:rPr>
        <w:t>1:18:07  can do dawah work? what is your advice to me? dekhiye, is zamane mein</w:t>
      </w:r>
      <w:r>
        <w:br/>
      </w:r>
      <w:r>
        <w:rPr>
          <w:sz w:val="20"/>
        </w:rPr>
        <w:t>1:18:13  yeh printing press ka zamana hai.</w:t>
      </w:r>
      <w:r>
        <w:br/>
      </w:r>
      <w:r>
        <w:rPr>
          <w:sz w:val="20"/>
        </w:rPr>
        <w:t>1:18:17  is mein dawah work duniya ka sab se zyada aasan kaam hai.</w:t>
      </w:r>
      <w:r>
        <w:br/>
      </w:r>
      <w:r>
        <w:rPr>
          <w:sz w:val="20"/>
        </w:rPr>
        <w:t>1:18:22  sab se aasan.</w:t>
      </w:r>
      <w:r>
        <w:br/>
      </w:r>
      <w:r>
        <w:rPr>
          <w:sz w:val="20"/>
        </w:rPr>
        <w:t>1:18:26  aap pe packet, aap apni jeb mein, apne thele mein, apne bag mein, islami kitabein rakh dijiye.</w:t>
      </w:r>
      <w:r>
        <w:br/>
      </w:r>
      <w:r>
        <w:rPr>
          <w:sz w:val="20"/>
        </w:rPr>
        <w:t>1:18:30  choti choti kitabein.</w:t>
      </w:r>
      <w:r>
        <w:br/>
      </w:r>
      <w:r>
        <w:rPr>
          <w:sz w:val="20"/>
        </w:rPr>
        <w:t>1:18:35  hum ne senkaron kitabein chhapi hain har zaban mein.</w:t>
      </w:r>
      <w:r>
        <w:br/>
      </w:r>
      <w:r>
        <w:rPr>
          <w:sz w:val="20"/>
        </w:rPr>
        <w:t>1:18:39  aap ne rakh</w:t>
      </w:r>
      <w:r>
        <w:br/>
      </w:r>
      <w:r>
        <w:rPr>
          <w:sz w:val="20"/>
        </w:rPr>
        <w:t>1:18:43  li apne sath. aur jo milta hai aap ko us ko dete rahiye. agar kuch kehna aata hai aap ko to kahiye. nahi to yeh to keh sakte hain aap ke yeh aap ko spiritual gift hai. yeh kaam mushkil kaam kiya hai? is zamanay mein jo aik aaye ke dawat ka kaam mushkil hai to woh to jante hi nahi zamanay ko. Allah taala ne printing pre</w:t>
      </w:r>
      <w:r>
        <w:br/>
      </w:r>
      <w:r>
        <w:rPr>
          <w:sz w:val="20"/>
        </w:rPr>
        <w:t>1:19:13  is ko paida kar ke itna aasan kar diya dawah ke kaam ko.</w:t>
      </w:r>
      <w:r>
        <w:br/>
      </w:r>
      <w:r>
        <w:rPr>
          <w:sz w:val="20"/>
        </w:rPr>
        <w:t>1:19:18  is se zyada aasan koi kaam hi nahin.</w:t>
      </w:r>
      <w:r>
        <w:br/>
      </w:r>
      <w:r>
        <w:rPr>
          <w:sz w:val="20"/>
        </w:rPr>
        <w:t>1:19:23  aap bas apne sath rakhiye aur logon ko dete rahiye.</w:t>
      </w:r>
      <w:r>
        <w:br/>
      </w:r>
      <w:r>
        <w:rPr>
          <w:sz w:val="20"/>
        </w:rPr>
        <w:t>1:19:28  bas dawah ka kaam jari hoga.</w:t>
      </w:r>
      <w:r>
        <w:br/>
      </w:r>
      <w:r>
        <w:rPr>
          <w:sz w:val="20"/>
        </w:rPr>
        <w:t>1:19:33  aah, maulana, hum yahan par yeh bhi kehna chahenge ke kai log aksar aah is baat ko</w:t>
      </w:r>
      <w:r>
        <w:br/>
      </w:r>
      <w:r>
        <w:rPr>
          <w:sz w:val="20"/>
        </w:rPr>
        <w:t>1:19:38  لے کر آتے ہیں کیونکہ ان کا کام اس طریقے سے ہوتا ہے کہ وہ بہت</w:t>
      </w:r>
      <w:r>
        <w:br/>
      </w:r>
      <w:r>
        <w:rPr>
          <w:sz w:val="20"/>
        </w:rPr>
        <w:t>1:19:43  vil karte hain.</w:t>
      </w:r>
      <w:r>
        <w:br/>
      </w:r>
      <w:r>
        <w:rPr>
          <w:sz w:val="20"/>
        </w:rPr>
        <w:t>1:19:49  to is ka ek yeh bhi tareeqa hai ke jaise aah quran drives hoti hain, quran distribution hota hai.</w:t>
      </w:r>
      <w:r>
        <w:br/>
      </w:r>
      <w:r>
        <w:rPr>
          <w:sz w:val="20"/>
        </w:rPr>
        <w:t>1:19:55  to if they can not aah participate directly, then they can sponsor those quran distribution exercises.</w:t>
      </w:r>
      <w:r>
        <w:br/>
      </w:r>
      <w:r>
        <w:rPr>
          <w:sz w:val="20"/>
        </w:rPr>
        <w:t>1:20:01  to kya woh theek aah aah ho sakta hai maulana ke agar woh waqt nahin de sakte to</w:t>
      </w:r>
      <w:r>
        <w:br/>
      </w:r>
      <w:r>
        <w:rPr>
          <w:sz w:val="20"/>
        </w:rPr>
        <w:t>1:20:07  jo quran distribution drives hain is mein woh aah sponsor kar sakte hain, paise de sakte hain? haan, paisa dein.</w:t>
      </w:r>
      <w:r>
        <w:br/>
      </w:r>
      <w:r>
        <w:rPr>
          <w:sz w:val="20"/>
        </w:rPr>
        <w:t>1:20:13  kis ko? kis ke liye mumkin nahi hai? har aadmi ke paas kuch na kuch paisa dene ki position mein hota hai. har aadmi. yeh nahi ke ho ho sakta hai ke kisi ke paas paise hi na hon. quran mein hai ke lantuhuboon paisa kharch karo deen karam mein. yeh quran mein yeh ayat hai: lantuhuboon. to aap time na de sakt</w:t>
      </w:r>
      <w:r>
        <w:br/>
      </w:r>
      <w:r>
        <w:rPr>
          <w:sz w:val="20"/>
        </w:rPr>
        <w:t>1:20:43  e to paisa dijiye.</w:t>
      </w:r>
      <w:r>
        <w:br/>
      </w:r>
      <w:r>
        <w:rPr>
          <w:sz w:val="20"/>
        </w:rPr>
        <w:t>1:20:47  asal mein kuch dena chahte nahin log, na paisa, na time.</w:t>
      </w:r>
      <w:r>
        <w:br/>
      </w:r>
      <w:r>
        <w:rPr>
          <w:sz w:val="20"/>
        </w:rPr>
        <w:t>1:20:51  to yeh sab wada bolte hain.</w:t>
      </w:r>
      <w:r>
        <w:br/>
      </w:r>
      <w:r>
        <w:rPr>
          <w:sz w:val="20"/>
        </w:rPr>
        <w:t>1:20:55  mein to samajhta hoon ke yeh sab excuses hain.</w:t>
      </w:r>
      <w:r>
        <w:br/>
      </w:r>
      <w:r>
        <w:rPr>
          <w:sz w:val="20"/>
        </w:rPr>
        <w:t>1:20:58  yeh sab koi aur koi gehri reason is ki nahin hai.</w:t>
      </w:r>
    </w:p>
    <w:p>
      <w:pPr>
        <w:pStyle w:val="Heading2"/>
      </w:pPr>
      <w:r>
        <w:t>Answering professionals' questions about their professions</w:t>
      </w:r>
    </w:p>
    <w:p>
      <w:r>
        <w:rPr>
          <w:color w:val="666666"/>
          <w:sz w:val="18"/>
        </w:rPr>
        <w:t>Society &amp; Dawah · Realization of God March 16, 2014 Maulana Wahiduddin Khan · 2m 49s · at 53:21 · https://youtu.be/OA8Apjhruag?t=3201</w:t>
      </w:r>
    </w:p>
    <w:p>
      <w:r>
        <w:rPr>
          <w:i/>
        </w:rPr>
        <w:t>“During my dawah work, I have encountered this problem more often when I meet professionals like bankers, engineers, and lawyers. They usually, after reading your books, ask specific questions about their profession and want to know if you have said something about the profession of law or banking system. I am usually lost at that time. What should I answer them at that time?”</w:t>
      </w:r>
    </w:p>
    <w:p>
      <w:r>
        <w:rPr>
          <w:sz w:val="20"/>
        </w:rPr>
        <w:t>53:21  maulana, agla sawal bhi pakistan se aya hai. sister salma ne kiya hai. unhon ne likha hai: "maulana sahib, during my dawa work, i have encountered this problem more often when i meet professionals like bankers, engineers, and lawyers.</w:t>
      </w:r>
      <w:r>
        <w:br/>
      </w:r>
      <w:r>
        <w:rPr>
          <w:sz w:val="20"/>
        </w:rPr>
        <w:t>53:40  they usually, after reading your books, ask specific questions about their profession and want to know that if you have said something about the profession of law or banking system.</w:t>
      </w:r>
      <w:r>
        <w:br/>
      </w:r>
      <w:r>
        <w:rPr>
          <w:sz w:val="20"/>
        </w:rPr>
        <w:t>53:53  i am usually lost at that time. what should i answer them at that time?</w:t>
      </w:r>
      <w:r>
        <w:br/>
      </w:r>
      <w:r>
        <w:rPr>
          <w:sz w:val="20"/>
        </w:rPr>
        <w:t>53:59  please advise me." dekhiye, yeh job jo hota hai, job ek profession hai.</w:t>
      </w:r>
      <w:r>
        <w:br/>
      </w:r>
      <w:r>
        <w:rPr>
          <w:sz w:val="20"/>
        </w:rPr>
        <w:t>54:08  professional course karne wale jo hain, un ko job mil jata hai. is mani mein quran mein kuch hit ho sakti hai, lekin quran is ki kitab nahi hai.</w:t>
      </w:r>
      <w:r>
        <w:br/>
      </w:r>
      <w:r>
        <w:rPr>
          <w:sz w:val="20"/>
        </w:rPr>
        <w:t>54:19  koi professional book nahi hai. quran majeed, quran majeed to hidayat ki kitab hai. insan dunya mein kaise rahe aur akhirat mein us ko jannat kaise mile, yeh batane ke liye, creation plan of god batane ke liye.</w:t>
      </w:r>
      <w:r>
        <w:br/>
      </w:r>
      <w:r>
        <w:rPr>
          <w:sz w:val="20"/>
        </w:rPr>
        <w:t>54:34  to use kahe ke aap un se bohat kitaben hain, wahan parhiye. quran is ke liye nahi hai. quran to divine guide book hai aur dunya mein kaise aap rahen,</w:t>
      </w:r>
      <w:r>
        <w:br/>
      </w:r>
      <w:r>
        <w:rPr>
          <w:sz w:val="20"/>
        </w:rPr>
        <w:t>54:49  sirat-e-mustaqeem par aur akhirat mein jannat kaise mile, is ko batane ke liye. baqi aap janna chahte hain to phir aap doosri kitaben un ko parhiye. yani direct taur par nahi hai, lekin indirect taur par bohat kuch mil jayega.</w:t>
      </w:r>
      <w:r>
        <w:br/>
      </w:r>
      <w:r>
        <w:rPr>
          <w:sz w:val="20"/>
        </w:rPr>
        <w:t>55:04  hamari koi kitaben hain, char kitaben, woh yeh hi to hai. woh indirect taur par is mein quran hi ki baat kahi gayi hai, jis ka naam hai raja hayat, tabe hayat,</w:t>
      </w:r>
      <w:r>
        <w:br/>
      </w:r>
      <w:r>
        <w:rPr>
          <w:sz w:val="20"/>
        </w:rPr>
        <w:t>55:18  rehnama hayat, kitab-e-zindagi. yeh char kitaben hain, woh woh sab ke sab quran ke talimat ka application hai hamari rozmarra ki zindagi mein.</w:t>
      </w:r>
      <w:r>
        <w:br/>
      </w:r>
      <w:r>
        <w:rPr>
          <w:sz w:val="20"/>
        </w:rPr>
        <w:t>55:34  to un ko dijiye, woh parhen. is ko agar woh english wale log hain to un ko aap hamara vision dijiye. urdu wale log hain to yeh sari kitaben dijiye un ko.</w:t>
      </w:r>
      <w:r>
        <w:br/>
      </w:r>
      <w:r>
        <w:rPr>
          <w:sz w:val="20"/>
        </w:rPr>
        <w:t>55:43  un ka jawab ho jayega. raja hayat, tabe hayat, rehnama hayat, kitab-e-zindagi, aise logon ke liye kitaben best hain.</w:t>
      </w:r>
      <w:r>
        <w:br/>
      </w:r>
      <w:r>
        <w:rPr>
          <w:sz w:val="20"/>
        </w:rPr>
        <w:t>55:52  woh kitabon mein jo baat kahi gayi hai, woh quran hadith hi ke lekar kahi gayi hai. unhi ke isharon ki tafsir ki gayi hai. is mein quran hadith ke jo isharay hain, unhi ki tafsir ki gayi hai.</w:t>
      </w:r>
      <w:r>
        <w:br/>
      </w:r>
      <w:r>
        <w:rPr>
          <w:sz w:val="20"/>
        </w:rPr>
        <w:t>56:05  aisay logon ko aap yeh kitabein dijiye.</w:t>
      </w:r>
    </w:p>
    <w:p>
      <w:pPr>
        <w:pStyle w:val="Heading2"/>
      </w:pPr>
      <w:r>
        <w:t>Applying Vatican Principle in Social Life</w:t>
      </w:r>
    </w:p>
    <w:p>
      <w:r>
        <w:rPr>
          <w:color w:val="666666"/>
          <w:sz w:val="18"/>
        </w:rPr>
        <w:t>Society &amp; Dawah · Formula of Human Life | March 13, 2016 · 2m 41s · at 1:07:36 · https://youtu.be/Et_ZQTYZzjU?t=4056</w:t>
      </w:r>
    </w:p>
    <w:p>
      <w:r>
        <w:rPr>
          <w:i/>
        </w:rPr>
        <w:t>“Can the Vatican principle be applied in one's social life by limiting oneself to the possible? Please advise.”</w:t>
      </w:r>
    </w:p>
    <w:p>
      <w:r>
        <w:rPr>
          <w:sz w:val="20"/>
        </w:rPr>
        <w:t>1:07:36  maulana, agla sawal miss</w:t>
      </w:r>
      <w:r>
        <w:br/>
      </w:r>
      <w:r>
        <w:rPr>
          <w:sz w:val="20"/>
        </w:rPr>
        <w:t>1:07:42  naghma siddiqui ne kiya hai dilli se, aur unhon ne aap se poocha hai ke: "can the vatican</w:t>
      </w:r>
      <w:r>
        <w:br/>
      </w:r>
      <w:r>
        <w:rPr>
          <w:sz w:val="20"/>
        </w:rPr>
        <w:t>1:07:48  principle be applied in ones social life by limiting our self to the possible?" please advice.</w:t>
      </w:r>
      <w:r>
        <w:br/>
      </w:r>
      <w:r>
        <w:rPr>
          <w:sz w:val="20"/>
        </w:rPr>
        <w:t>1:07:54  bilkul, hum to apne ghar mein hi vatican principle ko apply karte hain.</w:t>
      </w:r>
      <w:r>
        <w:br/>
      </w:r>
      <w:r>
        <w:rPr>
          <w:sz w:val="20"/>
        </w:rPr>
        <w:t>1:08:00  aap yaqeen kijiye, mein aap ko batata hoon bohat hi interesting story.</w:t>
      </w:r>
      <w:r>
        <w:br/>
      </w:r>
      <w:r>
        <w:rPr>
          <w:sz w:val="20"/>
        </w:rPr>
        <w:t>1:08:07  mere ghar mein yeh jo c 2</w:t>
      </w:r>
      <w:r>
        <w:br/>
      </w:r>
      <w:r>
        <w:rPr>
          <w:sz w:val="20"/>
        </w:rPr>
        <w:t>1:08:13  9 jo hai, wahan aik corner hai, is ko mein kehta hoon yaani garden ki taraf face karta hai.</w:t>
      </w:r>
      <w:r>
        <w:br/>
      </w:r>
      <w:r>
        <w:rPr>
          <w:sz w:val="20"/>
        </w:rPr>
        <w:t>1:08:20  woh to mein is ko kehta hoon spiritual corner.</w:t>
      </w:r>
      <w:r>
        <w:br/>
      </w:r>
      <w:r>
        <w:rPr>
          <w:sz w:val="20"/>
        </w:rPr>
        <w:t>1:08:28  wahan aik aik ceiling fan hai, us ceiling fan ke neeche mein baithta tha to kya hua ke</w:t>
      </w:r>
      <w:r>
        <w:br/>
      </w:r>
      <w:r>
        <w:rPr>
          <w:sz w:val="20"/>
        </w:rPr>
        <w:t>1:08:36  wahan par yeh pigeon jo hoti hai na, pigeon jis ko hum faakhta kehte hain, woh wahan par</w:t>
      </w:r>
      <w:r>
        <w:br/>
      </w:r>
      <w:r>
        <w:rPr>
          <w:sz w:val="20"/>
        </w:rPr>
        <w:t>1:08:43  bohat aanay lagi.</w:t>
      </w:r>
      <w:r>
        <w:br/>
      </w:r>
      <w:r>
        <w:rPr>
          <w:sz w:val="20"/>
        </w:rPr>
        <w:t>1:08:48  to aik din aisa hua ke aik faakhta, aik pigeon, is ke is se takra gayi.</w:t>
      </w:r>
      <w:r>
        <w:br/>
      </w:r>
      <w:r>
        <w:rPr>
          <w:sz w:val="20"/>
        </w:rPr>
        <w:t>1:08:52  fan chal raha tha to usi waqt giri aur mar gayi.</w:t>
      </w:r>
      <w:r>
        <w:br/>
      </w:r>
      <w:r>
        <w:rPr>
          <w:sz w:val="20"/>
        </w:rPr>
        <w:t>1:08:56  woh khoon nikalne laga to mein ne samjha ke yeh shayad by chance hua.</w:t>
      </w:r>
      <w:r>
        <w:br/>
      </w:r>
      <w:r>
        <w:rPr>
          <w:sz w:val="20"/>
        </w:rPr>
        <w:t>1:09:01  ab mein phir bhi chalata raha, phir aik do din ke baad phir yahi hua.</w:t>
      </w:r>
      <w:r>
        <w:br/>
      </w:r>
      <w:r>
        <w:rPr>
          <w:sz w:val="20"/>
        </w:rPr>
        <w:t>1:09:05  us din se aaj tak mein chalata hi nahin.</w:t>
      </w:r>
      <w:r>
        <w:br/>
      </w:r>
      <w:r>
        <w:rPr>
          <w:sz w:val="20"/>
        </w:rPr>
        <w:t>1:09:09  mein ne apne hi ghar mein aik vatican bana rakha hai, bana rakha hai,</w:t>
      </w:r>
      <w:r>
        <w:br/>
      </w:r>
      <w:r>
        <w:rPr>
          <w:sz w:val="20"/>
        </w:rPr>
        <w:t>1:09:13  is ko de diya faakhta ko ke uro jo chahe karo.</w:t>
      </w:r>
      <w:r>
        <w:br/>
      </w:r>
      <w:r>
        <w:rPr>
          <w:sz w:val="20"/>
        </w:rPr>
        <w:t>1:09:19  mein mein itne mein rahoon ga.</w:t>
      </w:r>
      <w:r>
        <w:br/>
      </w:r>
      <w:r>
        <w:rPr>
          <w:sz w:val="20"/>
        </w:rPr>
        <w:t>1:09:24  This is also applying the Vatican principle.</w:t>
      </w:r>
      <w:r>
        <w:br/>
      </w:r>
      <w:r>
        <w:rPr>
          <w:sz w:val="20"/>
        </w:rPr>
        <w:t>1:09:29  yeh to nature hai, aap ko shaq ho jaye to mere ghar mein dekh lijye ke mein apne</w:t>
      </w:r>
      <w:r>
        <w:br/>
      </w:r>
      <w:r>
        <w:rPr>
          <w:sz w:val="20"/>
        </w:rPr>
        <w:t>1:09:34  is jo mera apna corner tha, jahan mein rozana baithta tha, wahan mein apne aap ko mein ne</w:t>
      </w:r>
      <w:r>
        <w:br/>
      </w:r>
      <w:r>
        <w:rPr>
          <w:sz w:val="20"/>
        </w:rPr>
        <w:t>1:09:39  sameit liya aur sara de diya fakhta ko,</w:t>
      </w:r>
      <w:r>
        <w:br/>
      </w:r>
      <w:r>
        <w:rPr>
          <w:sz w:val="20"/>
        </w:rPr>
        <w:t>1:09:44  pigeon ko.</w:t>
      </w:r>
      <w:r>
        <w:br/>
      </w:r>
      <w:r>
        <w:rPr>
          <w:sz w:val="20"/>
        </w:rPr>
        <w:t>1:09:50  This is also Vatican principle, yani Pope ne yeh kiya tha ke Europe ko de diya, doosron ko</w:t>
      </w:r>
      <w:r>
        <w:br/>
      </w:r>
      <w:r>
        <w:rPr>
          <w:sz w:val="20"/>
        </w:rPr>
        <w:t>1:09:55  khud vatican ke aik chote area mein apna seater bana liya.</w:t>
      </w:r>
      <w:r>
        <w:br/>
      </w:r>
      <w:r>
        <w:rPr>
          <w:sz w:val="20"/>
        </w:rPr>
        <w:t>1:10:01  wohi mein ne kiya hai, already apne ghar mein.</w:t>
      </w:r>
      <w:r>
        <w:br/>
      </w:r>
      <w:r>
        <w:rPr>
          <w:sz w:val="20"/>
        </w:rPr>
        <w:t>1:10:07  yeh toh best yani principal hai aur yeh law of nature pe base karta hai.</w:t>
      </w:r>
      <w:r>
        <w:br/>
      </w:r>
      <w:r>
        <w:rPr>
          <w:sz w:val="20"/>
        </w:rPr>
        <w:t>1:10:12  kisi ko shaq ho toh mere ghar mein aa ke dekh sakta hai. woh</w:t>
      </w:r>
    </w:p>
    <w:p>
      <w:pPr>
        <w:pStyle w:val="Heading2"/>
      </w:pPr>
      <w:r>
        <w:t>Applying war versus ideology wisdom</w:t>
      </w:r>
    </w:p>
    <w:p>
      <w:r>
        <w:rPr>
          <w:color w:val="666666"/>
          <w:sz w:val="18"/>
        </w:rPr>
        <w:t>Society &amp; Dawah · The Creation Plan December 09, 2018 · 2m 05s · at 53:45 · https://youtu.be/y8tS4vW9lFI?t=3225</w:t>
      </w:r>
    </w:p>
    <w:p>
      <w:r>
        <w:rPr>
          <w:i/>
        </w:rPr>
        <w:t>“You talked about war versus ideology in today's talk. This is very powerful wisdom in the present time for the ummah. My question is: How can we apply this today?”</w:t>
      </w:r>
    </w:p>
    <w:p>
      <w:r>
        <w:rPr>
          <w:sz w:val="20"/>
        </w:rPr>
        <w:t>53:45  For such personalities, God has created paradise. May God give us strength to actualize our personality." Maulana, agla sawal lete hain.</w:t>
      </w:r>
      <w:r>
        <w:br/>
      </w:r>
      <w:r>
        <w:rPr>
          <w:sz w:val="20"/>
        </w:rPr>
        <w:t>53:57  Ye sawal bheja hai Chennai se Maulana Iqbal Umri ne. Unho ne likha hai: "Maulana, you talked about war versus ideology in today's talk.</w:t>
      </w:r>
      <w:r>
        <w:br/>
      </w:r>
      <w:r>
        <w:rPr>
          <w:sz w:val="20"/>
        </w:rPr>
        <w:t>54:09  This is very powerful wisdom in the present time for the Ummah. My question is: How can we apply this today?</w:t>
      </w:r>
      <w:r>
        <w:br/>
      </w:r>
      <w:r>
        <w:rPr>
          <w:sz w:val="20"/>
        </w:rPr>
        <w:t>54:19  Kindly explain this to all of us." Bhai, waise hi jaise Rasool Allah ne kiya.</w:t>
      </w:r>
      <w:r>
        <w:br/>
      </w:r>
      <w:r>
        <w:rPr>
          <w:sz w:val="20"/>
        </w:rPr>
        <w:t>54:29  Yaani dekhiye, war se peace ki taraf aana ye opposite party kam nahi, kaam nahi hai.</w:t>
      </w:r>
      <w:r>
        <w:br/>
      </w:r>
      <w:r>
        <w:rPr>
          <w:sz w:val="20"/>
        </w:rPr>
        <w:t>54:45  Maidan maidan ko war se hata kar ke peace mein lana, ye wo opposite party kabhi bhi nahi kare gi.</w:t>
      </w:r>
      <w:r>
        <w:br/>
      </w:r>
      <w:r>
        <w:rPr>
          <w:sz w:val="20"/>
        </w:rPr>
        <w:t>54:55  yeh aap ko khud karna parta hai, chahe lafz rasool Allah kaghaz pe bithana parae.</w:t>
      </w:r>
      <w:r>
        <w:br/>
      </w:r>
      <w:r>
        <w:rPr>
          <w:sz w:val="20"/>
        </w:rPr>
        <w:t>55:03  to hut dhali ko khatam karein, akarr ko khatam karein, ana ko khatam karein. hamari ummat mein jo log rehnuma ban gaye, unhone is se mutalba se sikhaya hai, wo doosre se mango, doosre se mango,</w:t>
      </w:r>
      <w:r>
        <w:br/>
      </w:r>
      <w:r>
        <w:rPr>
          <w:sz w:val="20"/>
        </w:rPr>
        <w:t>55:19  tum karo. rasool Allah ne kaha ke mein karunga.</w:t>
      </w:r>
      <w:r>
        <w:br/>
      </w:r>
      <w:r>
        <w:rPr>
          <w:sz w:val="20"/>
        </w:rPr>
        <w:t>55:27  yeh kehti hai bari sunnat rasool hai yeh ke aaj ke musalman doosre se mang karte hain ke tum karo, aur rasool Allah ne yeh kiya ke mein karunga, i will do it.</w:t>
      </w:r>
      <w:r>
        <w:br/>
      </w:r>
      <w:r>
        <w:rPr>
          <w:sz w:val="20"/>
        </w:rPr>
        <w:t>55:41  to bas isi sunnat ko le lene aur is ka dunya mein peace aa jayega.</w:t>
      </w:r>
    </w:p>
    <w:p>
      <w:pPr>
        <w:pStyle w:val="Heading2"/>
      </w:pPr>
      <w:r>
        <w:t>Arab Scholar Blames Muslims' Failure on Jihad</w:t>
      </w:r>
    </w:p>
    <w:p>
      <w:r>
        <w:rPr>
          <w:color w:val="666666"/>
          <w:sz w:val="18"/>
        </w:rPr>
        <w:t>Society &amp; Dawah · The Secret of Divine Wisdom September 2, 2012 · 3m 53s · at 1:15:21 · https://youtu.be/ZXQlrW7PqAE?t=4521</w:t>
      </w:r>
    </w:p>
    <w:p>
      <w:r>
        <w:rPr>
          <w:i/>
        </w:rPr>
        <w:t>“An Arab scholar has written in his book that Muslims are failing because they are not waging jihad and because 52 Muslim countries did not support Palestine in its jihad. What do you say about this?”</w:t>
      </w:r>
    </w:p>
    <w:p>
      <w:r>
        <w:rPr>
          <w:sz w:val="20"/>
        </w:rPr>
        <w:t>1:15:21  maulana agla sawal tamil nadu se hai maulana asrar umri sahib ka unhon ne likha hai maulana arab ke aik aalim ne apni kitab mein musalmanon ki nakami ka sabab jihad ka na hona aur 52 muslim countries ka falasteen ke jihad mein sath na dena bataya hai is ke baray mein aap kya kahen ge yeh to yani akhri had tak baseless baat hai</w:t>
      </w:r>
      <w:r>
        <w:br/>
      </w:r>
      <w:r>
        <w:rPr>
          <w:sz w:val="20"/>
        </w:rPr>
        <w:t>1:15:50  yani behal un ki jihad to ho raha hai beshumar log mare gaye hain beshumar aisa</w:t>
      </w:r>
      <w:r>
        <w:br/>
      </w:r>
      <w:r>
        <w:rPr>
          <w:sz w:val="20"/>
        </w:rPr>
        <w:t>1:15:56  barbad kiya aaj bhi jihad jari hai</w:t>
      </w:r>
      <w:r>
        <w:br/>
      </w:r>
      <w:r>
        <w:rPr>
          <w:sz w:val="20"/>
        </w:rPr>
        <w:t>1:15:59  yani yani jihad to itna zyada ho raha hai ke aur jihad ho gaya aur jihad</w:t>
      </w:r>
      <w:r>
        <w:br/>
      </w:r>
      <w:r>
        <w:rPr>
          <w:sz w:val="20"/>
        </w:rPr>
        <w:t>1:16:05  asal cheez kya hai yeh log jo hain</w:t>
      </w:r>
      <w:r>
        <w:br/>
      </w:r>
      <w:r>
        <w:rPr>
          <w:sz w:val="20"/>
        </w:rPr>
        <w:t>1:16:09  in logon ka muamla yeh hai ke woh do cheezon farq farq nahi kar paate</w:t>
      </w:r>
      <w:r>
        <w:br/>
      </w:r>
      <w:r>
        <w:rPr>
          <w:sz w:val="20"/>
        </w:rPr>
        <w:t>1:16:15  ek hai lack of jihad ek hai lack of result of jihad</w:t>
      </w:r>
      <w:r>
        <w:br/>
      </w:r>
      <w:r>
        <w:rPr>
          <w:sz w:val="20"/>
        </w:rPr>
        <w:t>1:16:23  lack of jihad lack of result of jihad kyunke dekhiye 1948 mein inhi arbon ne narah lagaya tha ke hum israel ko yani samandar mein dhakel den ge in ko in ko khatam kar den ge hum in ko jihad ke zariye mita den ge</w:t>
      </w:r>
      <w:r>
        <w:br/>
      </w:r>
      <w:r>
        <w:rPr>
          <w:sz w:val="20"/>
        </w:rPr>
        <w:t>1:16:45  acha jihad shuru 1948 se jihad shuru hua hai to jis jo jis ailan ke sath kiya tha unhon ne kaha hamara jihad yeh in ko mita de ga to mita nahi paye to ab woh unhein sochna chahiye ke jo cheez mafqood hai woh jihad nahi hai jo cheez mafqood hai woh woh nateeja jihad hai</w:t>
      </w:r>
      <w:r>
        <w:br/>
      </w:r>
      <w:r>
        <w:rPr>
          <w:sz w:val="20"/>
        </w:rPr>
        <w:t>1:17:11  to yeh log jante nahi difference ko</w:t>
      </w:r>
      <w:r>
        <w:br/>
      </w:r>
      <w:r>
        <w:rPr>
          <w:sz w:val="20"/>
        </w:rPr>
        <w:t>1:17:14  dekhen principle of differentiation jo hai bohat hi rare log jaan pate hain to yeh chunchke yani result nahi nikal raha hai to samajhte hain ke jihad bhi nahi ho raha hai hain aik subah sham rozana jihad ho raha hai beshumar log mare gaye aur rozana mar ja rahe hain</w:t>
      </w:r>
      <w:r>
        <w:br/>
      </w:r>
      <w:r>
        <w:rPr>
          <w:sz w:val="20"/>
        </w:rPr>
        <w:t>1:17:37  jihad ke liye in falastiniyon ne surangen khod din misr se aur us ke gaza ke darmiyan</w:t>
      </w:r>
      <w:r>
        <w:br/>
      </w:r>
      <w:r>
        <w:rPr>
          <w:sz w:val="20"/>
        </w:rPr>
        <w:t>1:17:47  yani yani jihad ke liye bachta hoon ke poori tareekh mein musalmanon ne jitna jihad kiya utna jihad akele falasteen ke naam par kiya gaya hai</w:t>
      </w:r>
      <w:r>
        <w:br/>
      </w:r>
      <w:r>
        <w:rPr>
          <w:sz w:val="20"/>
        </w:rPr>
        <w:t>1:17:58  65 saalon ke darmiyan aur sari dunya ke musalman is ko yeh duaen karte hain is ke liye paise dete hain is ke liye mazameen chhapte hain is ki kitaben chhapte hain</w:t>
      </w:r>
      <w:r>
        <w:br/>
      </w:r>
      <w:r>
        <w:rPr>
          <w:sz w:val="20"/>
        </w:rPr>
        <w:t>1:18:11  yani sari dunya ke musalman ya to amlan ya fikran is mein involve hain woh</w:t>
      </w:r>
      <w:r>
        <w:br/>
      </w:r>
      <w:r>
        <w:rPr>
          <w:sz w:val="20"/>
        </w:rPr>
        <w:t>1:18:17  to yeh yeh yeh to bilkul be asal baat hai ke jihad nahi ho raha hai asal baat yeh hai ke yeh log yeh nahi samajh pate ke ke lack of jihad aur lack of result of jihad mein kya farq hai is liye aisi kitaben likhte hain woh</w:t>
      </w:r>
      <w:r>
        <w:br/>
      </w:r>
      <w:r>
        <w:rPr>
          <w:sz w:val="20"/>
        </w:rPr>
        <w:t>1:18:37  to nateeja jihad mafqood hai na ke jihad ab to jihad ko yani yeh ailan karna chahiye ke jihad band karo ke jihad se koi nateeja nahi nikla yani yeh ulta ailan kar rahe hain ke jihad nahi ho raha hai ab to kehna chahiye ke jihad bohat kiya bohat kiya hum ne kai kai kai generation tak jihad jari raha ab beshumar log mare gaye</w:t>
      </w:r>
      <w:r>
        <w:br/>
      </w:r>
      <w:r>
        <w:rPr>
          <w:sz w:val="20"/>
        </w:rPr>
        <w:t>1:19:06  ab to band karo jihad ko ab koi doosra tareeqa nikalo is masle ke liye</w:t>
      </w:r>
    </w:p>
    <w:p>
      <w:pPr>
        <w:pStyle w:val="Heading2"/>
      </w:pPr>
      <w:r>
        <w:t>Are Shias True Muslims? How to Explain?</w:t>
      </w:r>
    </w:p>
    <w:p>
      <w:r>
        <w:rPr>
          <w:color w:val="666666"/>
          <w:sz w:val="18"/>
        </w:rPr>
        <w:t>Society &amp; Dawah · Age of Peace November 18, 2012 · 2m 30s · at 1:29:39 · https://youtu.be/Y9nkQnBqbrs?t=5379</w:t>
      </w:r>
    </w:p>
    <w:p>
      <w:r>
        <w:rPr>
          <w:i/>
        </w:rPr>
        <w:t>“I was discussing with a Muslim that the Quran must be conveyed to people. He said that Shias also read the Quran and understand it more than us. Are they true Muslims? How should I explain to such people?”</w:t>
      </w:r>
    </w:p>
    <w:p>
      <w:r>
        <w:rPr>
          <w:sz w:val="20"/>
        </w:rPr>
        <w:t>1:29:39  molana, yeh sawal dilli se hai muhammad ans sahib ka. unhone likha hai: "molana, main ek musalman sahib se dawat ke bare mein baat kar raha tha ke quran ko logon tak pahunchana zaroori hai.</w:t>
      </w:r>
      <w:r>
        <w:br/>
      </w:r>
      <w:r>
        <w:rPr>
          <w:sz w:val="20"/>
        </w:rPr>
        <w:t>1:29:52  to unhone kaha ke quran to shia hazrat bhi parhte hain aur hum logon se zyada wahi log samajh kar parhte hain. unhone kaha ke to kya woh log sahi musalman ban gaye?</w:t>
      </w:r>
      <w:r>
        <w:br/>
      </w:r>
      <w:r>
        <w:rPr>
          <w:sz w:val="20"/>
        </w:rPr>
        <w:t>1:30:05  molana, is ke bare mein batayein ke aise logon ko kya aur kis tarah samjhana chahiye? dekhiye, yeh sab apne dimagh se sochna hai.</w:t>
      </w:r>
      <w:r>
        <w:br/>
      </w:r>
      <w:r>
        <w:rPr>
          <w:sz w:val="20"/>
        </w:rPr>
        <w:t>1:30:14  apne dimagh se sochna kufar hai, kufar ya shaitani</w:t>
      </w:r>
      <w:r>
        <w:br/>
      </w:r>
      <w:r>
        <w:rPr>
          <w:sz w:val="20"/>
        </w:rPr>
        <w:t>1:30:19  pan hai. yeh shaitan ne apne dimagh socha to Allah ke mukhalif ban gaya. woh nahi, quran ke dimagh socheye. aap apne dimagh sochna shaitani soch hai.</w:t>
      </w:r>
      <w:r>
        <w:br/>
      </w:r>
      <w:r>
        <w:rPr>
          <w:sz w:val="20"/>
        </w:rPr>
        <w:t>1:30:30  yeh quran se socheye to kya likha hai quran mein? fadhakkar innama anta mudhakkir. lasta alaihim bimusaitir. illaa man tawalla wa kafara fayu'adhdhibuhullahu al-adhab al-akbar. innana ilayna iyabahum thumma inna alayna hisabahum</w:t>
      </w:r>
      <w:r>
        <w:br/>
      </w:r>
      <w:r>
        <w:rPr>
          <w:sz w:val="20"/>
        </w:rPr>
        <w:t>1:30:49  is ka matlab hai ke Allah taala ne farmaya rasool Allah salallaho alaihi wasallam se ke tum logon ko baat pahunchate raho, yaad dehani karte raho.</w:t>
      </w:r>
      <w:r>
        <w:br/>
      </w:r>
      <w:r>
        <w:rPr>
          <w:sz w:val="20"/>
        </w:rPr>
        <w:t>1:30:58  tum logon ke upar darogha nahi ho, matlab tum koi power nahi, koi badal dalo, un ko is ki fikr mat karo. tum pahuncha do, baqi mamla Allah taala ka hai, woh akhirat mein is ka hisab le ga.</w:t>
      </w:r>
      <w:r>
        <w:br/>
      </w:r>
      <w:r>
        <w:rPr>
          <w:sz w:val="20"/>
        </w:rPr>
        <w:t>1:31:12  to yeh yeh sab jhooti soch hai. hamara kaam hai pahunchana, pahunchana, peh</w:t>
      </w:r>
      <w:r>
        <w:br/>
      </w:r>
      <w:r>
        <w:rPr>
          <w:sz w:val="20"/>
        </w:rPr>
        <w:t>1:31:17  chana. baqi amal Allah taala ka hai. agar hum ne pahuncha diya to is ke baad jo doosra kaam hai, woh Allah taala ka kaam hai. that is yaani that is demand of, that is domain of god.</w:t>
      </w:r>
      <w:r>
        <w:br/>
      </w:r>
      <w:r>
        <w:rPr>
          <w:sz w:val="20"/>
        </w:rPr>
        <w:t>1:31:29  sare musalmanon ka mamla hai ke Khuda ke domain mein ja kar sochna chahte hain aur apna jo kaam hai, us ko bhule hue hain.</w:t>
      </w:r>
      <w:r>
        <w:br/>
      </w:r>
      <w:r>
        <w:rPr>
          <w:sz w:val="20"/>
        </w:rPr>
        <w:t>1:31:39  baharhal, yeh bilkul galat soch hai.</w:t>
      </w:r>
      <w:r>
        <w:br/>
      </w:r>
      <w:r>
        <w:rPr>
          <w:sz w:val="20"/>
        </w:rPr>
        <w:t>1:31:42  yeh shia ki baat hai, na sunni ki baat hai, na hindu ki baat hai, na muslim ki baat hai. asal baat yeh hai ke jis ko yeh ehsas ho ke quran Allah ka kalam hai aur woh hai li'l 'alamina nazeera. matloob hai yaani har har ek ko pahunchana to humein pahunchana hai, pahunchana hai, pahunchana hai aur dua karna hai.</w:t>
      </w:r>
      <w:r>
        <w:br/>
      </w:r>
      <w:r>
        <w:rPr>
          <w:sz w:val="20"/>
        </w:rPr>
        <w:t>1:32:02  pahunchane ke baad jo kaam aap ka hai, woh dua karna hai. yeh sab sochna nahi hai.</w:t>
      </w:r>
    </w:p>
    <w:p>
      <w:pPr>
        <w:pStyle w:val="Heading2"/>
      </w:pPr>
      <w:r>
        <w:t>Arrest of innocent Muslim youth in India</w:t>
      </w:r>
    </w:p>
    <w:p>
      <w:r>
        <w:rPr>
          <w:color w:val="666666"/>
          <w:sz w:val="18"/>
        </w:rPr>
        <w:t>Society &amp; Dawah · Divine Law of Success 14th October 2012 Slow · 4m 19s · at 1:26:57 · https://youtu.be/2zXfZhIf1jA?t=5217</w:t>
      </w:r>
    </w:p>
    <w:p>
      <w:r>
        <w:rPr>
          <w:i/>
        </w:rPr>
        <w:t>“Nowadays in India, innocent Muslim youth are being arrested from Azamgarh, Darbhanga, and many other places. What is your response to this?”</w:t>
      </w:r>
    </w:p>
    <w:p>
      <w:r>
        <w:rPr>
          <w:sz w:val="20"/>
        </w:rPr>
        <w:t>1:26:57  jazakmullah khair." maulana, agla sawal aya hai shah imran sahib ka dilli se.</w:t>
      </w:r>
      <w:r>
        <w:br/>
      </w:r>
      <w:r>
        <w:rPr>
          <w:sz w:val="20"/>
        </w:rPr>
        <w:t>1:27:02  unhon ne likha hai: "aaj kal india mein be-qusoor muslim naujawanon ko giraftar kiya ja raha hai.</w:t>
      </w:r>
      <w:r>
        <w:br/>
      </w:r>
      <w:r>
        <w:rPr>
          <w:sz w:val="20"/>
        </w:rPr>
        <w:t>1:27:07  azamgarh, darbhanga aur na jaane bharat ke kis kis hisse se muslim naujawanon ko pakda gaya.</w:t>
      </w:r>
      <w:r>
        <w:br/>
      </w:r>
      <w:r>
        <w:rPr>
          <w:sz w:val="20"/>
        </w:rPr>
        <w:t>1:27:12  akhbar mein is ki reporting aati rehti hai.</w:t>
      </w:r>
      <w:r>
        <w:br/>
      </w:r>
      <w:r>
        <w:rPr>
          <w:sz w:val="20"/>
        </w:rPr>
        <w:t>1:27:17  is ke bare mein aap bhartiya musalmanon ko kiya sandesh dena chahenge?" yeh be-qusoor ka jo</w:t>
      </w:r>
      <w:r>
        <w:br/>
      </w:r>
      <w:r>
        <w:rPr>
          <w:sz w:val="20"/>
        </w:rPr>
        <w:t>1:27:22  lafz hai, yeh bilkul hi mujhe bohat ajeeb lagta hai.</w:t>
      </w:r>
      <w:r>
        <w:br/>
      </w:r>
      <w:r>
        <w:rPr>
          <w:sz w:val="20"/>
        </w:rPr>
        <w:t>1:27:27  aaj hi subah mein baat kar raha tha kisi se ke chahe hindu ho ya musalman, sab ka</w:t>
      </w:r>
      <w:r>
        <w:br/>
      </w:r>
      <w:r>
        <w:rPr>
          <w:sz w:val="20"/>
        </w:rPr>
        <w:t>1:27:33  mamla yeh hai ke india mein rozana chhapte hain.</w:t>
      </w:r>
      <w:r>
        <w:br/>
      </w:r>
      <w:r>
        <w:rPr>
          <w:sz w:val="20"/>
        </w:rPr>
        <w:t>1:27:38  yeh scheme, woh scandal, yeh jurm.</w:t>
      </w:r>
      <w:r>
        <w:br/>
      </w:r>
      <w:r>
        <w:rPr>
          <w:sz w:val="20"/>
        </w:rPr>
        <w:t>1:27:43  lekin jab kisi ko pakda jata hai to pakda jata hai to adalat chhoot jata hai.</w:t>
      </w:r>
      <w:r>
        <w:br/>
      </w:r>
      <w:r>
        <w:rPr>
          <w:sz w:val="20"/>
        </w:rPr>
        <w:t>1:27:48  woh kehta hai ke main be-qusoor hoon.</w:t>
      </w:r>
      <w:r>
        <w:br/>
      </w:r>
      <w:r>
        <w:rPr>
          <w:sz w:val="20"/>
        </w:rPr>
        <w:t>1:27:53  to main keh raha tha kisi se ke kaise ajeeb hai yeh country jahan crime to khoob ho</w:t>
      </w:r>
      <w:r>
        <w:br/>
      </w:r>
      <w:r>
        <w:rPr>
          <w:sz w:val="20"/>
        </w:rPr>
        <w:t>1:27:58  rahe hain aur criminal koi bhi nahi.</w:t>
      </w:r>
      <w:r>
        <w:br/>
      </w:r>
      <w:r>
        <w:rPr>
          <w:sz w:val="20"/>
        </w:rPr>
        <w:t>1:28:03  bohat ajeeb baat hai na musalmanon mein na hinduo mein.</w:t>
      </w:r>
      <w:r>
        <w:br/>
      </w:r>
      <w:r>
        <w:rPr>
          <w:sz w:val="20"/>
        </w:rPr>
        <w:t>1:28:08  yaani crime ka jangla uga hua hai hamare mulk mein.</w:t>
      </w:r>
      <w:r>
        <w:br/>
      </w:r>
      <w:r>
        <w:rPr>
          <w:sz w:val="20"/>
        </w:rPr>
        <w:t>1:28:13  aap akhbaron mein padhiye, media mein dekhiye.</w:t>
      </w:r>
      <w:r>
        <w:br/>
      </w:r>
      <w:r>
        <w:rPr>
          <w:sz w:val="20"/>
        </w:rPr>
        <w:t>1:28:18  yaani if there are crimes then where are the criminals to sab apne ko be-qusoori kehte hain.</w:t>
      </w:r>
      <w:r>
        <w:br/>
      </w:r>
      <w:r>
        <w:rPr>
          <w:sz w:val="20"/>
        </w:rPr>
        <w:t>1:28:23  musalmanon ki baat nahi hai.</w:t>
      </w:r>
      <w:r>
        <w:br/>
      </w:r>
      <w:r>
        <w:rPr>
          <w:sz w:val="20"/>
        </w:rPr>
        <w:t>1:28:28  jitne politicians hain, jitne log hain jo scandal karte hain, big big hazaron karoron rupay ke un ke</w:t>
      </w:r>
      <w:r>
        <w:br/>
      </w:r>
      <w:r>
        <w:rPr>
          <w:sz w:val="20"/>
        </w:rPr>
        <w:t>1:28:33  upar ilzaam aata hai.</w:t>
      </w:r>
      <w:r>
        <w:br/>
      </w:r>
      <w:r>
        <w:rPr>
          <w:sz w:val="20"/>
        </w:rPr>
        <w:t>1:28:39  kehte hain ke main to be qusoor hoon, mujhe bila wajah pakda ja raha hai.</w:t>
      </w:r>
      <w:r>
        <w:br/>
      </w:r>
      <w:r>
        <w:rPr>
          <w:sz w:val="20"/>
        </w:rPr>
        <w:t>1:28:44  aur jaate hain adalat mein, kya hota hai? Ek hoshiyar wakeel ko paisa dete hain, woh ek ne</w:t>
      </w:r>
      <w:r>
        <w:br/>
      </w:r>
      <w:r>
        <w:rPr>
          <w:sz w:val="20"/>
        </w:rPr>
        <w:t>1:28:49  ek ne ek technical ground nikaal kar ke usay chura leta hai.</w:t>
      </w:r>
      <w:r>
        <w:br/>
      </w:r>
      <w:r>
        <w:rPr>
          <w:sz w:val="20"/>
        </w:rPr>
        <w:t>1:28:54  to main ne ek mazmoon likha tha jo times of india mein chhapa tha ke purana masla hai</w:t>
      </w:r>
      <w:r>
        <w:br/>
      </w:r>
      <w:r>
        <w:rPr>
          <w:sz w:val="20"/>
        </w:rPr>
        <w:t>1:28:59  ke man proposal, god disposal.</w:t>
      </w:r>
      <w:r>
        <w:br/>
      </w:r>
      <w:r>
        <w:rPr>
          <w:sz w:val="20"/>
        </w:rPr>
        <w:t>1:29:04  ab india mein yeh ho raha hai ke parliament proposals, lawyer disposals.</w:t>
      </w:r>
      <w:r>
        <w:br/>
      </w:r>
      <w:r>
        <w:rPr>
          <w:sz w:val="20"/>
        </w:rPr>
        <w:t>1:29:09  yeh musalmanon ki baat nahi, sab ki baat hi hai.</w:t>
      </w:r>
      <w:r>
        <w:br/>
      </w:r>
      <w:r>
        <w:rPr>
          <w:sz w:val="20"/>
        </w:rPr>
        <w:t>1:29:14  sab be qusoor, be qusoor, be qusoor kar rahe hain.</w:t>
      </w:r>
      <w:r>
        <w:br/>
      </w:r>
      <w:r>
        <w:rPr>
          <w:sz w:val="20"/>
        </w:rPr>
        <w:t>1:29:19  to yeh yeh ek waqia hai ke india mein crime ka jangla uga hua hai, lekin criminal ek bhi nahi.</w:t>
      </w:r>
      <w:r>
        <w:br/>
      </w:r>
      <w:r>
        <w:rPr>
          <w:sz w:val="20"/>
        </w:rPr>
        <w:t>1:29:24  kisi ko punishment nahi, kisi ko saza nahi.</w:t>
      </w:r>
      <w:r>
        <w:br/>
      </w:r>
      <w:r>
        <w:rPr>
          <w:sz w:val="20"/>
        </w:rPr>
        <w:t>1:29:29  yeh sab pani se kaam nahi chalega, yeh sab pani se kaam nahi chalega.</w:t>
      </w:r>
      <w:r>
        <w:br/>
      </w:r>
      <w:r>
        <w:rPr>
          <w:sz w:val="20"/>
        </w:rPr>
        <w:t>1:29:34  jab crime hai to kuch criminal bhi to honge is ke andar.</w:t>
      </w:r>
      <w:r>
        <w:br/>
      </w:r>
      <w:r>
        <w:rPr>
          <w:sz w:val="20"/>
        </w:rPr>
        <w:t>1:29:40  apni ghaltiyon ko maanna parega aap ko.</w:t>
      </w:r>
      <w:r>
        <w:br/>
      </w:r>
      <w:r>
        <w:rPr>
          <w:sz w:val="20"/>
        </w:rPr>
        <w:t>1:29:45  aur doosri baat hai ke jab crimeon ka jangla uga hua ho to aisi pakad thakkar hogi.</w:t>
      </w:r>
      <w:r>
        <w:br/>
      </w:r>
      <w:r>
        <w:rPr>
          <w:sz w:val="20"/>
        </w:rPr>
        <w:t>1:29:50  kisi ko ghalati se pakad le jayenge.</w:t>
      </w:r>
      <w:r>
        <w:br/>
      </w:r>
      <w:r>
        <w:rPr>
          <w:sz w:val="20"/>
        </w:rPr>
        <w:t>1:29:55  khud mere bete ko pakad le gaye isi delhi mein, ja ke thanay mein bitha diya.</w:t>
      </w:r>
      <w:r>
        <w:br/>
      </w:r>
      <w:r>
        <w:rPr>
          <w:sz w:val="20"/>
        </w:rPr>
        <w:t>1:30:00  to main ne cheekha chillaya, main ek aadmi ko bheja ja ke baat kijiye, kya maamla hai? Ja</w:t>
      </w:r>
      <w:r>
        <w:br/>
      </w:r>
      <w:r>
        <w:rPr>
          <w:sz w:val="20"/>
        </w:rPr>
        <w:t>1:30:05  ke baat kiya, safai wazahat ki to unhon ne chhod diya.</w:t>
      </w:r>
      <w:r>
        <w:br/>
      </w:r>
      <w:r>
        <w:rPr>
          <w:sz w:val="20"/>
        </w:rPr>
        <w:t>1:30:10  yeh to ho gayi.</w:t>
      </w:r>
      <w:r>
        <w:br/>
      </w:r>
      <w:r>
        <w:rPr>
          <w:sz w:val="20"/>
        </w:rPr>
        <w:t>1:30:15  jab bhi kisi samaj mein crime ho gaye to aisa ho gayi.</w:t>
      </w:r>
      <w:r>
        <w:br/>
      </w:r>
      <w:r>
        <w:rPr>
          <w:sz w:val="20"/>
        </w:rPr>
        <w:t>1:30:20  koi qusoorwar pakda gaya, koi be qusoor pakda jayega.</w:t>
      </w:r>
      <w:r>
        <w:br/>
      </w:r>
      <w:r>
        <w:rPr>
          <w:sz w:val="20"/>
        </w:rPr>
        <w:t>1:30:25  aisa ho gayi.</w:t>
      </w:r>
      <w:r>
        <w:br/>
      </w:r>
      <w:r>
        <w:rPr>
          <w:sz w:val="20"/>
        </w:rPr>
        <w:t>1:30:30  is ke liye shor karna bilkul bekar hai.</w:t>
      </w:r>
      <w:r>
        <w:br/>
      </w:r>
      <w:r>
        <w:rPr>
          <w:sz w:val="20"/>
        </w:rPr>
        <w:t>1:30:35  yeh yeh bilkul bekar hai.</w:t>
      </w:r>
      <w:r>
        <w:br/>
      </w:r>
      <w:r>
        <w:rPr>
          <w:sz w:val="20"/>
        </w:rPr>
        <w:t>1:30:41  woh hadith se sabit hai kaisa hoga.</w:t>
      </w:r>
      <w:r>
        <w:br/>
      </w:r>
      <w:r>
        <w:rPr>
          <w:sz w:val="20"/>
        </w:rPr>
        <w:t>1:30:46  ek hadith isi silsile mein ek hadith hai.</w:t>
      </w:r>
      <w:r>
        <w:br/>
      </w:r>
      <w:r>
        <w:rPr>
          <w:sz w:val="20"/>
        </w:rPr>
        <w:t>1:30:51  aur hamein bajaye yeh shor o gul karne ke, apne aamal ko durust karna chahiye, apni image ko</w:t>
      </w:r>
      <w:r>
        <w:br/>
      </w:r>
      <w:r>
        <w:rPr>
          <w:sz w:val="20"/>
        </w:rPr>
        <w:t>1:30:56  durust karna chahiye.</w:t>
      </w:r>
      <w:r>
        <w:br/>
      </w:r>
      <w:r>
        <w:rPr>
          <w:sz w:val="20"/>
        </w:rPr>
        <w:t>1:31:01  is waqt masla hai ke musalman ki image bigri hui hai.</w:t>
      </w:r>
      <w:r>
        <w:br/>
      </w:r>
      <w:r>
        <w:rPr>
          <w:sz w:val="20"/>
        </w:rPr>
        <w:t>1:31:06  apni image ko durust karo.</w:t>
      </w:r>
      <w:r>
        <w:br/>
      </w:r>
      <w:r>
        <w:rPr>
          <w:sz w:val="20"/>
        </w:rPr>
        <w:t>1:31:11  jab tak image durust nahi ki jayegi, tab tak yeh sab hota rahega.</w:t>
      </w:r>
    </w:p>
    <w:p>
      <w:pPr>
        <w:pStyle w:val="Heading2"/>
      </w:pPr>
      <w:r>
        <w:t>Balancing home with dual working professionals</w:t>
      </w:r>
    </w:p>
    <w:p>
      <w:r>
        <w:rPr>
          <w:color w:val="666666"/>
          <w:sz w:val="18"/>
        </w:rPr>
        <w:t>Society &amp; Dawah · 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Benefits and harms of tajdeed</w:t>
      </w:r>
    </w:p>
    <w:p>
      <w:r>
        <w:rPr>
          <w:color w:val="666666"/>
          <w:sz w:val="18"/>
        </w:rPr>
        <w:t>Society &amp; Dawah · Mission of Tajdeed (Revival of Islam) September 15, 2019 Maulana Wahiduddin Khan · 2m 20s · at 33:01 · https://youtu.be/jGfoAffJ4-8?t=1981</w:t>
      </w:r>
    </w:p>
    <w:p>
      <w:r>
        <w:rPr>
          <w:i/>
        </w:rPr>
        <w:t>“Renewal (tajdeed) means understanding derailment and guiding the Ummah, and providing guidance suitable for the era. What is the benefit of tajdeed, and what harm will be caused if it is not understood? Please explain.”</w:t>
      </w:r>
    </w:p>
    <w:p>
      <w:r>
        <w:rPr>
          <w:sz w:val="20"/>
        </w:rPr>
        <w:t>33:01  Maulana, agla sawal bheja hai Maulana Iqbal Umri sahib ne. Unhon ne apna comment aur question kiya hai.</w:t>
      </w:r>
      <w:r>
        <w:br/>
      </w:r>
      <w:r>
        <w:rPr>
          <w:sz w:val="20"/>
        </w:rPr>
        <w:t>33:12  Unhon ne likha hai: "Tajdeed ka matlab derailment ko jaan kar ummat ki rehnumai karna aur isi tarah daur ke laiq rehnumai karna.</w:t>
      </w:r>
      <w:r>
        <w:br/>
      </w:r>
      <w:r>
        <w:rPr>
          <w:sz w:val="20"/>
        </w:rPr>
        <w:t>33:26  Maulana, tajdeed ka faida kya hai aur is ko na samjhe to nuqsan kya hoga? Is ke bare mein bataein." Ek faida to main ne arz kar diya ke derailment mein jo Musalmanon ki gaadi parties hat gayi hain, us ko phir lana par rahi hai.</w:t>
      </w:r>
      <w:r>
        <w:br/>
      </w:r>
      <w:r>
        <w:rPr>
          <w:sz w:val="20"/>
        </w:rPr>
        <w:t>33:47  misal ke taur par jang ko Islam samajh liya, us ko lana ke Islam to peacefull da'wah ka naam hai. Ya ahl-e-maghrib ko kaha ke yeh Islamophobia mein mubtala hai, us ko phir se batana ke yeh to khidmat-e-Islam hai.</w:t>
      </w:r>
      <w:r>
        <w:br/>
      </w:r>
      <w:r>
        <w:rPr>
          <w:sz w:val="20"/>
        </w:rPr>
        <w:t>34:07  to jo derailment hua hai, us ko khatam karna aur party ko dobara sahi par gaadi ko sahi dobara sahi party par lana, yahi hai tajdeed.</w:t>
      </w:r>
      <w:r>
        <w:br/>
      </w:r>
      <w:r>
        <w:rPr>
          <w:sz w:val="20"/>
        </w:rPr>
        <w:t>34:27  Miss Ayesha Sajid Anwar ne Delhi se likha hai: "Maulana, from today's lecture, I finally have the answer to the question that my fellow mates keep asking me:</w:t>
      </w:r>
      <w:r>
        <w:br/>
      </w:r>
      <w:r>
        <w:rPr>
          <w:sz w:val="20"/>
        </w:rPr>
        <w:t>34:42  What is wrong with Islam</w:t>
      </w:r>
      <w:r>
        <w:br/>
      </w:r>
      <w:r>
        <w:rPr>
          <w:sz w:val="20"/>
        </w:rPr>
        <w:t>34:44  or what is wrong with people who follow Islam? The phenomenon of derailment answers these questions. I have gained a new dimension for da'wah work." Miss mein mashallah, mashallah.</w:t>
      </w:r>
      <w:r>
        <w:br/>
      </w:r>
      <w:r>
        <w:rPr>
          <w:sz w:val="20"/>
        </w:rPr>
        <w:t>35:00  Miss Meh Jafiaaz ne Delhi se likha hai: "My understanding from today's lecture is that due to unawareness among various Muslim scholars,</w:t>
      </w:r>
      <w:r>
        <w:br/>
      </w:r>
      <w:r>
        <w:rPr>
          <w:sz w:val="20"/>
        </w:rPr>
        <w:t>35:14  Islam couldn't get the right shape. The wrong interpretations defamed Islam</w:t>
      </w:r>
    </w:p>
    <w:p>
      <w:pPr>
        <w:pStyle w:val="Heading2"/>
      </w:pPr>
      <w:r>
        <w:t>Book recommendation and blasphemy law in Islamic state</w:t>
      </w:r>
    </w:p>
    <w:p>
      <w:r>
        <w:rPr>
          <w:color w:val="666666"/>
          <w:sz w:val="18"/>
        </w:rPr>
        <w:t>Society &amp; Dawah · God Oriented Life (In Conversation with Maulana) 23 10 11 · 4m 13s · at 19:32 · https://youtu.be/E_LWwsWww2U?t=1172</w:t>
      </w:r>
    </w:p>
    <w:p>
      <w:r>
        <w:rPr>
          <w:i/>
        </w:rPr>
        <w:t>“Today's discussion on freedom of thought was very enlightening. Could you please suggest me any of your books devoted to this topic to further my knowledge? Also, if a man living in an Islamic state uses abusive language about the Prophet of Islam, then how should that Islamic administration deal with him?”</w:t>
      </w:r>
    </w:p>
    <w:p>
      <w:r>
        <w:rPr>
          <w:sz w:val="20"/>
        </w:rPr>
        <w:t>19:32  maulana agla sawal mister zeeshan yusuf ka hai hyderabad se unhone likha hai maulana today discussion on freedom of thought was very enlightening could you please suggest me any of your books devoted to this topic to further my knowledge</w:t>
      </w:r>
      <w:r>
        <w:br/>
      </w:r>
      <w:r>
        <w:rPr>
          <w:sz w:val="20"/>
        </w:rPr>
        <w:t>19:53  ek kitab hai deen insaniyat is mein kai chapter hain ek chapter fifty pages ka hai huryat e fikr yani fikr ki azadi is ko aap padh sakte hain kitab ka naam hai deen insaniyat is chapter ka naam hai huryat e fikr jo pachas pages ka hai</w:t>
      </w:r>
      <w:r>
        <w:br/>
      </w:r>
      <w:r>
        <w:rPr>
          <w:sz w:val="20"/>
        </w:rPr>
        <w:t>20:17  maulana unhone ek apna doubt bhi likha hai jo woh chahte hain ke aap clear karein unhone likha hai ke if a man who living in an islamic state use abusive language about prophet of islam then how should that very islamic administration deal with that man the question i guess could be asked to me while i am doing my da'wah work please suggest me your valuable</w:t>
      </w:r>
      <w:r>
        <w:br/>
      </w:r>
      <w:r>
        <w:rPr>
          <w:sz w:val="20"/>
        </w:rPr>
        <w:t>20:43  answer dekhiye yeh masla lan artic hai nahi</w:t>
      </w:r>
      <w:r>
        <w:br/>
      </w:r>
      <w:r>
        <w:rPr>
          <w:sz w:val="20"/>
        </w:rPr>
        <w:t>20:49  admission ka hai nahi yeh masla yeh masla dawat o tabligh ka hai yani aap is ko ja</w:t>
      </w:r>
      <w:r>
        <w:br/>
      </w:r>
      <w:r>
        <w:rPr>
          <w:sz w:val="20"/>
        </w:rPr>
        <w:t>20:55  ke miliye is se baat kijiye agar us ne kitab likhi hai to aap bhi ek kitab likhiye</w:t>
      </w:r>
      <w:r>
        <w:br/>
      </w:r>
      <w:r>
        <w:rPr>
          <w:sz w:val="20"/>
        </w:rPr>
        <w:t>21:00  aap bhi kijiye</w:t>
      </w:r>
      <w:r>
        <w:br/>
      </w:r>
      <w:r>
        <w:rPr>
          <w:sz w:val="20"/>
        </w:rPr>
        <w:t>21:02  yeh lan artic masla hi nahi hai lan artic ka masla jab hoga jab ke wo koi social</w:t>
      </w:r>
      <w:r>
        <w:br/>
      </w:r>
      <w:r>
        <w:rPr>
          <w:sz w:val="20"/>
        </w:rPr>
        <w:t>21:07  crime kare kisi ko physical injury pahunchaye kisi ka maal chheen le kisi ka hath paon tode wo</w:t>
      </w:r>
      <w:r>
        <w:br/>
      </w:r>
      <w:r>
        <w:rPr>
          <w:sz w:val="20"/>
        </w:rPr>
        <w:t>21:15  sirf agar zaban se ek baat bolta hai</w:t>
      </w:r>
      <w:r>
        <w:br/>
      </w:r>
      <w:r>
        <w:rPr>
          <w:sz w:val="20"/>
        </w:rPr>
        <w:t>21:19  wo koi mazmoon chhapta hai to wo hargiz hargiz admission ka masla nahi hai wo wo masla hai</w:t>
      </w:r>
      <w:r>
        <w:br/>
      </w:r>
      <w:r>
        <w:rPr>
          <w:sz w:val="20"/>
        </w:rPr>
        <w:t>21:27  daii o molakh ka yani</w:t>
      </w:r>
      <w:r>
        <w:br/>
      </w:r>
      <w:r>
        <w:rPr>
          <w:sz w:val="20"/>
        </w:rPr>
        <w:t>21:28  daii o molakh is se mil kar ke is ke doubt clear karen</w:t>
      </w:r>
      <w:r>
        <w:br/>
      </w:r>
      <w:r>
        <w:rPr>
          <w:sz w:val="20"/>
        </w:rPr>
        <w:t>21:34  is par khud bhi mazmoon likhen kitab likhen yahi karen is ki misal yeh hai dekhiye</w:t>
      </w:r>
      <w:r>
        <w:br/>
      </w:r>
      <w:r>
        <w:rPr>
          <w:sz w:val="20"/>
        </w:rPr>
        <w:t>21:40  ke madine mein rasool Allah sallallahu alaihi wasallam ke zamane mein state qaim ho chuka tha</w:t>
      </w:r>
      <w:r>
        <w:br/>
      </w:r>
      <w:r>
        <w:rPr>
          <w:sz w:val="20"/>
        </w:rPr>
        <w:t>21:47  yani admission qaim ho chuka tha wahan par madine mein</w:t>
      </w:r>
      <w:r>
        <w:br/>
      </w:r>
      <w:r>
        <w:rPr>
          <w:sz w:val="20"/>
        </w:rPr>
        <w:t>21:51  to us zamane mein wahan par aisa tha ke kuch log</w:t>
      </w:r>
      <w:r>
        <w:br/>
      </w:r>
      <w:r>
        <w:rPr>
          <w:sz w:val="20"/>
        </w:rPr>
        <w:t>21:56  rasool Allah ke khilaf ya Islam ke khilaf bolte the</w:t>
      </w:r>
      <w:r>
        <w:br/>
      </w:r>
      <w:r>
        <w:rPr>
          <w:sz w:val="20"/>
        </w:rPr>
        <w:t>22:00  to ek sahabi the un ka naam tha hasan bin sabit woh shair the</w:t>
      </w:r>
      <w:r>
        <w:br/>
      </w:r>
      <w:r>
        <w:rPr>
          <w:sz w:val="20"/>
        </w:rPr>
        <w:t>22:07  is zamane mein dekhen jab printing press nahi tha to sher o shairi yeh</w:t>
      </w:r>
      <w:r>
        <w:br/>
      </w:r>
      <w:r>
        <w:rPr>
          <w:sz w:val="20"/>
        </w:rPr>
        <w:t>22:13  shairi jo thi woh aaj kal ke tareeqe se samjhen ke woh journalism thi is zamane ki sahafat</w:t>
      </w:r>
      <w:r>
        <w:br/>
      </w:r>
      <w:r>
        <w:rPr>
          <w:sz w:val="20"/>
        </w:rPr>
        <w:t>22:19  journalism kyunke chhap chhap kar ke phaila nahi sakte the aap kisi cheez ko kyunke naqab tanffus tha</w:t>
      </w:r>
      <w:r>
        <w:br/>
      </w:r>
      <w:r>
        <w:rPr>
          <w:sz w:val="20"/>
        </w:rPr>
        <w:t>22:26  to aap sher ke roop mein jab aap karte the to to bohat jald logon ko yaad hota</w:t>
      </w:r>
      <w:r>
        <w:br/>
      </w:r>
      <w:r>
        <w:rPr>
          <w:sz w:val="20"/>
        </w:rPr>
        <w:t>22:30  hota tha woh phailate the is ko</w:t>
      </w:r>
      <w:r>
        <w:br/>
      </w:r>
      <w:r>
        <w:rPr>
          <w:sz w:val="20"/>
        </w:rPr>
        <w:t>22:33  to aap ne</w:t>
      </w:r>
      <w:r>
        <w:br/>
      </w:r>
      <w:r>
        <w:rPr>
          <w:sz w:val="20"/>
        </w:rPr>
        <w:t>22:35  hasan bin sabit se kaha ke tum is ka jawab do yeh jo log Islam ke khilaf ya</w:t>
      </w:r>
      <w:r>
        <w:br/>
      </w:r>
      <w:r>
        <w:rPr>
          <w:sz w:val="20"/>
        </w:rPr>
        <w:t>22:43  Quran ke khilaf baaten karte hain to aata hai ek kitab um mein ke hasan bin sabit ke</w:t>
      </w:r>
      <w:r>
        <w:br/>
      </w:r>
      <w:r>
        <w:rPr>
          <w:sz w:val="20"/>
        </w:rPr>
        <w:t>22:48  liye mimbar rakha gaya masjid Nabwi mein yani Madine ki masjid Nabwi mein un ke liye mimbar rakha</w:t>
      </w:r>
      <w:r>
        <w:br/>
      </w:r>
      <w:r>
        <w:rPr>
          <w:sz w:val="20"/>
        </w:rPr>
        <w:t>22:55  gaya is par baithe aur baith kar unhon ne ash'ar kahe un</w:t>
      </w:r>
      <w:r>
        <w:br/>
      </w:r>
      <w:r>
        <w:rPr>
          <w:sz w:val="20"/>
        </w:rPr>
        <w:t>22:59  ke khilaf woh ash'ar jaise akhbar phailte hain use woh phailaya gaya woh yeh jawab to ek tareeqa</w:t>
      </w:r>
      <w:r>
        <w:br/>
      </w:r>
      <w:r>
        <w:rPr>
          <w:sz w:val="20"/>
        </w:rPr>
        <w:t>23:05  hai yeh to main saaf arz karta hoon ke agar koi rasool ke khilaf Khuda ke khilaf Quran</w:t>
      </w:r>
      <w:r>
        <w:br/>
      </w:r>
      <w:r>
        <w:rPr>
          <w:sz w:val="20"/>
        </w:rPr>
        <w:t>23:13  ke khilaf Islam ke khilaf bolta hai to woh hargiz hargiz intezamiya ka masla nahi hai woh law</w:t>
      </w:r>
      <w:r>
        <w:br/>
      </w:r>
      <w:r>
        <w:rPr>
          <w:sz w:val="20"/>
        </w:rPr>
        <w:t>23:20  order ka masla nahi hai woh police ka masla nahi hai woh masla hai</w:t>
      </w:r>
      <w:r>
        <w:br/>
      </w:r>
      <w:r>
        <w:rPr>
          <w:sz w:val="20"/>
        </w:rPr>
        <w:t>23:26  is baat ka ke aap is ko samjhaen is ke khilaf is ke is ke is par kitab</w:t>
      </w:r>
      <w:r>
        <w:br/>
      </w:r>
      <w:r>
        <w:rPr>
          <w:sz w:val="20"/>
        </w:rPr>
        <w:t>23:31  likhen is par mazmoon likhen is par yeh karen yani kitab ke jawab mein kitab qalam ke jawab</w:t>
      </w:r>
      <w:r>
        <w:br/>
      </w:r>
      <w:r>
        <w:rPr>
          <w:sz w:val="20"/>
        </w:rPr>
        <w:t>23:38  mein qalam taqreer ke jawab mein taqreer yeh hai Islam ka tareeqa</w:t>
      </w:r>
    </w:p>
    <w:p>
      <w:pPr>
        <w:pStyle w:val="Heading2"/>
      </w:pPr>
      <w:r>
        <w:t>Books for rational and historical presentation of Islam</w:t>
      </w:r>
    </w:p>
    <w:p>
      <w:r>
        <w:rPr>
          <w:color w:val="666666"/>
          <w:sz w:val="18"/>
        </w:rPr>
        <w:t>Society &amp; Dawah · Divine Help February 09, 2014 Maulana Wahiduddin Khan · 4m 29s · at 1:03:20 · https://youtu.be/eJBjiYGZcKY?t=3800</w:t>
      </w:r>
    </w:p>
    <w:p>
      <w:r>
        <w:rPr>
          <w:i/>
        </w:rPr>
        <w:t>“Which books should be used to present Islam in a rational and historical manner?”</w:t>
      </w:r>
    </w:p>
    <w:p>
      <w:r>
        <w:rPr>
          <w:sz w:val="20"/>
        </w:rPr>
        <w:t>1:03:20  Maulana agla sawal Hyderabad se hai.</w:t>
      </w:r>
      <w:r>
        <w:br/>
      </w:r>
      <w:r>
        <w:rPr>
          <w:sz w:val="20"/>
        </w:rPr>
        <w:t>1:03:25  Maulana Sanaullah Khan sahib ka.</w:t>
      </w:r>
      <w:r>
        <w:br/>
      </w:r>
      <w:r>
        <w:rPr>
          <w:sz w:val="20"/>
        </w:rPr>
        <w:t>1:03:30  Unhon ne likha hai: Islam ko rational aur historical andaaz mein pesh karne ke liye kin kitabon ka</w:t>
      </w:r>
      <w:r>
        <w:br/>
      </w:r>
      <w:r>
        <w:rPr>
          <w:sz w:val="20"/>
        </w:rPr>
        <w:t>1:03:34  mutala karna chahiye? Is ke bare mein bataein.</w:t>
      </w:r>
      <w:r>
        <w:br/>
      </w:r>
      <w:r>
        <w:rPr>
          <w:sz w:val="20"/>
        </w:rPr>
        <w:t>1:03:39  Dekhiye main kisi ek kitab ka hawala nahi de sakta.</w:t>
      </w:r>
      <w:r>
        <w:br/>
      </w:r>
      <w:r>
        <w:rPr>
          <w:sz w:val="20"/>
        </w:rPr>
        <w:t>1:03:43  Kitaben to bohat si parhni parti hain.</w:t>
      </w:r>
      <w:r>
        <w:br/>
      </w:r>
      <w:r>
        <w:rPr>
          <w:sz w:val="20"/>
        </w:rPr>
        <w:t>1:03:48  Sirf main yeh keh sakta hoon ke maine khud jo zindagi mein parha hai is pehlu se</w:t>
      </w:r>
      <w:r>
        <w:br/>
      </w:r>
      <w:r>
        <w:rPr>
          <w:sz w:val="20"/>
        </w:rPr>
        <w:t>1:03:52  to is ko main ne chand kitabon mein likha hai.</w:t>
      </w:r>
      <w:r>
        <w:br/>
      </w:r>
      <w:r>
        <w:rPr>
          <w:sz w:val="20"/>
        </w:rPr>
        <w:t>1:03:57  Is mein se taza kitab jo chhap rahi hai is ka naam hai Izhaar-e-Deen.</w:t>
      </w:r>
      <w:r>
        <w:br/>
      </w:r>
      <w:r>
        <w:rPr>
          <w:sz w:val="20"/>
        </w:rPr>
        <w:t>1:04:02  Izhaar-e-Deen ki jo kitab hai jo saat sau pages se zyada ki hai is ka mozu yahi hai.</w:t>
      </w:r>
      <w:r>
        <w:br/>
      </w:r>
      <w:r>
        <w:rPr>
          <w:sz w:val="20"/>
        </w:rPr>
        <w:t>1:04:06  Yaani Islam ko Islam ko yaani reason ki language mein, language of reason mein pesh karna.</w:t>
      </w:r>
      <w:r>
        <w:br/>
      </w:r>
      <w:r>
        <w:rPr>
          <w:sz w:val="20"/>
        </w:rPr>
        <w:t>1:04:11  To main ne jo mutala kiya hai is ka ek nateeja tehqeeq is mein aap dekh sakte hain.</w:t>
      </w:r>
      <w:r>
        <w:br/>
      </w:r>
      <w:r>
        <w:rPr>
          <w:sz w:val="20"/>
        </w:rPr>
        <w:t>1:04:15  Baqi mutale ke liye yaad rakhiye jo do shakalain hoti hain.</w:t>
      </w:r>
      <w:r>
        <w:br/>
      </w:r>
      <w:r>
        <w:rPr>
          <w:sz w:val="20"/>
        </w:rPr>
        <w:t>1:04:20  Ya to aap kisi par aitmad karein aur is ke zariye se aap jo kuch mil raha ho</w:t>
      </w:r>
      <w:r>
        <w:br/>
      </w:r>
      <w:r>
        <w:rPr>
          <w:sz w:val="20"/>
        </w:rPr>
        <w:t>1:04:24  wo wo le kar ke aur is se apna apne kaam ko aage barhaein.</w:t>
      </w:r>
      <w:r>
        <w:br/>
      </w:r>
      <w:r>
        <w:rPr>
          <w:sz w:val="20"/>
        </w:rPr>
        <w:t>1:04:29  Dosra yeh ke khud aadmi discover karna chahe.</w:t>
      </w:r>
      <w:r>
        <w:br/>
      </w:r>
      <w:r>
        <w:rPr>
          <w:sz w:val="20"/>
        </w:rPr>
        <w:t>1:04:33  To is ke liye to poora kutubkhana parhna parta hai.</w:t>
      </w:r>
      <w:r>
        <w:br/>
      </w:r>
      <w:r>
        <w:rPr>
          <w:sz w:val="20"/>
        </w:rPr>
        <w:t>1:04:38  Jis ke paas waqt ho wo poora kutubkhana parhe.</w:t>
      </w:r>
      <w:r>
        <w:br/>
      </w:r>
      <w:r>
        <w:rPr>
          <w:sz w:val="20"/>
        </w:rPr>
        <w:t>1:04:43  To waqt ka masla hai.</w:t>
      </w:r>
      <w:r>
        <w:br/>
      </w:r>
      <w:r>
        <w:rPr>
          <w:sz w:val="20"/>
        </w:rPr>
        <w:t>1:04:47  Kis ke paas waqt hai, kis ke paas waqt nahi hai.</w:t>
      </w:r>
      <w:r>
        <w:br/>
      </w:r>
      <w:r>
        <w:rPr>
          <w:sz w:val="20"/>
        </w:rPr>
        <w:t>1:04:52  Main to Allah ke fazl se koi kaam hi duniya mein nahi kiya.</w:t>
      </w:r>
      <w:r>
        <w:br/>
      </w:r>
      <w:r>
        <w:rPr>
          <w:sz w:val="20"/>
        </w:rPr>
        <w:t>1:04:56  Mujhe na station se bhi, na paise se, na building se, kisi cheez se nahi.</w:t>
      </w:r>
      <w:r>
        <w:br/>
      </w:r>
      <w:r>
        <w:rPr>
          <w:sz w:val="20"/>
        </w:rPr>
        <w:t>1:05:01  Na bheed se.</w:t>
      </w:r>
      <w:r>
        <w:br/>
      </w:r>
      <w:r>
        <w:rPr>
          <w:sz w:val="20"/>
        </w:rPr>
        <w:t>1:05:05  To sirf parha, parha, parha, parha.</w:t>
      </w:r>
      <w:r>
        <w:br/>
      </w:r>
      <w:r>
        <w:rPr>
          <w:sz w:val="20"/>
        </w:rPr>
        <w:t>1:05:10  To main samajhta hoon ke self discovery ki price yeh hai ke aadmi kisi aur cheez ka shauq</w:t>
      </w:r>
      <w:r>
        <w:br/>
      </w:r>
      <w:r>
        <w:rPr>
          <w:sz w:val="20"/>
        </w:rPr>
        <w:t>1:05:15  to mein samajhta hoon ke self discovery ki price yeh hai ke aadmi kisi aur cheez ka shauq</w:t>
      </w:r>
      <w:r>
        <w:br/>
      </w:r>
      <w:r>
        <w:rPr>
          <w:sz w:val="20"/>
        </w:rPr>
        <w:t>1:05:19  is ke andar na ho.</w:t>
      </w:r>
      <w:r>
        <w:br/>
      </w:r>
      <w:r>
        <w:rPr>
          <w:sz w:val="20"/>
        </w:rPr>
        <w:t>1:05:24  mere andar khane aur parhne ka bhi shauq nahi hai.</w:t>
      </w:r>
      <w:r>
        <w:br/>
      </w:r>
      <w:r>
        <w:rPr>
          <w:sz w:val="20"/>
        </w:rPr>
        <w:t>1:05:28  sab cheez mujhe lagti hai ek sa.</w:t>
      </w:r>
      <w:r>
        <w:br/>
      </w:r>
      <w:r>
        <w:rPr>
          <w:sz w:val="20"/>
        </w:rPr>
        <w:t>1:05:33  to dekhiye do aadmi ke samne choice hai.</w:t>
      </w:r>
      <w:r>
        <w:br/>
      </w:r>
      <w:r>
        <w:rPr>
          <w:sz w:val="20"/>
        </w:rPr>
        <w:t>1:05:37  ya to kisi par aitmad kar ke us ke zariye jo mil raha ho us par apna zehn banao.</w:t>
      </w:r>
      <w:r>
        <w:br/>
      </w:r>
      <w:r>
        <w:rPr>
          <w:sz w:val="20"/>
        </w:rPr>
        <w:t>1:05:42  aur agar woh self discovery chahta hai to phir us ko ek har shauq ko chhodna padega.</w:t>
      </w:r>
      <w:r>
        <w:br/>
      </w:r>
      <w:r>
        <w:rPr>
          <w:sz w:val="20"/>
        </w:rPr>
        <w:t>1:05:46  har habit ko chhodna padega.</w:t>
      </w:r>
      <w:r>
        <w:br/>
      </w:r>
      <w:r>
        <w:rPr>
          <w:sz w:val="20"/>
        </w:rPr>
        <w:t>1:05:51  apne ko dedicate karna padega.</w:t>
      </w:r>
      <w:r>
        <w:br/>
      </w:r>
      <w:r>
        <w:rPr>
          <w:sz w:val="20"/>
        </w:rPr>
        <w:t>1:05:56  mutale ke liye sab se pehle.</w:t>
      </w:r>
      <w:r>
        <w:br/>
      </w:r>
      <w:r>
        <w:rPr>
          <w:sz w:val="20"/>
        </w:rPr>
        <w:t>1:06:00  chaalis pachas saal tak us ko parhna padega.</w:t>
      </w:r>
      <w:r>
        <w:br/>
      </w:r>
      <w:r>
        <w:rPr>
          <w:sz w:val="20"/>
        </w:rPr>
        <w:t>1:06:05  jaise ek qissa maine parha.</w:t>
      </w:r>
      <w:r>
        <w:br/>
      </w:r>
      <w:r>
        <w:rPr>
          <w:sz w:val="20"/>
        </w:rPr>
        <w:t>1:06:09  Maulana ameen hasan islahi sahab se mile.</w:t>
      </w:r>
      <w:r>
        <w:br/>
      </w:r>
      <w:r>
        <w:rPr>
          <w:sz w:val="20"/>
        </w:rPr>
        <w:t>1:06:14  ek hain Maulana javed ghamdi.</w:t>
      </w:r>
      <w:r>
        <w:br/>
      </w:r>
      <w:r>
        <w:rPr>
          <w:sz w:val="20"/>
        </w:rPr>
        <w:t>1:06:18  aaj kal malaysia mein rehte hain woh.</w:t>
      </w:r>
      <w:r>
        <w:br/>
      </w:r>
      <w:r>
        <w:rPr>
          <w:sz w:val="20"/>
        </w:rPr>
        <w:t>1:06:23  un se unhon ne yeh sawal kiya.</w:t>
      </w:r>
      <w:r>
        <w:br/>
      </w:r>
      <w:r>
        <w:rPr>
          <w:sz w:val="20"/>
        </w:rPr>
        <w:t>1:06:28  unhon ne kaha ke chaalis saal parho.</w:t>
      </w:r>
      <w:r>
        <w:br/>
      </w:r>
      <w:r>
        <w:rPr>
          <w:sz w:val="20"/>
        </w:rPr>
        <w:t>1:06:32  sab kaam band kar ke.</w:t>
      </w:r>
      <w:r>
        <w:br/>
      </w:r>
      <w:r>
        <w:rPr>
          <w:sz w:val="20"/>
        </w:rPr>
        <w:t>1:06:37  chaalis saal tak koi kaam nahi.</w:t>
      </w:r>
      <w:r>
        <w:br/>
      </w:r>
      <w:r>
        <w:rPr>
          <w:sz w:val="20"/>
        </w:rPr>
        <w:t>1:06:41  parhte raho, parhte raho, parhte raho chaalis saal tak.</w:t>
      </w:r>
      <w:r>
        <w:br/>
      </w:r>
      <w:r>
        <w:rPr>
          <w:sz w:val="20"/>
        </w:rPr>
        <w:t>1:06:46  to tum pahunch jaoge.</w:t>
      </w:r>
      <w:r>
        <w:br/>
      </w:r>
      <w:r>
        <w:rPr>
          <w:sz w:val="20"/>
        </w:rPr>
        <w:t>1:06:50  to ya to aadmi khud chaalis saal tak parhe lekin har shauq ko chhodna padega us ko.</w:t>
      </w:r>
      <w:r>
        <w:br/>
      </w:r>
      <w:r>
        <w:rPr>
          <w:sz w:val="20"/>
        </w:rPr>
        <w:t>1:06:55  yeh nahi ke aap us doosre shauq mein jaari rahen.</w:t>
      </w:r>
      <w:r>
        <w:br/>
      </w:r>
      <w:r>
        <w:rPr>
          <w:sz w:val="20"/>
        </w:rPr>
        <w:t>1:07:00  aur yeh bhi jaari rahe to nahi ho sakta.</w:t>
      </w:r>
      <w:r>
        <w:br/>
      </w:r>
      <w:r>
        <w:rPr>
          <w:sz w:val="20"/>
        </w:rPr>
        <w:t>1:07:04  to ya to aap har shauq ko chhod kar ke sirf parhen, sirf parhen, sirf parhen.</w:t>
      </w:r>
      <w:r>
        <w:br/>
      </w:r>
      <w:r>
        <w:rPr>
          <w:sz w:val="20"/>
        </w:rPr>
        <w:t>1:07:09  agar aap ke paas waqt nahi hai to phir kisi par bharosa kijiye.</w:t>
      </w:r>
      <w:r>
        <w:br/>
      </w:r>
      <w:r>
        <w:rPr>
          <w:sz w:val="20"/>
        </w:rPr>
        <w:t>1:07:13  kisi par aitmad kijiye.</w:t>
      </w:r>
      <w:r>
        <w:br/>
      </w:r>
      <w:r>
        <w:rPr>
          <w:sz w:val="20"/>
        </w:rPr>
        <w:t>1:07:18  aur to koi shakal nahi hai mere khayal se.</w:t>
      </w:r>
      <w:r>
        <w:br/>
      </w:r>
      <w:r>
        <w:rPr>
          <w:sz w:val="20"/>
        </w:rPr>
        <w:t>1:07:22  jahan tak mera talluq hai maine allah ke fazl se yahi kiya. padha.</w:t>
      </w:r>
      <w:r>
        <w:br/>
      </w:r>
      <w:r>
        <w:rPr>
          <w:sz w:val="20"/>
        </w:rPr>
        <w:t>1:07:27  sari zindagi padhta raha, padhta raha, padhta.</w:t>
      </w:r>
      <w:r>
        <w:br/>
      </w:r>
      <w:r>
        <w:rPr>
          <w:sz w:val="20"/>
        </w:rPr>
        <w:t>1:07:31  to bohat si kitabein meri hain jo aap dekh sakte hain.</w:t>
      </w:r>
      <w:r>
        <w:br/>
      </w:r>
      <w:r>
        <w:rPr>
          <w:sz w:val="20"/>
        </w:rPr>
        <w:t>1:07:36  taza kitab jo chhap chhap rahi hai wahi hai izhar deen.</w:t>
      </w:r>
      <w:r>
        <w:br/>
      </w:r>
      <w:r>
        <w:rPr>
          <w:sz w:val="20"/>
        </w:rPr>
        <w:t>1:07:41  is ka khaas mozu yahi hai.</w:t>
      </w:r>
      <w:r>
        <w:br/>
      </w:r>
      <w:r>
        <w:rPr>
          <w:sz w:val="20"/>
        </w:rPr>
        <w:t>1:07:45  islam ko rational usool mein pesh karna.</w:t>
      </w:r>
    </w:p>
    <w:p>
      <w:pPr>
        <w:pStyle w:val="Heading2"/>
      </w:pPr>
      <w:r>
        <w:t>Bringing Back Ijtihad in Islam</w:t>
      </w:r>
    </w:p>
    <w:p>
      <w:r>
        <w:rPr>
          <w:color w:val="666666"/>
          <w:sz w:val="18"/>
        </w:rPr>
        <w:t>Society &amp; Dawah · The Importance of Ijtihad August 1, 2010 · 2m 36s · at 1:06:32 · https://youtu.be/3q98aQ-j2ks?t=3992</w:t>
      </w:r>
    </w:p>
    <w:p>
      <w:r>
        <w:rPr>
          <w:i/>
        </w:rPr>
        <w:t>“What can we do to bring back ijtihad in Islam?”</w:t>
      </w:r>
    </w:p>
    <w:p>
      <w:r>
        <w:rPr>
          <w:sz w:val="20"/>
        </w:rPr>
        <w:t>1:06:32  Maulana, agla sawal kya hai? Ms. Sati Mitra ne Delhi se, unhone poocha hai ke What can we do to bring back Ijtihad in Islam?</w:t>
      </w:r>
      <w:r>
        <w:br/>
      </w:r>
      <w:r>
        <w:rPr>
          <w:sz w:val="20"/>
        </w:rPr>
        <w:t>1:06:49  yeh to bahut hi mushkil kaam hai, kyunke sab se bada masla hai is ka is conditioning ko todna, is obsession ko khatam karna.</w:t>
      </w:r>
      <w:r>
        <w:br/>
      </w:r>
      <w:r>
        <w:rPr>
          <w:sz w:val="20"/>
        </w:rPr>
        <w:t>1:06:59  kyunke hazaar saala conditioning hai, yeh</w:t>
      </w:r>
      <w:r>
        <w:br/>
      </w:r>
      <w:r>
        <w:rPr>
          <w:sz w:val="20"/>
        </w:rPr>
        <w:t>1:07:05  hazaar saala conditioning hai. hazaar saal se yeh sikhaya gaya hai logon ko ke ijtihad-e-mutlaq ab mumkin nahi hai. ab to yeh ke sirf yaani muqayyad ijtihad jaiz hai.</w:t>
      </w:r>
      <w:r>
        <w:br/>
      </w:r>
      <w:r>
        <w:rPr>
          <w:sz w:val="20"/>
        </w:rPr>
        <w:t>1:07:19  to jo woh keh gaye hain, woh woh jo hamare fuqaha the, jo mujtahid-e-mutlaq ka darja un ko diya gaya hai, jin ko unhi ka koi juz'iya talash karo, koi unhi ki koi precedence, koi nazeer talash karo, aur phir us ko le kar hi koi baat kaho.</w:t>
      </w:r>
      <w:r>
        <w:br/>
      </w:r>
      <w:r>
        <w:rPr>
          <w:sz w:val="20"/>
        </w:rPr>
        <w:t>1:07:43  ab jaise ke yeh moza hai, yeh jo mill mein banta hai, to us ko aap jaiz kehne ke liye aap ko yeh kehna padega ke jo chamre ke moze bante the, chunke woh jaiz the, is liye yeh bhi jaiz hai.</w:t>
      </w:r>
      <w:r>
        <w:br/>
      </w:r>
      <w:r>
        <w:rPr>
          <w:sz w:val="20"/>
        </w:rPr>
        <w:t>1:07:56  matlab is ke hawale se is ke jawaz ko aap talash karenge, aur jahan koi hawala na ho to woh hai ijtihad-e-mutlaq. bila hawala sochna, yeh democracy pehle kabhi nahi thi, freedom of expression, freedom of expression kabhi pehle tha nahi,</w:t>
      </w:r>
      <w:r>
        <w:br/>
      </w:r>
      <w:r>
        <w:rPr>
          <w:sz w:val="20"/>
        </w:rPr>
        <w:t>1:08:14  secularism pehle kabhi tha nahi. ek cheez jo nayi thi, us ke bare mein ijtihad karne ke liye wahan se kahan se aap juz'iya kahan se layenge? phir precedence kahan se layenge?</w:t>
      </w:r>
      <w:r>
        <w:br/>
      </w:r>
      <w:r>
        <w:rPr>
          <w:sz w:val="20"/>
        </w:rPr>
        <w:t>1:08:25  is ke liye to ijtihad e mutlaq hi karna pare ga. to wo darwaza hi band hai. yeh to is ko torna pare ga, is conditioning ko, is option ko khatam karna pare ga.</w:t>
      </w:r>
      <w:r>
        <w:br/>
      </w:r>
      <w:r>
        <w:rPr>
          <w:sz w:val="20"/>
        </w:rPr>
        <w:t>1:08:34  aik liye aik lambi struggle chahiye is ke liye.</w:t>
      </w:r>
      <w:r>
        <w:br/>
      </w:r>
      <w:r>
        <w:rPr>
          <w:sz w:val="20"/>
        </w:rPr>
        <w:t>1:08:42  lambi struggle ke baad wo daur aye ga, jab ke yani general acceptance hasil ho is fikr ko hasil ho. kuch log abhi paida ho gaye, hum is pe koshish kar rahe hain 50, 60 saal isi ke liye.</w:t>
      </w:r>
      <w:r>
        <w:br/>
      </w:r>
      <w:r>
        <w:rPr>
          <w:sz w:val="20"/>
        </w:rPr>
        <w:t>1:08:53  to aik group paida hua hai, behrhal, lekin general acceptance lane ke liye abhi aur bohat mehnat karni hai, bohat mehnat karni hai, bohat mehnat karni hai. tab ja kar wo khoobsurat haal samne aye ga.</w:t>
      </w:r>
    </w:p>
    <w:p>
      <w:pPr>
        <w:pStyle w:val="Heading2"/>
      </w:pPr>
      <w:r>
        <w:t>Can Muslims not buy five acres for mosque?</w:t>
      </w:r>
    </w:p>
    <w:p>
      <w:r>
        <w:rPr>
          <w:color w:val="666666"/>
          <w:sz w:val="18"/>
        </w:rPr>
        <w:t>Society &amp; Dawah · The Age of Giving Global Thanks Dec 15. 2019—Maulana Wahiduddin Khan · 2m 56s · at 32:38 · https://youtu.be/254Pgn6Ldts?t=1958</w:t>
      </w:r>
    </w:p>
    <w:p>
      <w:r>
        <w:rPr>
          <w:i/>
        </w:rPr>
        <w:t>“Have Muslims become so degraded that they cannot buy five acres of land? The issue is not the piece of land; the issue is the mosque that Hindus demolished. What would you say about this?”</w:t>
      </w:r>
    </w:p>
    <w:p>
      <w:r>
        <w:rPr>
          <w:sz w:val="20"/>
        </w:rPr>
        <w:t>32:38  maulana, yeh sawal aah lahore se aya hai, syed numan safdar sahab ne bheja hai. unhon ne yeh likha hai ke kya muslims itne gaye guzre hain ke panch ekad zameen nahi khareed sakte?</w:t>
      </w:r>
      <w:r>
        <w:br/>
      </w:r>
      <w:r>
        <w:rPr>
          <w:sz w:val="20"/>
        </w:rPr>
        <w:t>32:52  masla zameen ke tukre ka nahi hai, masla masjid ka hai jis ko hinduon ne shaheed kiya. is ke bare mein aap kya kahenge?</w:t>
      </w:r>
      <w:r>
        <w:br/>
      </w:r>
      <w:r>
        <w:rPr>
          <w:sz w:val="20"/>
        </w:rPr>
        <w:t>33:03  yeh bohat ajeeb baat hai ke shukr ke mauqe par aap nashukr kalma bol rahe hain. yeh koi islam nahi hai.</w:t>
      </w:r>
      <w:r>
        <w:br/>
      </w:r>
      <w:r>
        <w:rPr>
          <w:sz w:val="20"/>
        </w:rPr>
        <w:t>33:14  aap shukr ki baatein kyun nahi bolte? nashukr ke pehlu agar hain, ultay taraf andaz kijiye. shukr ke pehlu ko highlight kijiye.</w:t>
      </w:r>
      <w:r>
        <w:br/>
      </w:r>
      <w:r>
        <w:rPr>
          <w:sz w:val="20"/>
        </w:rPr>
        <w:t>33:27  yeh sahi quran ki, sahi islam ki is mein nahi hai. aaj, aaj subah mein soch raha tha ke kya ho jaye ke quran ka pehla jo kalma hai,</w:t>
      </w:r>
      <w:r>
        <w:br/>
      </w:r>
      <w:r>
        <w:rPr>
          <w:sz w:val="20"/>
        </w:rPr>
        <w:t>33:41  alhamdulillah, pehla kalma behrhaal hamd ka matlab shukr hai.</w:t>
      </w:r>
      <w:r>
        <w:br/>
      </w:r>
      <w:r>
        <w:rPr>
          <w:sz w:val="20"/>
        </w:rPr>
        <w:t>33:53  shukr hai allah rabbul alameen ka. is matlab ke har cheez mein, har cheez mein, har cheez mein, uthne baithne mein, khane peene mein, har khabar mein aap shukr ka pul nikaliye aur allah rabbul alameen ko yaad kijiye.</w:t>
      </w:r>
      <w:r>
        <w:br/>
      </w:r>
      <w:r>
        <w:rPr>
          <w:sz w:val="20"/>
        </w:rPr>
        <w:t>34:11  yeh andaz mujhe islami andaz nahi nazar aata.</w:t>
      </w:r>
      <w:r>
        <w:br/>
      </w:r>
      <w:r>
        <w:rPr>
          <w:sz w:val="20"/>
        </w:rPr>
        <w:t>34:20  mile par shukr karna ka naam shukr hai, na mile hue par shukr karna yeh islam nahi hai. phir sun lijiye, mile hue par shukr wali training karna yeh islam hai.</w:t>
      </w:r>
      <w:r>
        <w:br/>
      </w:r>
      <w:r>
        <w:rPr>
          <w:sz w:val="20"/>
        </w:rPr>
        <w:t>34:36  na mile ko nikal kar, dhoond dhoond kar nikalein aap aur us par shukriya ka izhar karein, yeh islam nahi hai.</w:t>
      </w:r>
      <w:r>
        <w:br/>
      </w:r>
      <w:r>
        <w:rPr>
          <w:sz w:val="20"/>
        </w:rPr>
        <w:t>34:49  maulana, aik comment aya hai dilli se, maulana farhad umri ne bheja hai. unhon ne likha hai: "maulana, you are right when you said that the hadith of masjid is not only for the prophet, it is for all the muslims.</w:t>
      </w:r>
      <w:r>
        <w:br/>
      </w:r>
      <w:r>
        <w:rPr>
          <w:sz w:val="20"/>
        </w:rPr>
        <w:t>35:05  there is a hadith in which it clearly mentions the word 'my ummah'. the wording of the hadith is as follows: 'the whole earth has been made for me and for my ummah, a masjid and a means of purification.' this is being reported in musnad ahmad, hadith number aah 22137</w:t>
      </w:r>
      <w:r>
        <w:br/>
      </w:r>
      <w:r>
        <w:rPr>
          <w:sz w:val="20"/>
        </w:rPr>
        <w:t>35:27  . so, it is a blessing of god for all the muslims."</w:t>
      </w:r>
    </w:p>
    <w:p>
      <w:pPr>
        <w:pStyle w:val="Heading2"/>
      </w:pPr>
      <w:r>
        <w:t>Can divine gender roles change with time</w:t>
      </w:r>
    </w:p>
    <w:p>
      <w:r>
        <w:rPr>
          <w:color w:val="666666"/>
          <w:sz w:val="18"/>
        </w:rPr>
        <w:t>Society &amp; Dawah · Freedom of Thought in Islam 23 October, 2011 · 4m 17s · at 1:21:44 · https://youtu.be/aGbxRNNOKzo?t=4904</w:t>
      </w:r>
    </w:p>
    <w:p>
      <w:r>
        <w:rPr>
          <w:i/>
        </w:rPr>
        <w:t>“I have some issues with the divine ordaining of division of labor between men and women, as you have indicated. That is the man to work outside and woman to home. Is this divine ordaining subject to change with demands of changing life?”</w:t>
      </w:r>
    </w:p>
    <w:p>
      <w:r>
        <w:rPr>
          <w:sz w:val="20"/>
        </w:rPr>
        <w:t>1:21:44  Maulana, agla sawal aaya hai Mr. Kailash Nath ka, Kingston, USA se. unhon</w:t>
      </w:r>
      <w:r>
        <w:br/>
      </w:r>
      <w:r>
        <w:rPr>
          <w:sz w:val="20"/>
        </w:rPr>
        <w:t>1:21:50  ne likha hai: "Maulana, I have some issues with a divine ordaining of division of labor between men and women, as you have indicated.</w:t>
      </w:r>
      <w:r>
        <w:br/>
      </w:r>
      <w:r>
        <w:rPr>
          <w:sz w:val="20"/>
        </w:rPr>
        <w:t>1:22:00  date is the main to work outside and women to home. Is this divine ordering subject to change with the demands of changing life?</w:t>
      </w:r>
      <w:r>
        <w:br/>
      </w:r>
      <w:r>
        <w:rPr>
          <w:sz w:val="20"/>
        </w:rPr>
        <w:t>1:22:11  If women not only do so much outside these days, they even are recruited to the defense and assigned to frontline and field action, where they are vulnerable targets for abuse.</w:t>
      </w:r>
      <w:r>
        <w:br/>
      </w:r>
      <w:r>
        <w:rPr>
          <w:sz w:val="20"/>
        </w:rPr>
        <w:t>1:22:25  I realize the physical and psychological differences in the makeup and constitution between men and women,</w:t>
      </w:r>
      <w:r>
        <w:br/>
      </w:r>
      <w:r>
        <w:rPr>
          <w:sz w:val="20"/>
        </w:rPr>
        <w:t>1:22:32  but isnt it that men can do a lot to share and be a helping hand for women at home, and women can do the same with men out side?</w:t>
      </w:r>
      <w:r>
        <w:br/>
      </w:r>
      <w:r>
        <w:rPr>
          <w:sz w:val="20"/>
        </w:rPr>
        <w:t>1:22:43  wouldn't this divine order of division of labor you are talking about are so much at odds with the realities of the world we live in?</w:t>
      </w:r>
      <w:r>
        <w:br/>
      </w:r>
      <w:r>
        <w:rPr>
          <w:sz w:val="20"/>
        </w:rPr>
        <w:t>1:22:52  your comments in this regard will help, and may god give you, keep you going in continuing to guide and bless us towards our efforts to make good sense out of this complex world." dekhiye, main ne aisa yeh likha hai, aap is ko phir se parhiye meri tehreer ko ke aurat sirf ghar kaam kare aur bohat se bahir kaam kare, aisa main ne likha hai.</w:t>
      </w:r>
      <w:r>
        <w:br/>
      </w:r>
      <w:r>
        <w:rPr>
          <w:sz w:val="20"/>
        </w:rPr>
        <w:t>1:23:15  main ne kaha ke basically aisa hona chahiye, basically. wahan lafz parhiye aap</w:t>
      </w:r>
      <w:r>
        <w:br/>
      </w:r>
      <w:r>
        <w:rPr>
          <w:sz w:val="20"/>
        </w:rPr>
        <w:t>1:23:19  mera. hmm, aisa nahi likha, likha main ne kabhi bhi nahi likha hai. yani aik general division yeh hai, general, aam halat mein ke aisa aurat kare, aisa mard kare.</w:t>
      </w:r>
      <w:r>
        <w:br/>
      </w:r>
      <w:r>
        <w:rPr>
          <w:sz w:val="20"/>
        </w:rPr>
        <w:t>1:23:33  lekin agar aap zaroorat samajhte hain to mard bahir ja kar kaam kar sakti hai aur is mein koi islam mein koi harj nahi hai.</w:t>
      </w:r>
      <w:r>
        <w:br/>
      </w:r>
      <w:r>
        <w:rPr>
          <w:sz w:val="20"/>
        </w:rPr>
        <w:t>1:23:45  harj, asal cheez jo hai, dekhiye, yeh nahi ke aurat ghar mein confine rahe, yeh matlab nahi asal mein. asal cheez jo islam mein hai woh hai nudity, yani free society aur yeh sab jo hota hai,</w:t>
      </w:r>
      <w:r>
        <w:br/>
      </w:r>
      <w:r>
        <w:rPr>
          <w:sz w:val="20"/>
        </w:rPr>
        <w:t>1:23:59  yani mard o aurat bilkul machliyon ki tarah rehte hain, yeh sab galat hai islam mein. aisa nahi ke aurat bahir kaam nahi kar sakti.</w:t>
      </w:r>
      <w:r>
        <w:br/>
      </w:r>
      <w:r>
        <w:rPr>
          <w:sz w:val="20"/>
        </w:rPr>
        <w:t>1:24:09  aisa hargiz nahi hai. lekin aam halaat mein, main ne kaha hai ke aam halaat mein agar yeh arrangement hota hai ke aurat ghar ka sambhalti hai, mard bahir ka sambhalta hai to yeh aik natural division hoga.</w:t>
      </w:r>
      <w:r>
        <w:br/>
      </w:r>
      <w:r>
        <w:rPr>
          <w:sz w:val="20"/>
        </w:rPr>
        <w:t>1:24:25  aap Europe, America ka zikr farma rahe hain, main bar bar wahan gaya hoon. wahan par choonke is ko nahi mante log to is se bohat nuqsan hua hai.</w:t>
      </w:r>
      <w:r>
        <w:br/>
      </w:r>
      <w:r>
        <w:rPr>
          <w:sz w:val="20"/>
        </w:rPr>
        <w:t>1:24:34  wahan</w:t>
      </w:r>
      <w:r>
        <w:br/>
      </w:r>
      <w:r>
        <w:rPr>
          <w:sz w:val="20"/>
        </w:rPr>
        <w:t>1:24:35  jis ko kehte hain broken homes. broken homes ka jo masla paida hua hai woh har wahan ka super masla hai. broken homes, yani maan alag, bachay alag aur shohar alag.</w:t>
      </w:r>
      <w:r>
        <w:br/>
      </w:r>
      <w:r>
        <w:rPr>
          <w:sz w:val="20"/>
        </w:rPr>
        <w:t>1:24:49  to bachay bilkul, yani koi un ki training nahi hoti, bilkul animal ki tarah jeete hain woh. to broken homes ka jo jo phenomena wahan hai woh woh to super evil hai.</w:t>
      </w:r>
      <w:r>
        <w:br/>
      </w:r>
      <w:r>
        <w:rPr>
          <w:sz w:val="20"/>
        </w:rPr>
        <w:t>1:25:04  wahan ki society bilkul, yani tabaah ho gayi is ki bana par. to natural taqseem mein yeh hai, main ne kaha hai ke dono shobay hain, yani ghar sambhalna, bachon ko sambhalna aur bahir ka sambhalna bhi.</w:t>
      </w:r>
      <w:r>
        <w:br/>
      </w:r>
      <w:r>
        <w:rPr>
          <w:sz w:val="20"/>
        </w:rPr>
        <w:t>1:25:19  lekin yeh koi aisa nahi ke aise hi lazman har jagah hona chah</w:t>
      </w:r>
      <w:r>
        <w:br/>
      </w:r>
      <w:r>
        <w:rPr>
          <w:sz w:val="20"/>
        </w:rPr>
        <w:t>1:25:23  iye. main ne yeh bhi kaha hai, aap parhein is ko ke yeh jo generation ko jo tayyar karna hai ke through education, is ke liye best teacher auratain hoti hain.</w:t>
      </w:r>
      <w:r>
        <w:br/>
      </w:r>
      <w:r>
        <w:rPr>
          <w:sz w:val="20"/>
        </w:rPr>
        <w:t>1:25:38  yani education ka jo department hai woh auraton ko sambhalna chahiye kyunke auratain bohat acha teaching ka job kar sakti hain, yeh bhi main ne likha hai.</w:t>
      </w:r>
      <w:r>
        <w:br/>
      </w:r>
      <w:r>
        <w:rPr>
          <w:sz w:val="20"/>
        </w:rPr>
        <w:t>1:25:48  to aap phir se parhiye is ko, main ne is ko aisa nahi likha hai ke sirf yeh aur sirf woh.</w:t>
      </w:r>
    </w:p>
    <w:p>
      <w:pPr>
        <w:pStyle w:val="Heading2"/>
      </w:pPr>
      <w:r>
        <w:t>Can obsessed Muslims establish Khilafat in modern age?</w:t>
      </w:r>
    </w:p>
    <w:p>
      <w:r>
        <w:rPr>
          <w:color w:val="666666"/>
          <w:sz w:val="18"/>
        </w:rPr>
        <w:t>Society &amp; Dawah · The Problem of Intellectual Stagnation May 13, 2012 · 2m 36s · at 1:09:41 · https://youtu.be/Qi5BZlv-Vog?t=4181</w:t>
      </w:r>
    </w:p>
    <w:p>
      <w:r>
        <w:rPr>
          <w:i/>
        </w:rPr>
        <w:t>“Muslims are still in the obsession of establishing Khilafat. In an age of nationalism and spirit of freedom, is it possible for these obsessed Muslims to translate their dreams into reality?”</w:t>
      </w:r>
    </w:p>
    <w:p>
      <w:r>
        <w:rPr>
          <w:sz w:val="20"/>
        </w:rPr>
        <w:t>1:09:41  maulana, agla sawal dilli se hai mr khalid ansari sahab ka. unhon ne likha hai ke "muslims are still in the obsession of establishing khilafat."</w:t>
      </w:r>
      <w:r>
        <w:br/>
      </w:r>
      <w:r>
        <w:rPr>
          <w:sz w:val="20"/>
        </w:rPr>
        <w:t>1:09:53  Maulana, in an age of nationalism and spirit of freedom, is it possible for these obsessed Muslims to translate their dreams into reality?</w:t>
      </w:r>
      <w:r>
        <w:br/>
      </w:r>
      <w:r>
        <w:rPr>
          <w:sz w:val="20"/>
        </w:rPr>
        <w:t>1:10:04  bilkul hi impossible hai, aakhirat tak impossible hai. dekhen, masla yeh hai ke musalmanon ka mazhab jo hai, it is derived from history and not from the quran.</w:t>
      </w:r>
      <w:r>
        <w:br/>
      </w:r>
      <w:r>
        <w:rPr>
          <w:sz w:val="20"/>
        </w:rPr>
        <w:t>1:10:16  ab jo musalmanon ka mazhab hai, woh tareekh se liya hua hai.</w:t>
      </w:r>
      <w:r>
        <w:br/>
      </w:r>
      <w:r>
        <w:rPr>
          <w:sz w:val="20"/>
        </w:rPr>
        <w:t>1:10:21  ab musalmanon ke aur islam ke beech mein history hai. quran ka jo daur hai, quran hadith ka jo daur hai, us ke baad tareekh ka zamana aya.</w:t>
      </w:r>
      <w:r>
        <w:br/>
      </w:r>
      <w:r>
        <w:rPr>
          <w:sz w:val="20"/>
        </w:rPr>
        <w:t>1:10:32  to aaj ke musalmanon mein aur quran ke daur mein beech mein history haail hai. to woh history tak pahunch paate hain, us se aage unhein kuch pata nahin.</w:t>
      </w:r>
      <w:r>
        <w:br/>
      </w:r>
      <w:r>
        <w:rPr>
          <w:sz w:val="20"/>
        </w:rPr>
        <w:t>1:10:42  bade bade in ke jo log hain, bade bade top ke log bhi, woh bhi wohi islam jante hain jo history se unhon ne derive kiya hai.</w:t>
      </w:r>
      <w:r>
        <w:br/>
      </w:r>
      <w:r>
        <w:rPr>
          <w:sz w:val="20"/>
        </w:rPr>
        <w:t>1:10:51  yeh ab musalmanon ka problem hai. baqi yeh ke is zamane mein khilafat qaim karna, khilafat ka matlab hai ke muslim empire, yeh namumkin nahin, balke yeh to badness hai.</w:t>
      </w:r>
      <w:r>
        <w:br/>
      </w:r>
      <w:r>
        <w:rPr>
          <w:sz w:val="20"/>
        </w:rPr>
        <w:t>1:11:04  badness se kam nahin hai. yeh bilkul hi main hairaan hoon ke kaise aisi baatein log bolte hain aur aql se, aql se, reason se, soch se koi talluq nahin hai.</w:t>
      </w:r>
      <w:r>
        <w:br/>
      </w:r>
      <w:r>
        <w:rPr>
          <w:sz w:val="20"/>
        </w:rPr>
        <w:t>1:11:17  bilashuba, yeh badness hai, badness.</w:t>
      </w:r>
    </w:p>
    <w:p>
      <w:pPr>
        <w:pStyle w:val="Heading2"/>
      </w:pPr>
      <w:r>
        <w:t>Can the state have a religion?</w:t>
      </w:r>
    </w:p>
    <w:p>
      <w:r>
        <w:rPr>
          <w:color w:val="666666"/>
          <w:sz w:val="18"/>
        </w:rPr>
        <w:t>Society &amp; Dawah · Q&amp;A 13 Nov 2011 · 2m 33s · at 51:45 · https://youtu.be/oOZ9h37_pL8?t=3105</w:t>
      </w:r>
    </w:p>
    <w:p>
      <w:r>
        <w:rPr>
          <w:i/>
        </w:rPr>
        <w:t>“Can the state have a religion? Please comment.”</w:t>
      </w:r>
    </w:p>
    <w:p>
      <w:r>
        <w:rPr>
          <w:sz w:val="20"/>
        </w:rPr>
        <w:t>51:45  maulana agla sawal hai mister yusuf khan ka ghaziabad se. unhon ne likha hai ke can the state have a religion? please comment.</w:t>
      </w:r>
      <w:r>
        <w:br/>
      </w:r>
      <w:r>
        <w:rPr>
          <w:sz w:val="20"/>
        </w:rPr>
        <w:t>51:56  hmm can the state have a religion? is ke bare mein woh aap ka chahte hain comment</w:t>
      </w:r>
      <w:r>
        <w:br/>
      </w:r>
      <w:r>
        <w:rPr>
          <w:sz w:val="20"/>
        </w:rPr>
        <w:t>52:01  . state ka religion? ji. is zamane ka yeh ek bidat hai main samajhta hoon. state ka religion banna. yeh to is zamane ki bidat hai. jo do jagah sab se bari israel mein aur pakistan mein.</w:t>
      </w:r>
      <w:r>
        <w:br/>
      </w:r>
      <w:r>
        <w:rPr>
          <w:sz w:val="20"/>
        </w:rPr>
        <w:t>52:16  islam mein aisa koi nahi hai.</w:t>
      </w:r>
      <w:r>
        <w:br/>
      </w:r>
      <w:r>
        <w:rPr>
          <w:sz w:val="20"/>
        </w:rPr>
        <w:t>52:18  yeh islam ka tasawwur hi hai bidat hai bidat. to aur bhi baaz mulk hain is zamane mein jinhon ne yeh ailaan kiya ke hamara hamare state ka religion hai woh islam hai.</w:t>
      </w:r>
      <w:r>
        <w:br/>
      </w:r>
      <w:r>
        <w:rPr>
          <w:sz w:val="20"/>
        </w:rPr>
        <w:t>52:30  yeh in ka apna banaya hua hai. rasool allah sallallahu alaihi wasallam ne madine mein jab is jo state state banai thi to unhon ne apne ailaan nahi kiya ke hamare state ka religion mazhab islam hoga.</w:t>
      </w:r>
      <w:r>
        <w:br/>
      </w:r>
      <w:r>
        <w:rPr>
          <w:sz w:val="20"/>
        </w:rPr>
        <w:t>52:42  aap ne farmaya kama takoonoon kazalik yuwalla alaikum. jaise tum hoge wahi tumhari hukoomat hogi. matlab ek is jo samaj hai is samaj mein election hoga.</w:t>
      </w:r>
      <w:r>
        <w:br/>
      </w:r>
      <w:r>
        <w:rPr>
          <w:sz w:val="20"/>
        </w:rPr>
        <w:t>52:55  fair and free election. jaise logon ko bataya woh waise logon ko rule karenge wahi.</w:t>
      </w:r>
      <w:r>
        <w:br/>
      </w:r>
      <w:r>
        <w:rPr>
          <w:sz w:val="20"/>
        </w:rPr>
        <w:t>53:00  state ka koi aqeeda nahi hota. yeh is zamane ki bidat hai jo kuch mulkon ne nikali hai. state ka ek religion. state sirf administration ke liye hoti hai.</w:t>
      </w:r>
      <w:r>
        <w:br/>
      </w:r>
      <w:r>
        <w:rPr>
          <w:sz w:val="20"/>
        </w:rPr>
        <w:t>53:12  state sirf administration ke liye hoti hai yaad rakhiye aap. is state ka maqsad hai administration. intezam duniya. mazhab aap ka fard ka hota hai.</w:t>
      </w:r>
      <w:r>
        <w:br/>
      </w:r>
      <w:r>
        <w:rPr>
          <w:sz w:val="20"/>
        </w:rPr>
        <w:t>53:22  mazhab fard ka hota hai state ka fard state ka nahi hota. jaise pakistan mein jo so called islamist the unhon ne kaha ke state ne kalma padh liya.</w:t>
      </w:r>
      <w:r>
        <w:br/>
      </w:r>
      <w:r>
        <w:rPr>
          <w:sz w:val="20"/>
        </w:rPr>
        <w:t>53:32  yeh bilkul ridiculous baat hai ridiculous ke state ne kalma padh liya. wahan ek chala tha agar aap log jante hon tareekh wahan ki ek muhim chali thi.</w:t>
      </w:r>
      <w:r>
        <w:br/>
      </w:r>
      <w:r>
        <w:rPr>
          <w:sz w:val="20"/>
        </w:rPr>
        <w:t>53:43  woh is ka qaaida tha</w:t>
      </w:r>
      <w:r>
        <w:br/>
      </w:r>
      <w:r>
        <w:rPr>
          <w:sz w:val="20"/>
        </w:rPr>
        <w:t>53:46  objective resolution qarardad maqasid to pakistan ki assembly ne is ko manzoor kar liya tha. to wahan unhon ne kaha ke khushiyan manayein fateh ki ke state ne kalma padh liya.</w:t>
      </w:r>
      <w:r>
        <w:br/>
      </w:r>
      <w:r>
        <w:rPr>
          <w:sz w:val="20"/>
        </w:rPr>
        <w:t>53:58  yeh bilkul ridiculous baat hai. kalma ek fard padhta hai ek insaan padhta hai state nahi padhti.</w:t>
      </w:r>
      <w:r>
        <w:br/>
      </w:r>
      <w:r>
        <w:rPr>
          <w:sz w:val="20"/>
        </w:rPr>
        <w:t>54:05  state jo hai islam mein woh sirf administration hai bas is se zyada kuch nahi hai. baqi samaj mein aap kaam kijiye afraad ko badlie.</w:t>
      </w:r>
      <w:r>
        <w:br/>
      </w:r>
      <w:r>
        <w:rPr>
          <w:sz w:val="20"/>
        </w:rPr>
        <w:t>54:14  jaise afraad honge waise hi hukoomat banegi.</w:t>
      </w:r>
    </w:p>
    <w:p>
      <w:pPr>
        <w:pStyle w:val="Heading2"/>
      </w:pPr>
      <w:r>
        <w:t>Cause of intellectual dwarfism among Muslims</w:t>
      </w:r>
    </w:p>
    <w:p>
      <w:r>
        <w:rPr>
          <w:color w:val="666666"/>
          <w:sz w:val="18"/>
        </w:rPr>
        <w:t>Society &amp; Dawah · Divine Plan | March 12, 2017 · 2m 47s · at 53:25 · https://youtu.be/dqB4muqGG4I?t=3205</w:t>
      </w:r>
    </w:p>
    <w:p>
      <w:r>
        <w:rPr>
          <w:i/>
        </w:rPr>
        <w:t>“What is the cause of intellectual dwarfism that is prevalent among current age Muslims?”</w:t>
      </w:r>
    </w:p>
    <w:p>
      <w:r>
        <w:rPr>
          <w:sz w:val="20"/>
        </w:rPr>
        <w:t>53:25  paigham pohanchati hai logon ko aisi tamam jitni bhi cheezein hain nature ki woh sab yahi kar rahi hain sirf sunne ki zaroorat hai bas Maulana Delhi se sawal kiya hai Zubair Ahmed Shah sahib ne unhone aapse poocha hai ke what is the cause of intellectual dwarfism that is prevalent among current age Muslims is ki wajah hai ke log ek yeh baat logon ko concern nahi hai ke intellectual development kari</w:t>
      </w:r>
      <w:r>
        <w:br/>
      </w:r>
      <w:r>
        <w:rPr>
          <w:sz w:val="20"/>
        </w:rPr>
        <w:t>53:55  n to dawar ban rahay hain jab aap develop nahi karengay apni aqal ko to dawar ban</w:t>
      </w:r>
      <w:r>
        <w:br/>
      </w:r>
      <w:r>
        <w:rPr>
          <w:sz w:val="20"/>
        </w:rPr>
        <w:t>54:03  jayengay to yeh yeh yeh yeh concept hi nahi hai aap jaiye masjidon mein jaiye madarson</w:t>
      </w:r>
      <w:r>
        <w:br/>
      </w:r>
      <w:r>
        <w:rPr>
          <w:sz w:val="20"/>
        </w:rPr>
        <w:t>54:11  mein jaiye jalson mein jaiye kahin yeh baat kahi nahi jati musalmanon ke madarse musalmanon ki masjidain musalmanon</w:t>
      </w:r>
      <w:r>
        <w:br/>
      </w:r>
      <w:r>
        <w:rPr>
          <w:sz w:val="20"/>
        </w:rPr>
        <w:t>54:19  ke jalsay yeh baat kahin kahi nahi ja rahi ke apnay ko develop karo</w:t>
      </w:r>
      <w:r>
        <w:br/>
      </w:r>
      <w:r>
        <w:rPr>
          <w:sz w:val="20"/>
        </w:rPr>
        <w:t>54:27  personally development intellectual development spiritual development yeh baat kahin kahi nahi ja rahi to logon ko is ka</w:t>
      </w:r>
      <w:r>
        <w:br/>
      </w:r>
      <w:r>
        <w:rPr>
          <w:sz w:val="20"/>
        </w:rPr>
        <w:t>54:34  shauq bhi nahi to to dawars to banengay ji Maulana kuch comments parhna chahengay jo abhi</w:t>
      </w:r>
      <w:r>
        <w:br/>
      </w:r>
      <w:r>
        <w:rPr>
          <w:sz w:val="20"/>
        </w:rPr>
        <w:t>54:42  abhi aaye hain pehla comment aaya hai miss karotlin kaash srinagar se unhon ne likha hai in</w:t>
      </w:r>
      <w:r>
        <w:br/>
      </w:r>
      <w:r>
        <w:rPr>
          <w:sz w:val="20"/>
        </w:rPr>
        <w:t>54:50  today's lecture you have deliberated on a number of vital issues</w:t>
      </w:r>
      <w:r>
        <w:br/>
      </w:r>
      <w:r>
        <w:rPr>
          <w:sz w:val="20"/>
        </w:rPr>
        <w:t>54:58  the most important ones are unawareness of muslims about the creation plan of the creator and another that</w:t>
      </w:r>
      <w:r>
        <w:br/>
      </w:r>
      <w:r>
        <w:rPr>
          <w:sz w:val="20"/>
        </w:rPr>
        <w:t>55:05  of revering quran in letter not in spirit your assertion that it's obligatory for muslims to distribute quran</w:t>
      </w:r>
      <w:r>
        <w:br/>
      </w:r>
      <w:r>
        <w:rPr>
          <w:sz w:val="20"/>
        </w:rPr>
        <w:t>55:13  in all languages wherever and whenever they can is a message muslims can't afford to ignore the fact</w:t>
      </w:r>
      <w:r>
        <w:br/>
      </w:r>
      <w:r>
        <w:rPr>
          <w:sz w:val="20"/>
        </w:rPr>
        <w:t>55:20  that there is a sea of facilities that makes our j</w:t>
      </w:r>
      <w:r>
        <w:br/>
      </w:r>
      <w:r>
        <w:rPr>
          <w:sz w:val="20"/>
        </w:rPr>
        <w:t>55:28  ob very easy is beyond doubt i think you to be the only scholar who make make us</w:t>
      </w:r>
      <w:r>
        <w:br/>
      </w:r>
      <w:r>
        <w:rPr>
          <w:sz w:val="20"/>
        </w:rPr>
        <w:t>55:35  aware of our duties and we have to be extremely grateful to you for this we will be</w:t>
      </w:r>
      <w:r>
        <w:br/>
      </w:r>
      <w:r>
        <w:rPr>
          <w:sz w:val="20"/>
        </w:rPr>
        <w:t>55:43  doing a great disservice to the mission of dawah if we fail to follow the message thank you</w:t>
      </w:r>
      <w:r>
        <w:br/>
      </w:r>
      <w:r>
        <w:rPr>
          <w:sz w:val="20"/>
        </w:rPr>
        <w:t>55:50  very much for such an enlightening lecture musa musallama siddiqui ne dili se likha hai</w:t>
      </w:r>
      <w:r>
        <w:br/>
      </w:r>
      <w:r>
        <w:rPr>
          <w:sz w:val="20"/>
        </w:rPr>
        <w:t>55:58  aaj realize hua ke allah ne itne mauqe khol diye hain aur use bhi hum istemal na karein</w:t>
      </w:r>
      <w:r>
        <w:br/>
      </w:r>
      <w:r>
        <w:rPr>
          <w:sz w:val="20"/>
        </w:rPr>
        <w:t>56:06  to allah ki kitni badi rehmat se mehroom reh sakte hain riyaz bhatt sahib ne maulana apna comment</w:t>
      </w:r>
    </w:p>
    <w:p>
      <w:pPr>
        <w:pStyle w:val="Heading2"/>
      </w:pPr>
      <w:r>
        <w:t>Christians' missionary vs Muslims' dawah</w:t>
      </w:r>
    </w:p>
    <w:p>
      <w:r>
        <w:rPr>
          <w:color w:val="666666"/>
          <w:sz w:val="18"/>
        </w:rPr>
        <w:t>Society &amp; Dawah · Eid-al-Azha I October 13, 2013 · 3m 12s · at 50:42 · https://youtu.be/oy7zn-uODcU?t=3042</w:t>
      </w:r>
    </w:p>
    <w:p>
      <w:r>
        <w:rPr>
          <w:i/>
        </w:rPr>
        <w:t>“Why is it that only Christians were able to organize missionary activities on a large scale? Muslims have failed to engage in dawah work in an organized manner in the past as well.”</w:t>
      </w:r>
    </w:p>
    <w:p>
      <w:r>
        <w:rPr>
          <w:sz w:val="20"/>
        </w:rPr>
        <w:t>50:42  sawal karna chahiye mission se related sawal maulana agla sawal dilli se hai doctor farida khanoom ka unhon</w:t>
      </w:r>
      <w:r>
        <w:br/>
      </w:r>
      <w:r>
        <w:rPr>
          <w:sz w:val="20"/>
        </w:rPr>
        <w:t>50:50  نے لکھا ہے, "Why is it that only Christians were able to organize missionary activities on a large</w:t>
      </w:r>
      <w:r>
        <w:br/>
      </w:r>
      <w:r>
        <w:rPr>
          <w:sz w:val="20"/>
        </w:rPr>
        <w:t>50:58  scale muslims have failed to engage in da'wah work in an organized manner in the past as well</w:t>
      </w:r>
      <w:r>
        <w:br/>
      </w:r>
      <w:r>
        <w:rPr>
          <w:sz w:val="20"/>
        </w:rPr>
        <w:t>51:06  as in the present what is your comment on this mein ne is pe bohat socha hai mujhe</w:t>
      </w:r>
      <w:r>
        <w:br/>
      </w:r>
      <w:r>
        <w:rPr>
          <w:sz w:val="20"/>
        </w:rPr>
        <w:t>51:13  samajh mein aata hai ke ke musalmanon ke jo paighambar the woh jab dunya se gaye to woh</w:t>
      </w:r>
      <w:r>
        <w:br/>
      </w:r>
      <w:r>
        <w:rPr>
          <w:sz w:val="20"/>
        </w:rPr>
        <w:t>51:21  ek hukoomat qaim ho chuki thi phir woh hukoomat empire ban gayi yani jis ko musalmanon ne phir</w:t>
      </w:r>
      <w:r>
        <w:br/>
      </w:r>
      <w:r>
        <w:rPr>
          <w:sz w:val="20"/>
        </w:rPr>
        <w:t>51:29  islami hukoomat ka naam diya islami hukoomat ka lafz rasoolullah ne nahi diya tha sahaba ne nahi</w:t>
      </w:r>
      <w:r>
        <w:br/>
      </w:r>
      <w:r>
        <w:rPr>
          <w:sz w:val="20"/>
        </w:rPr>
        <w:t>51:36  diya tha islami hukoomat lekin haqeeqatan woh muslim hukoomat thi lekin is ko islami hukoomat ka naam diya</w:t>
      </w:r>
      <w:r>
        <w:br/>
      </w:r>
      <w:r>
        <w:rPr>
          <w:sz w:val="20"/>
        </w:rPr>
        <w:t>51:44  unhon ne to ek lambi muddat tak muslim nuqta nazar se islam ka empire qaim raha acha christianity</w:t>
      </w:r>
      <w:r>
        <w:br/>
      </w:r>
      <w:r>
        <w:rPr>
          <w:sz w:val="20"/>
        </w:rPr>
        <w:t>51:52  mein aisa nahi hua hazrat masih chale gaye dunya se to chand aadmiyon ke saathi chhod kar gaye</w:t>
      </w:r>
      <w:r>
        <w:br/>
      </w:r>
      <w:r>
        <w:rPr>
          <w:sz w:val="20"/>
        </w:rPr>
        <w:t>52:00  koi hukoomat nahi thi baad ko abhi koi hukoomat nahi bani to christian ko yeh mauqa nahi mila</w:t>
      </w:r>
      <w:r>
        <w:br/>
      </w:r>
      <w:r>
        <w:rPr>
          <w:sz w:val="20"/>
        </w:rPr>
        <w:t>52:07  ke woh kisi empire ko christian empire kahein musalmanon ko mauqa mila ke woh kisi hukoomat ko islami</w:t>
      </w:r>
      <w:r>
        <w:br/>
      </w:r>
      <w:r>
        <w:rPr>
          <w:sz w:val="20"/>
        </w:rPr>
        <w:t>52:15  empire kahein agarche islami empire ka lafz rasoolullah ne nahi diya tha lekin musalmanon ne de diya</w:t>
      </w:r>
      <w:r>
        <w:br/>
      </w:r>
      <w:r>
        <w:rPr>
          <w:sz w:val="20"/>
        </w:rPr>
        <w:t>52:23  aur yeh hazaar saal tak yeh chalta raha aur aaj bhi hamari literature mein bhara hua hai yeh</w:t>
      </w:r>
      <w:r>
        <w:br/>
      </w:r>
      <w:r>
        <w:rPr>
          <w:sz w:val="20"/>
        </w:rPr>
        <w:t>52:30  to christians ki tareekh mein yeh lafz hadaf hai christian empire christian empire aur musalmanon ki tareekh mein</w:t>
      </w:r>
      <w:r>
        <w:br/>
      </w:r>
      <w:r>
        <w:rPr>
          <w:sz w:val="20"/>
        </w:rPr>
        <w:t>52:38  to yahi lafz sab se bada lafz hai islami empire islami empire is se dono ka alag alag</w:t>
      </w:r>
      <w:r>
        <w:br/>
      </w:r>
      <w:r>
        <w:rPr>
          <w:sz w:val="20"/>
        </w:rPr>
        <w:t>52:46  mind mind set bana hai christian ka mind set jo bana hai woh peace par base karta hai</w:t>
      </w:r>
      <w:r>
        <w:br/>
      </w:r>
      <w:r>
        <w:rPr>
          <w:sz w:val="20"/>
        </w:rPr>
        <w:t>52:54  aur musalmanon ka jo mind set bana hai woh politics par base karta hai aur saari ghalati hai</w:t>
      </w:r>
      <w:r>
        <w:br/>
      </w:r>
      <w:r>
        <w:rPr>
          <w:sz w:val="20"/>
        </w:rPr>
        <w:t>53:01  literature ki yeh saari ghalati literature ki hai mein mere nazdeek ki jitni hukoomatein thi musalmanon ki woh</w:t>
      </w:r>
      <w:r>
        <w:br/>
      </w:r>
      <w:r>
        <w:rPr>
          <w:sz w:val="20"/>
        </w:rPr>
        <w:t>53:09  to dynasty thi dynasty lekin aap tareekh parhiye musalmanon ki kisi bhi is mein yeh parhenge ke</w:t>
      </w:r>
      <w:r>
        <w:br/>
      </w:r>
      <w:r>
        <w:rPr>
          <w:sz w:val="20"/>
        </w:rPr>
        <w:t>53:17  yeh dynasty thi is ko islami hukoomat kahenge to haqeeqatan woh yani banu ummayah ke zamanay se</w:t>
      </w:r>
      <w:r>
        <w:br/>
      </w:r>
      <w:r>
        <w:rPr>
          <w:sz w:val="20"/>
        </w:rPr>
        <w:t>53:24  mughal hukoomat tak aur turkish yani khilafat tak sab dynasty thi khandani hukoomat lekin is ko naam dete</w:t>
      </w:r>
      <w:r>
        <w:br/>
      </w:r>
      <w:r>
        <w:rPr>
          <w:sz w:val="20"/>
        </w:rPr>
        <w:t>53:32  rahe kya islami hukoomat to christian christians ki history mein christian empire ka word hi maujood nahi hai</w:t>
      </w:r>
      <w:r>
        <w:br/>
      </w:r>
      <w:r>
        <w:rPr>
          <w:sz w:val="20"/>
        </w:rPr>
        <w:t>53:40  unki dictionary mein maujood nahi hai christian empire ka lafz jabke musalmanon ki dictionary mein bhara hua</w:t>
      </w:r>
      <w:r>
        <w:br/>
      </w:r>
      <w:r>
        <w:rPr>
          <w:sz w:val="20"/>
        </w:rPr>
        <w:t>53:48  hai islami empire is se mindset alag alag bana ab is ko hum correction karna chahte hain</w:t>
      </w:r>
    </w:p>
    <w:p>
      <w:pPr>
        <w:pStyle w:val="Heading2"/>
      </w:pPr>
      <w:r>
        <w:t>Clarification on power as goal or need</w:t>
      </w:r>
    </w:p>
    <w:p>
      <w:r>
        <w:rPr>
          <w:color w:val="666666"/>
          <w:sz w:val="18"/>
        </w:rPr>
        <w:t>Society &amp; Dawah · Revival of Islam March 23, 2014 · 2m 19s · at 1:13:19 · https://youtu.be/Wc4Vsc4u1JI?t=4399</w:t>
      </w:r>
    </w:p>
    <w:p>
      <w:r>
        <w:rPr>
          <w:i/>
        </w:rPr>
        <w:t>“A person said that power is not our goal, it is a need. Please clarify the confusion in this. The confusion is that it is in the Quran and Hadith. If you speak from your mind, it becomes a forbidden act. For example, if you say that prayer is for exercise of the body, then what?”</w:t>
      </w:r>
    </w:p>
    <w:p>
      <w:r>
        <w:rPr>
          <w:sz w:val="20"/>
        </w:rPr>
        <w:t>1:13:19  maulana, ye sawal aaya hai muhammad ilyas sahab ka chennai se. unhone likha hai: "Maulana, ek sahab ne kaha ke iqtadar hamara maqsad nahi, zarurat hai." Maulana, is mein jo mughalta hai, us ko wazeh karein.</w:t>
      </w:r>
      <w:r>
        <w:br/>
      </w:r>
      <w:r>
        <w:rPr>
          <w:sz w:val="20"/>
        </w:rPr>
        <w:t>1:13:36  mughalta ye hai ke quran mein hai na, hadith mein hai. yahi mughalta hai.</w:t>
      </w:r>
      <w:r>
        <w:br/>
      </w:r>
      <w:r>
        <w:rPr>
          <w:sz w:val="20"/>
        </w:rPr>
        <w:t>1:13:43  ye to mughalta hai. saaf hai. aap apne dimagh se bolein to ye to ek feal haram hua. aap kahein ke namaz is liye hai ke is mein body ko exercise milti hai, to batao.</w:t>
      </w:r>
      <w:r>
        <w:br/>
      </w:r>
      <w:r>
        <w:rPr>
          <w:sz w:val="20"/>
        </w:rPr>
        <w:t>1:13:58  namaz is liye hoti hai ke is se sehat banti hai, to quran mein kahan likha hua hai? kahan likha hua hai quran? batao. to kahan likha hua hai ke hukumat tumhari zarurat hai, hukumat qaim karo?</w:t>
      </w:r>
      <w:r>
        <w:br/>
      </w:r>
      <w:r>
        <w:rPr>
          <w:sz w:val="20"/>
        </w:rPr>
        <w:t>1:14:10  kahan likha hua hai?</w:t>
      </w:r>
      <w:r>
        <w:br/>
      </w:r>
      <w:r>
        <w:rPr>
          <w:sz w:val="20"/>
        </w:rPr>
        <w:t>1:14:12  yeh to gunah se bari cheez hai yeh ke aap aisi baat kahein jo quran mein nahi hai. yeh gunah se, yeh crime hai, crime. koi aisi ayat nahi hai quran majeed mein jo yeh kehti ho ke aye musalmano,</w:t>
      </w:r>
      <w:r>
        <w:br/>
      </w:r>
      <w:r>
        <w:rPr>
          <w:sz w:val="20"/>
        </w:rPr>
        <w:t>1:14:27  hukumat tumhari zaroorat hai, is liye hukumat qaim karo. jo log hukumat muqabil hain, un ko larr kar ke khatam hatao, un ko. aur tum apni hukumat qaim karo.</w:t>
      </w:r>
      <w:r>
        <w:br/>
      </w:r>
      <w:r>
        <w:rPr>
          <w:sz w:val="20"/>
        </w:rPr>
        <w:t>1:14:36  kahan likha hua hai?</w:t>
      </w:r>
      <w:r>
        <w:br/>
      </w:r>
      <w:r>
        <w:rPr>
          <w:sz w:val="20"/>
        </w:rPr>
        <w:t>1:14:38  jo log aap se kehte hain ke woh to allah taala ke haan un ki flagging hogi. ke tum ne woh kaam baat kaise kahi jo quran mein likhi hui nahi thi? apne dimagh se.</w:t>
      </w:r>
    </w:p>
    <w:p>
      <w:pPr>
        <w:pStyle w:val="Heading2"/>
      </w:pPr>
      <w:r>
        <w:t>Clarity on idol-breaking and Babri Masjid</w:t>
      </w:r>
    </w:p>
    <w:p>
      <w:r>
        <w:rPr>
          <w:color w:val="666666"/>
          <w:sz w:val="18"/>
        </w:rPr>
        <w:t>Society &amp; Dawah · Understanding the Quran April 7, 2019 · 2m 49s · at 51:57 · https://youtu.be/m_Om5MtQJz4?t=3117</w:t>
      </w:r>
    </w:p>
    <w:p>
      <w:r>
        <w:rPr>
          <w:i/>
        </w:rPr>
        <w:t>“The Prophet broke all idols, while Mahmud Ghazni broke idols for wealth. How can this be used to justify the Babri Masjid demolition, given that Mughal rulers granted lands for temples? Please provide clarity.”</w:t>
      </w:r>
    </w:p>
    <w:p>
      <w:r>
        <w:rPr>
          <w:sz w:val="20"/>
        </w:rPr>
        <w:t>51:57  molana, agla sawal lete hain. yeh Mumbai se bheja hai Razzaq Memon sahib ne. unhon ne likha hai: "Nabi sallallahu alaihi wasallam ne tamam buton ko tod diya tha.</w:t>
      </w:r>
      <w:r>
        <w:br/>
      </w:r>
      <w:r>
        <w:rPr>
          <w:sz w:val="20"/>
        </w:rPr>
        <w:t>52:11  Mahmood Ghaznavi ne daulat hasil karne ke liye but tode honge. is ko Babri Masjid girane ki wajah nahin bataya ja sakta.</w:t>
      </w:r>
      <w:r>
        <w:br/>
      </w:r>
      <w:r>
        <w:rPr>
          <w:sz w:val="20"/>
        </w:rPr>
        <w:t>52:20  Mughal hukmaran ne mandir ke liye jaageerein ataa ki theen. molana, is pe clarity dein." theek kaha aap ne.</w:t>
      </w:r>
      <w:r>
        <w:br/>
      </w:r>
      <w:r>
        <w:rPr>
          <w:sz w:val="20"/>
        </w:rPr>
        <w:t>52:29  is mein clarity to hai hi. aap hi ke batane mein phir clear ho jata hai.</w:t>
      </w:r>
      <w:r>
        <w:br/>
      </w:r>
      <w:r>
        <w:rPr>
          <w:sz w:val="20"/>
        </w:rPr>
        <w:t>52:37  sahi kaha aap ne.</w:t>
      </w:r>
      <w:r>
        <w:br/>
      </w:r>
      <w:r>
        <w:rPr>
          <w:sz w:val="20"/>
        </w:rPr>
        <w:t>52:44  Professor Najma Siddiqui ne dilli se comment bheja hai. unhon ne likha hai: "Molana, today you have given an important meaning to disjointed letters of the Quran and helped us to learn to apply Quran in new situations and make it a living Quran.</w:t>
      </w:r>
      <w:r>
        <w:br/>
      </w:r>
      <w:r>
        <w:rPr>
          <w:sz w:val="20"/>
        </w:rPr>
        <w:t>53:02  Jazak Allah." Mashallah. Faraz Khan sahib ne dilli se likha hai: "Molana, today I learned that theright due of Quran is not to cram it, but to extract the wisdom out of</w:t>
      </w:r>
      <w:r>
        <w:br/>
      </w:r>
      <w:r>
        <w:rPr>
          <w:sz w:val="20"/>
        </w:rPr>
        <w:t>53:15  it. To read it through an ijtihadi angle. The disjointed words of Quran represent this revolutionary spirit of Quran.</w:t>
      </w:r>
      <w:r>
        <w:br/>
      </w:r>
      <w:r>
        <w:rPr>
          <w:sz w:val="20"/>
        </w:rPr>
        <w:t>53:26  We have to reapply, reinterpret Quran.</w:t>
      </w:r>
      <w:r>
        <w:br/>
      </w:r>
      <w:r>
        <w:rPr>
          <w:sz w:val="20"/>
        </w:rPr>
        <w:t>53:30  Prophet Muhammad's method of using idols in Kaaba as assets as compared to Prophet Ibrahim, who destroyed them, is a direct example of reinterpretation of God's message."</w:t>
      </w:r>
      <w:r>
        <w:br/>
      </w:r>
      <w:r>
        <w:rPr>
          <w:sz w:val="20"/>
        </w:rPr>
        <w:t>53:46  Sehi hai. Okay, so we will end this session now. Thank you.</w:t>
      </w:r>
    </w:p>
    <w:p>
      <w:pPr>
        <w:pStyle w:val="Heading2"/>
      </w:pPr>
      <w:r>
        <w:t>Committee savings for da'ee</w:t>
      </w:r>
    </w:p>
    <w:p>
      <w:r>
        <w:rPr>
          <w:color w:val="666666"/>
          <w:sz w:val="18"/>
        </w:rPr>
        <w:t>Society &amp; Dawah · God and Man February 19, 2012 · 2m 27s · at 1:06:57 · https://youtu.be/rL4g0LOU3wo?t=4017</w:t>
      </w:r>
    </w:p>
    <w:p>
      <w:r>
        <w:rPr>
          <w:i/>
        </w:rPr>
        <w:t>“Parents, considering the future needs of their children, take out some money each month and put it into a committee. Can a da'ee (caller to Islam) do such a practice?”</w:t>
      </w:r>
    </w:p>
    <w:p>
      <w:r>
        <w:rPr>
          <w:sz w:val="20"/>
        </w:rPr>
        <w:t>1:06:57  Isi yaqeen ke sath hamein dawat ka kaam karna hai. Maulana, agla sawal aaya hai Karachi Pakistan se Mr Abdul Latif ka.</w:t>
      </w:r>
      <w:r>
        <w:br/>
      </w:r>
      <w:r>
        <w:rPr>
          <w:sz w:val="20"/>
        </w:rPr>
        <w:t>1:07:06  Unhon ne poocha hai: "Waldein apne bachchon ke mustaqbil ki zaroorat ko maddenazar rakhte hue apni raqam mein se kuch raqam har mahine nikal kar committee daalte hain.</w:t>
      </w:r>
      <w:r>
        <w:br/>
      </w:r>
      <w:r>
        <w:rPr>
          <w:sz w:val="20"/>
        </w:rPr>
        <w:t>1:07:21  Kya is tarah ka amal ek daai kar sakta hai?"</w:t>
      </w:r>
      <w:r>
        <w:br/>
      </w:r>
      <w:r>
        <w:rPr>
          <w:sz w:val="20"/>
        </w:rPr>
        <w:t>1:07:28  Dekhiye, jo maa baap hain, aam taur par maine dekha hai ke un ke dunya ke mustaqbil ke liye to bohat woh sochte hain.</w:t>
      </w:r>
      <w:r>
        <w:br/>
      </w:r>
      <w:r>
        <w:rPr>
          <w:sz w:val="20"/>
        </w:rPr>
        <w:t>1:07:39  Asal mein sirf to aakhirat ka mustaqbil hai. Is ke liye sochna chahiye. Bohat ajeeb baat hai ke Quran majeed mein hai do aayatein, main aap ke samne pesh karta hoon.</w:t>
      </w:r>
      <w:r>
        <w:br/>
      </w:r>
      <w:r>
        <w:rPr>
          <w:sz w:val="20"/>
        </w:rPr>
        <w:t>1:07:53  Wa ma min da'watin fil ardi illa ala Allahi rizquha yeh dunya ke bare mein hai ke is dunya mein har aadmi ka rizq Allah ki taraf se muqarrar hai.</w:t>
      </w:r>
      <w:r>
        <w:br/>
      </w:r>
      <w:r>
        <w:rPr>
          <w:sz w:val="20"/>
        </w:rPr>
        <w:t>1:08:04  Woh mil kar rahega is ko. Dunya ke rizq ke bare mein Allah taala ne yeh zimma le liya hai ke woh zaroor woh har har ek ko rizq pahunchayega is ko.</w:t>
      </w:r>
      <w:r>
        <w:br/>
      </w:r>
      <w:r>
        <w:rPr>
          <w:sz w:val="20"/>
        </w:rPr>
        <w:t>1:08:17  Achha, aakhirat ke bare mein kya hai? Aakhirat ke bare mein yeh hai ke laysa lil insani illa ma saaba</w:t>
      </w:r>
      <w:r>
        <w:br/>
      </w:r>
      <w:r>
        <w:rPr>
          <w:sz w:val="20"/>
        </w:rPr>
        <w:t>1:08:24  Wahan aakhirat mein insaan ko sirf wohi milega jis ke liye khud us ne koshish ki ho. Yani Allah ki taraf se kuch nahi diya jayega is ko. Siwaye koshish ka anjaam, koshish ka badla.</w:t>
      </w:r>
      <w:r>
        <w:br/>
      </w:r>
      <w:r>
        <w:rPr>
          <w:sz w:val="20"/>
        </w:rPr>
        <w:t>1:08:37  Yani yeh ghor kijiye ke dunya mein insaan ke liye Khuda ne zimma le rakha hai ke us ko zaroor us ka rizq pahunchaya jayega. Aur aakhirat ke bare mein farma raha hai Allah taala ke wahan tum apne hi amal ko bhugtana padega tum ko.</w:t>
      </w:r>
      <w:r>
        <w:br/>
      </w:r>
      <w:r>
        <w:rPr>
          <w:sz w:val="20"/>
        </w:rPr>
        <w:t>1:08:51  To kaise ajeeb log hain ke apne liye, bachchon ke liye, un ko hona chahiye fikrmand aakhirat ke liye. Aur fikrmand hote hain dunya ke liye.</w:t>
      </w:r>
      <w:r>
        <w:br/>
      </w:r>
      <w:r>
        <w:rPr>
          <w:sz w:val="20"/>
        </w:rPr>
        <w:t>1:09:01  Bohat ajeeb baat hai yeh. Main is masle ko yani fiqhi aitbaar se kuch jawab nahi doonga main. Fiqhi aitbaar se kya hai, kya nahi hai, woh main is par k</w:t>
      </w:r>
      <w:r>
        <w:br/>
      </w:r>
      <w:r>
        <w:rPr>
          <w:sz w:val="20"/>
        </w:rPr>
        <w:t>1:09:11  ch nahi bolunga. Main is is is is soch par koi taajjub karta hoon ke dunya ke mustaqbil ki fikr aur aakhirat ke mustaqbil ke liye koi fikr nahi.</w:t>
      </w:r>
    </w:p>
    <w:p>
      <w:pPr>
        <w:pStyle w:val="Heading2"/>
      </w:pPr>
      <w:r>
        <w:t>Community work versus dawah work emphasis</w:t>
      </w:r>
    </w:p>
    <w:p>
      <w:r>
        <w:rPr>
          <w:color w:val="666666"/>
          <w:sz w:val="18"/>
        </w:rPr>
        <w:t>Society &amp; Dawah · The Early Life of Prophet Muhammad November 28, 2021 Dr. Saniyasnain Khan · 4m 55s · at 48:07 · https://youtu.be/xjZAqfhmg1Y?t=2887</w:t>
      </w:r>
    </w:p>
    <w:p>
      <w:r>
        <w:rPr>
          <w:i/>
        </w:rPr>
        <w:t>“Today many people emphasize more on community work as compared to dawah work. Can you tell something more about this?”</w:t>
      </w:r>
    </w:p>
    <w:p>
      <w:r>
        <w:rPr>
          <w:sz w:val="20"/>
        </w:rPr>
        <w:t>48:07  the events, even apparently negative events, are actually the opportunities to avail its nectar. ah doctor doctor sahab, yeh agla sawal Lucknow se hai, Feroz Khan sahab ne bheja hai.</w:t>
      </w:r>
      <w:r>
        <w:br/>
      </w:r>
      <w:r>
        <w:rPr>
          <w:sz w:val="20"/>
        </w:rPr>
        <w:t>48:22  ah aap ne zikr bhi kiya tha is ka, ah community work aur dawah work. to un ka sawal yahi hai ke ah aaj bohat sare log community work pe zyada emphasize karte hain, ah as compared to dawah work.</w:t>
      </w:r>
      <w:r>
        <w:br/>
      </w:r>
      <w:r>
        <w:rPr>
          <w:sz w:val="20"/>
        </w:rPr>
        <w:t>48:37  to is ke bare mein kuch aur agar aap bata sakein. haan, yeh baat sahi hai. aaj kahin bhi aap chale jaiye, khas taur se west mein agar aap jayen, America ko agar aap misaal len to bare bare idare hain wahan,</w:t>
      </w:r>
      <w:r>
        <w:br/>
      </w:r>
      <w:r>
        <w:rPr>
          <w:sz w:val="20"/>
        </w:rPr>
        <w:t>48:56  bare bare Muslim institutions hain jo ke bohat hi bada community work ka kaam karte hain aur isi ko samajhte hain ke yeh Islami kaam hai.</w:t>
      </w:r>
      <w:r>
        <w:br/>
      </w:r>
      <w:r>
        <w:rPr>
          <w:sz w:val="20"/>
        </w:rPr>
        <w:t>49:10  yeh bohat bari ghalat fehmi hai. jaise maine bataya tha ke ek momin ka pehla mission hai dawah, aur dawah ka matlab hai inzar o tabshir, yani insanon ko akhirat ke bare mein ba khabar karna.</w:t>
      </w:r>
      <w:r>
        <w:br/>
      </w:r>
      <w:r>
        <w:rPr>
          <w:sz w:val="20"/>
        </w:rPr>
        <w:t>49:33  lekin chunke dawah ka kaam ah aisa hota hai ke is mein koi recognition nahi hota, duniyavi recognition.</w:t>
      </w:r>
      <w:r>
        <w:br/>
      </w:r>
      <w:r>
        <w:rPr>
          <w:sz w:val="20"/>
        </w:rPr>
        <w:t>49:43  aap agar kahein ke main dawah ka kaam karta hoon to koi mutasir nahi hoga, balkeh agar aap kahein</w:t>
      </w:r>
      <w:r>
        <w:br/>
      </w:r>
      <w:r>
        <w:rPr>
          <w:sz w:val="20"/>
        </w:rPr>
        <w:t>49:49  ke main ah muslim empowerment ka kaam kar raha hoon ya main orphanage chala raha hoon ya main</w:t>
      </w:r>
      <w:r>
        <w:br/>
      </w:r>
      <w:r>
        <w:rPr>
          <w:sz w:val="20"/>
        </w:rPr>
        <w:t>49:58  ah ah ghareeb bachon ka kaam kar raha hoon, yeh sab kaam bhi bohat ahem hain aur rewardable</w:t>
      </w:r>
      <w:r>
        <w:br/>
      </w:r>
      <w:r>
        <w:rPr>
          <w:sz w:val="20"/>
        </w:rPr>
        <w:t>50:03  hain, lekin yeh prime mission nahi ho sakta ek momin ka, ek ek is shakhs ka jo Quran</w:t>
      </w:r>
      <w:r>
        <w:br/>
      </w:r>
      <w:r>
        <w:rPr>
          <w:sz w:val="20"/>
        </w:rPr>
        <w:t>50:12  peh aur Allah pe yaqeen rakhta ho.</w:t>
      </w:r>
      <w:r>
        <w:br/>
      </w:r>
      <w:r>
        <w:rPr>
          <w:sz w:val="20"/>
        </w:rPr>
        <w:t>50:15  to is liye chunke yeh ah dawah ka kaam ek bohat hi mamooli kaam nazar aata hai logon ko, aur doosri baat yeh bhi hai ke dawah ka mizaj nahi bana.</w:t>
      </w:r>
      <w:r>
        <w:br/>
      </w:r>
      <w:r>
        <w:rPr>
          <w:sz w:val="20"/>
        </w:rPr>
        <w:t>50:26  log sare kamon ko, jo bhi kaam hai, jo bhi ah social work hai aur community work hai aur charitable kaam jo karte hain, sab ko log dawah mein jod jod dete hain ke yeh bhi dawah hai, woh bhi dawah hai, halanke aisa nahi hai.</w:t>
      </w:r>
      <w:r>
        <w:br/>
      </w:r>
      <w:r>
        <w:rPr>
          <w:sz w:val="20"/>
        </w:rPr>
        <w:t>50:40  dawah to bohat hi specific kaam hai jo paighambaron ne kiya, aur woh yeh tha ke insanon ko Allah ke bare mein ba khabar kiya jaye aur Allah ke takhleeqi mansoobe ke bare mein, creation plan ke bare mein ba khabar kiya jaye.</w:t>
      </w:r>
      <w:r>
        <w:br/>
      </w:r>
      <w:r>
        <w:rPr>
          <w:sz w:val="20"/>
        </w:rPr>
        <w:t>50:56  to yahi hai woh kaam jo hamein karna hai aur hamein karna chahiye. isi se akhirat mein inshallah nijat hogi hum logon ki. ji, ah aik do quran ki ayat aur hadith mein parhna chahunga.</w:t>
      </w:r>
      <w:r>
        <w:br/>
      </w:r>
      <w:r>
        <w:rPr>
          <w:sz w:val="20"/>
        </w:rPr>
        <w:t>51:09  ji, ah rasool Allah sal Allah alaihi wasallam ke bare mein quran mein do jagah aya hai: "shahid o mubashir o nadhira" ke Allah taala ko ne rasool Allah sal Allah alaihi wasallam ko bheja shahadat dene wala,</w:t>
      </w:r>
      <w:r>
        <w:br/>
      </w:r>
      <w:r>
        <w:rPr>
          <w:sz w:val="20"/>
        </w:rPr>
        <w:t>51:22  basharat dene wala aur aagah karne wala bana kar. yeh surah al ahzab mein bhi hai aur surah al fath mein bhi hai. surah al fath mein is ke aage hai: "li tu'minu billahi wa rasulihi" taakeh aey logon,</w:t>
      </w:r>
      <w:r>
        <w:br/>
      </w:r>
      <w:r>
        <w:rPr>
          <w:sz w:val="20"/>
        </w:rPr>
        <w:t>51:35  tum Allah aur us ke rasool par iman lao. to yeh hai, isi ko aik hadith mein misaal ke andaaz mein bataya gaya tha.</w:t>
      </w:r>
      <w:r>
        <w:br/>
      </w:r>
      <w:r>
        <w:rPr>
          <w:sz w:val="20"/>
        </w:rPr>
        <w:t>51:43  rasool Allah sal Allah alaihi wasallam kehte hain: "main ne khwab dekha ke farishte aaye, kayi farishte thay, is mein aik farishte ne yeh kaha ke is shakhs ki misaal bayan karo, yeh jo so raha hai, is ki misaal bayan karo." to us ne kaha ke is ki misaal aik aadmi ki hai ke kisi ne aik ghar banaya aur us mein dastar khwan bichaya khane ka,</w:t>
      </w:r>
      <w:r>
        <w:br/>
      </w:r>
      <w:r>
        <w:rPr>
          <w:sz w:val="20"/>
        </w:rPr>
        <w:t>52:02  aur aik dawat dene wale ko bheja.</w:t>
      </w:r>
    </w:p>
    <w:p>
      <w:pPr>
        <w:pStyle w:val="Heading2"/>
      </w:pPr>
      <w:r>
        <w:t>Comparison of divorce in Hinduism and Islam</w:t>
      </w:r>
    </w:p>
    <w:p>
      <w:r>
        <w:rPr>
          <w:color w:val="666666"/>
          <w:sz w:val="18"/>
        </w:rPr>
        <w:t>Society &amp; Dawah · Three levels of Realization July 4, 2010 · 4m 03s · at 1:31:19 · https://youtu.be/NtCTVVov3Nw?t=5479</w:t>
      </w:r>
    </w:p>
    <w:p>
      <w:r>
        <w:rPr>
          <w:i/>
        </w:rPr>
        <w:t>“In Hinduism, there is no divorce. Is that good or bad? In Islam, divorce is also not good, but it is allowed. But if you end it suddenly, problems persist. Because divorce comes under necessity.”</w:t>
      </w:r>
    </w:p>
    <w:p>
      <w:r>
        <w:rPr>
          <w:sz w:val="20"/>
        </w:rPr>
        <w:t>1:31:19  jab jab us ko is se separation lena ho to keh sakti hai ke aaj se mein ne tum se separation le li to teen cheezein hain aik aam talaq aik hai talaq rajai ka usool aur doosra hai nikah tafweez maulana un ka aik aur sawal hai unhon ne poocha hai ke hindu dharm mein talaq nahi hai yeh achi baat hai ya buri</w:t>
      </w:r>
      <w:r>
        <w:br/>
      </w:r>
      <w:r>
        <w:rPr>
          <w:sz w:val="20"/>
        </w:rPr>
        <w:t>1:31:46  islam mein bhi talaq nahi hai</w:t>
      </w:r>
      <w:r>
        <w:br/>
      </w:r>
      <w:r>
        <w:rPr>
          <w:sz w:val="20"/>
        </w:rPr>
        <w:t>1:31:50  yeh achi hi hai yeh lekin aik dam aap khatm kar dein tab bhi mushkil hoti rehti hai agar aik dam khatm kar dein kyunke talaq jo hai yeh law of necessity ke tehat aata hai quran hadith mein aata hai ke sab se zyada yani sab se zyada unwanted cheez jo islam mein jaiz ki gayi woh talaq hai</w:t>
      </w:r>
      <w:r>
        <w:br/>
      </w:r>
      <w:r>
        <w:rPr>
          <w:sz w:val="20"/>
        </w:rPr>
        <w:t>1:32:15  to to talaq koi wanted cheez nahi hai</w:t>
      </w:r>
      <w:r>
        <w:br/>
      </w:r>
      <w:r>
        <w:rPr>
          <w:sz w:val="20"/>
        </w:rPr>
        <w:t>1:32:17  aaj kal jo log talaq talaq karte rehte hain woh to islam mein jaiz hi nahi hai woh to gunah karte hain woh yani aisi situation kabhi aa jati hai ke baghair talaq ke koi chara nahi hota jaise misaal ka bataunga aap ko mein egypt gaya to egypt mein aik sahab the bohat hi pareshan rehte the inhan ko paisa tha makan tha sab kuch tha</w:t>
      </w:r>
      <w:r>
        <w:br/>
      </w:r>
      <w:r>
        <w:rPr>
          <w:sz w:val="20"/>
        </w:rPr>
        <w:t>1:32:39  pata yeh chala ke unhon ne jab shadi ki to shadi ke baad kuch dino ke baad doctor ne yeh keh diya ke aap is se woh nahi kar sakte yani sexual relationship nahi kar sakte warna yeh pata nahi kya bohat bara koi masla paida ho jayega koi aisa uska physical uska kuch mamla tha aisa to wahan par talaq nahi de sake kyunke talaq dena egypt ne bohat hi mushkil kaam hai</w:t>
      </w:r>
      <w:r>
        <w:br/>
      </w:r>
      <w:r>
        <w:rPr>
          <w:sz w:val="20"/>
        </w:rPr>
        <w:t>1:33:07  talaq agar dein to aurat sari aap ki jaidad property sab utha li jayegi yani ghar aur bank bane sab kuch utha li jayegi ab woh bajaye bed ridden ho gaye hain isi tension mein jeete jeete ab bed ridden ho gaya ho gaya hai aur halanke mujh se kam umar in ke hain to baaz muslim countries mein aisa hai jaise egypt mein ke talaq dene ko bohat hi unhon ne difficult bana diya hai</w:t>
      </w:r>
      <w:r>
        <w:br/>
      </w:r>
      <w:r>
        <w:rPr>
          <w:sz w:val="20"/>
        </w:rPr>
        <w:t>1:33:34  to ab talaq do to sab kuch ghar aur bank par sab kuch dena pare ga to itna tension itna tension raha in ko ke wo beemar ho gaye jis mein bed written hai aur aurat ne aurat ne ijazat de di aurat ijazat de de to kar sakte hain ijazat de to na kar sakte hain to dekhen is mein hinduit islam mein koi farq nahi bara farq nahi hai ab to hinduo mein sansartan ho gaya hindu is mein yani marriage act mein</w:t>
      </w:r>
      <w:r>
        <w:br/>
      </w:r>
      <w:r>
        <w:rPr>
          <w:sz w:val="20"/>
        </w:rPr>
        <w:t>1:34:04  ab aap jante hain pehle wala nahi hai ab ab jo hai dosra hai yani talaq ko bohat hi exception mein jaiz qarar de diya gaya hai to islam bhi exception hi mein jaiz hai wo aisa nahi ke jaise aaj kal karte hain log talaq talaq wo to islam mein jaiz hi nahi hai wo to gunah ka kaam hai</w:t>
      </w:r>
      <w:r>
        <w:br/>
      </w:r>
      <w:r>
        <w:rPr>
          <w:sz w:val="20"/>
        </w:rPr>
        <w:t>1:34:25  bohat hi koi exceptional situation ho</w:t>
      </w:r>
      <w:r>
        <w:br/>
      </w:r>
      <w:r>
        <w:rPr>
          <w:sz w:val="20"/>
        </w:rPr>
        <w:t>1:34:29  jis mein koi doosra option na ho aap ke liye koi option na ho doosra</w:t>
      </w:r>
      <w:r>
        <w:br/>
      </w:r>
      <w:r>
        <w:rPr>
          <w:sz w:val="20"/>
        </w:rPr>
        <w:t>1:34:35  tab talaq hai</w:t>
      </w:r>
      <w:r>
        <w:br/>
      </w:r>
      <w:r>
        <w:rPr>
          <w:sz w:val="20"/>
        </w:rPr>
        <w:t>1:34:38  bare talaq nahi hai</w:t>
      </w:r>
      <w:r>
        <w:br/>
      </w:r>
      <w:r>
        <w:rPr>
          <w:sz w:val="20"/>
        </w:rPr>
        <w:t>1:34:41  aur Islam mein polygamy bhi nahi hai</w:t>
      </w:r>
      <w:r>
        <w:br/>
      </w:r>
      <w:r>
        <w:rPr>
          <w:sz w:val="20"/>
        </w:rPr>
        <w:t>1:34:44  Islam mein asal jo hai monogamy hai polygamy bhi law of necessity ke tehat aati hai jaise ladai hui</w:t>
      </w:r>
      <w:r>
        <w:br/>
      </w:r>
      <w:r>
        <w:rPr>
          <w:sz w:val="20"/>
        </w:rPr>
        <w:t>1:34:52  mard mare gaye aurtein ziyada ho gayin</w:t>
      </w:r>
      <w:r>
        <w:br/>
      </w:r>
      <w:r>
        <w:rPr>
          <w:sz w:val="20"/>
        </w:rPr>
        <w:t>1:34:55  to ab society mein aurtein zyada ho gayin to kya kiya jaye yani surplus ho gayin surplus to surplus ko manage karne ke liye polygamy hai aisi talaq ke liye bhi ye islam ijazat hai to kabhi aisi situation paida ho jati hai jabke bohat hi zyada yani grave situation hai to polygamy bhi aur aur talaq dono law of necessity ke tehat hai ye general law nahi hai ye</w:t>
      </w:r>
    </w:p>
    <w:p>
      <w:pPr>
        <w:pStyle w:val="Heading2"/>
      </w:pPr>
      <w:r>
        <w:t>Compromising attitude for team unity in spreading ideology</w:t>
      </w:r>
    </w:p>
    <w:p>
      <w:r>
        <w:rPr>
          <w:color w:val="666666"/>
          <w:sz w:val="18"/>
        </w:rPr>
        <w:t>Society &amp; Dawah · The Importance of Team Work February 5, 2012 · 2m 26s · at 1:00:07 · https://youtu.be/qBbwznqIqVw?t=3607</w:t>
      </w:r>
    </w:p>
    <w:p>
      <w:r>
        <w:rPr>
          <w:i/>
        </w:rPr>
        <w:t>“Moulana, today's talk is thought-provoking for teamwork. Is it necessary for team unity that we maintain a compromising attitude while spreading ideology? Some people say we should not be sticklers. Please clarify.”</w:t>
      </w:r>
    </w:p>
    <w:p>
      <w:r>
        <w:rPr>
          <w:sz w:val="20"/>
        </w:rPr>
        <w:t>1:00:07  maulana, yeh maulana sahab, yeh sawal aaya hai patna se daniyal sahab ka. unhon ne likha hai: "maulana, aaj ka khitab team work ke liye thought provoking hai.</w:t>
      </w:r>
      <w:r>
        <w:br/>
      </w:r>
      <w:r>
        <w:rPr>
          <w:sz w:val="20"/>
        </w:rPr>
        <w:t>1:00:19  maulana, kya team unity ke liye zaroori hai ke hum ideology ko spread karte waqt compromising attitude mein rahein?</w:t>
      </w:r>
      <w:r>
        <w:br/>
      </w:r>
      <w:r>
        <w:rPr>
          <w:sz w:val="20"/>
        </w:rPr>
        <w:t>1:00:28  kuch log kehte hain hum lakeer ke faqeer nahi hona chahiye. maulana, barah e karam is ko wazeh kijiye."</w:t>
      </w:r>
      <w:r>
        <w:br/>
      </w:r>
      <w:r>
        <w:rPr>
          <w:sz w:val="20"/>
        </w:rPr>
        <w:t>1:00:38  lakeer ke faqeer koi na quran hai, na hadith hai, na quran ki ayat hai, na koi hadith hai. yeh to khud sakhta aqwal hain.</w:t>
      </w:r>
      <w:r>
        <w:br/>
      </w:r>
      <w:r>
        <w:rPr>
          <w:sz w:val="20"/>
        </w:rPr>
        <w:t>1:00:50  jis ko aitraz karna hai, woh quran o hadith se aitraz kare, warna Allah taala ka jhoota qarar payega. koday mare jayenge is ko. saada baat nahi hai.</w:t>
      </w:r>
      <w:r>
        <w:br/>
      </w:r>
      <w:r>
        <w:rPr>
          <w:sz w:val="20"/>
        </w:rPr>
        <w:t>1:01:02  deen ke maamle mein aap apni aql se nahi bol sakte.</w:t>
      </w:r>
      <w:r>
        <w:br/>
      </w:r>
      <w:r>
        <w:rPr>
          <w:sz w:val="20"/>
        </w:rPr>
        <w:t>1:01:06  lakeer ke faqeer kaun si ayat hai? yeh kaun si hadith mein hai? kis sahabi ka qol hai? yani maamla deen ka hai, dawat Allah ka hai, aur aap awami maqbola pesh kar rahe hain.</w:t>
      </w:r>
      <w:r>
        <w:br/>
      </w:r>
      <w:r>
        <w:rPr>
          <w:sz w:val="20"/>
        </w:rPr>
        <w:t>1:01:21  yeh hai insincerity, yeh hai bekhaufi, yeh hai Allah se na darna.</w:t>
      </w:r>
      <w:r>
        <w:br/>
      </w:r>
      <w:r>
        <w:rPr>
          <w:sz w:val="20"/>
        </w:rPr>
        <w:t>1:01:33  aise logon ko bohat zyada risk le rahe hain, bohat bara risk le rahe hain ke Allah ka un ki flagging ki jaye. flagging</w:t>
      </w:r>
      <w:r>
        <w:br/>
      </w:r>
      <w:r>
        <w:rPr>
          <w:sz w:val="20"/>
        </w:rPr>
        <w:t>1:01:42  dekhiye, jab muamla deen ka ho,</w:t>
      </w:r>
      <w:r>
        <w:br/>
      </w:r>
      <w:r>
        <w:rPr>
          <w:sz w:val="20"/>
        </w:rPr>
        <w:t>1:01:47  ek aadmi deeni mission chala raha hai to aap ko sirf Quran o Hadees se bolne ka haq hai, kisi aur reference pe bolne ka haq hi nahi hai aap ko.</w:t>
      </w:r>
      <w:r>
        <w:br/>
      </w:r>
      <w:r>
        <w:rPr>
          <w:sz w:val="20"/>
        </w:rPr>
        <w:t>1:02:00  aise log jo hain, main yahi kahunga ke woh bohat bara risk le rahe hain ke Allah ke haan un ko poocha jaye ke tum kahan se bolay thay?</w:t>
      </w:r>
      <w:r>
        <w:br/>
      </w:r>
      <w:r>
        <w:rPr>
          <w:sz w:val="20"/>
        </w:rPr>
        <w:t>1:02:10  kis ayat mein aur kis hadees mein yeh baat thi? aur jab woh jawab na de payein to un ko koday maray jayen. main bohat shadeed is muamle mein hoon ke Khuda ke deen ke muamle mein koi Quran o Hadees ke bahar ka ek ek ek reasoning pesh kare,</w:t>
      </w:r>
      <w:r>
        <w:br/>
      </w:r>
      <w:r>
        <w:rPr>
          <w:sz w:val="20"/>
        </w:rPr>
        <w:t>1:02:28  khud sakhta reasoning.</w:t>
      </w:r>
    </w:p>
    <w:p>
      <w:pPr>
        <w:pStyle w:val="Heading2"/>
      </w:pPr>
      <w:r>
        <w:t>Concept of Joint Family in Islam</w:t>
      </w:r>
    </w:p>
    <w:p>
      <w:r>
        <w:rPr>
          <w:color w:val="666666"/>
          <w:sz w:val="18"/>
        </w:rPr>
        <w:t>Society &amp; Dawah · Man and the Laws of Nature April 1, 2012 · 2m 31s · at 1:34:22 · https://youtu.be/coIrwYQgb6Y?t=5662</w:t>
      </w:r>
    </w:p>
    <w:p>
      <w:r>
        <w:rPr>
          <w:i/>
        </w:rPr>
        <w:t>“What is the concept of joint family in Islam?”</w:t>
      </w:r>
    </w:p>
    <w:p>
      <w:r>
        <w:rPr>
          <w:sz w:val="20"/>
        </w:rPr>
        <w:t>1:34:22  maulana, agla sawal dilli se hai. miss ayesha ka</w:t>
      </w:r>
      <w:r>
        <w:br/>
      </w:r>
      <w:r>
        <w:rPr>
          <w:sz w:val="20"/>
        </w:rPr>
        <w:t>1:34:25  . unhon ne aap se poocha hai: "what is the concept of joint family in Islam?" dekhen, joint family jo hai, wo Islam ka masla nahi hai.</w:t>
      </w:r>
      <w:r>
        <w:br/>
      </w:r>
      <w:r>
        <w:rPr>
          <w:sz w:val="20"/>
        </w:rPr>
        <w:t>1:34:35  wo ek practical masla hai. yeh koi sharai masla nahi hai. aap akele rahen, chahe mil kar rahen, yeh aap ke upar hai.</w:t>
      </w:r>
      <w:r>
        <w:br/>
      </w:r>
      <w:r>
        <w:rPr>
          <w:sz w:val="20"/>
        </w:rPr>
        <w:t>1:34:47  yeh aap ka apna choice hai. hisab yeh nahi kehta ke tum joint family banao ya nahi kehta.</w:t>
      </w:r>
      <w:r>
        <w:br/>
      </w:r>
      <w:r>
        <w:rPr>
          <w:sz w:val="20"/>
        </w:rPr>
        <w:t>1:34:54  lekin main sirf yeh keh sakta hoon ke ke sirf yeh keh sakta hoon ke yani married life hai, married life mein hamesha problem rehta hai.</w:t>
      </w:r>
      <w:r>
        <w:br/>
      </w:r>
      <w:r>
        <w:rPr>
          <w:sz w:val="20"/>
        </w:rPr>
        <w:t>1:35:07  yani ek ek jora akele rahe, sirf husband aur wife, tab bhi problem hai. family ke sath mil kar rahe, tab bhi problem hai.</w:t>
      </w:r>
      <w:r>
        <w:br/>
      </w:r>
      <w:r>
        <w:rPr>
          <w:sz w:val="20"/>
        </w:rPr>
        <w:t>1:35:18  yahan tak ke shadi na karen, tab bhi problem hai.</w:t>
      </w:r>
      <w:r>
        <w:br/>
      </w:r>
      <w:r>
        <w:rPr>
          <w:sz w:val="20"/>
        </w:rPr>
        <w:t>1:35:21  to har soorat mein problem baqi rehta hai. sirf is ka nature badalta rehta hai. nature akele hain, tab bhi problem.</w:t>
      </w:r>
      <w:r>
        <w:br/>
      </w:r>
      <w:r>
        <w:rPr>
          <w:sz w:val="20"/>
        </w:rPr>
        <w:t>1:35:30  do hain, tab bhi problem. family mein, tab bhi problem. to hota yeh hai ke aadmi jis situation mein hai, wahan jo problem face kar raha hai, to us us waqt tak bas yahan yeh problem hai.</w:t>
      </w:r>
      <w:r>
        <w:br/>
      </w:r>
      <w:r>
        <w:rPr>
          <w:sz w:val="20"/>
        </w:rPr>
        <w:t>1:35:43  agar main is se alag tareeqa ikhtiyar karoon to wahan problem nahi rahega. aam taur par yeh log khayal hain.</w:t>
      </w:r>
      <w:r>
        <w:br/>
      </w:r>
      <w:r>
        <w:rPr>
          <w:sz w:val="20"/>
        </w:rPr>
        <w:t>1:35:51  to beharhal main yeh kahunga ke married life itself is a problem hai. balkeh life itself is a problem. life khud problem hai.</w:t>
      </w:r>
      <w:r>
        <w:br/>
      </w:r>
      <w:r>
        <w:rPr>
          <w:sz w:val="20"/>
        </w:rPr>
        <w:t>1:36:00  quran mein hai ke: "laqad khalaqal insana fi kabad". insaan ko hum ne paida kiya hai. problem hai. to problem to part of life hai. kese aap problem free life bana banayenge?</w:t>
      </w:r>
      <w:r>
        <w:br/>
      </w:r>
      <w:r>
        <w:rPr>
          <w:sz w:val="20"/>
        </w:rPr>
        <w:t>1:36:12  akele rahiye, shadi kar ke rahiye, joint family mein rahiye, kahin bhi rahiye,</w:t>
      </w:r>
      <w:r>
        <w:br/>
      </w:r>
      <w:r>
        <w:rPr>
          <w:sz w:val="20"/>
        </w:rPr>
        <w:t>1:36:20  har jagah problem</w:t>
      </w:r>
      <w:r>
        <w:br/>
      </w:r>
      <w:r>
        <w:rPr>
          <w:sz w:val="20"/>
        </w:rPr>
        <w:t>1:36:21  hai. to asal cheez hai ke: "you have no, you have to know the art, art of problem management". asal cheez yeh hai. joint family theek hai aur aur alag alag rehna theek hai.</w:t>
      </w:r>
      <w:r>
        <w:br/>
      </w:r>
      <w:r>
        <w:rPr>
          <w:sz w:val="20"/>
        </w:rPr>
        <w:t>1:36:33  donon theek hain. is mein koi sharai masla nahi hai. asal masla yeh hai ke aap jannay ke problem ko mujhe manage karna hai. problem se takrana nahi hai.</w:t>
      </w:r>
      <w:r>
        <w:br/>
      </w:r>
      <w:r>
        <w:rPr>
          <w:sz w:val="20"/>
        </w:rPr>
        <w:t>1:36:43  bas is is is is cheez ko log nahi jante. log yeh art of problem management nahi jante. is liye pareshan rehte hain.</w:t>
      </w:r>
    </w:p>
    <w:p>
      <w:pPr>
        <w:pStyle w:val="Heading2"/>
      </w:pPr>
      <w:r>
        <w:t>Concept of kafir in Islam</w:t>
      </w:r>
    </w:p>
    <w:p>
      <w:r>
        <w:rPr>
          <w:color w:val="666666"/>
          <w:sz w:val="18"/>
        </w:rPr>
        <w:t>Society &amp; Dawah · Example of the Prophet March 20, 2016 · 2m 15s · at 54:24 · https://youtu.be/79HmhzXU41w?t=3264</w:t>
      </w:r>
    </w:p>
    <w:p>
      <w:r>
        <w:rPr>
          <w:i/>
        </w:rPr>
        <w:t>“What is the concept of kafir in Islam? Nowadays many Muslims declare kafir to one another and also to non-Muslims. What is your comment on this?”</w:t>
      </w:r>
    </w:p>
    <w:p>
      <w:r>
        <w:rPr>
          <w:sz w:val="20"/>
        </w:rPr>
        <w:t>54:24  Maulana, agla sawal bhi mianwali pakistan se hai, zulfiqar khan sahab ka, aur unhone likha hai: What</w:t>
      </w:r>
      <w:r>
        <w:br/>
      </w:r>
      <w:r>
        <w:rPr>
          <w:sz w:val="20"/>
        </w:rPr>
        <w:t>54:32  is the concept of kafir in Islam</w:t>
      </w:r>
      <w:r>
        <w:br/>
      </w:r>
      <w:r>
        <w:rPr>
          <w:sz w:val="20"/>
        </w:rPr>
        <w:t>54:36  Because nowadays many Muslims declare کافر to one another and also to non-Muslims. What is your comment on this?</w:t>
      </w:r>
      <w:r>
        <w:br/>
      </w:r>
      <w:r>
        <w:rPr>
          <w:sz w:val="20"/>
        </w:rPr>
        <w:t>54:47  dekhein, kafir ka lafzi maani hai munkir.</w:t>
      </w:r>
      <w:r>
        <w:br/>
      </w:r>
      <w:r>
        <w:rPr>
          <w:sz w:val="20"/>
        </w:rPr>
        <w:t>54:51  kafir koi qaum nahi hai, kafir koi community nahi hai.</w:t>
      </w:r>
      <w:r>
        <w:br/>
      </w:r>
      <w:r>
        <w:rPr>
          <w:sz w:val="20"/>
        </w:rPr>
        <w:t>54:55  aaj kal jo istemal karte hain woh bilkul galat hai, iska islam se koi talluq nahi.</w:t>
      </w:r>
      <w:r>
        <w:br/>
      </w:r>
      <w:r>
        <w:rPr>
          <w:sz w:val="20"/>
        </w:rPr>
        <w:t>55:02  kafir ek saada lafz hai munkir ke maani mein.</w:t>
      </w:r>
      <w:r>
        <w:br/>
      </w:r>
      <w:r>
        <w:rPr>
          <w:sz w:val="20"/>
        </w:rPr>
        <w:t>55:07  aisa kuch nahi ke yeh muslim community hai, woh kafir community hai.</w:t>
      </w:r>
      <w:r>
        <w:br/>
      </w:r>
      <w:r>
        <w:rPr>
          <w:sz w:val="20"/>
        </w:rPr>
        <w:t>55:10  yeh bilkul galat hai, bilkul galat hai, bilkul galat hai.</w:t>
      </w:r>
      <w:r>
        <w:br/>
      </w:r>
      <w:r>
        <w:rPr>
          <w:sz w:val="20"/>
        </w:rPr>
        <w:t>55:16  quran mein kafir ka lafz community ke maani mein nahi aaya, inkaar karne wale ke maani mein aaya.</w:t>
      </w:r>
      <w:r>
        <w:br/>
      </w:r>
      <w:r>
        <w:rPr>
          <w:sz w:val="20"/>
        </w:rPr>
        <w:t>55:21  to koi aadmi agar inkaar kare to aap kahenge ke inkaar kar raha hai.</w:t>
      </w:r>
      <w:r>
        <w:br/>
      </w:r>
      <w:r>
        <w:rPr>
          <w:sz w:val="20"/>
        </w:rPr>
        <w:t>55:26  ek saada baat hogi woh.</w:t>
      </w:r>
      <w:r>
        <w:br/>
      </w:r>
      <w:r>
        <w:rPr>
          <w:sz w:val="20"/>
        </w:rPr>
        <w:t>55:29  abhi kafir ka lafz derogatory sense mein ban gaya hai.</w:t>
      </w:r>
      <w:r>
        <w:br/>
      </w:r>
      <w:r>
        <w:rPr>
          <w:sz w:val="20"/>
        </w:rPr>
        <w:t>55:34  kafir ka lafz hai derogatory sense mein ban gaya hai.</w:t>
      </w:r>
      <w:r>
        <w:br/>
      </w:r>
      <w:r>
        <w:rPr>
          <w:sz w:val="20"/>
        </w:rPr>
        <w:t>55:38  yeh bilkul hi ghair islami hai.</w:t>
      </w:r>
      <w:r>
        <w:br/>
      </w:r>
      <w:r>
        <w:rPr>
          <w:sz w:val="20"/>
        </w:rPr>
        <w:t>55:43  islam mein yeh hai ke aap apni baat kahiye,</w:t>
      </w:r>
      <w:r>
        <w:br/>
      </w:r>
      <w:r>
        <w:rPr>
          <w:sz w:val="20"/>
        </w:rPr>
        <w:t>55:47  koi maane to maane, na maane to na maane, na maane to phir dua kijiye.</w:t>
      </w:r>
      <w:r>
        <w:br/>
      </w:r>
      <w:r>
        <w:rPr>
          <w:sz w:val="20"/>
        </w:rPr>
        <w:t>55:52  yani takfeer islam mein hai hi nahi hai.</w:t>
      </w:r>
      <w:r>
        <w:br/>
      </w:r>
      <w:r>
        <w:rPr>
          <w:sz w:val="20"/>
        </w:rPr>
        <w:t>55:56  yeh to takfeer ka riwaj pada hua hai, yeh bilkul hi islam ke khilaf hai.</w:t>
      </w:r>
      <w:r>
        <w:br/>
      </w:r>
      <w:r>
        <w:rPr>
          <w:sz w:val="20"/>
        </w:rPr>
        <w:t>56:00  kabhi takfeer nahi ki, takfeer ki thi islam mein pehli baar khawarij ne.</w:t>
      </w:r>
      <w:r>
        <w:br/>
      </w:r>
      <w:r>
        <w:rPr>
          <w:sz w:val="20"/>
        </w:rPr>
        <w:t>56:06  islam ki tareekh mein pehli baar takfeer kiya khawarij ne jin ko ulma khud kafir kehte hain, un</w:t>
      </w:r>
      <w:r>
        <w:br/>
      </w:r>
      <w:r>
        <w:rPr>
          <w:sz w:val="20"/>
        </w:rPr>
        <w:t>56:11  ko to takfeer ka tareeqa islam mein hargiz nahi hai.</w:t>
      </w:r>
      <w:r>
        <w:br/>
      </w:r>
      <w:r>
        <w:rPr>
          <w:sz w:val="20"/>
        </w:rPr>
        <w:t>56:17  islam mein tablegh hai, dawat hai, bas.</w:t>
      </w:r>
      <w:r>
        <w:br/>
      </w:r>
      <w:r>
        <w:rPr>
          <w:sz w:val="20"/>
        </w:rPr>
        <w:t>56:20  wo agar manta hai to uska feal hai, na maane to uska feal hai.</w:t>
      </w:r>
      <w:r>
        <w:br/>
      </w:r>
      <w:r>
        <w:rPr>
          <w:sz w:val="20"/>
        </w:rPr>
        <w:t>56:26  faman shaa falyoumin, faman shaa falyukfir yeh allah ka muamla hai.</w:t>
      </w:r>
      <w:r>
        <w:br/>
      </w:r>
      <w:r>
        <w:rPr>
          <w:sz w:val="20"/>
        </w:rPr>
        <w:t>56:31  yeh sara jo culture musalmanon mein chala hua hai ke kafir kehna, takfeer karna, yeh sab culture islam</w:t>
      </w:r>
      <w:r>
        <w:br/>
      </w:r>
      <w:r>
        <w:rPr>
          <w:sz w:val="20"/>
        </w:rPr>
        <w:t>56:37  ke khilaf hai.</w:t>
      </w:r>
    </w:p>
    <w:p>
      <w:pPr>
        <w:pStyle w:val="Heading2"/>
      </w:pPr>
      <w:r>
        <w:t>Conveying spirituality to materialistic women</w:t>
      </w:r>
    </w:p>
    <w:p>
      <w:r>
        <w:rPr>
          <w:color w:val="666666"/>
          <w:sz w:val="18"/>
        </w:rPr>
        <w:t>Society &amp; Dawah · Religion and Democracy December 25, 2011 · 2m 50s · at 1:17:13 · https://youtu.be/8Mf_yvDA8ik?t=4633</w:t>
      </w:r>
    </w:p>
    <w:p>
      <w:r>
        <w:rPr>
          <w:i/>
        </w:rPr>
        <w:t>“My question is that today's women spend most of their time and ability only for their material comforts. In such a situation, how can the message of spirituality be conveyed to them?”</w:t>
      </w:r>
    </w:p>
    <w:p>
      <w:r>
        <w:rPr>
          <w:sz w:val="20"/>
        </w:rPr>
        <w:t>1:17:13  maulana, agla sawal karachi se aya hai miss saira latif ka. unhon ne likha hai: "mera sawal yeh hai ke aaj ki khawateen apna zyada tar waqt aur salahiyat sirf apni madi sahulaton ki nazar kiye hue hain.</w:t>
      </w:r>
      <w:r>
        <w:br/>
      </w:r>
      <w:r>
        <w:rPr>
          <w:sz w:val="20"/>
        </w:rPr>
        <w:t>1:17:30  aisi halat mein un ko rohaniyat ka paigham kis tarah pohanchaya jaye?"</w:t>
      </w:r>
      <w:r>
        <w:br/>
      </w:r>
      <w:r>
        <w:rPr>
          <w:sz w:val="20"/>
        </w:rPr>
        <w:t>1:17:38  asal mein baat yeh hai ke log material cheezon ki value jante hain aur spiritual wali baatein jo hain, is ki value nahi sochte.</w:t>
      </w:r>
      <w:r>
        <w:br/>
      </w:r>
      <w:r>
        <w:rPr>
          <w:sz w:val="20"/>
        </w:rPr>
        <w:t>1:17:48  woh asal baat yeh hai ke agar un ko bataya jaye ke material cheezon ke mein ka plus point aur minus point kya hai,</w:t>
      </w:r>
      <w:r>
        <w:br/>
      </w:r>
      <w:r>
        <w:rPr>
          <w:sz w:val="20"/>
        </w:rPr>
        <w:t>1:18:03  yeh un ko khabar is ki nahi hai, kyunke material cheezon ke peeche daurne mein kya hota hai? yeh to hota hai tension, stress, taluqat mein yani khinchao, tarah tarah ke problem jo ate hain, isi liye ate hain ke hum material cheezon ko apna goal banaye hue hain.</w:t>
      </w:r>
      <w:r>
        <w:br/>
      </w:r>
      <w:r>
        <w:rPr>
          <w:sz w:val="20"/>
        </w:rPr>
        <w:t>1:18:23  to spiritual jo goal hai, is ko hum agar samne rakhen to achaanak hum ko ek bilkul hi peaceful life mil jati hai, bohat peaceful life.</w:t>
      </w:r>
      <w:r>
        <w:br/>
      </w:r>
      <w:r>
        <w:rPr>
          <w:sz w:val="20"/>
        </w:rPr>
        <w:t>1:18:36  aur phir peaceful life ka faida yeh hota hai ke hum jo asal jo asal jo kaam hai, woh kar paate hain. yani intellectual development sab se bari cheez dunya mein jo hai, woh hai intellectual development.</w:t>
      </w:r>
      <w:r>
        <w:br/>
      </w:r>
      <w:r>
        <w:rPr>
          <w:sz w:val="20"/>
        </w:rPr>
        <w:t>1:18:48  isi ko quran mein kaha gaya hai: "tazkiya". tazkiya kya hai?</w:t>
      </w:r>
      <w:r>
        <w:br/>
      </w:r>
      <w:r>
        <w:rPr>
          <w:sz w:val="20"/>
        </w:rPr>
        <w:t>1:18:53  intellectual development ka naam hai tazkiya. to asal kaam jo hai, wahi nahi kar pata aadmi material cheezon mein phansne ki wajah se. main to allah ke fazl se material cheezon se bilkul hi apne ko banaya hai,</w:t>
      </w:r>
      <w:r>
        <w:br/>
      </w:r>
      <w:r>
        <w:rPr>
          <w:sz w:val="20"/>
        </w:rPr>
        <w:t>1:19:07  itna door kar liya hai ke koi meri need hi nahi, koi zaroorat hi meri nahi hai. jo jo logon ne jo jo jo mujhe de diya gaya pehanne ke liye, woh maine pehan liya.</w:t>
      </w:r>
      <w:r>
        <w:br/>
      </w:r>
      <w:r>
        <w:rPr>
          <w:sz w:val="20"/>
        </w:rPr>
        <w:t>1:19:19  jo khane ke liye de diya gaya, woh kha liya. bas</w:t>
      </w:r>
      <w:r>
        <w:br/>
      </w:r>
      <w:r>
        <w:rPr>
          <w:sz w:val="20"/>
        </w:rPr>
        <w:t>1:19:23  to mujhe peace hi peace hai. to mujhe mauqa hai ke main raat din apne aap ko intellectual development mein masroof rakhun. mera jo intellectual process jo hai, woh chalta rehta hai barabar, kyunke doosri cheezon mein apne ko distract nahi kiya hua hai.</w:t>
      </w:r>
      <w:r>
        <w:br/>
      </w:r>
      <w:r>
        <w:rPr>
          <w:sz w:val="20"/>
        </w:rPr>
        <w:t>1:19:39  to is raat ko samajhte hain yeh log ke kitna bada nuqsan kar rahe hain, yaani apne is, yaani apne is lifestyle ki wajah se.</w:t>
      </w:r>
      <w:r>
        <w:br/>
      </w:r>
      <w:r>
        <w:rPr>
          <w:sz w:val="20"/>
        </w:rPr>
        <w:t>1:19:51  to inko yeh yeh baat khul jaye, agar ke yeh lifestyle jo hai, aap ke liye bohat hi, yaani disastrous hai. to inshallah aap yeh islaah kar lenge.</w:t>
      </w:r>
    </w:p>
    <w:p>
      <w:pPr>
        <w:pStyle w:val="Heading2"/>
      </w:pPr>
      <w:r>
        <w:t>Correctness of thought about dawah duty</w:t>
      </w:r>
    </w:p>
    <w:p>
      <w:r>
        <w:rPr>
          <w:color w:val="666666"/>
          <w:sz w:val="18"/>
        </w:rPr>
        <w:t>Society &amp; Dawah · God and Man February 19, 2012 · 2m 17s · at 1:26:10 · https://youtu.be/rL4g0LOU3wo?t=5170</w:t>
      </w:r>
    </w:p>
    <w:p>
      <w:r>
        <w:rPr>
          <w:i/>
        </w:rPr>
        <w:t>“Molana, whenever I have a hesitation to avail a dawah opportunity, a second thought comes to my mind. That is, if I do not do this dawah work, then nobody else on earth is going to do that. Then I get engaged in dawah activity. Molana, is such a thought correct?”</w:t>
      </w:r>
    </w:p>
    <w:p>
      <w:r>
        <w:rPr>
          <w:sz w:val="20"/>
        </w:rPr>
        <w:t>1:26:10  Maulana, agla sawal hai Mr. Sajid Anwar ka Roorkee se. unhon ne likha hai: "Molana, whenever I have a hesitation to avail a dawah opportunity, a second thought comes to my mind</w:t>
      </w:r>
      <w:r>
        <w:br/>
      </w:r>
      <w:r>
        <w:rPr>
          <w:sz w:val="20"/>
        </w:rPr>
        <w:t>1:26:25  . That is, if I do not do this dawah work, then nobody else on earth is going to do that. Then I get engaged in dawah activity.</w:t>
      </w:r>
      <w:r>
        <w:br/>
      </w:r>
      <w:r>
        <w:rPr>
          <w:sz w:val="20"/>
        </w:rPr>
        <w:t>1:26:36  Molana, is such a thought correct?" bohat correct hai. More than correct hai. More than correct hai.</w:t>
      </w:r>
      <w:r>
        <w:br/>
      </w:r>
      <w:r>
        <w:rPr>
          <w:sz w:val="20"/>
        </w:rPr>
        <w:t>1:26:47  yeh har da'i ke andar yeh jazba hona chahiye. ke maine kiya to koi doosra karne wala nahin.</w:t>
      </w:r>
      <w:r>
        <w:br/>
      </w:r>
      <w:r>
        <w:rPr>
          <w:sz w:val="20"/>
        </w:rPr>
        <w:t>1:26:54  jaise Rasool Allah sal'lallahu alaihi wasallam ne Badr ke mauqe par dekhe, ek hazar bohat se مسلح log aaye the hamla karne ke liye.</w:t>
      </w:r>
      <w:r>
        <w:br/>
      </w:r>
      <w:r>
        <w:rPr>
          <w:sz w:val="20"/>
        </w:rPr>
        <w:t>1:27:04  Rasool Allah ke paas us waqt sirf teen sau tera aadmi the bas. idhar ek hazar bohat مسلح, yahan teen sau tera. un ke paas samaan bohat hi kam samaan.</w:t>
      </w:r>
      <w:r>
        <w:br/>
      </w:r>
      <w:r>
        <w:rPr>
          <w:sz w:val="20"/>
        </w:rPr>
        <w:t>1:27:15  to woh yaani jab maidan mein utre muqable ke liye, to Rasool Allah sal'lallahu alaihi wasallam sajde mein gir pade.</w:t>
      </w:r>
      <w:r>
        <w:br/>
      </w:r>
      <w:r>
        <w:rPr>
          <w:sz w:val="20"/>
        </w:rPr>
        <w:t>1:27:27  maidan jang ke bahar aap ke liye ek ek chhappar type ka hota tha, us ko areesh kehte the. areesh. areesh ke ma'ni samajh len aaj kal ke zuban mein chhappar.</w:t>
      </w:r>
      <w:r>
        <w:br/>
      </w:r>
      <w:r>
        <w:rPr>
          <w:sz w:val="20"/>
        </w:rPr>
        <w:t>1:27:36  is mein aap the. aap sajde mein gir pade. aap ne kaha: ALLAHUMMA IN TUSLIK HAAZIHI 'ISABATUN LA TU'BADU BA'DAHA FI AL-ARDI</w:t>
      </w:r>
      <w:r>
        <w:br/>
      </w:r>
      <w:r>
        <w:rPr>
          <w:sz w:val="20"/>
        </w:rPr>
        <w:t>1:27:46  khudaya agar yeh chand log halak ho gaye to teri ibadat ka numaya nahin hoga. to yeh is se aap samajhte hain ke spirit kya hoti hai aadmi ki.</w:t>
      </w:r>
      <w:r>
        <w:br/>
      </w:r>
      <w:r>
        <w:rPr>
          <w:sz w:val="20"/>
        </w:rPr>
        <w:t>1:27:59  ke maine kiya to hoga kaam nahin to kaam hi nahin hoga. yeh is se aap ko yaani aap ke andar bohat bohat motivation aata hai.</w:t>
      </w:r>
      <w:r>
        <w:br/>
      </w:r>
      <w:r>
        <w:rPr>
          <w:sz w:val="20"/>
        </w:rPr>
        <w:t>1:28:10  bohat bohat incentive aata hai. bohat bohat muharrik aata hai.</w:t>
      </w:r>
      <w:r>
        <w:br/>
      </w:r>
      <w:r>
        <w:rPr>
          <w:sz w:val="20"/>
        </w:rPr>
        <w:t>1:28:16  kya to maine kiya to kaam hoga. maine nahin kiya to kaam hi nahin hoga. is hadith ka matlab yeh hai. to yeh to bohat acha jazba hai.</w:t>
      </w:r>
    </w:p>
    <w:p>
      <w:pPr>
        <w:pStyle w:val="Heading2"/>
      </w:pPr>
      <w:r>
        <w:t>Creation of Pakistan as settled decision</w:t>
      </w:r>
    </w:p>
    <w:p>
      <w:r>
        <w:rPr>
          <w:color w:val="666666"/>
          <w:sz w:val="18"/>
        </w:rPr>
        <w:t>Society &amp; Dawah · The Concept of Divine Help June 16, 2013 · 3m 16s · at 45:41 · https://youtu.be/b0QaxGSnAOI?t=2741</w:t>
      </w:r>
    </w:p>
    <w:p>
      <w:r>
        <w:rPr>
          <w:i/>
        </w:rPr>
        <w:t>“Maulana, I am from Lahore, Pakistan. I fully agree and appreciate your mission of dawah activism with peace. I agree with your point of view on the Kashmir issue that its political decision was settled in 1948. Can we take the creation of Pakistan in the same way that it was decided practically on August 14, 1947?”</w:t>
      </w:r>
    </w:p>
    <w:p>
      <w:r>
        <w:rPr>
          <w:sz w:val="20"/>
        </w:rPr>
        <w:t>45:41  molana, yeh sawal abhi aaya hai lahore pakistan se muhammad sajjad nawaz sahab ka. unhon ne likha hai: "molana sahab, i am from lahore pakistan</w:t>
      </w:r>
      <w:r>
        <w:br/>
      </w:r>
      <w:r>
        <w:rPr>
          <w:sz w:val="20"/>
        </w:rPr>
        <w:t>45:54  . i fully agree and appreciate your mission of dawah activism with peace. i agree with your point of view on kashmir issue that its political decision has been settled in 1948.</w:t>
      </w:r>
      <w:r>
        <w:br/>
      </w:r>
      <w:r>
        <w:rPr>
          <w:sz w:val="20"/>
        </w:rPr>
        <w:t>46:09  can we take the creation of pakistan in the same way that it was decided practically august 14, 1947?</w:t>
      </w:r>
      <w:r>
        <w:br/>
      </w:r>
      <w:r>
        <w:rPr>
          <w:sz w:val="20"/>
        </w:rPr>
        <w:t>46:19  now, our task is to explore opportunities for dawah work and utilize them in a positive way. we are a small team in pakistan and work with quran and your literature.</w:t>
      </w:r>
      <w:r>
        <w:br/>
      </w:r>
      <w:r>
        <w:rPr>
          <w:sz w:val="20"/>
        </w:rPr>
        <w:t>46:34  sometimes your views about pakistan cause big hurdles for us in doing dawah work in pakistan."</w:t>
      </w:r>
      <w:r>
        <w:br/>
      </w:r>
      <w:r>
        <w:rPr>
          <w:sz w:val="20"/>
        </w:rPr>
        <w:t>46:44  bohat sahi aap ne kaha, aur main dua karta hoon ke allah taala aap ko himmat de. aur dekhiye, dawat ke rastay mein agar hurdles aate hain to aap ke reward ko barhate hain.</w:t>
      </w:r>
      <w:r>
        <w:br/>
      </w:r>
      <w:r>
        <w:rPr>
          <w:sz w:val="20"/>
        </w:rPr>
        <w:t>46:59  wo agar bilkul sab kuch saboot ho, aur aap bohat hi air conditioned kamray mein aur air conditioned car mein baith kar safar kar rahe hain, har taraf taaliyan baj rahi hain aap ke liye, to koi aap ko inaam nahi mile ga.</w:t>
      </w:r>
      <w:r>
        <w:br/>
      </w:r>
      <w:r>
        <w:rPr>
          <w:sz w:val="20"/>
        </w:rPr>
        <w:t>47:15  jo hurdles hain, jo rukawatein hain, wo to booster hain aap ke liye. booster! to aap yahi kaam karte rahiye, aur kisi ki parwah mat kijiye.</w:t>
      </w:r>
      <w:r>
        <w:br/>
      </w:r>
      <w:r>
        <w:rPr>
          <w:sz w:val="20"/>
        </w:rPr>
        <w:t>47:27  sirf kal jo maine taqreer ki thi, mujh se poocha gaya to maine kaha ke dawat ka mission jo hai, sirf do formulay se chalta hai: dua aur dawat.</w:t>
      </w:r>
      <w:r>
        <w:br/>
      </w:r>
      <w:r>
        <w:rPr>
          <w:sz w:val="20"/>
        </w:rPr>
        <w:t>47:39  dua aur dawat! to aap dawat dijiye aur dua kijiye. dawat dijiye aur dua kijiye.</w:t>
      </w:r>
      <w:r>
        <w:br/>
      </w:r>
      <w:r>
        <w:rPr>
          <w:sz w:val="20"/>
        </w:rPr>
        <w:t>47:46  aur allah ka wada hai ke jo dawat ka kaam kare ga, us ki madad zaroor kare ga allah taala. koi aap ko kuch bigar nahi sakta, bashart e keh aap peaceful rahen, logon ke khair khwah rahen,</w:t>
      </w:r>
      <w:r>
        <w:br/>
      </w:r>
      <w:r>
        <w:rPr>
          <w:sz w:val="20"/>
        </w:rPr>
        <w:t>47:59  reaction ka tareeqa ikhtiyar na karen, negative thought ka shikar na hon. to zaroor hai ke allah ke farishtay aap ke paas aayen ge, aap ki madad hasil hogi.</w:t>
      </w:r>
      <w:r>
        <w:br/>
      </w:r>
      <w:r>
        <w:rPr>
          <w:sz w:val="20"/>
        </w:rPr>
        <w:t>48:13  apni taraf se logon ko har giz mauqa mat dijiye. agar aap ghussa ho jayen, aap react karen, aap negative thinking aap ke andar aa jaye, aap tashaddud karen,</w:t>
      </w:r>
      <w:r>
        <w:br/>
      </w:r>
      <w:r>
        <w:rPr>
          <w:sz w:val="20"/>
        </w:rPr>
        <w:t>48:28  to aap logon ko mauqa de den ge. agar aap aisa na karen to bilashuba allah ki madad aayegi, farishtay aayen ge, aur har mauqa par aap ko kamyabi hasil hogi.</w:t>
      </w:r>
      <w:r>
        <w:br/>
      </w:r>
      <w:r>
        <w:rPr>
          <w:sz w:val="20"/>
        </w:rPr>
        <w:t>48:40  purely dawah work, baghair kisi tashaddud ke, baghair kisi nafrat ke, baghair kisi, yani kisi ke khilaaf bad dua nahi karna hai.</w:t>
      </w:r>
      <w:r>
        <w:br/>
      </w:r>
      <w:r>
        <w:rPr>
          <w:sz w:val="20"/>
        </w:rPr>
        <w:t>48:52  sirf dua hi karna hai, sirf dua karna hai. yahi karte rahiye.</w:t>
      </w:r>
    </w:p>
    <w:p>
      <w:pPr>
        <w:pStyle w:val="Heading2"/>
      </w:pPr>
      <w:r>
        <w:t>Da'wah in Militant Affected States like Kashmir</w:t>
      </w:r>
    </w:p>
    <w:p>
      <w:r>
        <w:rPr>
          <w:color w:val="666666"/>
          <w:sz w:val="18"/>
        </w:rPr>
        <w:t>Society &amp; Dawah · Reason and Faith July 10, 2016 · 3m 09s · at 41:49 · https://youtu.be/axR4I5yv29E?t=2509</w:t>
      </w:r>
    </w:p>
    <w:p>
      <w:r>
        <w:rPr>
          <w:i/>
        </w:rPr>
        <w:t>“How can a da'ee perform da'wah work in militantly affected states like Kashmir where activities are carried over in the name of Jihad? What is your guidance to all of us?”</w:t>
      </w:r>
    </w:p>
    <w:p>
      <w:r>
        <w:rPr>
          <w:sz w:val="20"/>
        </w:rPr>
        <w:t>41:49  Maulana, yeh sawal Kashmir se aaya hai aur Haji Ismail sahib ne bheja hai. Unhon ne aap se poocha hai ke Maulana sahib how can a daai perform daawa work in militantly affected states like Kashmir where activities are carried over in the name of Jihad? What is your guidance to all of us?</w:t>
      </w:r>
      <w:r>
        <w:br/>
      </w:r>
      <w:r>
        <w:rPr>
          <w:sz w:val="20"/>
        </w:rPr>
        <w:t>42:15  dekhiye, yeh sawal jo hai, yeh maine bhi socha hai is par.</w:t>
      </w:r>
      <w:r>
        <w:br/>
      </w:r>
      <w:r>
        <w:rPr>
          <w:sz w:val="20"/>
        </w:rPr>
        <w:t>42:20  to Rasool Allah ke bare mein jo baatein Quran mein aayi hain, woh Rasool Allah hi ke bare</w:t>
      </w:r>
      <w:r>
        <w:br/>
      </w:r>
      <w:r>
        <w:rPr>
          <w:sz w:val="20"/>
        </w:rPr>
        <w:t>42:26  mein nahi hain, woh Rasool Allah ke waste se khud hamare bare mein bhi hain, yani ummat ke</w:t>
      </w:r>
      <w:r>
        <w:br/>
      </w:r>
      <w:r>
        <w:rPr>
          <w:sz w:val="20"/>
        </w:rPr>
        <w:t>42:32  bare mein bhi hain.</w:t>
      </w:r>
      <w:r>
        <w:br/>
      </w:r>
      <w:r>
        <w:rPr>
          <w:sz w:val="20"/>
        </w:rPr>
        <w:t>42:38  to jis cheez ko aap kehte hain aaj militantly, yeh wahan qadeem Makka mein bhi thi, qadeem Makka</w:t>
      </w:r>
      <w:r>
        <w:br/>
      </w:r>
      <w:r>
        <w:rPr>
          <w:sz w:val="20"/>
        </w:rPr>
        <w:t>42:44  mein bhi thi, qadeem Arab mein bhi thi.</w:t>
      </w:r>
      <w:r>
        <w:br/>
      </w:r>
      <w:r>
        <w:rPr>
          <w:sz w:val="20"/>
        </w:rPr>
        <w:t>42:50  to us waqt Sahaba sochte the kya kiya jaye.</w:t>
      </w:r>
      <w:r>
        <w:br/>
      </w:r>
      <w:r>
        <w:rPr>
          <w:sz w:val="20"/>
        </w:rPr>
        <w:t>42:56  to riwayat mein aata hai ke Sahaba talwar le kar Rasool Allah ke raat ke waqt, yani bute</w:t>
      </w:r>
      <w:r>
        <w:br/>
      </w:r>
      <w:r>
        <w:rPr>
          <w:sz w:val="20"/>
        </w:rPr>
        <w:t>43:02  security ke wahan ghoomne lage, aap ke ghar ke charon taraf.</w:t>
      </w:r>
      <w:r>
        <w:br/>
      </w:r>
      <w:r>
        <w:rPr>
          <w:sz w:val="20"/>
        </w:rPr>
        <w:t>43:08  ek din Rasool Allah ne raat ko apna chehra bahar nikala aur bola ke logon, gharon ko wapas</w:t>
      </w:r>
      <w:r>
        <w:br/>
      </w:r>
      <w:r>
        <w:rPr>
          <w:sz w:val="20"/>
        </w:rPr>
        <w:t>43:14  jao, Allah ne hamari hifazat ka zimma le liya hai.</w:t>
      </w:r>
      <w:r>
        <w:br/>
      </w:r>
      <w:r>
        <w:rPr>
          <w:sz w:val="20"/>
        </w:rPr>
        <w:t>43:20  yeh ayat utri thi us waqt.</w:t>
      </w:r>
      <w:r>
        <w:br/>
      </w:r>
      <w:r>
        <w:rPr>
          <w:sz w:val="20"/>
        </w:rPr>
        <w:t>43:26  YA AYUHAL RASOOL.</w:t>
      </w:r>
      <w:r>
        <w:br/>
      </w:r>
      <w:r>
        <w:rPr>
          <w:sz w:val="20"/>
        </w:rPr>
        <w:t>43:32  ballegh ma'awwidhan alaika min rabbika wa in lam taf'al famalam tuballigh risalatak wallahu ya'simuka minan naas yeh ayat Surah</w:t>
      </w:r>
      <w:r>
        <w:br/>
      </w:r>
      <w:r>
        <w:rPr>
          <w:sz w:val="20"/>
        </w:rPr>
        <w:t>43:39  Al Maidah mein hai.</w:t>
      </w:r>
      <w:r>
        <w:br/>
      </w:r>
      <w:r>
        <w:rPr>
          <w:sz w:val="20"/>
        </w:rPr>
        <w:t>43:46  Surah Al Maidah ke tehat aap yeh riwayat dekh sakte hain.</w:t>
      </w:r>
      <w:r>
        <w:br/>
      </w:r>
      <w:r>
        <w:rPr>
          <w:sz w:val="20"/>
        </w:rPr>
        <w:t>43:53  is ayat mein yeh kaha gaya ke aye Rasool, tum apni duty karte raho dawat ki, تبلیغ معوذ</w:t>
      </w:r>
      <w:r>
        <w:br/>
      </w:r>
      <w:r>
        <w:rPr>
          <w:sz w:val="20"/>
        </w:rPr>
        <w:t>44:00  Allah ka kaam karte raho, baqi tumhari hifazat ka zimma hum ne le liya hai.</w:t>
      </w:r>
      <w:r>
        <w:br/>
      </w:r>
      <w:r>
        <w:rPr>
          <w:sz w:val="20"/>
        </w:rPr>
        <w:t>44:08  wallahu ya'simuka minan naas is se yeh usool nikalta hai ke ismat minan naas ka raaz تبلیغ معوذ</w:t>
      </w:r>
      <w:r>
        <w:br/>
      </w:r>
      <w:r>
        <w:rPr>
          <w:sz w:val="20"/>
        </w:rPr>
        <w:t>44:15  Allah mein chupa hua hai.</w:t>
      </w:r>
      <w:r>
        <w:br/>
      </w:r>
      <w:r>
        <w:rPr>
          <w:sz w:val="20"/>
        </w:rPr>
        <w:t>44:22  is se yeh usool nikalta hai ke ismat min naas ka raaz tabligh maoozullah mein chupa hua hai.</w:t>
      </w:r>
      <w:r>
        <w:br/>
      </w:r>
      <w:r>
        <w:rPr>
          <w:sz w:val="20"/>
        </w:rPr>
        <w:t>44:29  aap dil se tabligh kijiye, logon se mohabbat kijiye, shikayat ki boli mat boliye, ghar mein bhi nahin.</w:t>
      </w:r>
      <w:r>
        <w:br/>
      </w:r>
      <w:r>
        <w:rPr>
          <w:sz w:val="20"/>
        </w:rPr>
        <w:t>44:37  to aap dawat ko is ki sharton ke sath jab aap anjam denge to Allah ki taraf</w:t>
      </w:r>
      <w:r>
        <w:br/>
      </w:r>
      <w:r>
        <w:rPr>
          <w:sz w:val="20"/>
        </w:rPr>
        <w:t>44:44  se aap ki guarantee ki wada hai, hifazat ka wada hai.</w:t>
      </w:r>
      <w:r>
        <w:br/>
      </w:r>
      <w:r>
        <w:rPr>
          <w:sz w:val="20"/>
        </w:rPr>
        <w:t>44:51  yahi mera jawab hai.</w:t>
      </w:r>
    </w:p>
    <w:p>
      <w:pPr>
        <w:pStyle w:val="Heading2"/>
      </w:pPr>
      <w:r>
        <w:t>Dawah dificulties in consumerist culture</w:t>
      </w:r>
    </w:p>
    <w:p>
      <w:r>
        <w:rPr>
          <w:color w:val="666666"/>
          <w:sz w:val="18"/>
        </w:rPr>
        <w:t>Society &amp; Dawah · 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Dawah responsibility: individual or group?</w:t>
      </w:r>
    </w:p>
    <w:p>
      <w:r>
        <w:rPr>
          <w:color w:val="666666"/>
          <w:sz w:val="18"/>
        </w:rPr>
        <w:t>Society &amp; Dawah · Revival and Revivalist | June 7, 2015 · 3m 00s · at 1:06:25 · https://youtu.be/tJqheiPlZ94?t=3985</w:t>
      </w:r>
    </w:p>
    <w:p>
      <w:r>
        <w:rPr>
          <w:i/>
        </w:rPr>
        <w:t>“Is dawah work the responsibility of every Muslim or only a group? And is it fardh 'ayn or fardh kifayah?”</w:t>
      </w:r>
    </w:p>
    <w:p>
      <w:r>
        <w:rPr>
          <w:sz w:val="20"/>
        </w:rPr>
        <w:t>1:06:25  tance of yani yeh jo comprehension ki importance jo hai challenge ki importance hai musalman ko jante hi nahi sab se bara masla musalmanon ko yahi hai ke woh favor ko jante hain aur challenge ko nahi jante Maulana yeh agla sawal aya hai doctor musalma siddiqui ka delhi se az dawa work responsibility of every muslim or it is the responsibility of only</w:t>
      </w:r>
      <w:r>
        <w:br/>
      </w:r>
      <w:r>
        <w:rPr>
          <w:sz w:val="20"/>
        </w:rPr>
        <w:t>1:06:55  a group nahi nahi yeh yeh purana masla hai ke farz ain hai ya farz kifaya hai main</w:t>
      </w:r>
      <w:r>
        <w:br/>
      </w:r>
      <w:r>
        <w:rPr>
          <w:sz w:val="20"/>
        </w:rPr>
        <w:t>1:07:01  kehta hoon ke yeh farz ain hai yani har musalman jahan kisi se mile to us ko pata</w:t>
      </w:r>
      <w:r>
        <w:br/>
      </w:r>
      <w:r>
        <w:rPr>
          <w:sz w:val="20"/>
        </w:rPr>
        <w:t>1:07:07  hai woh ke Allah ne kya hukum bheja hai yeh nahi ke koi doosra kar de to mujh</w:t>
      </w:r>
      <w:r>
        <w:br/>
      </w:r>
      <w:r>
        <w:rPr>
          <w:sz w:val="20"/>
        </w:rPr>
        <w:t>1:07:14  se saakit ho gaya yeh galat tasawwur yeh tasawwur galat hai to farz al-kifaya nahin hai yeh farz</w:t>
      </w:r>
      <w:r>
        <w:br/>
      </w:r>
      <w:r>
        <w:rPr>
          <w:sz w:val="20"/>
        </w:rPr>
        <w:t>1:07:20  ain hai har musalman ko jis tarah namaz farz hai use dawat farz hai</w:t>
      </w:r>
      <w:r>
        <w:br/>
      </w:r>
      <w:r>
        <w:rPr>
          <w:sz w:val="20"/>
        </w:rPr>
        <w:t>1:07:26  jo nahin karega pakda jayega maulana yeh agla question aya hai mister danish fazal ka lucknow</w:t>
      </w:r>
      <w:r>
        <w:br/>
      </w:r>
      <w:r>
        <w:rPr>
          <w:sz w:val="20"/>
        </w:rPr>
        <w:t>1:07:33  سے while listening your lecture in class or online we have no negativity but when we are</w:t>
      </w:r>
      <w:r>
        <w:br/>
      </w:r>
      <w:r>
        <w:rPr>
          <w:sz w:val="20"/>
        </w:rPr>
        <w:t>1:07:41  not in your lecture then negativity comes in our mind how to eliminate this dekhiye main jahan tak</w:t>
      </w:r>
      <w:r>
        <w:br/>
      </w:r>
      <w:r>
        <w:rPr>
          <w:sz w:val="20"/>
        </w:rPr>
        <w:t>1:07:48  samajhta hoon iski wajah yeh hai ke log ek</w:t>
      </w:r>
      <w:r>
        <w:br/>
      </w:r>
      <w:r>
        <w:rPr>
          <w:sz w:val="20"/>
        </w:rPr>
        <w:t>1:07:56  bar sun lete hain ek bar sunne se yahi hoga aap ko bar bar sunna chahiye aur kitabein</w:t>
      </w:r>
      <w:r>
        <w:br/>
      </w:r>
      <w:r>
        <w:rPr>
          <w:sz w:val="20"/>
        </w:rPr>
        <w:t>1:08:03  bhi padhna chahiye supported literature ko main kehta hoon lecture ko bar bar suniye aur sath sath support</w:t>
      </w:r>
      <w:r>
        <w:br/>
      </w:r>
      <w:r>
        <w:rPr>
          <w:sz w:val="20"/>
        </w:rPr>
        <w:t>1:08:11  jo supportive literature usko bhi padhiye warna iske baad jab aap jaate ho society mein society</w:t>
      </w:r>
      <w:r>
        <w:br/>
      </w:r>
      <w:r>
        <w:rPr>
          <w:sz w:val="20"/>
        </w:rPr>
        <w:t>1:08:18  wahi hai to iska asar pahunch pahunchega aap ko lekin agar aap lecture ko repeat karein aur kitab</w:t>
      </w:r>
      <w:r>
        <w:br/>
      </w:r>
      <w:r>
        <w:rPr>
          <w:sz w:val="20"/>
        </w:rPr>
        <w:t>1:08:26  ein parhen to inshallah is se aap mukammal tor par bach jayenge okay we will end the session now.</w:t>
      </w:r>
    </w:p>
    <w:p>
      <w:pPr>
        <w:pStyle w:val="Heading2"/>
      </w:pPr>
      <w:r>
        <w:t>Dawah work in rural areas</w:t>
      </w:r>
    </w:p>
    <w:p>
      <w:r>
        <w:rPr>
          <w:color w:val="666666"/>
          <w:sz w:val="18"/>
        </w:rPr>
        <w:t>Society &amp; Dawah · Replanning | February 26, 2017 · 2m 15s · at 1:11:33 · https://youtu.be/E120hwMH9x8?t=4293</w:t>
      </w:r>
    </w:p>
    <w:p>
      <w:r>
        <w:rPr>
          <w:i/>
        </w:rPr>
        <w:t>“No doubt the dawah work CPS is doing is commendable, but I see this organization working globally and on higher sector. What about the work on ground level, meaning rural setups, since majority of India lives in rural setup? Please advise what we should do.”</w:t>
      </w:r>
    </w:p>
    <w:p>
      <w:r>
        <w:rPr>
          <w:sz w:val="20"/>
        </w:rPr>
        <w:t>1:11:33  se fayyaz sahib ne ek sawal bheja hai unhone likha hai maulana sahib no doubt the daawa</w:t>
      </w:r>
      <w:r>
        <w:br/>
      </w:r>
      <w:r>
        <w:rPr>
          <w:sz w:val="20"/>
        </w:rPr>
        <w:t>1:11:41  work CPS is doing is commendable</w:t>
      </w:r>
      <w:r>
        <w:br/>
      </w:r>
      <w:r>
        <w:rPr>
          <w:sz w:val="20"/>
        </w:rPr>
        <w:t>1:11:49  but I have this one thing to say I see this organization working globally and on higher sector but what about the work on ground level by ground level I mean rural setups since majority of India lives in rural setup please advise what should we do dekhiye yeh aap ki jo soch hai yeh communist soch hai communist soch</w:t>
      </w:r>
      <w:r>
        <w:br/>
      </w:r>
      <w:r>
        <w:rPr>
          <w:sz w:val="20"/>
        </w:rPr>
        <w:t>1:12:19  yeh islami soch nahi hai yeh socialiston ne yeh yeh term use ijad kiya hai ground level par</w:t>
      </w:r>
      <w:r>
        <w:br/>
      </w:r>
      <w:r>
        <w:rPr>
          <w:sz w:val="20"/>
        </w:rPr>
        <w:t>1:12:29  kaam karna warna dekhiye quran mein bataye anbiya ne jo kaam kiya tha to qal marr al-ladheena kafaroo</w:t>
      </w:r>
      <w:r>
        <w:br/>
      </w:r>
      <w:r>
        <w:rPr>
          <w:sz w:val="20"/>
        </w:rPr>
        <w:t>1:12:39  min al-qawm yani qom ke jo mulk the woh unhone koi response diya yeh dekhiye aap is paighamoon</w:t>
      </w:r>
      <w:r>
        <w:br/>
      </w:r>
      <w:r>
        <w:rPr>
          <w:sz w:val="20"/>
        </w:rPr>
        <w:t>1:12:49  ka khitab awalan mulk se hua karta tha yani us waqt ke jo intellectuals the yeh yeh soch bilkul galat hai yeh yeh communist soch hai yeh Islam ki soch nahi hai yeh okay so we will end this session today we will be back next Sunday same time thank you.</w:t>
      </w:r>
    </w:p>
    <w:p>
      <w:pPr>
        <w:pStyle w:val="Heading2"/>
      </w:pPr>
      <w:r>
        <w:t>Dawah: Individual or Collective Duty</w:t>
      </w:r>
    </w:p>
    <w:p>
      <w:r>
        <w:rPr>
          <w:color w:val="666666"/>
          <w:sz w:val="18"/>
        </w:rPr>
        <w:t>Society &amp; Dawah · Revival and Revivalist June 7, 2015 · 2m 32s · at 1:06:25 · https://youtu.be/MCY8AJ87BXc?t=3985</w:t>
      </w:r>
    </w:p>
    <w:p>
      <w:r>
        <w:rPr>
          <w:i/>
        </w:rPr>
        <w:t>“Is the responsibility of Dawah work every Muslim's individual duty (Fardh 'Ayn) or only a collective duty (Fardh Kifayah)? I say it is Fardh 'Ayn, meaning every Muslim, wherever they meet someone, should know what command Allah has sent.”</w:t>
      </w:r>
    </w:p>
    <w:p>
      <w:r>
        <w:rPr>
          <w:sz w:val="20"/>
        </w:rPr>
        <w:t>1:06:25  Maulana, yeh agla sawal aya hai Dr. Saleha Siddiqui ka Delhi se.</w:t>
      </w:r>
      <w:r>
        <w:br/>
      </w:r>
      <w:r>
        <w:rPr>
          <w:sz w:val="20"/>
        </w:rPr>
        <w:t>1:06:30  az dawa work responsibility of every muslim or it is the responsibility of only a group?</w:t>
      </w:r>
      <w:r>
        <w:br/>
      </w:r>
      <w:r>
        <w:rPr>
          <w:sz w:val="20"/>
        </w:rPr>
        <w:t>1:06:39  nahi, nahi, yeh yeh purana masla hai ke farz ain hai ya farz kifaya hai. main kehta hoon ke yeh farz ain hai. yani har musalman jahan kisi se mile to us ko pata hai woh ke Allah ne kya hukum bheja hai.</w:t>
      </w:r>
      <w:r>
        <w:br/>
      </w:r>
      <w:r>
        <w:rPr>
          <w:sz w:val="20"/>
        </w:rPr>
        <w:t>1:06:55  yeh nahi ke koi doosra kar de to mujh se saqat ho gaya. yeh galat tasawwur, yeh tasawwur galat hai.</w:t>
      </w:r>
      <w:r>
        <w:br/>
      </w:r>
      <w:r>
        <w:rPr>
          <w:sz w:val="20"/>
        </w:rPr>
        <w:t>1:07:00  to farz alal kifaya nahi hai, yeh farz ain hai. har musalman ko jis tarah namaz farz hai, is tarah dawat farz hai. jo nahi karega, pakra jayega.</w:t>
      </w:r>
      <w:r>
        <w:br/>
      </w:r>
      <w:r>
        <w:rPr>
          <w:sz w:val="20"/>
        </w:rPr>
        <w:t>1:07:14  Maulana, yeh agla question aaya hai Mr. Danish Fazil ka Lucknow se. While listening your lecture on class or online, we have no negativity, but we when we are not in your lecture, then negativity comes in our mind.</w:t>
      </w:r>
      <w:r>
        <w:br/>
      </w:r>
      <w:r>
        <w:rPr>
          <w:sz w:val="20"/>
        </w:rPr>
        <w:t>1:07:30  how to eliminate this?</w:t>
      </w:r>
      <w:r>
        <w:br/>
      </w:r>
      <w:r>
        <w:rPr>
          <w:sz w:val="20"/>
        </w:rPr>
        <w:t>1:07:35  dekhiye, main jahan tak samajhta hoon, is ki wajah yeh hai ke log aik bar sun lete hain. aik bar sunne se yahi hoga. aap ko bar bar sunna chahiye aur kitabein bhi padhni chahiye.</w:t>
      </w:r>
      <w:r>
        <w:br/>
      </w:r>
      <w:r>
        <w:rPr>
          <w:sz w:val="20"/>
        </w:rPr>
        <w:t>1:07:45  supportive literature ko main kehta hoon, lecture ko bar bar suniye aur sath sath report jo supportive literature hai, us ko bhi padhiye.</w:t>
      </w:r>
      <w:r>
        <w:br/>
      </w:r>
      <w:r>
        <w:rPr>
          <w:sz w:val="20"/>
        </w:rPr>
        <w:t>1:07:57  warna is ke baad aap jate hain society mein. society wahi hai to is ka asar pahunchega aap ko. lekin agar aap lecture ko repeat karein aur kitabein padhein to inshallah is se aap mukammal taur par bach jayenge.</w:t>
      </w:r>
    </w:p>
    <w:p>
      <w:pPr>
        <w:pStyle w:val="Heading2"/>
      </w:pPr>
      <w:r>
        <w:t>Dealing With a Reader Who Would Have Argued</w:t>
      </w:r>
    </w:p>
    <w:p>
      <w:r>
        <w:rPr>
          <w:color w:val="666666"/>
          <w:sz w:val="18"/>
        </w:rPr>
        <w:t>Society &amp; Dawah · Living in Falsehood December 15, 2013 · 3m 17s · at 58:39 · https://youtu.be/UvboK59uF6s?t=3519</w:t>
      </w:r>
    </w:p>
    <w:p>
      <w:r>
        <w:rPr>
          <w:i/>
        </w:rPr>
        <w:t>“During a tour, I met a person to whom I had given The Prophet of Peace a few years back. He told me that he had read the book and two more of his family members also read the book. Then he mentioned to me that if instead of the book the author himself had talked to me on this topic, I would have argued with him.”</w:t>
      </w:r>
    </w:p>
    <w:p>
      <w:r>
        <w:rPr>
          <w:sz w:val="20"/>
        </w:rPr>
        <w:t>58:39  maulana, agla sawal lete hain jo roorkee se hai. sajid anwar sahab ne kiya hai. unhone likha hai: "During a tour, I met one person to whom I had given the Prophet of Peace a few years back.</w:t>
      </w:r>
      <w:r>
        <w:br/>
      </w:r>
      <w:r>
        <w:rPr>
          <w:sz w:val="20"/>
        </w:rPr>
        <w:t>58:56  When I met him, he told me that he had read the book and two more of his family members also read the book.</w:t>
      </w:r>
      <w:r>
        <w:br/>
      </w:r>
      <w:r>
        <w:rPr>
          <w:sz w:val="20"/>
        </w:rPr>
        <w:t>59:04  Then he mentioned to me that if instead of the book, if the author himself had talked to me on this topic, then I would have argued with him.</w:t>
      </w:r>
      <w:r>
        <w:br/>
      </w:r>
      <w:r>
        <w:rPr>
          <w:sz w:val="20"/>
        </w:rPr>
        <w:t>59:15  But while reading, I had no option but to read the book, and thus the author was successful in communicating what he wanted to say.</w:t>
      </w:r>
      <w:r>
        <w:br/>
      </w:r>
      <w:r>
        <w:rPr>
          <w:sz w:val="20"/>
        </w:rPr>
        <w:t>59:27  From this incident, I could discover the role of spreading literature in our mission, as it has not only the multiplying effect but also the power of successfully communicating the ideology.</w:t>
      </w:r>
      <w:r>
        <w:br/>
      </w:r>
      <w:r>
        <w:rPr>
          <w:sz w:val="20"/>
        </w:rPr>
        <w:t>59:42  Maulana, is my understanding correct? Dekhiye baat sahi hai.</w:t>
      </w:r>
      <w:r>
        <w:br/>
      </w:r>
      <w:r>
        <w:rPr>
          <w:sz w:val="20"/>
        </w:rPr>
        <w:t>59:47  Hota yeh hai ke agar aap kisi se baat karein aur uski jo soch hai uske against mein koi baat aap karein to foran ego clash ho jata hai.</w:t>
      </w:r>
      <w:r>
        <w:br/>
      </w:r>
      <w:r>
        <w:rPr>
          <w:sz w:val="20"/>
        </w:rPr>
        <w:t>59:58  Woh defensive psychology aa jati hai uske andar. Defensive psychology. Ke ek aadmi negative soch wala hai, ladai bhadai mein involve hai, aap bolein uske khilaf to foran woh defensive ban jayega.</w:t>
      </w:r>
      <w:r>
        <w:br/>
      </w:r>
      <w:r>
        <w:rPr>
          <w:sz w:val="20"/>
        </w:rPr>
        <w:t>1:00:15  Defensive psychology develop karegi. Aur phir ego clash ho jayega. Lekin jab aap usko kitaab dete hain, woh ja kar apne kamre mein padhta hai jahan woh akela hai to wahan koi doosra nahi hota jisse uska koi ego clash ho.</w:t>
      </w:r>
      <w:r>
        <w:br/>
      </w:r>
      <w:r>
        <w:rPr>
          <w:sz w:val="20"/>
        </w:rPr>
        <w:t>1:00:30  To zyada behtar taur par kitaab ke andar jo likha hua hai usko samajh pata hai.</w:t>
      </w:r>
      <w:r>
        <w:br/>
      </w:r>
      <w:r>
        <w:rPr>
          <w:sz w:val="20"/>
        </w:rPr>
        <w:t>1:00:37  To main samajhta hoon ke literature ko phailana yeh bahut hi basic kaam hai. Aur woh bhi ek kaam hai ke aap is cheez dein, aap logon se baat cheet karein, woh bhi ek kaam hai.</w:t>
      </w:r>
      <w:r>
        <w:br/>
      </w:r>
      <w:r>
        <w:rPr>
          <w:sz w:val="20"/>
        </w:rPr>
        <w:t>1:00:48  Beshak woh bhi karna hi karna hai. Lekin main ek farq bata raha hoon. Ke koi tanqeed agar aap karein kisi aadmi se jab ke woh us mein involve hai to foran woh defensive mein taraf chala jayega.</w:t>
      </w:r>
      <w:r>
        <w:br/>
      </w:r>
      <w:r>
        <w:rPr>
          <w:sz w:val="20"/>
        </w:rPr>
        <w:t>1:01:02  Foran apna difaa karne lagega woh. Lekin kitaab mein kya difaa karega</w:t>
      </w:r>
      <w:r>
        <w:br/>
      </w:r>
      <w:r>
        <w:rPr>
          <w:sz w:val="20"/>
        </w:rPr>
        <w:t>1:01:07  ? Kitaab mein to saamne koi hai hi nahi jisse difaa kare woh. To Quran ka distribution aur yeh jo literature jisko main kehta hoon supporting literature, uska distribution bahut hi important hai.</w:t>
      </w:r>
      <w:r>
        <w:br/>
      </w:r>
      <w:r>
        <w:rPr>
          <w:sz w:val="20"/>
        </w:rPr>
        <w:t>1:01:19  Bahut zyada important hai. Isko filter karne ki zaroorat hai.</w:t>
      </w:r>
      <w:r>
        <w:br/>
      </w:r>
      <w:r>
        <w:rPr>
          <w:sz w:val="20"/>
        </w:rPr>
        <w:t>1:01:23  Jo maine pichli baar 28 November ko Hyderabad mein ek call di thi. Yani operation filter. To woh bahut soch samajh kar woh call di thi maine ke Quran ko aur supporting literature ko filter kar dijiye.</w:t>
      </w:r>
      <w:r>
        <w:br/>
      </w:r>
      <w:r>
        <w:rPr>
          <w:sz w:val="20"/>
        </w:rPr>
        <w:t>1:01:37  Saari duniya mein. Mukhtalif language mein tayyar kar ke. Saari duniya mein filter kar dijiye. Quran ko aur supporting literature ko.</w:t>
      </w:r>
      <w:r>
        <w:br/>
      </w:r>
      <w:r>
        <w:rPr>
          <w:sz w:val="20"/>
        </w:rPr>
        <w:t>1:01:47  Yeh bahut hi powerful tareeqa hai yani da'wah work ka.</w:t>
      </w:r>
    </w:p>
    <w:p>
      <w:pPr>
        <w:pStyle w:val="Heading2"/>
      </w:pPr>
      <w:r>
        <w:t>Dealing with Muslim apathy towards dawah</w:t>
      </w:r>
    </w:p>
    <w:p>
      <w:r>
        <w:rPr>
          <w:color w:val="666666"/>
          <w:sz w:val="18"/>
        </w:rPr>
        <w:t>Society &amp; Dawah · Revival of Abrahamic Mission October 28, 2012 · 3m 23s · at 1:04:04 · https://youtu.be/9mV72V5gsqM?t=3844</w:t>
      </w:r>
    </w:p>
    <w:p>
      <w:r>
        <w:rPr>
          <w:i/>
        </w:rPr>
        <w:t>“When we explain to Muslims that dawah (calling to God) is a responsibility, it does not get any positive response. They say yes, it is good, but continue to do either their social or national work. When the task is so big and Muslims are not giving a positive response, what should we do?”</w:t>
      </w:r>
    </w:p>
    <w:p>
      <w:r>
        <w:rPr>
          <w:sz w:val="20"/>
        </w:rPr>
        <w:t>1:04:04  maulana, agla sawal dilli se hai miss naghma siddiqui</w:t>
      </w:r>
      <w:r>
        <w:br/>
      </w:r>
      <w:r>
        <w:rPr>
          <w:sz w:val="20"/>
        </w:rPr>
        <w:t>1:04:07  ka. unhon ne likha hai: "When we explain to Muslims that دعویٰ الا اللہ is the responsibility, it does not get any positive response.</w:t>
      </w:r>
      <w:r>
        <w:br/>
      </w:r>
      <w:r>
        <w:rPr>
          <w:sz w:val="20"/>
        </w:rPr>
        <w:t>1:04:18  They say yes, it is good, but continue to do either their social or milli work. Maulana, when the task is so big and Muslims are not giving a positive response, what should we do?"</w:t>
      </w:r>
      <w:r>
        <w:br/>
      </w:r>
      <w:r>
        <w:rPr>
          <w:sz w:val="20"/>
        </w:rPr>
        <w:t>1:04:33  dekhiye, social work, milli work, yeh to koi kaam nahi hai mere nazdeek, na islami aitbar se aur na aqal ke aitbar se.</w:t>
      </w:r>
      <w:r>
        <w:br/>
      </w:r>
      <w:r>
        <w:rPr>
          <w:sz w:val="20"/>
        </w:rPr>
        <w:t>1:04:47  is liye hamara islami aitbar se yeh hai ke rasool Allah ki zindagi mein hamein koi aisa namona nahi milta ke aap ne social work ya milli work kiya ho, aap ne sirf dawah work kiya.</w:t>
      </w:r>
      <w:r>
        <w:br/>
      </w:r>
      <w:r>
        <w:rPr>
          <w:sz w:val="20"/>
        </w:rPr>
        <w:t>1:05:02  is ke bare mein mein likh chuka hoon tafseel se, aap parh sakte hain ke rasool Allah ne kabhi bhi yeh kaam nahi kiya. Hatta ke aap ko yeh kaam karne ke liye kaha gaya, is tarah ka kaam, to aap ne kaha ke: "ma lahza boiz to aalaykum,</w:t>
      </w:r>
      <w:r>
        <w:br/>
      </w:r>
      <w:r>
        <w:rPr>
          <w:sz w:val="20"/>
        </w:rPr>
        <w:t>1:05:20  mein is ke liye nahi bheja gaya hoon. Yeh yeh mera kaam to dawat al Allah hai." Aql ka mamla yeh hai ke mein aqli tor par bhi is ko absurd samajhta hoon.</w:t>
      </w:r>
      <w:r>
        <w:br/>
      </w:r>
      <w:r>
        <w:rPr>
          <w:sz w:val="20"/>
        </w:rPr>
        <w:t>1:05:31  is</w:t>
      </w:r>
      <w:r>
        <w:br/>
      </w:r>
      <w:r>
        <w:rPr>
          <w:sz w:val="20"/>
        </w:rPr>
        <w:t>1:05:32  liye ke sab se bari cheez dekhiye, yeh nahi ke aap un ki help karein, sab se bari cheez aap ko incentive dein, challenge ko face karne ki taqat paida karein.</w:t>
      </w:r>
      <w:r>
        <w:br/>
      </w:r>
      <w:r>
        <w:rPr>
          <w:sz w:val="20"/>
        </w:rPr>
        <w:t>1:05:42  un ke andar aaj kal jo chala hua hai, muslim empowerment aur community empowerment, falan empowerment, yeh sab bilkul absurd mein samajhta hoon.</w:t>
      </w:r>
      <w:r>
        <w:br/>
      </w:r>
      <w:r>
        <w:rPr>
          <w:sz w:val="20"/>
        </w:rPr>
        <w:t>1:05:53  is ko</w:t>
      </w:r>
      <w:r>
        <w:br/>
      </w:r>
      <w:r>
        <w:rPr>
          <w:sz w:val="20"/>
        </w:rPr>
        <w:t>1:05:56  woh saare log jin ko kaha jata hai ke: "he was born with a silver spoon in his mouth", mere nazdeek woh sab se ziyada fail thay zindagi mein kyunke unhone challenge ko face nahi kiya.</w:t>
      </w:r>
      <w:r>
        <w:br/>
      </w:r>
      <w:r>
        <w:rPr>
          <w:sz w:val="20"/>
        </w:rPr>
        <w:t>1:06:09  un ka idhar personality nahi bani, un ka idhar incentive nahi ubhra. To mein is ko koi kaam nahi samajhta. Jo kaam ko aik hi kaam ko mein kaam samajhta hoon ke education, intehai aala mayar ki education,</w:t>
      </w:r>
      <w:r>
        <w:br/>
      </w:r>
      <w:r>
        <w:rPr>
          <w:sz w:val="20"/>
        </w:rPr>
        <w:t>1:06:24  abhi bhi hamare mulk mein aala mayar ki education nahi hai. Haalanke beshumar log social work kar rahe hain, milli work kar rahe hain, is mein arbon kharbon rupay kharch kar rahe hain.</w:t>
      </w:r>
      <w:r>
        <w:br/>
      </w:r>
      <w:r>
        <w:rPr>
          <w:sz w:val="20"/>
        </w:rPr>
        <w:t>1:06:33  yeh sab mere nazdeek bilkul bekar kaam hai. Islami aitbar se bhi, aqli aitbar se bhi, bohat aala darje ka school kholein, lakhon ki tadad mein saare mulk mein, sara paisa is mein laga dein,</w:t>
      </w:r>
      <w:r>
        <w:br/>
      </w:r>
      <w:r>
        <w:rPr>
          <w:sz w:val="20"/>
        </w:rPr>
        <w:t>1:06:48  yeh hai kaam.</w:t>
      </w:r>
      <w:r>
        <w:br/>
      </w:r>
      <w:r>
        <w:rPr>
          <w:sz w:val="20"/>
        </w:rPr>
        <w:t>1:06:50  abhi bhi aala darje ke school hamare mulk mein mojood nahi hain aur social work ki dhoom hai, milli work ki dhoom hai. To mein is mamle mein bohat hi sakht rai rakhta hoon.</w:t>
      </w:r>
      <w:r>
        <w:br/>
      </w:r>
      <w:r>
        <w:rPr>
          <w:sz w:val="20"/>
        </w:rPr>
        <w:t>1:07:04  un kaam ko mein kaam nahi samajhta. Mein aik kaam samajhta hoon ke is is baat ko ke insaan ka incentive jagaya jaye, motivate kiya jaye, aur doosri baat yeh ke bohat hi high standard ki education di jaye.</w:t>
      </w:r>
      <w:r>
        <w:br/>
      </w:r>
      <w:r>
        <w:rPr>
          <w:sz w:val="20"/>
        </w:rPr>
        <w:t>1:07:18  is ko</w:t>
      </w:r>
      <w:r>
        <w:br/>
      </w:r>
      <w:r>
        <w:rPr>
          <w:sz w:val="20"/>
        </w:rPr>
        <w:t>1:07:20  isi ko mein kaam samajhta hoon. Baqi sab leadership hai, leadership.</w:t>
      </w:r>
    </w:p>
    <w:p>
      <w:pPr>
        <w:pStyle w:val="Heading2"/>
      </w:pPr>
      <w:r>
        <w:t>Defending Quran from Revision Claims</w:t>
      </w:r>
    </w:p>
    <w:p>
      <w:r>
        <w:rPr>
          <w:color w:val="666666"/>
          <w:sz w:val="18"/>
        </w:rPr>
        <w:t>Society &amp; Dawah · Islam in A New Age August 30, 2020 Maulana Wahiduddin Khan · 2m 01s · at 35:52 · https://youtu.be/R2EEb2xSIcA?t=2152</w:t>
      </w:r>
    </w:p>
    <w:p>
      <w:r>
        <w:rPr>
          <w:i/>
        </w:rPr>
        <w:t>“Many non-Muslims point out that the Quran needs to be revised to make it suitable to contemporary understanding. How can we make non-Muslims understand that the Quran does not need any revision? How should we achieve this?”</w:t>
      </w:r>
    </w:p>
    <w:p>
      <w:r>
        <w:rPr>
          <w:sz w:val="20"/>
        </w:rPr>
        <w:t>35:52  maulana, agla sawal kanpur se bheja hai shakeel ahmed sahib ne. unhon ne likha hai: maulana, many non muslims point out that quran needs to be revised to make it suitable to contemporary understanding.</w:t>
      </w:r>
      <w:r>
        <w:br/>
      </w:r>
      <w:r>
        <w:rPr>
          <w:sz w:val="20"/>
        </w:rPr>
        <w:t>36:10  my question is: how can we make non muslims understand that quran does not need any revision?</w:t>
      </w:r>
      <w:r>
        <w:br/>
      </w:r>
      <w:r>
        <w:rPr>
          <w:sz w:val="20"/>
        </w:rPr>
        <w:t>36:18  how should we achieve this? bhai, yeh quran ko revise karne ka koi sawal hi nahi hai.</w:t>
      </w:r>
      <w:r>
        <w:br/>
      </w:r>
      <w:r>
        <w:rPr>
          <w:sz w:val="20"/>
        </w:rPr>
        <w:t>36:27  pehle bataiye aap ki quran mein kya kami hai, kya ghalati hai? kya yani baghair is ke aap kaise kahenge ke is ko revise hona chahiye?</w:t>
      </w:r>
      <w:r>
        <w:br/>
      </w:r>
      <w:r>
        <w:rPr>
          <w:sz w:val="20"/>
        </w:rPr>
        <w:t>36:42  yeh to sab kehne walon ki be</w:t>
      </w:r>
      <w:r>
        <w:br/>
      </w:r>
      <w:r>
        <w:rPr>
          <w:sz w:val="20"/>
        </w:rPr>
        <w:t>36:46  khabari hai ke woh aik abadi kitab ko woh yeh yeh hazrat de rahe hain. allah taala unhein hidayat ata farmaye.</w:t>
      </w:r>
      <w:r>
        <w:br/>
      </w:r>
      <w:r>
        <w:rPr>
          <w:sz w:val="20"/>
        </w:rPr>
        <w:t>37:05  maulana yaqoob umri ne dilli se likha hai: maulana, you are only the islamic scholar who gives a ray of hope in the modern age, while all others are only discouraging with wrong interpretation of the same.</w:t>
      </w:r>
      <w:r>
        <w:br/>
      </w:r>
      <w:r>
        <w:rPr>
          <w:sz w:val="20"/>
        </w:rPr>
        <w:t>37:25  miss falak qareeba ne likha hai dilli se: congratulations to maulana on continuing his work at the age of 95.</w:t>
      </w:r>
      <w:r>
        <w:br/>
      </w:r>
      <w:r>
        <w:rPr>
          <w:sz w:val="20"/>
        </w:rPr>
        <w:t>37:37  may allah bless you!</w:t>
      </w:r>
      <w:r>
        <w:br/>
      </w:r>
      <w:r>
        <w:rPr>
          <w:sz w:val="20"/>
        </w:rPr>
        <w:t>37:39  many many congratulations to the cps team for their hard work and dedication. may allah bless you all for spreading the word.</w:t>
      </w:r>
    </w:p>
    <w:p>
      <w:pPr>
        <w:pStyle w:val="Heading2"/>
      </w:pPr>
      <w:r>
        <w:t>Definition of poor and how to help</w:t>
      </w:r>
    </w:p>
    <w:p>
      <w:r>
        <w:rPr>
          <w:color w:val="666666"/>
          <w:sz w:val="18"/>
        </w:rPr>
        <w:t>Society &amp; Dawah · The Road to Paradise December 11, 2016 · 2m 49s · at 1:19:10 · https://youtu.be/iW2QmcY1_yU?t=4750</w:t>
      </w:r>
    </w:p>
    <w:p>
      <w:r>
        <w:rPr>
          <w:i/>
        </w:rPr>
        <w:t>“Who is called poor? How can we help them? Please tell us about this.”</w:t>
      </w:r>
    </w:p>
    <w:p>
      <w:r>
        <w:rPr>
          <w:sz w:val="20"/>
        </w:rPr>
        <w:t>1:19:10  Jee, Maulana, agla sawal Anwar Subhani sahib ne kiya hai Delhi se.</w:t>
      </w:r>
      <w:r>
        <w:br/>
      </w:r>
      <w:r>
        <w:rPr>
          <w:sz w:val="20"/>
        </w:rPr>
        <w:t>1:19:16  Aur unhon ne aap se poocha hai ke ghareeb kis ko kehte hain? Hum un ki madad kis</w:t>
      </w:r>
      <w:r>
        <w:br/>
      </w:r>
      <w:r>
        <w:rPr>
          <w:sz w:val="20"/>
        </w:rPr>
        <w:t>1:19:22  tarah kar sakte hain? Is ke baray mein batayein.</w:t>
      </w:r>
      <w:r>
        <w:br/>
      </w:r>
      <w:r>
        <w:rPr>
          <w:sz w:val="20"/>
        </w:rPr>
        <w:t>1:19:28  Yeh sawal bhi wohi hai ke sawal kiya hai? Har cheez ka sawal kiya hai? Hadees mein jo</w:t>
      </w:r>
      <w:r>
        <w:br/>
      </w:r>
      <w:r>
        <w:rPr>
          <w:sz w:val="20"/>
        </w:rPr>
        <w:t>1:19:35  maujood hai, Sahabi kehte hain ke nauheena ankasar al sawal hum ko mana kiya hai ziyada sawal karne se.</w:t>
      </w:r>
      <w:r>
        <w:br/>
      </w:r>
      <w:r>
        <w:rPr>
          <w:sz w:val="20"/>
        </w:rPr>
        <w:t>1:19:41  Is ka matlab kiya hai? Is ka matlab yeh hai ke Islam self discovery par zor deta hai,</w:t>
      </w:r>
      <w:r>
        <w:br/>
      </w:r>
      <w:r>
        <w:rPr>
          <w:sz w:val="20"/>
        </w:rPr>
        <w:t>1:19:47  na questioning par.</w:t>
      </w:r>
      <w:r>
        <w:br/>
      </w:r>
      <w:r>
        <w:rPr>
          <w:sz w:val="20"/>
        </w:rPr>
        <w:t>1:19:54  Yeh jo farmaya ke ziyada sawal mat karo, is ka matlab kiya bhi hai? Khud discover karo, khud</w:t>
      </w:r>
      <w:r>
        <w:br/>
      </w:r>
      <w:r>
        <w:rPr>
          <w:sz w:val="20"/>
        </w:rPr>
        <w:t>1:20:00  discover karo, khud discover karo.</w:t>
      </w:r>
      <w:r>
        <w:br/>
      </w:r>
      <w:r>
        <w:rPr>
          <w:sz w:val="20"/>
        </w:rPr>
        <w:t>1:20:06  Jin logon ne daryaft kiya ke ke solar system ka qanoon kiya hai, zameen ka qanoon kiya hai,</w:t>
      </w:r>
      <w:r>
        <w:br/>
      </w:r>
      <w:r>
        <w:rPr>
          <w:sz w:val="20"/>
        </w:rPr>
        <w:t>1:20:12  woh poochne nahi gaye thay kisi se.</w:t>
      </w:r>
      <w:r>
        <w:br/>
      </w:r>
      <w:r>
        <w:rPr>
          <w:sz w:val="20"/>
        </w:rPr>
        <w:t>1:20:19  Unhon ne apni zindagiyaan laga dein is ki discovery mein, tab daryaft kiya hai unhon ne.</w:t>
      </w:r>
      <w:r>
        <w:br/>
      </w:r>
      <w:r>
        <w:rPr>
          <w:sz w:val="20"/>
        </w:rPr>
        <w:t>1:20:25  To bohat bari hadees hai yeh nauheena ankasar al sawal hum ko mana kiya gaya hai ziyada sawal karne se.</w:t>
      </w:r>
      <w:r>
        <w:br/>
      </w:r>
      <w:r>
        <w:rPr>
          <w:sz w:val="20"/>
        </w:rPr>
        <w:t>1:20:31  Is ka matlab kiya hai? Hum ko hukum diya gaya hai ke ziyada socho, ziyada daryaft karo, ziyada discovery karo.</w:t>
      </w:r>
      <w:r>
        <w:br/>
      </w:r>
      <w:r>
        <w:rPr>
          <w:sz w:val="20"/>
        </w:rPr>
        <w:t>1:20:37  Apne mind ko develop karo taake tum har cheez ko discover karo.</w:t>
      </w:r>
      <w:r>
        <w:br/>
      </w:r>
      <w:r>
        <w:rPr>
          <w:sz w:val="20"/>
        </w:rPr>
        <w:t>1:20:44  Sawal karna kiya hai? Yeh hadees jo hai, is ko mein yani shah kaleed samajhta hoon, yani master</w:t>
      </w:r>
      <w:r>
        <w:br/>
      </w:r>
      <w:r>
        <w:rPr>
          <w:sz w:val="20"/>
        </w:rPr>
        <w:t>1:20:50  key samajhta hoon.</w:t>
      </w:r>
      <w:r>
        <w:br/>
      </w:r>
      <w:r>
        <w:rPr>
          <w:sz w:val="20"/>
        </w:rPr>
        <w:t>1:20:56  yeh jo hadith hai ke nauheena ankasar al sawal yeh sahabi kehte hain ke rasool Allah sal Allahu alaihi</w:t>
      </w:r>
      <w:r>
        <w:br/>
      </w:r>
      <w:r>
        <w:rPr>
          <w:sz w:val="20"/>
        </w:rPr>
        <w:t>1:21:02  wasallam ne hum ko mana kiya hai ke zyada sawal mat karo.</w:t>
      </w:r>
      <w:r>
        <w:br/>
      </w:r>
      <w:r>
        <w:rPr>
          <w:sz w:val="20"/>
        </w:rPr>
        <w:t>1:21:09  is ka matlab kya hai? Zyada socho, zyada discover karo.</w:t>
      </w:r>
      <w:r>
        <w:br/>
      </w:r>
      <w:r>
        <w:rPr>
          <w:sz w:val="20"/>
        </w:rPr>
        <w:t>1:21:15  Self discovery ka process barhao.</w:t>
      </w:r>
      <w:r>
        <w:br/>
      </w:r>
      <w:r>
        <w:rPr>
          <w:sz w:val="20"/>
        </w:rPr>
        <w:t>1:21:21  Yahan tak keh diya aap ne, aziz, kitni bari baat keh di aap ne.</w:t>
      </w:r>
      <w:r>
        <w:br/>
      </w:r>
      <w:r>
        <w:rPr>
          <w:sz w:val="20"/>
        </w:rPr>
        <w:t>1:21:27  Istafti qalb-ak apne aap se fatwa poocho.</w:t>
      </w:r>
      <w:r>
        <w:br/>
      </w:r>
      <w:r>
        <w:rPr>
          <w:sz w:val="20"/>
        </w:rPr>
        <w:t>1:21:34  Log daurte hain mufti ke paas.</w:t>
      </w:r>
      <w:r>
        <w:br/>
      </w:r>
      <w:r>
        <w:rPr>
          <w:sz w:val="20"/>
        </w:rPr>
        <w:t>1:21:40  ke paas aap ne farmaya ke istafti qalb-ak apne dil se fatwa poocho.</w:t>
      </w:r>
      <w:r>
        <w:br/>
      </w:r>
      <w:r>
        <w:rPr>
          <w:sz w:val="20"/>
        </w:rPr>
        <w:t>1:21:46  Yaani apne aap, apne mind ko itna develop karo ke woh khud discover kar sake.</w:t>
      </w:r>
      <w:r>
        <w:br/>
      </w:r>
      <w:r>
        <w:rPr>
          <w:sz w:val="20"/>
        </w:rPr>
        <w:t>1:21:53  Yeh matlab hai is ka.</w:t>
      </w:r>
    </w:p>
    <w:p>
      <w:pPr>
        <w:pStyle w:val="Heading2"/>
      </w:pPr>
      <w:r>
        <w:t>Democracy as age of reason and peace</w:t>
      </w:r>
    </w:p>
    <w:p>
      <w:r>
        <w:rPr>
          <w:color w:val="666666"/>
          <w:sz w:val="18"/>
        </w:rPr>
        <w:t>Society &amp; Dawah · Age of Democracy May 25, 2014 · 2m 15s · at 1:19:34 · https://youtu.be/pyZy1-EhW1Q?t=4774</w:t>
      </w:r>
    </w:p>
    <w:p>
      <w:r>
        <w:rPr>
          <w:i/>
        </w:rPr>
        <w:t>“Is it right to say that the age of democracy is the age of reason, freedom, opportunity and peace? What is your comment?”</w:t>
      </w:r>
    </w:p>
    <w:p>
      <w:r>
        <w:rPr>
          <w:sz w:val="20"/>
        </w:rPr>
        <w:t>1:19:34  maulana, agla sawal Miss Naghma Siddiqui ne kiya hai Delhi se. unhone aapse poocha hai ke "is it right to say that age of democracy is age of reason, freedom, opportunity and peace?" what is your comment?</w:t>
      </w:r>
      <w:r>
        <w:br/>
      </w:r>
      <w:r>
        <w:rPr>
          <w:sz w:val="20"/>
        </w:rPr>
        <w:t>1:19:51  sahi, sahi baat hai, theek baat hai.</w:t>
      </w:r>
      <w:r>
        <w:br/>
      </w:r>
      <w:r>
        <w:rPr>
          <w:sz w:val="20"/>
        </w:rPr>
        <w:t>1:19:57  maulana, agla sawal ajay ne kiya hai dilli se.</w:t>
      </w:r>
      <w:r>
        <w:br/>
      </w:r>
      <w:r>
        <w:rPr>
          <w:sz w:val="20"/>
        </w:rPr>
        <w:t>1:20:01  unhon ne likha hai ke "maulana, az it correct that lack of modern education and negative leadership has been responsible for today muslim mindset?" haan, to maine khud hi keh diya ke negative leadership sari zimmedari hai.</w:t>
      </w:r>
      <w:r>
        <w:br/>
      </w:r>
      <w:r>
        <w:rPr>
          <w:sz w:val="20"/>
        </w:rPr>
        <w:t>1:20:19  maashrat ki kya zimmedari hai? baaz to samajhte nahi baaton ko. maashrat sath baaton ko samajhte nahi.</w:t>
      </w:r>
      <w:r>
        <w:br/>
      </w:r>
      <w:r>
        <w:rPr>
          <w:sz w:val="20"/>
        </w:rPr>
        <w:t>1:20:26  jaise jaise ke aaj hi jo maine bataya aap ko, ek top ke arab ka yeh article hai. ab aap log padhenge to kahenge ke wah bhai, achi baat likhi hai.</w:t>
      </w:r>
      <w:r>
        <w:br/>
      </w:r>
      <w:r>
        <w:rPr>
          <w:sz w:val="20"/>
        </w:rPr>
        <w:t>1:20:35  musa ne jo kiya tha, wahi hamein karna chahiye. yeh to firoun hai, yeh bhi. lekin bilkul galat baat hai, baseless hai. hazrat musa ne kab ladai ki thi firoun se?</w:t>
      </w:r>
      <w:r>
        <w:br/>
      </w:r>
      <w:r>
        <w:rPr>
          <w:sz w:val="20"/>
        </w:rPr>
        <w:t>1:20:45  to maashrat cheezon ko explore nahi kar paati.</w:t>
      </w:r>
      <w:r>
        <w:br/>
      </w:r>
      <w:r>
        <w:rPr>
          <w:sz w:val="20"/>
        </w:rPr>
        <w:t>1:20:50  jo intellectuals hain, jo leaders hain, wo ek unki zimmedari hai ke unko aisi kai logon ko mis lead kar rahe hain.</w:t>
      </w:r>
    </w:p>
    <w:p>
      <w:pPr>
        <w:pStyle w:val="Heading2"/>
      </w:pPr>
      <w:r>
        <w:t>Deterrent power: weapons or ideology?</w:t>
      </w:r>
    </w:p>
    <w:p>
      <w:r>
        <w:rPr>
          <w:color w:val="666666"/>
          <w:sz w:val="18"/>
        </w:rPr>
        <w:t>Society &amp; Dawah · Spiritual Light of The Believers (Itmam-E-Noor ) May 12, 2013 · 3m 02s · at 44:25 · https://youtu.be/SmjmddWA1Jo?t=2665</w:t>
      </w:r>
    </w:p>
    <w:p>
      <w:r>
        <w:rPr>
          <w:i/>
        </w:rPr>
        <w:t>“In this age, what should be called the awe-inspiring power (quwwat-e-marhab): weapons or ideology? Please explain.”</w:t>
      </w:r>
    </w:p>
    <w:p>
      <w:r>
        <w:rPr>
          <w:sz w:val="20"/>
        </w:rPr>
        <w:t>44:25  maulana, yeh sawal Chennai se aaya hai Maulana Iqbal Umri ka. unhon ne aap se poocha hai ke is daur mein quwwat-e-marhab kis ko kahenge?</w:t>
      </w:r>
      <w:r>
        <w:br/>
      </w:r>
      <w:r>
        <w:rPr>
          <w:sz w:val="20"/>
        </w:rPr>
        <w:t>44:37  hathiyar ko ya ideology ko? is ke bare mein bataein. ideology ko? hathiyar ko koi value nahi rahi ab.</w:t>
      </w:r>
      <w:r>
        <w:br/>
      </w:r>
      <w:r>
        <w:rPr>
          <w:sz w:val="20"/>
        </w:rPr>
        <w:t>44:49  hathiyar ki koi value nahi rahi.</w:t>
      </w:r>
      <w:r>
        <w:br/>
      </w:r>
      <w:r>
        <w:rPr>
          <w:sz w:val="20"/>
        </w:rPr>
        <w:t>44:54  aap dekhein, first world war hui, koi koi jeeta is mein? koi jeeta nahi. sirf tabahi hui. second world war hui, tab bhi koi jeeta?</w:t>
      </w:r>
      <w:r>
        <w:br/>
      </w:r>
      <w:r>
        <w:rPr>
          <w:sz w:val="20"/>
        </w:rPr>
        <w:t>45:04  sirf tabahi hui. ab dunya mein jagah jagah masail hain. koi larr kar is ko, yaani apne masail hal kar pa raha hai?</w:t>
      </w:r>
      <w:r>
        <w:br/>
      </w:r>
      <w:r>
        <w:rPr>
          <w:sz w:val="20"/>
        </w:rPr>
        <w:t>45:14  logon ke paas atom bomb hai, lekin woh istemal nahi kar sakte.</w:t>
      </w:r>
      <w:r>
        <w:br/>
      </w:r>
      <w:r>
        <w:rPr>
          <w:sz w:val="20"/>
        </w:rPr>
        <w:t>45:19  bohat se mulkon ke paas atom bomb hain, jangi hawai jahaz hain, kya kya hain, lekin har mulk ke paas masail hain. koi masail hal nahi kar pata is se.</w:t>
      </w:r>
      <w:r>
        <w:br/>
      </w:r>
      <w:r>
        <w:rPr>
          <w:sz w:val="20"/>
        </w:rPr>
        <w:t>45:32  to yeh to, yaani first world war ke baad hi yeh cheez sabit ho gayi thi ke hathiyar se kuch hone wala nahi hai.</w:t>
      </w:r>
      <w:r>
        <w:br/>
      </w:r>
      <w:r>
        <w:rPr>
          <w:sz w:val="20"/>
        </w:rPr>
        <w:t>45:42  hathiyaron ka inbar hai logon ke qaumon ke paas. is ke baad masail ke bhi inbar hain.</w:t>
      </w:r>
      <w:r>
        <w:br/>
      </w:r>
      <w:r>
        <w:rPr>
          <w:sz w:val="20"/>
        </w:rPr>
        <w:t>45:49  to ideology hi taqat hai, kyunke ideology insan ko fateh karti hai. ideology insan ko fateh karti hai.</w:t>
      </w:r>
      <w:r>
        <w:br/>
      </w:r>
      <w:r>
        <w:rPr>
          <w:sz w:val="20"/>
        </w:rPr>
        <w:t>45:59  aur is ka main samajhta hoon ke main aik ka aik reference dena chahoon ga ke jab abbas period ke aakhri doran mein tatariyon ne hamla kiya tha, abbas empire ko tabah kar diya tha,</w:t>
      </w:r>
      <w:r>
        <w:br/>
      </w:r>
      <w:r>
        <w:rPr>
          <w:sz w:val="20"/>
        </w:rPr>
        <w:t>46:14  to us waqt bohat ziyada bura haal tha musalmanon ka. aur yeh kehte thay log ke إذا قيل لك أنت تترى إن ذبحوا فلا تُصدق</w:t>
      </w:r>
      <w:r>
        <w:br/>
      </w:r>
      <w:r>
        <w:rPr>
          <w:sz w:val="20"/>
        </w:rPr>
        <w:t>46:26  ke tatariyon ko shikast dena mumkin nahi hai. lekin wohi tatari jo hai, maftooh ho gaye aur islam ke khadim ban gaye.</w:t>
      </w:r>
      <w:r>
        <w:br/>
      </w:r>
      <w:r>
        <w:rPr>
          <w:sz w:val="20"/>
        </w:rPr>
        <w:t>46:36  kaise? ideology ke zariye se. chunancha hitler ne is waqeye ko zikr karte hue likha hai ke The legend of Muslim have conquered where their arms had failed isi tarah turkiyat ne misr ke bare mein likha hai ke The Egyptians were conquered not by sword but by the Quran</w:t>
      </w:r>
      <w:r>
        <w:br/>
      </w:r>
      <w:r>
        <w:rPr>
          <w:sz w:val="20"/>
        </w:rPr>
        <w:t>46:57  ke misri jo thay, woh talwar se fateh nahi hue, quran se fateh hui. to pehle bhi yeh waqea tha, ab to hathiyaron ke ke dher ke dher lage hue hain aur koi apne masle ko hathiyar se hal nahi kar pa raha hai.</w:t>
      </w:r>
      <w:r>
        <w:br/>
      </w:r>
      <w:r>
        <w:rPr>
          <w:sz w:val="20"/>
        </w:rPr>
        <w:t>47:15  ab to aakhri had tak sabit ho gaya ke jang aur hathiyar bilkul be asar hain aur sari taqat jo hai, ideology ki hai.</w:t>
      </w:r>
    </w:p>
    <w:p>
      <w:pPr>
        <w:pStyle w:val="Heading2"/>
      </w:pPr>
      <w:r>
        <w:t>Developing a mother's well-wishing for non-Muslims</w:t>
      </w:r>
    </w:p>
    <w:p>
      <w:r>
        <w:rPr>
          <w:color w:val="666666"/>
          <w:sz w:val="18"/>
        </w:rPr>
        <w:t>Society &amp; Dawah · Realistic Approach March 30, 2014 Maulana Wahiduddin Khan · 2m 26s · at 49:14 · https://youtu.be/K36UonBsGlA?t=2954</w:t>
      </w:r>
    </w:p>
    <w:p>
      <w:r>
        <w:rPr>
          <w:i/>
        </w:rPr>
        <w:t>“In one of your Sunday sessions you spoke about Da'wah work. You said that a da'i should be a well-wisher like a mother is for her child. In a mother's case it is a blood relation, so how can we develop the same well-wishing towards non-Muslims?”</w:t>
      </w:r>
    </w:p>
    <w:p>
      <w:r>
        <w:rPr>
          <w:sz w:val="20"/>
        </w:rPr>
        <w:t>49:14  maulana, agla sawal yusuf sahib ne kiya hai bhopal se. unhon ne likha hai: "maulana, in one of your sunday sessions you spoke about دعویٰ work</w:t>
      </w:r>
      <w:r>
        <w:br/>
      </w:r>
      <w:r>
        <w:rPr>
          <w:sz w:val="20"/>
        </w:rPr>
        <w:t>49:26  . and you said that داعی should be a well-wisher like a mother is for her child. i want to know that in a mother's case it is a case of blood relation.</w:t>
      </w:r>
      <w:r>
        <w:br/>
      </w:r>
      <w:r>
        <w:rPr>
          <w:sz w:val="20"/>
        </w:rPr>
        <w:t>49:38  so how can we develop the same well-wishing towards non-muslims like a mother</w:t>
      </w:r>
      <w:r>
        <w:br/>
      </w:r>
      <w:r>
        <w:rPr>
          <w:sz w:val="20"/>
        </w:rPr>
        <w:t>49:44  ? please advise us." dekhiye, asal cheez hai incentive. mother ke liye jo incentive hai, us se billion time zyada داعی ke liye incentive hai.</w:t>
      </w:r>
      <w:r>
        <w:br/>
      </w:r>
      <w:r>
        <w:rPr>
          <w:sz w:val="20"/>
        </w:rPr>
        <w:t>49:59  Mother ka Incentive yeh hai ke bachcha bara ho kar ke barhappe mein mera sahara banega. Maa ka jo Incentive hai, woh yeh hai ke jab mein boorhi houngi to yeh mera sahara banega.</w:t>
      </w:r>
      <w:r>
        <w:br/>
      </w:r>
      <w:r>
        <w:rPr>
          <w:sz w:val="20"/>
        </w:rPr>
        <w:t>50:13  Yeh kama kama mujhe khilayega. Lekin daai ka jo Incentive hai, woh to is se billion trillion time ziyada hai. Woh yeh ke jannat milegi. Aap is ko ghatate hain, is ko barhate hain.</w:t>
      </w:r>
      <w:r>
        <w:br/>
      </w:r>
      <w:r>
        <w:rPr>
          <w:sz w:val="20"/>
        </w:rPr>
        <w:t>50:28  Ek hadith hai ke Rasool Allah Sal Allah Alaihi Wasallam ne Hazrat Ali ko bheja kisi muhim par. To farmaya ke agar ek insaan bhi tumhari wajah se sachai ko pa le to woh tumhare liye surkh oonton se ziyada behtar hai.</w:t>
      </w:r>
      <w:r>
        <w:br/>
      </w:r>
      <w:r>
        <w:rPr>
          <w:sz w:val="20"/>
        </w:rPr>
        <w:t>50:47  Qadeem zamane mein surkh oont bohat bari cheez samjhi jati thi. Aaj kaha jayega ke billion trillion dollar se bhi ziyada behtar hai. Logon ne discover nahi kiya dawat ki ahmiyat ko.</w:t>
      </w:r>
      <w:r>
        <w:br/>
      </w:r>
      <w:r>
        <w:rPr>
          <w:sz w:val="20"/>
        </w:rPr>
        <w:t>50:59  Dawat to paradise ka gate hai. Is ki discovery hi nahi kiya. Maa ko kya milna hai bachche se?</w:t>
      </w:r>
      <w:r>
        <w:br/>
      </w:r>
      <w:r>
        <w:rPr>
          <w:sz w:val="20"/>
        </w:rPr>
        <w:t>51:10  Bohat thori si cheez milegi. Kuch kama ke khila dega woh. Lekin daai agar sachi dawat de, aur sachi dawat dawat ke liye well-wishing hona bohat zaroori hai,</w:t>
      </w:r>
      <w:r>
        <w:br/>
      </w:r>
      <w:r>
        <w:rPr>
          <w:sz w:val="20"/>
        </w:rPr>
        <w:t>51:23  To woh to aap ke liye jannat ka darwaza kholne wala hai. Eternal paradise ka darwaza kholne wala. Is se billion trillion se bhi ziyada bari cheez milti hai daai ko apne madu se mohabbat kar ke.</w:t>
      </w:r>
    </w:p>
    <w:p>
      <w:pPr>
        <w:pStyle w:val="Heading2"/>
      </w:pPr>
      <w:r>
        <w:t>Developing interest in Islamic literature for youth</w:t>
      </w:r>
    </w:p>
    <w:p>
      <w:r>
        <w:rPr>
          <w:color w:val="666666"/>
          <w:sz w:val="18"/>
        </w:rPr>
        <w:t>Society &amp; Dawah · The Concept of Help Feb 9, 2020—Maulana Wahiduddin Khan · 4m 16s · at 52:01 · https://youtu.be/WScXmduh1AQ?t=3121</w:t>
      </w:r>
    </w:p>
    <w:p>
      <w:r>
        <w:rPr>
          <w:i/>
        </w:rPr>
        <w:t>“In present era, we see younger generation is less interested towards books, especially Islamic literature. Can we have an advice from you, Maulana? That how can we develop interest in younger generation towards Islamic literature and Holy Quran?”</w:t>
      </w:r>
    </w:p>
    <w:p>
      <w:r>
        <w:rPr>
          <w:sz w:val="20"/>
        </w:rPr>
        <w:t>52:01  maulana kashmir se sheikh ahmed sheikh sahib ne sawal bheja hai. unhon ne likha hai: "in present era we see our young generation is less interested towards books, especially islamic literature.</w:t>
      </w:r>
      <w:r>
        <w:br/>
      </w:r>
      <w:r>
        <w:rPr>
          <w:sz w:val="20"/>
        </w:rPr>
        <w:t>52:17  can we have an advice from you, maulana sahib? that how can we develop interest in our young generation towards islamic literature and holy quran?"</w:t>
      </w:r>
      <w:r>
        <w:br/>
      </w:r>
      <w:r>
        <w:rPr>
          <w:sz w:val="20"/>
        </w:rPr>
        <w:t>52:32  dekhiye, yeh zamana jo hai, yeh hai age of reason. age of reason aur hamare log jo hain, woh fatwa ki zuban jante hain, joshe taqeenon ko jante hain,</w:t>
      </w:r>
      <w:r>
        <w:br/>
      </w:r>
      <w:r>
        <w:rPr>
          <w:sz w:val="20"/>
        </w:rPr>
        <w:t>52:48  fakhr ki zuban jante hain. to sara literature jo tayyar kiya unhon ne, woh rubbish hai. rubbish kyunke reason ki zuban hai hi nahi.</w:t>
      </w:r>
      <w:r>
        <w:br/>
      </w:r>
      <w:r>
        <w:rPr>
          <w:sz w:val="20"/>
        </w:rPr>
        <w:t>53:00  rezn ki zaban mein literature tayyar kiya hi nahi kisi ne. fakhr ki zaban ya kisi qism ki to wo to miss lewt karti hai.</w:t>
      </w:r>
      <w:r>
        <w:br/>
      </w:r>
      <w:r>
        <w:rPr>
          <w:sz w:val="20"/>
        </w:rPr>
        <w:t>53:14  main ne tajruba kiya is ka. main is kitab mere sath shuru kiya rezn ki zaban mein. to aaj sari dunya mein hazaron log hain jo in ko Allah ne hidayat di hai.</w:t>
      </w:r>
      <w:r>
        <w:br/>
      </w:r>
      <w:r>
        <w:rPr>
          <w:sz w:val="20"/>
        </w:rPr>
        <w:t>53:29  aap apne is pas jahan bhi aap hon, dunya ke khatte mein hon, aap survey kijiye. aap dekhiye ke wo kitaben jo likhi gayi thin fakhr ki zaban mein, siyasat ki zaban mein,</w:t>
      </w:r>
      <w:r>
        <w:br/>
      </w:r>
      <w:r>
        <w:rPr>
          <w:sz w:val="20"/>
        </w:rPr>
        <w:t>53:42  is se kuch bhi nahi hua. aur jo kitab likhi gayi hai leader ki zaban mein, is se bohat se logon ko zindagi mili hai. aap apne is pas aap survey karen to aap yeh misalen pa pa pa jayen ge.</w:t>
      </w:r>
      <w:r>
        <w:br/>
      </w:r>
      <w:r>
        <w:rPr>
          <w:sz w:val="20"/>
        </w:rPr>
        <w:t>54:04  maulana, agla comment mumbai se aya hai miss hasna sajid anwar ka. unhon ne likha hai: "maulana voice was so clear and emphatic as if maulana was talking ten years before." miss sahar saleem ne dilli se likha hai: "maulana, today talk gave me answers to so many questions and i got a complete new perspective on help.</w:t>
      </w:r>
      <w:r>
        <w:br/>
      </w:r>
      <w:r>
        <w:rPr>
          <w:sz w:val="20"/>
        </w:rPr>
        <w:t>54:33  today i got the reason my father asking me to leave the comfort zone and develop the personality to face struggle with patience.</w:t>
      </w:r>
      <w:r>
        <w:br/>
      </w:r>
      <w:r>
        <w:rPr>
          <w:sz w:val="20"/>
        </w:rPr>
        <w:t>54:44  help can be a hindrance for discovering potential. the discovery of potential is a journey which empowers and enables a person to solve problems and make more opportunities for themself and realize their potential.</w:t>
      </w:r>
      <w:r>
        <w:br/>
      </w:r>
      <w:r>
        <w:rPr>
          <w:sz w:val="20"/>
        </w:rPr>
        <w:t>55:01  thank you Maulana sahib for helping us."</w:t>
      </w:r>
      <w:r>
        <w:br/>
      </w:r>
      <w:r>
        <w:rPr>
          <w:sz w:val="20"/>
        </w:rPr>
        <w:t>55:06  masha Allah. miss karotlin ne srinagar se likha hai, jo class mein maujood hain: "Maulana, i hope the</w:t>
      </w:r>
      <w:r>
        <w:br/>
      </w:r>
      <w:r>
        <w:rPr>
          <w:sz w:val="20"/>
        </w:rPr>
        <w:t>55:13  parents who are watching program will go for an introspection</w:t>
      </w:r>
      <w:r>
        <w:br/>
      </w:r>
      <w:r>
        <w:rPr>
          <w:sz w:val="20"/>
        </w:rPr>
        <w:t>55:18  and realize their follies in pampering children and try to help them to discover their wisdom and potential</w:t>
      </w:r>
      <w:r>
        <w:br/>
      </w:r>
      <w:r>
        <w:rPr>
          <w:sz w:val="20"/>
        </w:rPr>
        <w:t>55:28  to develop a strong personality."</w:t>
      </w:r>
      <w:r>
        <w:br/>
      </w:r>
      <w:r>
        <w:rPr>
          <w:sz w:val="20"/>
        </w:rPr>
        <w:t>55:33  maa baap jo hai sirf pampering jante hain bas, aur pampering jo hai wo to zeher hai. zeher.</w:t>
      </w:r>
      <w:r>
        <w:br/>
      </w:r>
      <w:r>
        <w:rPr>
          <w:sz w:val="20"/>
        </w:rPr>
        <w:t>55:42  mehtab ahmad sahib ne dhampur se likha hai: "maulana sahib, aap ki baat sahi hai. ek maa ko bhi yeh lalach hota hai ke mera beta bara ho kar meri madad karega.</w:t>
      </w:r>
      <w:r>
        <w:br/>
      </w:r>
      <w:r>
        <w:rPr>
          <w:sz w:val="20"/>
        </w:rPr>
        <w:t>55:55  magar ek dai maa se bhi zyada insan ka khair khwah aur madadgar hota hai. aaj dawah work bhi paise ke bina nahi hota.</w:t>
      </w:r>
      <w:r>
        <w:br/>
      </w:r>
      <w:r>
        <w:rPr>
          <w:sz w:val="20"/>
        </w:rPr>
        <w:t>56:06  jazak allah maulana." maulana, agle do sawal kuch milte julte hain to hum dono ko parhna chahenge.</w:t>
      </w:r>
    </w:p>
    <w:p>
      <w:pPr>
        <w:pStyle w:val="Heading2"/>
      </w:pPr>
      <w:r>
        <w:t>Developing motherly well-wishing for non-Muslims</w:t>
      </w:r>
    </w:p>
    <w:p>
      <w:r>
        <w:rPr>
          <w:color w:val="666666"/>
          <w:sz w:val="18"/>
        </w:rPr>
        <w:t>Society &amp; Dawah · Realistic Approach 30 March, 2014 · 2m 26s · at 49:18 · https://youtu.be/HIFxmWWiEG4?t=2958</w:t>
      </w:r>
    </w:p>
    <w:p>
      <w:r>
        <w:rPr>
          <w:i/>
        </w:rPr>
        <w:t>“In one of your Sunday sessions, you spoke about dawah work, and you said that a dai should be a well-wisher like a mother is for her child. I want to know that in a mother's case, it is a case of blood relation. So how can we develop the same well-wishing towards non-Muslims like a mother? Please advise us.”</w:t>
      </w:r>
    </w:p>
    <w:p>
      <w:r>
        <w:rPr>
          <w:sz w:val="20"/>
        </w:rPr>
        <w:t>49:18  Maulana, agla sawal Yusuf sahib ne kiya hai Bhopal se. unhon ne likha hai: "Maulana, in one of your Sunday sessions, you spoke about da'wah work, and you said that da'ee should be a well-wisher like a mother is for her child.</w:t>
      </w:r>
      <w:r>
        <w:br/>
      </w:r>
      <w:r>
        <w:rPr>
          <w:sz w:val="20"/>
        </w:rPr>
        <w:t>49:36  I want to know that in a mother's case, it is a case of blood relation. so how can we develop the same well-wishing towards non-Muslims like a mother?</w:t>
      </w:r>
      <w:r>
        <w:br/>
      </w:r>
      <w:r>
        <w:rPr>
          <w:sz w:val="20"/>
        </w:rPr>
        <w:t>49:48  Please advise us." dekhiye, asal cheez hai incentive. mother ko ke liye jo incentive hai, us se billion time zyada da'ee ke liye incentive hai.</w:t>
      </w:r>
      <w:r>
        <w:br/>
      </w:r>
      <w:r>
        <w:rPr>
          <w:sz w:val="20"/>
        </w:rPr>
        <w:t>50:03  mother ka incentive yeh hai ke bachcha bada ho kar ke barhapay mein mera sahara banay ga. bach maa ki jo incentive hai, woh yeh hai ke jab mein boorhi ho gi to yeh mera sahara banay ga, yeh kama ke mujhe khilaay ga.</w:t>
      </w:r>
      <w:r>
        <w:br/>
      </w:r>
      <w:r>
        <w:rPr>
          <w:sz w:val="20"/>
        </w:rPr>
        <w:t>50:20  lekin da'ee ka jo incentive hai, woh to us se billion train time zyada hai. wahi ke jannat mile gi. aap is ko is ko ghadte hain, ghatate hain, is ko badhate hain.</w:t>
      </w:r>
      <w:r>
        <w:br/>
      </w:r>
      <w:r>
        <w:rPr>
          <w:sz w:val="20"/>
        </w:rPr>
        <w:t>50:32  ek hadith hai ke is sahib ne Hazrat Ali ko bheja kisi muhim par to farmaya ke agar ek insan bhi tumhari wajah se sachai ko pa le to woh tumhare liye surkh oonton se zyada behtar hai.</w:t>
      </w:r>
      <w:r>
        <w:br/>
      </w:r>
      <w:r>
        <w:rPr>
          <w:sz w:val="20"/>
        </w:rPr>
        <w:t>50:51  qadeem zamane mein surkh oont bahut badi sab cheez samajh dete hain. aaj kaha jaye ga ke billion trillion daal daalne se bhi zyada behtar hai.</w:t>
      </w:r>
      <w:r>
        <w:br/>
      </w:r>
      <w:r>
        <w:rPr>
          <w:sz w:val="20"/>
        </w:rPr>
        <w:t>51:00  logon ne discover nahi kiya da'wah ki ahmiyat ko. da'wah to paradise ka gate hai, is ki discovery hi nahi kiya.</w:t>
      </w:r>
      <w:r>
        <w:br/>
      </w:r>
      <w:r>
        <w:rPr>
          <w:sz w:val="20"/>
        </w:rPr>
        <w:t>51:11  maa ke maa ko kya milna hai bachche se? bahut thori si cheez mile gi, kuch kama khila de ga woh.</w:t>
      </w:r>
      <w:r>
        <w:br/>
      </w:r>
      <w:r>
        <w:rPr>
          <w:sz w:val="20"/>
        </w:rPr>
        <w:t>51:19  lekin da'ee agar sachi da'wah de aur sachi da'wah da'wah ke liye well-wishing hona bahut zaroori hai, to woh to aap ke liye jannat darwaza kholne wala hai, eternal paradise ka darwaza kholne wala.</w:t>
      </w:r>
      <w:r>
        <w:br/>
      </w:r>
      <w:r>
        <w:rPr>
          <w:sz w:val="20"/>
        </w:rPr>
        <w:t>51:32  is se billion train se bhi zyada badi cheez milti hai da'ee ko apne mad'u se mohabbat kar ke.</w:t>
      </w:r>
      <w:r>
        <w:br/>
      </w:r>
      <w:r>
        <w:rPr>
          <w:sz w:val="20"/>
        </w:rPr>
        <w:t>51:45  Maulana, agla sawal kiya hai Pune se Salman sahib ne</w:t>
      </w:r>
    </w:p>
    <w:p>
      <w:pPr>
        <w:pStyle w:val="Heading2"/>
      </w:pPr>
      <w:r>
        <w:t>Difference Between Tajaddud and Tajdeed</w:t>
      </w:r>
    </w:p>
    <w:p>
      <w:r>
        <w:rPr>
          <w:color w:val="666666"/>
          <w:sz w:val="18"/>
        </w:rPr>
        <w:t>Society &amp; Dawah · Revival and Revivalist | June 7, 2015 · 2m 03s · at 55:47 · https://youtu.be/tJqheiPlZ94?t=3347</w:t>
      </w:r>
    </w:p>
    <w:p>
      <w:r>
        <w:rPr>
          <w:i/>
        </w:rPr>
        <w:t>“What is the difference between tajaddud (modernism) and tajdeed (renewal)? Who is called a modernist?”</w:t>
      </w:r>
    </w:p>
    <w:p>
      <w:r>
        <w:rPr>
          <w:sz w:val="20"/>
        </w:rPr>
        <w:t>55:47  maulana, yeh agla sawal aaya hai maulana iqbal umri ka chennai se.</w:t>
      </w:r>
      <w:r>
        <w:br/>
      </w:r>
      <w:r>
        <w:rPr>
          <w:sz w:val="20"/>
        </w:rPr>
        <w:t>55:49  maulana, positive approach rakhna aur insaniyat ki mukammal khair khwahi karna hi asal tajdid hai. aaj wazeh hua. tajaddud aur tajdid mein kya farq hai? tajaddud pasand kis ko kaha jata hai? dekhen, tajdid ka matlab hota hai asal deen ki tajdid. maslan asal deen kya hai? ke namaz ka form baqi rah</w:t>
      </w:r>
      <w:r>
        <w:br/>
      </w:r>
      <w:r>
        <w:rPr>
          <w:sz w:val="20"/>
        </w:rPr>
        <w:t>56:19  e, rooh na baqi rahe. jaise hadith mein aata hai ke la salata liman lam yatasahhash. to log is ko bhool jayein aur samjhein ke masail wali namaz padh lo to namaz ho gayi. aur la salata liman lam bhool jayein woh. to tajdid ka kaam yeh hai ke is ko yaad dilaya jaye. is ko yaad dilaya jaye. aur ta ke log jo hain apne form wali namaz ke sath sath khushu wali namaz is mein izafa</w:t>
      </w:r>
      <w:r>
        <w:br/>
      </w:r>
      <w:r>
        <w:rPr>
          <w:sz w:val="20"/>
        </w:rPr>
        <w:t>56:49  karen.</w:t>
      </w:r>
      <w:r>
        <w:br/>
      </w:r>
      <w:r>
        <w:rPr>
          <w:sz w:val="20"/>
        </w:rPr>
        <w:t>56:52  yeh to hua tajdeed ka kaam.</w:t>
      </w:r>
      <w:r>
        <w:br/>
      </w:r>
      <w:r>
        <w:rPr>
          <w:sz w:val="20"/>
        </w:rPr>
        <w:t>56:55  tajaddud yeh hai ke apne dimagh se nikalna.</w:t>
      </w:r>
      <w:r>
        <w:br/>
      </w:r>
      <w:r>
        <w:rPr>
          <w:sz w:val="20"/>
        </w:rPr>
        <w:t>56:58  misalan kuch log kehte hain qurbani jo hai yeh paise ka ziya hai.</w:t>
      </w:r>
      <w:r>
        <w:br/>
      </w:r>
      <w:r>
        <w:rPr>
          <w:sz w:val="20"/>
        </w:rPr>
        <w:t>57:00  qurbani band karo aur logon ko paisa baant do.</w:t>
      </w:r>
      <w:r>
        <w:br/>
      </w:r>
      <w:r>
        <w:rPr>
          <w:sz w:val="20"/>
        </w:rPr>
        <w:t>57:03  yeh sab tajaddud hai.</w:t>
      </w:r>
      <w:r>
        <w:br/>
      </w:r>
      <w:r>
        <w:rPr>
          <w:sz w:val="20"/>
        </w:rPr>
        <w:t>57:06  kyunke jo deen mein nahin hai us ko aap ne apne dimagh se nikala.</w:t>
      </w:r>
      <w:r>
        <w:br/>
      </w:r>
      <w:r>
        <w:rPr>
          <w:sz w:val="20"/>
        </w:rPr>
        <w:t>57:09  roze ke liye kehte hain ke woh arab mein khane ki cheezen kam hoti thin.</w:t>
      </w:r>
      <w:r>
        <w:br/>
      </w:r>
      <w:r>
        <w:rPr>
          <w:sz w:val="20"/>
        </w:rPr>
        <w:t>57:11  likha diya ke roze rakho.</w:t>
      </w:r>
      <w:r>
        <w:br/>
      </w:r>
      <w:r>
        <w:rPr>
          <w:sz w:val="20"/>
        </w:rPr>
        <w:t>57:14  ab roze ki zaroorat nahin.</w:t>
      </w:r>
      <w:r>
        <w:br/>
      </w:r>
      <w:r>
        <w:rPr>
          <w:sz w:val="20"/>
        </w:rPr>
        <w:t>57:17  yeh sab tajaddud hai.</w:t>
      </w:r>
      <w:r>
        <w:br/>
      </w:r>
      <w:r>
        <w:rPr>
          <w:sz w:val="20"/>
        </w:rPr>
        <w:t>57:19  yani jo cheez deen mein maujood ho apne dimaagh se aap kahein ke nahi yeh nahi hai.</w:t>
      </w:r>
      <w:r>
        <w:br/>
      </w:r>
      <w:r>
        <w:rPr>
          <w:sz w:val="20"/>
        </w:rPr>
        <w:t>57:24  roze ke bare mein yeh kahein ke arab mein khane peene ka kam hota tha to roze rakhte gaye.</w:t>
      </w:r>
      <w:r>
        <w:br/>
      </w:r>
      <w:r>
        <w:rPr>
          <w:sz w:val="20"/>
        </w:rPr>
        <w:t>57:28  ab roze ki zaroorat nahi hai.</w:t>
      </w:r>
      <w:r>
        <w:br/>
      </w:r>
      <w:r>
        <w:rPr>
          <w:sz w:val="20"/>
        </w:rPr>
        <w:t>57:32  yeh tajaddud hai.</w:t>
      </w:r>
      <w:r>
        <w:br/>
      </w:r>
      <w:r>
        <w:rPr>
          <w:sz w:val="20"/>
        </w:rPr>
        <w:t>57:37  lekin agar roze ke form baqi rahe ke isprt khatm ho jaye to usko zinda kar rahe</w:t>
      </w:r>
      <w:r>
        <w:br/>
      </w:r>
      <w:r>
        <w:rPr>
          <w:sz w:val="20"/>
        </w:rPr>
        <w:t>57:41  hain aap to woh tajdeed hai.</w:t>
      </w:r>
      <w:r>
        <w:br/>
      </w:r>
      <w:r>
        <w:rPr>
          <w:sz w:val="20"/>
        </w:rPr>
        <w:t>57:45  yeh yeh dono ka farq</w:t>
      </w:r>
    </w:p>
    <w:p>
      <w:pPr>
        <w:pStyle w:val="Heading2"/>
      </w:pPr>
      <w:r>
        <w:t>Difference between community and secular thinking</w:t>
      </w:r>
    </w:p>
    <w:p>
      <w:r>
        <w:rPr>
          <w:color w:val="666666"/>
          <w:sz w:val="18"/>
        </w:rPr>
        <w:t>Society &amp; Dawah · The Importance of the Quran May 15, 2016 Maulana Wahiduddin Khan · 2m 44s · at 49:14 · https://youtu.be/9a-OOUR_bLg?t=2954</w:t>
      </w:r>
    </w:p>
    <w:p>
      <w:r>
        <w:rPr>
          <w:i/>
        </w:rPr>
        <w:t>“What is the difference between community thinking and secular thinking?”</w:t>
      </w:r>
    </w:p>
    <w:p>
      <w:r>
        <w:rPr>
          <w:sz w:val="20"/>
        </w:rPr>
        <w:t>49:14  maulana, yeh ek comment aaya hai aur sawal bhi hai saath mein jo maulana iqbal umri ne bheja hai chennai se.</w:t>
      </w:r>
      <w:r>
        <w:br/>
      </w:r>
      <w:r>
        <w:rPr>
          <w:sz w:val="20"/>
        </w:rPr>
        <w:t>49:23  un ka comment is tarah hai, unhon ne likha hai ke "positive attitude is the only starting point of muslim ummah." it is only al risala mission which is giving such guidelines.</w:t>
      </w:r>
      <w:r>
        <w:br/>
      </w:r>
      <w:r>
        <w:rPr>
          <w:sz w:val="20"/>
        </w:rPr>
        <w:t>49:39  we are very thankful to god for this. jazak Allah. my question is that what is the difference between community thinking and secular thinking?</w:t>
      </w:r>
      <w:r>
        <w:br/>
      </w:r>
      <w:r>
        <w:rPr>
          <w:sz w:val="20"/>
        </w:rPr>
        <w:t>49:52  please explain the difference. dekhein, dono ek bhi ho sakte hain aur alag alag bhi.</w:t>
      </w:r>
      <w:r>
        <w:br/>
      </w:r>
      <w:r>
        <w:rPr>
          <w:sz w:val="20"/>
        </w:rPr>
        <w:t>50:04  yani secular thinking ka matlab yeh hai ke ke</w:t>
      </w:r>
      <w:r>
        <w:br/>
      </w:r>
      <w:r>
        <w:rPr>
          <w:sz w:val="20"/>
        </w:rPr>
        <w:t>50:12  mazhab ko authentic bana kar sochna ya na ho. secular thinking jo hoti hai, wahi cheez hai.</w:t>
      </w:r>
      <w:r>
        <w:br/>
      </w:r>
      <w:r>
        <w:rPr>
          <w:sz w:val="20"/>
        </w:rPr>
        <w:t>50:21  is ko kehte hain reason thinking. secular thinking anti mazhab thinking nahi hai. secular thinking darasal reason thinking ka work hai.</w:t>
      </w:r>
      <w:r>
        <w:br/>
      </w:r>
      <w:r>
        <w:rPr>
          <w:sz w:val="20"/>
        </w:rPr>
        <w:t>50:32  yani reason ko har cheez se azaad kar ke sochna. aadmi paband na ho kisi mazhabi kitaab ka.</w:t>
      </w:r>
      <w:r>
        <w:br/>
      </w:r>
      <w:r>
        <w:rPr>
          <w:sz w:val="20"/>
        </w:rPr>
        <w:t>50:45  to woh secular thinking darasal naam hai doosre alfaaz mein reason thinking ka. baqi jo communal thinking hai, woh to aap apni company ke faide ke liye ya sochna.</w:t>
      </w:r>
      <w:r>
        <w:br/>
      </w:r>
      <w:r>
        <w:rPr>
          <w:sz w:val="20"/>
        </w:rPr>
        <w:t>50:59  maslan farz kiye is jagah aap ki company aur doosri company mein fasaad ho gaya, ladai ho gayi to aap apni company ko side le kar bolein.</w:t>
      </w:r>
      <w:r>
        <w:br/>
      </w:r>
      <w:r>
        <w:rPr>
          <w:sz w:val="20"/>
        </w:rPr>
        <w:t>51:12  is ka tareeqa aam taur par yeh hota hai ke jo aap ki company mein kiya, us ka zikr hi na karein aur doosri company mein jo retaliate kiya, us ka zikr karein.</w:t>
      </w:r>
      <w:r>
        <w:br/>
      </w:r>
      <w:r>
        <w:rPr>
          <w:sz w:val="20"/>
        </w:rPr>
        <w:t>51:23  yani action ka zikr, reaction. action ka zikr na karna aur reaction ko sab kuch bana bana dena.</w:t>
      </w:r>
      <w:r>
        <w:br/>
      </w:r>
      <w:r>
        <w:rPr>
          <w:sz w:val="20"/>
        </w:rPr>
        <w:t>51:33  to my community right or wrong. is ko aap keh sakte hain ke my community right or wrong. to yeh ta'assub haqeeqat mein yeh ta'assub kaise hai?</w:t>
      </w:r>
      <w:r>
        <w:br/>
      </w:r>
      <w:r>
        <w:rPr>
          <w:sz w:val="20"/>
        </w:rPr>
        <w:t>51:45  yeh secular is ko aap nahi kehte ke yeh secularism kaise hai? haqeeqat mein yeh ta'assub kaise hai?</w:t>
      </w:r>
    </w:p>
    <w:p>
      <w:pPr>
        <w:pStyle w:val="Heading2"/>
      </w:pPr>
      <w:r>
        <w:t>Difference between secular democracy and shura</w:t>
      </w:r>
    </w:p>
    <w:p>
      <w:r>
        <w:rPr>
          <w:color w:val="666666"/>
          <w:sz w:val="18"/>
        </w:rPr>
        <w:t>Society &amp; Dawah · Social Reform | December 22, 2013 | Maulana Wahiduddin Khan · 2m 17s · at 1:19:17 · https://youtu.be/kGP903BvDto?t=4757</w:t>
      </w:r>
    </w:p>
    <w:p>
      <w:r>
        <w:rPr>
          <w:i/>
        </w:rPr>
        <w:t>“What is the difference between secular democracy and shura?”</w:t>
      </w:r>
    </w:p>
    <w:p>
      <w:r>
        <w:rPr>
          <w:sz w:val="20"/>
        </w:rPr>
        <w:t>1:19:17  aur yeh ghair ilmi istadlal hai." Maulana, in ka doosra sawal yeh hai, unhon ne likha hai: "What</w:t>
      </w:r>
      <w:r>
        <w:br/>
      </w:r>
      <w:r>
        <w:rPr>
          <w:sz w:val="20"/>
        </w:rPr>
        <w:t>1:19:25  is the difference between secular democracy and shura?"</w:t>
      </w:r>
      <w:r>
        <w:br/>
      </w:r>
      <w:r>
        <w:rPr>
          <w:sz w:val="20"/>
        </w:rPr>
        <w:t>1:19:33  yeh to main ne arz kar diya aap ne baat cheet mein ke secular democracy jo hai, basically</w:t>
      </w:r>
      <w:r>
        <w:br/>
      </w:r>
      <w:r>
        <w:rPr>
          <w:sz w:val="20"/>
        </w:rPr>
        <w:t>1:19:38  woh woh koi aqeedah nahi hai.</w:t>
      </w:r>
      <w:r>
        <w:br/>
      </w:r>
      <w:r>
        <w:rPr>
          <w:sz w:val="20"/>
        </w:rPr>
        <w:t>1:19:43  is ko lamzahabi jamhooriyat kehna sahi nahi hai.</w:t>
      </w:r>
      <w:r>
        <w:br/>
      </w:r>
      <w:r>
        <w:rPr>
          <w:sz w:val="20"/>
        </w:rPr>
        <w:t>1:19:48  secular democracy sirf ek dhanchay ka naam hai. dhancha.</w:t>
      </w:r>
      <w:r>
        <w:br/>
      </w:r>
      <w:r>
        <w:rPr>
          <w:sz w:val="20"/>
        </w:rPr>
        <w:t>1:19:53  yani logon se election ke zariye se logon ki rai lena aur un ki rai ke mutabiq hukoomat banana.</w:t>
      </w:r>
      <w:r>
        <w:br/>
      </w:r>
      <w:r>
        <w:rPr>
          <w:sz w:val="20"/>
        </w:rPr>
        <w:t>1:19:59  is ka na koi aqeeday se talluq hai na is ka mazhab se talluq hai.</w:t>
      </w:r>
      <w:r>
        <w:br/>
      </w:r>
      <w:r>
        <w:rPr>
          <w:sz w:val="20"/>
        </w:rPr>
        <w:t>1:20:04  to mein apne dhanchay ke aitbar se mein ne dekha, is mein koi burai nahi hai.</w:t>
      </w:r>
      <w:r>
        <w:br/>
      </w:r>
      <w:r>
        <w:rPr>
          <w:sz w:val="20"/>
        </w:rPr>
        <w:t>1:20:10  masla jo hai, yeh hai ke maujooda jo concept hai democracy ka, is mein accountability koi concept nahi hai.</w:t>
      </w:r>
      <w:r>
        <w:br/>
      </w:r>
      <w:r>
        <w:rPr>
          <w:sz w:val="20"/>
        </w:rPr>
        <w:t>1:20:16  yani kisi apne se bartar kisi ke aagay mein accountable houn.</w:t>
      </w:r>
      <w:r>
        <w:br/>
      </w:r>
      <w:r>
        <w:rPr>
          <w:sz w:val="20"/>
        </w:rPr>
        <w:t>1:20:22  is liye yahan par amalan kya hota hai ke democracy anarchy ban jati hai. anarchy.</w:t>
      </w:r>
      <w:r>
        <w:br/>
      </w:r>
      <w:r>
        <w:rPr>
          <w:sz w:val="20"/>
        </w:rPr>
        <w:t>1:20:28  to anarchy ko ke tor ke liye,</w:t>
      </w:r>
      <w:r>
        <w:br/>
      </w:r>
      <w:r>
        <w:rPr>
          <w:sz w:val="20"/>
        </w:rPr>
        <w:t>1:20:34  is ko is ko is par control qā'im karne ke liye zarūrī hai ki vahāñ ek accountability concept maujūd ho. aur vo sirf mazhab se ātā hai. yānī jis kā ek authentic version islām hai. ok, we will end this session now. thank you.</w:t>
      </w:r>
    </w:p>
    <w:p>
      <w:pPr>
        <w:pStyle w:val="Heading2"/>
      </w:pPr>
      <w:r>
        <w:t>Difficulty doing dawah in consumer culture</w:t>
      </w:r>
    </w:p>
    <w:p>
      <w:r>
        <w:rPr>
          <w:color w:val="666666"/>
          <w:sz w:val="18"/>
        </w:rPr>
        <w:t>Society &amp; Dawah · 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Disconnect between Maulana and Muslim leaders on enemy concept</w:t>
      </w:r>
    </w:p>
    <w:p>
      <w:r>
        <w:rPr>
          <w:color w:val="666666"/>
          <w:sz w:val="18"/>
        </w:rPr>
        <w:t>Society &amp; Dawah · Formula of Human Life | March 13, 2016 · 4m 20s · at 50:58 · https://youtu.be/Et_ZQTYZzjU?t=3058</w:t>
      </w:r>
    </w:p>
    <w:p>
      <w:r>
        <w:rPr>
          <w:i/>
        </w:rPr>
        <w:t>“You said that there is no enemy and everyone is a friend. But why do Muslim clerics and leaders always talk in terms of friend and enemy? In fact, for them sometimes the whole world is an enemy to Islam. Why is there a disconnect between you and the Muslim leaders?”</w:t>
      </w:r>
    </w:p>
    <w:p>
      <w:r>
        <w:rPr>
          <w:sz w:val="20"/>
        </w:rPr>
        <w:t>50:58  Maulana, agla sawal Bhopal se aya hai Javed sahab ka, aur unhon ne likha hai: "Maulana, you said that there is no enemy and everyone is a friend. But why is it then that Muslim clerics or leaders always talk in terms of friend and enemy? In fact, for them sometimes the whole world is an enemy to Islam. Why is there a disconnect between y</w:t>
      </w:r>
      <w:r>
        <w:br/>
      </w:r>
      <w:r>
        <w:rPr>
          <w:sz w:val="20"/>
        </w:rPr>
        <w:t>51:28  "And the Muslim leaders?" Bhai dekhiye, iska saada jawab yeh hai ki main Quran ke angle</w:t>
      </w:r>
      <w:r>
        <w:br/>
      </w:r>
      <w:r>
        <w:rPr>
          <w:sz w:val="20"/>
        </w:rPr>
        <w:t>51:38  se har cheez ko leta hoon.</w:t>
      </w:r>
      <w:r>
        <w:br/>
      </w:r>
      <w:r>
        <w:rPr>
          <w:sz w:val="20"/>
        </w:rPr>
        <w:t>51:48  meri soch jo hai, wo quran ke angle se hoti hai, community ke angle se nahi hoti.</w:t>
      </w:r>
      <w:r>
        <w:br/>
      </w:r>
      <w:r>
        <w:rPr>
          <w:sz w:val="20"/>
        </w:rPr>
        <w:t>51:58  political angle ya community angle se nahi hoti, quran ke angle se hoti hai.</w:t>
      </w:r>
      <w:r>
        <w:br/>
      </w:r>
      <w:r>
        <w:rPr>
          <w:sz w:val="20"/>
        </w:rPr>
        <w:t>52:06  to quran mein to dekhein, maine aap ayat padhi, aap ke aap ke samne ek ayat padhi</w:t>
      </w:r>
      <w:r>
        <w:br/>
      </w:r>
      <w:r>
        <w:rPr>
          <w:sz w:val="20"/>
        </w:rPr>
        <w:t>52:13  جو چیپٹر 41 کی آیت تھی کہ اگر کوئی تمہیں دکھائی دیتا ہے enemy تو تم اس سے</w:t>
      </w:r>
      <w:r>
        <w:br/>
      </w:r>
      <w:r>
        <w:rPr>
          <w:sz w:val="20"/>
        </w:rPr>
        <w:t>52:21  husna karo, acha sulook karo.</w:t>
      </w:r>
      <w:r>
        <w:br/>
      </w:r>
      <w:r>
        <w:rPr>
          <w:sz w:val="20"/>
        </w:rPr>
        <w:t>52:28  to wo tumhara dost ban jayega.</w:t>
      </w:r>
      <w:r>
        <w:br/>
      </w:r>
      <w:r>
        <w:rPr>
          <w:sz w:val="20"/>
        </w:rPr>
        <w:t>52:36  ye to quran ki ayat hai ke agar hum dekhein, yani apparently hamein dikhai de ke ye ek</w:t>
      </w:r>
      <w:r>
        <w:br/>
      </w:r>
      <w:r>
        <w:rPr>
          <w:sz w:val="20"/>
        </w:rPr>
        <w:t>52:44  enemy hai, potentially yani koi bond enemy nahi hota.</w:t>
      </w:r>
      <w:r>
        <w:br/>
      </w:r>
      <w:r>
        <w:rPr>
          <w:sz w:val="20"/>
        </w:rPr>
        <w:t>52:51  quran mein aisi koi ayat nahin hai ke koi aadmi</w:t>
      </w:r>
      <w:r>
        <w:br/>
      </w:r>
      <w:r>
        <w:rPr>
          <w:sz w:val="20"/>
        </w:rPr>
        <w:t>52:59  bond enemy hota hai, hum us ko enemy ke roop mein dekhne lagte hain.</w:t>
      </w:r>
      <w:r>
        <w:br/>
      </w:r>
      <w:r>
        <w:rPr>
          <w:sz w:val="20"/>
        </w:rPr>
        <w:t>53:06  to theek hai, hum us ke sath yani good behaviour karen.</w:t>
      </w:r>
      <w:r>
        <w:br/>
      </w:r>
      <w:r>
        <w:rPr>
          <w:sz w:val="20"/>
        </w:rPr>
        <w:t>53:14  good behaviour ka matlab kya hai? yani reaction na karna aur positive response dena.</w:t>
      </w:r>
      <w:r>
        <w:br/>
      </w:r>
      <w:r>
        <w:rPr>
          <w:sz w:val="20"/>
        </w:rPr>
        <w:t>53:21  yani you have to avoid</w:t>
      </w:r>
      <w:r>
        <w:br/>
      </w:r>
      <w:r>
        <w:rPr>
          <w:sz w:val="20"/>
        </w:rPr>
        <w:t>53:29  reaction and you have to give positive response.</w:t>
      </w:r>
      <w:r>
        <w:br/>
      </w:r>
      <w:r>
        <w:rPr>
          <w:sz w:val="20"/>
        </w:rPr>
        <w:t>53:33  bas yahi formula hai.</w:t>
      </w:r>
      <w:r>
        <w:br/>
      </w:r>
      <w:r>
        <w:rPr>
          <w:sz w:val="20"/>
        </w:rPr>
        <w:t>53:37  to koi enemy nahin dikhai dega aap ko.</w:t>
      </w:r>
      <w:r>
        <w:br/>
      </w:r>
      <w:r>
        <w:rPr>
          <w:sz w:val="20"/>
        </w:rPr>
        <w:t>53:40  mujhe to koi enemy dikhai nahin tha.</w:t>
      </w:r>
      <w:r>
        <w:br/>
      </w:r>
      <w:r>
        <w:rPr>
          <w:sz w:val="20"/>
        </w:rPr>
        <w:t>53:44  main india mein rehta hoon, main europe mein ghuma hoon, main america gaya hoon, duniya ke aksar countries</w:t>
      </w:r>
      <w:r>
        <w:br/>
      </w:r>
      <w:r>
        <w:rPr>
          <w:sz w:val="20"/>
        </w:rPr>
        <w:t>53:48  mein gaya hoon, mujhe to koi dikhai nahin diya enemy.</w:t>
      </w:r>
      <w:r>
        <w:br/>
      </w:r>
      <w:r>
        <w:rPr>
          <w:sz w:val="20"/>
        </w:rPr>
        <w:t>53:52  koi bhi nahin.</w:t>
      </w:r>
      <w:r>
        <w:br/>
      </w:r>
      <w:r>
        <w:rPr>
          <w:sz w:val="20"/>
        </w:rPr>
        <w:t>53:55  sab mujhe apne dost friend dikhai dete hain kyunke</w:t>
      </w:r>
      <w:r>
        <w:br/>
      </w:r>
      <w:r>
        <w:rPr>
          <w:sz w:val="20"/>
        </w:rPr>
        <w:t>53:59  main dekhta hoon quran ke angle se.</w:t>
      </w:r>
      <w:r>
        <w:br/>
      </w:r>
      <w:r>
        <w:rPr>
          <w:sz w:val="20"/>
        </w:rPr>
        <w:t>54:04  jaise rasool Allah ne kaha tha ke alaihi assalam nafsan yahudi ke liye farmaya aap ne.</w:t>
      </w:r>
      <w:r>
        <w:br/>
      </w:r>
      <w:r>
        <w:rPr>
          <w:sz w:val="20"/>
        </w:rPr>
        <w:t>54:09  jis jo ke jewish community ke bare mein musalman samajhte hain ke woh enemy community hai, us ke</w:t>
      </w:r>
      <w:r>
        <w:br/>
      </w:r>
      <w:r>
        <w:rPr>
          <w:sz w:val="20"/>
        </w:rPr>
        <w:t>54:14  bare mein rasool Allah ne farmaya: "alaihi assalam nafsan".</w:t>
      </w:r>
      <w:r>
        <w:br/>
      </w:r>
      <w:r>
        <w:rPr>
          <w:sz w:val="20"/>
        </w:rPr>
        <w:t>54:19  kya woh insaan nahin? insaan nahin ka matlab hai ke main bhi insaan, woh bhi insaan.</w:t>
      </w:r>
      <w:r>
        <w:br/>
      </w:r>
      <w:r>
        <w:rPr>
          <w:sz w:val="20"/>
        </w:rPr>
        <w:t>54:24  to rasool Allah ne apply kiya</w:t>
      </w:r>
      <w:r>
        <w:br/>
      </w:r>
      <w:r>
        <w:rPr>
          <w:sz w:val="20"/>
        </w:rPr>
        <w:t>54:29  we and we ka formula, we and they ka formula aap ne istemal nahin kiya.</w:t>
      </w:r>
      <w:r>
        <w:br/>
      </w:r>
      <w:r>
        <w:rPr>
          <w:sz w:val="20"/>
        </w:rPr>
        <w:t>54:35  to mera to tareeqa yeh hai ke main quran ke mutabiq aap is par ghor kijiye.</w:t>
      </w:r>
      <w:r>
        <w:br/>
      </w:r>
      <w:r>
        <w:rPr>
          <w:sz w:val="20"/>
        </w:rPr>
        <w:t>54:41  rasool Allah ne jo farmaya tha ek jo ke liye: "alaihi assalam nafsan".</w:t>
      </w:r>
      <w:r>
        <w:br/>
      </w:r>
      <w:r>
        <w:rPr>
          <w:sz w:val="20"/>
        </w:rPr>
        <w:t>54:47  kya woh insaan nahin? is matlab ke aap ne jis formula ke istemal apply kiya yahan, woh yeh</w:t>
      </w:r>
      <w:r>
        <w:br/>
      </w:r>
      <w:r>
        <w:rPr>
          <w:sz w:val="20"/>
        </w:rPr>
        <w:t>54:54  تھا کہ یعنی we and we کا فارمولا۔ آج کل</w:t>
      </w:r>
      <w:r>
        <w:br/>
      </w:r>
      <w:r>
        <w:rPr>
          <w:sz w:val="20"/>
        </w:rPr>
        <w:t>55:00  جو لوگ ہیں، وہ we and they کا فارمولا اپلائی کرتے ہیں۔</w:t>
      </w:r>
      <w:r>
        <w:br/>
      </w:r>
      <w:r>
        <w:rPr>
          <w:sz w:val="20"/>
        </w:rPr>
        <w:t>55:06  yeh to quran ke khilaf hai, sunnat ke khilaf hai.</w:t>
      </w:r>
      <w:r>
        <w:br/>
      </w:r>
      <w:r>
        <w:rPr>
          <w:sz w:val="20"/>
        </w:rPr>
        <w:t>55:12  aap aap ya koi shakhs quran ke angle se sunnat rasool ke angle se dekhega to kahe</w:t>
      </w:r>
    </w:p>
    <w:p>
      <w:pPr>
        <w:pStyle w:val="Heading2"/>
      </w:pPr>
      <w:r>
        <w:t>Discovering one's role in CPS mission</w:t>
      </w:r>
    </w:p>
    <w:p>
      <w:r>
        <w:rPr>
          <w:color w:val="666666"/>
          <w:sz w:val="18"/>
        </w:rPr>
        <w:t>Society &amp; Dawah · Experience of Hyderabad CPS Meet December 1, 2013 · 2m 14s · at 1:13:34 · https://youtu.be/Y8mcxF2Lhyc?t=4414</w:t>
      </w:r>
    </w:p>
    <w:p>
      <w:r>
        <w:rPr>
          <w:i/>
        </w:rPr>
        <w:t>“You have mentioned many times that one should discover his or her role. Please guide us as how we can discover our own roles in the CPS mission.”</w:t>
      </w:r>
    </w:p>
    <w:p>
      <w:r>
        <w:rPr>
          <w:sz w:val="20"/>
        </w:rPr>
        <w:t>1:13:34  Maulana, Roorkee se Sajid Anwar sahib ne sawal bheja</w:t>
      </w:r>
      <w:r>
        <w:br/>
      </w:r>
      <w:r>
        <w:rPr>
          <w:sz w:val="20"/>
        </w:rPr>
        <w:t>1:13:38  hai. unhon ne likha hai: "Maulana, you have mentioned many a time that one should discover his or her role.</w:t>
      </w:r>
      <w:r>
        <w:br/>
      </w:r>
      <w:r>
        <w:rPr>
          <w:sz w:val="20"/>
        </w:rPr>
        <w:t>1:13:47  Please guide us as how we can discover our own roles in the CPS mission." dekhiye, yeh main samajhta hoon ke shayad yeh kisi aur ka mashwara dene ki baat nahi hai,</w:t>
      </w:r>
      <w:r>
        <w:br/>
      </w:r>
      <w:r>
        <w:rPr>
          <w:sz w:val="20"/>
        </w:rPr>
        <w:t>1:14:02  yeh apne aap janne ki baat hai.</w:t>
      </w:r>
      <w:r>
        <w:br/>
      </w:r>
      <w:r>
        <w:rPr>
          <w:sz w:val="20"/>
        </w:rPr>
        <w:t>1:14:07  kyun ke dekhiye, is mein do shartein hain. is ki pehli shart yeh hai ke aap ko deen mission jo aap ka attachment hai, us ko todna pare ga.</w:t>
      </w:r>
      <w:r>
        <w:br/>
      </w:r>
      <w:r>
        <w:rPr>
          <w:sz w:val="20"/>
        </w:rPr>
        <w:t>1:14:21  yeh namumkin hai ke aap ko doosre attachment baqi rakhen aur aap role bhi daryaft kar len.</w:t>
      </w:r>
      <w:r>
        <w:br/>
      </w:r>
      <w:r>
        <w:rPr>
          <w:sz w:val="20"/>
        </w:rPr>
        <w:t>1:14:29  jab tak aap mission ko apna primary cursor nahi banayein ge, tab tak role bhi daryaft nahi kar sakte.</w:t>
      </w:r>
      <w:r>
        <w:br/>
      </w:r>
      <w:r>
        <w:rPr>
          <w:sz w:val="20"/>
        </w:rPr>
        <w:t>1:14:39  to pehli condition yeh hai ke doosri cheezon se, matlab worldly jo doosri cheezein hain, un ko aap secondary banayein, secondary banayein, primary ke darjay mein na rakhen.</w:t>
      </w:r>
      <w:r>
        <w:br/>
      </w:r>
      <w:r>
        <w:rPr>
          <w:sz w:val="20"/>
        </w:rPr>
        <w:t>1:14:55  is ke baad phir sochein ke aap ke halaat, aap ki salahiyat, aap ki jo Allah ne jo aap ko siftien di hain, woh kya hain.</w:t>
      </w:r>
      <w:r>
        <w:br/>
      </w:r>
      <w:r>
        <w:rPr>
          <w:sz w:val="20"/>
        </w:rPr>
        <w:t>1:15:08  yeh do maqasid, yeh do shartein hain, in ko poora karne ke baad aadmi khud jaan leta hai. yaani sab se pehle us ko jitni bhi worldly cheezon se aadmi ko attachment ho jata hai, us ko todna.</w:t>
      </w:r>
      <w:r>
        <w:br/>
      </w:r>
      <w:r>
        <w:rPr>
          <w:sz w:val="20"/>
        </w:rPr>
        <w:t>1:15:23  kyun ke woh rok hai, aadmi ko thinking process chalne nahi deta. is ki wajah se aadmi ka thinking process right direction mein nahi chal sakta.</w:t>
      </w:r>
      <w:r>
        <w:br/>
      </w:r>
      <w:r>
        <w:rPr>
          <w:sz w:val="20"/>
        </w:rPr>
        <w:t>1:15:33  jab yeh kar len ge aap, to aap ka thinking process right direction mein chalega. phir bohat aasani se aap daryaft kar len ge ke hamara role kya hai, bohat aasani se.</w:t>
      </w:r>
    </w:p>
    <w:p>
      <w:pPr>
        <w:pStyle w:val="Heading2"/>
      </w:pPr>
      <w:r>
        <w:t>Dissent in religion versus secular world</w:t>
      </w:r>
    </w:p>
    <w:p>
      <w:r>
        <w:rPr>
          <w:color w:val="666666"/>
          <w:sz w:val="18"/>
        </w:rPr>
        <w:t>Society &amp; Dawah · Creative Thinking February 19, 2017 · 2m 08s · at 51:32 · https://youtu.be/L-x1xNJc__8?t=3092</w:t>
      </w:r>
    </w:p>
    <w:p>
      <w:r>
        <w:rPr>
          <w:i/>
        </w:rPr>
        <w:t>“Maulana, you said dissent is good as it helps in one's intellectual development.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p>
    <w:p>
      <w:r>
        <w:rPr>
          <w:sz w:val="20"/>
        </w:rPr>
        <w:t>51:32  Maulana sahib, agla sawal bheja hai Zubair Iqbal sahib ne Muradabad se, aur unhon ne likha hai:</w:t>
      </w:r>
      <w:r>
        <w:br/>
      </w:r>
      <w:r>
        <w:rPr>
          <w:sz w:val="20"/>
        </w:rPr>
        <w:t>51:40  "Maulana, you said dissent is good as it helps in one's intellectual development.</w:t>
      </w:r>
      <w:r>
        <w:br/>
      </w:r>
      <w:r>
        <w:rPr>
          <w:sz w:val="20"/>
        </w:rPr>
        <w:t>51:49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r>
        <w:br/>
      </w:r>
      <w:r>
        <w:rPr>
          <w:sz w:val="20"/>
        </w:rPr>
        <w:t>52:15  " musalmanon ki kamzori yeh hai ke woh tolerance kho diya, unhon ne tolerance to hai hi nahin.</w:t>
      </w:r>
      <w:r>
        <w:br/>
      </w:r>
      <w:r>
        <w:rPr>
          <w:sz w:val="20"/>
        </w:rPr>
        <w:t>52:21  woh jante hi nahin sachi baatein, woh jante hi nahin ke kisi issue par peaceful discussion karen, yeh</w:t>
      </w:r>
      <w:r>
        <w:br/>
      </w:r>
      <w:r>
        <w:rPr>
          <w:sz w:val="20"/>
        </w:rPr>
        <w:t>52:28  jante hi nahin.</w:t>
      </w:r>
      <w:r>
        <w:br/>
      </w:r>
      <w:r>
        <w:rPr>
          <w:sz w:val="20"/>
        </w:rPr>
        <w:t>52:34  woh debate karna jante hain, violence karna jante hain, ghussa hona jante hain.</w:t>
      </w:r>
      <w:r>
        <w:br/>
      </w:r>
      <w:r>
        <w:rPr>
          <w:sz w:val="20"/>
        </w:rPr>
        <w:t>52:41  koi issue agar paida ho aur us par peaceful discussion karen, aap that leads to intellectual development, yeh</w:t>
      </w:r>
      <w:r>
        <w:br/>
      </w:r>
      <w:r>
        <w:rPr>
          <w:sz w:val="20"/>
        </w:rPr>
        <w:t>52:48  musalman jante nahin.</w:t>
      </w:r>
      <w:r>
        <w:br/>
      </w:r>
      <w:r>
        <w:rPr>
          <w:sz w:val="20"/>
        </w:rPr>
        <w:t>52:54  isi ko batana hai musalmanon ko, yeh batana hai ke jab bhi koi aap ki rai se alag</w:t>
      </w:r>
      <w:r>
        <w:br/>
      </w:r>
      <w:r>
        <w:rPr>
          <w:sz w:val="20"/>
        </w:rPr>
        <w:t>53:01  rai zahir kare to ghussa mat huiye, peaceful andaaz mein us se discuss kijiye to khud aap hi</w:t>
      </w:r>
      <w:r>
        <w:br/>
      </w:r>
      <w:r>
        <w:rPr>
          <w:sz w:val="20"/>
        </w:rPr>
        <w:t>53:07  ko faida hoga, aap ka zehni irtaqa hoga, aap ko neeli ibadat samajh mein aayegi.</w:t>
      </w:r>
      <w:r>
        <w:br/>
      </w:r>
      <w:r>
        <w:rPr>
          <w:sz w:val="20"/>
        </w:rPr>
        <w:t>53:14  yehi baat musalmanon ko batai nahin gayi hai, sach poochhiye to musalmanon ka case unawareness ka case hai.</w:t>
      </w:r>
      <w:r>
        <w:br/>
      </w:r>
      <w:r>
        <w:rPr>
          <w:sz w:val="20"/>
        </w:rPr>
        <w:t>53:21  masjido mein, madarson mein, jalson mein yeh baat batai nahin gayi thi.</w:t>
      </w:r>
      <w:r>
        <w:br/>
      </w:r>
      <w:r>
        <w:rPr>
          <w:sz w:val="20"/>
        </w:rPr>
        <w:t>53:27  to hum chahte hain ke yeh process shuru ho, musalmanon ko bataya jaye, un ki unawareness toda jaye</w:t>
      </w:r>
      <w:r>
        <w:br/>
      </w:r>
      <w:r>
        <w:rPr>
          <w:sz w:val="20"/>
        </w:rPr>
        <w:t>53:34  to sab theek ho jaye ga.</w:t>
      </w:r>
    </w:p>
    <w:p>
      <w:pPr>
        <w:pStyle w:val="Heading2"/>
      </w:pPr>
      <w:r>
        <w:t>Does Da'wah Increase Knowledge?</w:t>
      </w:r>
    </w:p>
    <w:p>
      <w:r>
        <w:rPr>
          <w:color w:val="666666"/>
          <w:sz w:val="18"/>
        </w:rPr>
        <w:t>Society &amp; Dawah · Revival of Islam March 23, 2014 · 2m 31s · at 1:09:23 · https://youtu.be/Wc4Vsc4u1JI?t=4163</w:t>
      </w:r>
    </w:p>
    <w:p>
      <w:r>
        <w:rPr>
          <w:i/>
        </w:rPr>
        <w:t>“Da'wah increases knowledge (ma'rifah). Is this correct?”</w:t>
      </w:r>
    </w:p>
    <w:p>
      <w:r>
        <w:rPr>
          <w:sz w:val="20"/>
        </w:rPr>
        <w:t>1:09:23  Allah aap ko lambi umar aur sehat de." Maulana, agla sawal Delhi se hai. Anas sahib ne kiya hai.</w:t>
      </w:r>
      <w:r>
        <w:br/>
      </w:r>
      <w:r>
        <w:rPr>
          <w:sz w:val="20"/>
        </w:rPr>
        <w:t>1:09:32  unhon ne likha hai: "Dawat se marifat mein izafa hota hai. Maulana, kya yeh sahi hai?"</w:t>
      </w:r>
      <w:r>
        <w:br/>
      </w:r>
      <w:r>
        <w:rPr>
          <w:sz w:val="20"/>
        </w:rPr>
        <w:t>1:09:42  mera kehna sahi hai. bilkul sahi hai. is liye ke dekhiye, dawat kya hai?</w:t>
      </w:r>
      <w:r>
        <w:br/>
      </w:r>
      <w:r>
        <w:rPr>
          <w:sz w:val="20"/>
        </w:rPr>
        <w:t>1:09:51  dawat announcement ka naam nahi hai. sirf distribution ka naam bhi nahi hai. dawat ek culture hai, ek planning hai, ek soch hai.</w:t>
      </w:r>
      <w:r>
        <w:br/>
      </w:r>
      <w:r>
        <w:rPr>
          <w:sz w:val="20"/>
        </w:rPr>
        <w:t>1:10:06  jis tarah se ek businessman jo hai, acha kamyab businessman jo hai, wo puri zindagi ko lagata hai. wo sochta hai, planning karta hai.</w:t>
      </w:r>
      <w:r>
        <w:br/>
      </w:r>
      <w:r>
        <w:rPr>
          <w:sz w:val="20"/>
        </w:rPr>
        <w:t>1:10:16  sare jo aspects iske hain, yani iske negative point, positive point, to phir ek business khara karta hai wo. to sacha dawi jo hai, wo bohat sochega ke meri dawat kis tarah se zyada effective ho.</w:t>
      </w:r>
      <w:r>
        <w:br/>
      </w:r>
      <w:r>
        <w:rPr>
          <w:sz w:val="20"/>
        </w:rPr>
        <w:t>1:10:32  bohat sochega.</w:t>
      </w:r>
      <w:r>
        <w:br/>
      </w:r>
      <w:r>
        <w:rPr>
          <w:sz w:val="20"/>
        </w:rPr>
        <w:t>1:10:34  lekin na sochne ki wajah se kitna bara, yani musalman gunah kar rahe hain ke madu ko dushman declare kiya hua hai. main samajhta hoon ke bohat hi bara gunah hai.</w:t>
      </w:r>
      <w:r>
        <w:br/>
      </w:r>
      <w:r>
        <w:rPr>
          <w:sz w:val="20"/>
        </w:rPr>
        <w:t>1:10:44  ye crime hai ke madu ko dushman declare karna. kyunke socha nahi hai. aql nahi hai. sochne ki salahiyat hi nahi. to dawat ko jab aap planning bana dein to is mein soch aa jati hai.</w:t>
      </w:r>
      <w:r>
        <w:br/>
      </w:r>
      <w:r>
        <w:rPr>
          <w:sz w:val="20"/>
        </w:rPr>
        <w:t>1:11:00  jaise hi aap ye samajh lein ke dawat ek planning ka naam hai, to phir sari soch shamil ho jayegi. ke madu ke mind kya hai?</w:t>
      </w:r>
      <w:r>
        <w:br/>
      </w:r>
      <w:r>
        <w:rPr>
          <w:sz w:val="20"/>
        </w:rPr>
        <w:t>1:11:10  madu ka culture kya hai? madu ke liye talif e qalb kaise ki jaye? madu ke mind ko address kaise kiya jaye? to sochenge, sochenge, sochenge.</w:t>
      </w:r>
      <w:r>
        <w:br/>
      </w:r>
      <w:r>
        <w:rPr>
          <w:sz w:val="20"/>
        </w:rPr>
        <w:t>1:11:21  to is se zahir hai ke intellectual development hoga.</w:t>
      </w:r>
      <w:r>
        <w:br/>
      </w:r>
      <w:r>
        <w:rPr>
          <w:sz w:val="20"/>
        </w:rPr>
        <w:t>1:11:24  to dawat ek bohat zabardast ek ek exercise hai jis mein pura mind involve hota hai. pura pura mind involve hota hai.</w:t>
      </w:r>
      <w:r>
        <w:br/>
      </w:r>
      <w:r>
        <w:rPr>
          <w:sz w:val="20"/>
        </w:rPr>
        <w:t>1:11:36  is se ek intellectual development hota hai, spiritual development hota hai, ek personality banti hai. sab kuch hota hai. to main samajhta hoon ke dawat ek ek complete culture ka naam hai.</w:t>
      </w:r>
      <w:r>
        <w:br/>
      </w:r>
      <w:r>
        <w:rPr>
          <w:sz w:val="20"/>
        </w:rPr>
        <w:t>1:11:50  complete culture ka naam hai.</w:t>
      </w:r>
    </w:p>
    <w:p>
      <w:pPr>
        <w:pStyle w:val="Heading2"/>
      </w:pPr>
      <w:r>
        <w:t>Does Islam allow rebellion for freedom?</w:t>
      </w:r>
    </w:p>
    <w:p>
      <w:r>
        <w:rPr>
          <w:color w:val="666666"/>
          <w:sz w:val="18"/>
        </w:rPr>
        <w:t>Society &amp; Dawah · Man &amp; Paradise Aug 18, 2013 - Maulana Wahiduddin Khan · 2m 30s · at 44:54 · https://youtu.be/yKy1suwbP8o?t=2694</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one to become a rebel to demand freedom?”</w:t>
      </w:r>
    </w:p>
    <w:p>
      <w:r>
        <w:rPr>
          <w:sz w:val="20"/>
        </w:rPr>
        <w:t>44:54  maulana, agla sawal Dilli se hai Dr. Fareeda Khanam ka. unhon ne likha hai: "yesterday i was watching TV channel Aljazeera.</w:t>
      </w:r>
      <w:r>
        <w:br/>
      </w:r>
      <w:r>
        <w:rPr>
          <w:sz w:val="20"/>
        </w:rPr>
        <w:t>45:04  one Egyptian lady who was with the protesters. was being asked by the reporter as to why she was with the protesters.</w:t>
      </w:r>
      <w:r>
        <w:br/>
      </w:r>
      <w:r>
        <w:rPr>
          <w:sz w:val="20"/>
        </w:rPr>
        <w:t>45:13  she replied: 'i have a fancy home, i have a fancy car, but i don't enjoy freedom. my question is: does Islam allow to become a rebel to demand for</w:t>
      </w:r>
      <w:r>
        <w:br/>
      </w:r>
      <w:r>
        <w:rPr>
          <w:sz w:val="20"/>
        </w:rPr>
        <w:t>45:28  freedom?'" bilkul yeh mere nazdeek toh haram hai. haram konsi freedom? kis cheez ko aap freedom kehte hain? kis cheez ko?</w:t>
      </w:r>
      <w:r>
        <w:br/>
      </w:r>
      <w:r>
        <w:rPr>
          <w:sz w:val="20"/>
        </w:rPr>
        <w:t>45:37  yeh yeh jo bol rahi hai, woh woh bhi toh freedom hai. yaani ek hukoomat qaim hai, is mein aap bol rahe hain, yeh yeh bhi toh freedom hai.</w:t>
      </w:r>
      <w:r>
        <w:br/>
      </w:r>
      <w:r>
        <w:rPr>
          <w:sz w:val="20"/>
        </w:rPr>
        <w:t>45:46  mein is ko galat samajhta hoon ke un ko freedom nahi thi. pehle bhi thi aur ab bhi hai.</w:t>
      </w:r>
      <w:r>
        <w:br/>
      </w:r>
      <w:r>
        <w:rPr>
          <w:sz w:val="20"/>
        </w:rPr>
        <w:t>45:55  jis cheez ki freedom, yaani Islam ka tasawwur jo yeh hai ke aap aap Islam mein jo summum bonum hai, freedom nahi hai, woh hai peace.</w:t>
      </w:r>
      <w:r>
        <w:br/>
      </w:r>
      <w:r>
        <w:rPr>
          <w:sz w:val="20"/>
        </w:rPr>
        <w:t>46:10  yeh western concept hai ke woh freedom ko summum bonum maante hain. unlimited freedom Islam ka tasawwur yeh nahi hai.</w:t>
      </w:r>
      <w:r>
        <w:br/>
      </w:r>
      <w:r>
        <w:rPr>
          <w:sz w:val="20"/>
        </w:rPr>
        <w:t>46:19  Islam ki tozeeq agar aap ko mawaqe ko avail karne ka opportunity khuli hui hai, is mein aap ko koi rukawat nahi hai, toh wahi freedom Islam ke nazdeek kaafi hai.</w:t>
      </w:r>
      <w:r>
        <w:br/>
      </w:r>
      <w:r>
        <w:rPr>
          <w:sz w:val="20"/>
        </w:rPr>
        <w:t>46:34  jaise hum India mein dekhiye, hum ko hum India mein daawati kaam kar rahe hain, koi rukawat nahi. hum ko theek yahi mauqa Misr mein pehle bhi tha aur ab bhi tha.</w:t>
      </w:r>
      <w:r>
        <w:br/>
      </w:r>
      <w:r>
        <w:rPr>
          <w:sz w:val="20"/>
        </w:rPr>
        <w:t>46:45  toh konsa freedom woh chahti hai? jo freedom woh chahti hai, woh Islam mein matloob hi nahi hai. toh mein dekh yeh ek bilkul galat baat hai, baseless baat hai ke un ko freedom nahi mili hui.</w:t>
      </w:r>
      <w:r>
        <w:br/>
      </w:r>
      <w:r>
        <w:rPr>
          <w:sz w:val="20"/>
        </w:rPr>
        <w:t>46:59  freedom na hoti toh un ke paas car bhi na hoti, un ke paas ghar bhi na hota, bol bhi nahi sakti thi woh.</w:t>
      </w:r>
      <w:r>
        <w:br/>
      </w:r>
      <w:r>
        <w:rPr>
          <w:sz w:val="20"/>
        </w:rPr>
        <w:t>47:06  mein toh samajhta hoon ke yeh is tarah ki jo baatein yeh log bol rahe hain, yaani ke woh jaante hi nahi ke freedom kya hai aur ghulami kya hai.</w:t>
      </w:r>
      <w:r>
        <w:br/>
      </w:r>
      <w:r>
        <w:rPr>
          <w:sz w:val="20"/>
        </w:rPr>
        <w:t>47:16  bas ek ek josh mein bol rahe hain, bas kuch bekhabari, bekhabar hain har cheez se. woh</w:t>
      </w:r>
    </w:p>
    <w:p>
      <w:pPr>
        <w:pStyle w:val="Heading2"/>
      </w:pPr>
      <w:r>
        <w:t>Does extreme purdah emphasis show lack of dawah awareness?</w:t>
      </w:r>
    </w:p>
    <w:p>
      <w:r>
        <w:rPr>
          <w:color w:val="666666"/>
          <w:sz w:val="18"/>
        </w:rPr>
        <w:t>Society &amp; Dawah · Sahaba and Muhaddithin 24th June 2012 - Maulana Wahiduddin Khan · 2m 13s · at 1:33:26 · https://youtu.be/tUPo7MI0Bdo?t=5606</w:t>
      </w:r>
    </w:p>
    <w:p>
      <w:r>
        <w:rPr>
          <w:i/>
        </w:rPr>
        <w:t>“A Muslim female scholar emphasizes purdah so much that only her eyes are visible. Is not our extreme intensity in a controversial issue a result of our lack of dawah awareness?”</w:t>
      </w:r>
    </w:p>
    <w:p>
      <w:r>
        <w:rPr>
          <w:sz w:val="20"/>
        </w:rPr>
        <w:t>1:33:26  Maulana, agla sawal Karachi Pakistan se hai, Miss Saira Latif ka. unhon ne likha hai: "aik Muslim khatoon scholar, aik Muslim scholar, aik Muslim khatoon scholar hain jo parde par bohat ziyada</w:t>
      </w:r>
      <w:r>
        <w:br/>
      </w:r>
      <w:r>
        <w:rPr>
          <w:sz w:val="20"/>
        </w:rPr>
        <w:t>1:33:44  zor deti hain. yahan tak ke un ke halqay ki alamat ban gayi hai ke un ki sirf aankhen khuli rehti hain.</w:t>
      </w:r>
      <w:r>
        <w:br/>
      </w:r>
      <w:r>
        <w:rPr>
          <w:sz w:val="20"/>
        </w:rPr>
        <w:t>1:33:54  Maulana sahib, kya hamara aik ikhtilafi masla mein itni shiddat karna hamari da'wati shu'oor ki kami ka nateeja nahin hai?" dekhen, da'wat shu'oor ka baat alag hai, lekin yeh</w:t>
      </w:r>
      <w:r>
        <w:br/>
      </w:r>
      <w:r>
        <w:rPr>
          <w:sz w:val="20"/>
        </w:rPr>
        <w:t>1:34:11  masla fiqh ka hai. fiqh mein dekhen, do maslak hain. aik masla hai haq-e-anab ka, aik maslak hai doosre logon ka.</w:t>
      </w:r>
      <w:r>
        <w:br/>
      </w:r>
      <w:r>
        <w:rPr>
          <w:sz w:val="20"/>
        </w:rPr>
        <w:t>1:34:22  doosre fuqaha ne parde ko yahi ahmiyat di hai jis ko waqt aap ne bataya. lekin</w:t>
      </w:r>
      <w:r>
        <w:br/>
      </w:r>
      <w:r>
        <w:rPr>
          <w:sz w:val="20"/>
        </w:rPr>
        <w:t>1:34:31  maslak hanfi jo hai, is mein dekhein, yaani parda to mante hain woh log, lekin teen cheezon ko is se exempt karte hain:</w:t>
      </w:r>
      <w:r>
        <w:br/>
      </w:r>
      <w:r>
        <w:rPr>
          <w:sz w:val="20"/>
        </w:rPr>
        <w:t>1:34:46  wajj o kafain o qadmain, yaani chehra aur yeh haath aur paon.</w:t>
      </w:r>
      <w:r>
        <w:br/>
      </w:r>
      <w:r>
        <w:rPr>
          <w:sz w:val="20"/>
        </w:rPr>
        <w:t>1:34:54  jis ko samajhna ho, us ko to mein do kitabon ka hawala deta hoon, woh parh lein. ek hai Allama Albani ki kitab "hijab hijab al-barah al-muslima" aur doosri jo hai,</w:t>
      </w:r>
      <w:r>
        <w:br/>
      </w:r>
      <w:r>
        <w:rPr>
          <w:sz w:val="20"/>
        </w:rPr>
        <w:t>1:35:08  woh Pakistan ke bohat hi bade maane hue aalim the, Maulana Shabbir Ahmed Usmani. unhon ne Pakistan mein qaraardad maqasid ki qiyadat ki thi.</w:t>
      </w:r>
      <w:r>
        <w:br/>
      </w:r>
      <w:r>
        <w:rPr>
          <w:sz w:val="20"/>
        </w:rPr>
        <w:t>1:35:18  unki tafseer hai, is mein "illa mazahira minha" ke tehat aap parh li jiye. unhon ne yeh</w:t>
      </w:r>
      <w:r>
        <w:br/>
      </w:r>
      <w:r>
        <w:rPr>
          <w:sz w:val="20"/>
        </w:rPr>
        <w:t>1:35:24  baat likhi hai ke anaab ka maslak yeh hai.</w:t>
      </w:r>
      <w:r>
        <w:br/>
      </w:r>
      <w:r>
        <w:rPr>
          <w:sz w:val="20"/>
        </w:rPr>
        <w:t>1:35:30  Maulana, agla ek comment aaya hai, woh Raipur se hai, Miss Shabana ka. unhon ne likha hai ke "today talk was very inspiring.</w:t>
      </w:r>
    </w:p>
    <w:p>
      <w:pPr>
        <w:pStyle w:val="Heading2"/>
      </w:pPr>
      <w:r>
        <w:t>Donating to Ganesh Utsav for goodwill</w:t>
      </w:r>
    </w:p>
    <w:p>
      <w:r>
        <w:rPr>
          <w:color w:val="666666"/>
          <w:sz w:val="18"/>
        </w:rPr>
        <w:t>Society &amp; Dawah · Creative Solution or Ijtihadi Hul 16th Sep '12 SLOW · 2m 16s · at 1:35:32 · https://youtu.be/Ri7r6K65b2Y?t=5732</w:t>
      </w:r>
    </w:p>
    <w:p>
      <w:r>
        <w:rPr>
          <w:i/>
        </w:rPr>
        <w:t>“Social and cultural programs are organized in neighborhoods for Ganesh Utsav. Is it okay to contribute donations with the intention of promoting goodwill, social harmony, and ta'lif qalb?”</w:t>
      </w:r>
    </w:p>
    <w:p>
      <w:r>
        <w:rPr>
          <w:sz w:val="20"/>
        </w:rPr>
        <w:t>1:35:32  maulana, agla sawal rae pur se aya hai idrees sahab ka.</w:t>
      </w:r>
      <w:r>
        <w:br/>
      </w:r>
      <w:r>
        <w:rPr>
          <w:sz w:val="20"/>
        </w:rPr>
        <w:t>1:35:36  انہوں نے لکھا ہے: "First social and cultural programs organized in neighborhoods for Ganesh Utsav.</w:t>
      </w:r>
      <w:r>
        <w:br/>
      </w:r>
      <w:r>
        <w:rPr>
          <w:sz w:val="20"/>
        </w:rPr>
        <w:t>1:35:43  Is it okay to contribute donations with intention of promoting goodwill, social harmony and talif-e-qalb? Kindly</w:t>
      </w:r>
      <w:r>
        <w:br/>
      </w:r>
      <w:r>
        <w:rPr>
          <w:sz w:val="20"/>
        </w:rPr>
        <w:t>1:35:50  advice. "dekhen, is par koi ek, koi is par koi ek general usool nahin bana sakta.</w:t>
      </w:r>
      <w:r>
        <w:br/>
      </w:r>
      <w:r>
        <w:rPr>
          <w:sz w:val="20"/>
        </w:rPr>
        <w:t>1:35:57  it depends upon situation.</w:t>
      </w:r>
      <w:r>
        <w:br/>
      </w:r>
      <w:r>
        <w:rPr>
          <w:sz w:val="20"/>
        </w:rPr>
        <w:t>1:35:59  jahan jahan paish aa rahi hai soorat-e-haal, wahan wahan aap dekhen ke ke aap ke option kis kis</w:t>
      </w:r>
      <w:r>
        <w:br/>
      </w:r>
      <w:r>
        <w:rPr>
          <w:sz w:val="20"/>
        </w:rPr>
        <w:t>1:36:07  do ke beech mein hain.</w:t>
      </w:r>
      <w:r>
        <w:br/>
      </w:r>
      <w:r>
        <w:rPr>
          <w:sz w:val="20"/>
        </w:rPr>
        <w:t>1:36:09  to lesser evil aur greater evil ka aap darmiyan option hota hai.</w:t>
      </w:r>
      <w:r>
        <w:br/>
      </w:r>
      <w:r>
        <w:rPr>
          <w:sz w:val="20"/>
        </w:rPr>
        <w:t>1:36:14  to jo cheez aap ko lesser evil lage, is ka option le lijiye.</w:t>
      </w:r>
      <w:r>
        <w:br/>
      </w:r>
      <w:r>
        <w:rPr>
          <w:sz w:val="20"/>
        </w:rPr>
        <w:t>1:36:20  right aur wrong ke darmiyan option nahin hota hai.</w:t>
      </w:r>
      <w:r>
        <w:br/>
      </w:r>
      <w:r>
        <w:rPr>
          <w:sz w:val="20"/>
        </w:rPr>
        <w:t>1:36:23  lesser evil aur greater evil ke darmiyan option hota hai.</w:t>
      </w:r>
      <w:r>
        <w:br/>
      </w:r>
      <w:r>
        <w:rPr>
          <w:sz w:val="20"/>
        </w:rPr>
        <w:t>1:36:28  to yeh yahan baith kar hum kuch nahin kar sakte.</w:t>
      </w:r>
      <w:r>
        <w:br/>
      </w:r>
      <w:r>
        <w:rPr>
          <w:sz w:val="20"/>
        </w:rPr>
        <w:t>1:36:32  jo aadmi wahan, jo wahan par moqa par maujood hai, woh is wahi faisla kar sakta hai ke</w:t>
      </w:r>
      <w:r>
        <w:br/>
      </w:r>
      <w:r>
        <w:rPr>
          <w:sz w:val="20"/>
        </w:rPr>
        <w:t>1:36:40  kon sa lesser evil hai, kon sa greater evil hai.</w:t>
      </w:r>
      <w:r>
        <w:br/>
      </w:r>
      <w:r>
        <w:rPr>
          <w:sz w:val="20"/>
        </w:rPr>
        <w:t>1:36:44  okay, we will end the session now.</w:t>
      </w:r>
      <w:r>
        <w:br/>
      </w:r>
      <w:r>
        <w:rPr>
          <w:sz w:val="20"/>
        </w:rPr>
        <w:t>1:36:47  thank you.</w:t>
      </w:r>
      <w:r>
        <w:br/>
      </w:r>
      <w:r>
        <w:rPr>
          <w:sz w:val="20"/>
        </w:rPr>
        <w:t>1:36:48  koi sawal? ji sir, ek glass pani, woh thanda pani.</w:t>
      </w:r>
    </w:p>
    <w:p>
      <w:pPr>
        <w:pStyle w:val="Heading2"/>
      </w:pPr>
      <w:r>
        <w:t>Donating to Ganesh Utsav for social harmony</w:t>
      </w:r>
    </w:p>
    <w:p>
      <w:r>
        <w:rPr>
          <w:color w:val="666666"/>
          <w:sz w:val="18"/>
        </w:rPr>
        <w:t>Society &amp; Dawah · Creative Solution or Ijtihadi Hal September 16, 2012 · 2m 24s · at 1:31:34 · https://youtu.be/yBKbiu0d_1A?t=5494</w:t>
      </w:r>
    </w:p>
    <w:p>
      <w:r>
        <w:rPr>
          <w:i/>
        </w:rPr>
        <w:t>“First, social and cultural programs are organized in neighborhoods for Ganesh Utsav. Is it okay to contribute donations with the intention of promoting good will, social harmony, and Ta'lif al-Qulub?”</w:t>
      </w:r>
    </w:p>
    <w:p>
      <w:r>
        <w:rPr>
          <w:sz w:val="20"/>
        </w:rPr>
        <w:t>1:31:34  na koi be adabi hui hai, na kuch hua. yeh sirf rumor thi jis pe itna bara gaon khara ho gaya. aur bilashuba is ka islam se koi talluq nahi. maulana, agla sawal raipur se aya hai idrees sahab ka.</w:t>
      </w:r>
      <w:r>
        <w:br/>
      </w:r>
      <w:r>
        <w:rPr>
          <w:sz w:val="20"/>
        </w:rPr>
        <w:t>1:31:49  unhone likha hai: "first social and cultural programs organized in neighborhoods</w:t>
      </w:r>
      <w:r>
        <w:br/>
      </w:r>
      <w:r>
        <w:rPr>
          <w:sz w:val="20"/>
        </w:rPr>
        <w:t>1:31:55  for ganesh utsav. is it okay to contribute donations with intention of promoting goodwill, social harmony and talif qalb?</w:t>
      </w:r>
      <w:r>
        <w:br/>
      </w:r>
      <w:r>
        <w:rPr>
          <w:sz w:val="20"/>
        </w:rPr>
        <w:t>1:32:05  kindly advice." dekhein, is par koi aik</w:t>
      </w:r>
      <w:r>
        <w:br/>
      </w:r>
      <w:r>
        <w:rPr>
          <w:sz w:val="20"/>
        </w:rPr>
        <w:t>1:32:14  koi aik is par koi aik general usool nahi bana sakta.</w:t>
      </w:r>
      <w:r>
        <w:br/>
      </w:r>
      <w:r>
        <w:rPr>
          <w:sz w:val="20"/>
        </w:rPr>
        <w:t>1:32:20  it depends upon situation. jahan jahan pesh aa rahi hai surat haal, wahan pe aap dekhiye ke ke aap ke option kis kis do ke beech mein hain.</w:t>
      </w:r>
      <w:r>
        <w:br/>
      </w:r>
      <w:r>
        <w:rPr>
          <w:sz w:val="20"/>
        </w:rPr>
        <w:t>1:32:35  to lesser evil aur greater evil ka darmiyan option hota hai. to jo cheez aap ko lesser evil lage, is ka option le lijiye.</w:t>
      </w:r>
      <w:r>
        <w:br/>
      </w:r>
      <w:r>
        <w:rPr>
          <w:sz w:val="20"/>
        </w:rPr>
        <w:t>1:32:48  right aur wrong ke darmiyan option nahi hota hai. lesser evil aur greater evil ke darmiyan option hota hai. to yeh yahan baith kar hum kuch nahi kar sakte.</w:t>
      </w:r>
      <w:r>
        <w:br/>
      </w:r>
      <w:r>
        <w:rPr>
          <w:sz w:val="20"/>
        </w:rPr>
        <w:t>1:32:59  jo aadmi wahan jo wahan par mauqa par maujood hai, woh is wahi faisla kar sakta hai ke kaun sa lesser evil hai, kaun sa greater evil hai.</w:t>
      </w:r>
    </w:p>
    <w:p>
      <w:pPr>
        <w:pStyle w:val="Heading2"/>
      </w:pPr>
      <w:r>
        <w:t>Effectiveness of literature distribution vs personal training</w:t>
      </w:r>
    </w:p>
    <w:p>
      <w:r>
        <w:rPr>
          <w:color w:val="666666"/>
          <w:sz w:val="18"/>
        </w:rPr>
        <w:t>Society &amp; Dawah · Self Correction November 09, 2014 · 4m 27s · at 1:04:45 · https://youtu.be/EgAukdSfGRU?t=3885</w:t>
      </w:r>
    </w:p>
    <w:p>
      <w:r>
        <w:rPr>
          <w:i/>
        </w:rPr>
        <w:t>“What is your view on the observation that literature distributed to madrasas is unused and personal training is more worthwhile?”</w:t>
      </w:r>
    </w:p>
    <w:p>
      <w:r>
        <w:rPr>
          <w:sz w:val="20"/>
        </w:rPr>
        <w:t>1:04:45  molana, agla sawal kya hai doctor wasiq ur rehman sahib ne dilli se, aur unhon ne likha hai ke "I have found literature distributed to mollems in madrasas are lying in shelves without ever being touched by students and teachers.</w:t>
      </w:r>
      <w:r>
        <w:br/>
      </w:r>
      <w:r>
        <w:rPr>
          <w:sz w:val="20"/>
        </w:rPr>
        <w:t>1:05:05  I feel personal training is more worthwhile rather than just distributing the literature." molana, "What is your view on this</w:t>
      </w:r>
      <w:r>
        <w:br/>
      </w:r>
      <w:r>
        <w:rPr>
          <w:sz w:val="20"/>
        </w:rPr>
        <w:t>1:05:14  ?" kya mein samjha nahin? kya kar rahe hain ke molana jo literature distribute karte hain, unhon ne khaas kar jo madrasas mein jo mollems hain, wahan woh paya ke aksar woh shelf mein rakh dete hain aur us ko koi bhi hath nahin lagata aur na hi woh parha jata hai.</w:t>
      </w:r>
      <w:r>
        <w:br/>
      </w:r>
      <w:r>
        <w:rPr>
          <w:sz w:val="20"/>
        </w:rPr>
        <w:t>1:05:32  to woh yeh keh rahe hain ke distribution ki bajaye jo personal training wala jo method hai, woh zyada fruitful ya result oriented hai.</w:t>
      </w:r>
      <w:r>
        <w:br/>
      </w:r>
      <w:r>
        <w:rPr>
          <w:sz w:val="20"/>
        </w:rPr>
        <w:t>1:05:40  nahin, woh literature parhana bohat zaroori hai.</w:t>
      </w:r>
      <w:r>
        <w:br/>
      </w:r>
      <w:r>
        <w:rPr>
          <w:sz w:val="20"/>
        </w:rPr>
        <w:t>1:05:44  is ke siwa aur jo chahe kijiye.</w:t>
      </w:r>
      <w:r>
        <w:br/>
      </w:r>
      <w:r>
        <w:rPr>
          <w:sz w:val="20"/>
        </w:rPr>
        <w:t>1:05:49  literature parhana bohat hi zaroori hai. dekhiye, aap ghalati kya kar rahe hain? result ko mass ke level par jaanch rahe hain. mass ke level par kabhi bhi na jaanchiye.</w:t>
      </w:r>
      <w:r>
        <w:br/>
      </w:r>
      <w:r>
        <w:rPr>
          <w:sz w:val="20"/>
        </w:rPr>
        <w:t>1:06:01  individual ke level par jaanchiye. yeh bohat bari ghalati hai. mass ke level par dekha jaye to kabhi bhi peghambaron ke zamane mein mass ke level par result nahin nikla.</w:t>
      </w:r>
      <w:r>
        <w:br/>
      </w:r>
      <w:r>
        <w:rPr>
          <w:sz w:val="20"/>
        </w:rPr>
        <w:t>1:06:13  kisi peghambar ke zamane mein dekhiye, aap mass ke level par result nahin nikalta. individual level par nikalta hai. to distribute aap karenge, to distribute karenge to yeh thori ke sare log badal jayenge.</w:t>
      </w:r>
      <w:r>
        <w:br/>
      </w:r>
      <w:r>
        <w:rPr>
          <w:sz w:val="20"/>
        </w:rPr>
        <w:t>1:06:27  aap aur doosra jo tareeqa aap bata rahe hain, woh bhi kar ke dekh lijiye. is mein bhi aisa nahin hoga ke mass ke level par log badal jayenge.</w:t>
      </w:r>
      <w:r>
        <w:br/>
      </w:r>
      <w:r>
        <w:rPr>
          <w:sz w:val="20"/>
        </w:rPr>
        <w:t>1:06:39  yeh to kuch seeker hote hain, kuch sincere log hote hain, kuch chahte hain janna. woh jab parhte hain to woh achaanak badra ho jata hai.</w:t>
      </w:r>
      <w:r>
        <w:br/>
      </w:r>
      <w:r>
        <w:rPr>
          <w:sz w:val="20"/>
        </w:rPr>
        <w:t>1:06:50  jaise dekhiye, ek ek martaba yahan kashmir baithi hui thi, agar aap ko yaad ho. to ek aadmi aya tha, us ne yahin par bataya tha qissa, us ne apna ke woh milton tha.</w:t>
      </w:r>
      <w:r>
        <w:br/>
      </w:r>
      <w:r>
        <w:rPr>
          <w:sz w:val="20"/>
        </w:rPr>
        <w:t>1:07:03  woh</w:t>
      </w:r>
      <w:r>
        <w:br/>
      </w:r>
      <w:r>
        <w:rPr>
          <w:sz w:val="20"/>
        </w:rPr>
        <w:t>1:07:06  phir ek bar nikla, woh ek maqam par kahin to doosre ne dekha ke kuch phaare hue parze pade hue hain. koi cheez thi chhipi hui, woh phaad kar phenk diya kisi ne.</w:t>
      </w:r>
      <w:r>
        <w:br/>
      </w:r>
      <w:r>
        <w:rPr>
          <w:sz w:val="20"/>
        </w:rPr>
        <w:t>1:07:18  us ko uthaya, us ne tukre tukre kar diya. to us ne us ko utha kar le gaya aur sab tukre jod jod kar chipcha chipka kar ke us ka page banaya.</w:t>
      </w:r>
      <w:r>
        <w:br/>
      </w:r>
      <w:r>
        <w:rPr>
          <w:sz w:val="20"/>
        </w:rPr>
        <w:t>1:07:29  us tukre ko page bana ke parha. us ko</w:t>
      </w:r>
      <w:r>
        <w:br/>
      </w:r>
      <w:r>
        <w:rPr>
          <w:sz w:val="20"/>
        </w:rPr>
        <w:t>1:07:32  to parha to us waqt hi to ek naya message is ka tar hai. woh hamari kitab ka ek tukra tha. woh kisi ghusse mein phaad diya tha kisi ne. ab ghor kijiye, ek aadmi ne ghusse mein phaara aur doosre aadmi ne us ko chipka kar parha aur yahan aya.</w:t>
      </w:r>
      <w:r>
        <w:br/>
      </w:r>
      <w:r>
        <w:rPr>
          <w:sz w:val="20"/>
        </w:rPr>
        <w:t>1:07:47  woh kaha ke maine toba kar li miltonsi se. to kabhi bhi result ko mass level par mat jaanchiye.</w:t>
      </w:r>
      <w:r>
        <w:br/>
      </w:r>
      <w:r>
        <w:rPr>
          <w:sz w:val="20"/>
        </w:rPr>
        <w:t>1:07:58  individual level par jaanchiye.</w:t>
      </w:r>
      <w:r>
        <w:br/>
      </w:r>
      <w:r>
        <w:rPr>
          <w:sz w:val="20"/>
        </w:rPr>
        <w:t>1:08:01  yeh ghalati kabhi mat kijiye. woh ne peghambaron ka kaam bhi aap ko laga ke kuch bhi nahin hua.</w:t>
      </w:r>
      <w:r>
        <w:br/>
      </w:r>
      <w:r>
        <w:rPr>
          <w:sz w:val="20"/>
        </w:rPr>
        <w:t>1:08:10  ek sahib mere paas ek bar to aaye, woh kai idare chala rahe the, kai school college. to bohat maishati ki baat ki unhon ne ke hum ne socha tha ke is se islaah hogi aur koi islaah nahin hui.</w:t>
      </w:r>
      <w:r>
        <w:br/>
      </w:r>
      <w:r>
        <w:rPr>
          <w:sz w:val="20"/>
        </w:rPr>
        <w:t>1:08:25  hum ko to bohat maishati ho rahi hai.</w:t>
      </w:r>
      <w:r>
        <w:br/>
      </w:r>
      <w:r>
        <w:rPr>
          <w:sz w:val="20"/>
        </w:rPr>
        <w:t>1:08:27  to yahi baat maine un se kahi, aap islaah ko mass level par chahte hain dekhna, aap individual level par dekhiye.</w:t>
      </w:r>
      <w:r>
        <w:br/>
      </w:r>
      <w:r>
        <w:rPr>
          <w:sz w:val="20"/>
        </w:rPr>
        <w:t>1:08:37  to kuch dair chup ho gaye, woh phir soch. unhon ne kaha ke waqai mujhe dikhai dene laga falan shakhs, falan shakhs, falan shakhs is mein.</w:t>
      </w:r>
      <w:r>
        <w:br/>
      </w:r>
      <w:r>
        <w:rPr>
          <w:sz w:val="20"/>
        </w:rPr>
        <w:t>1:08:45  to bohat yani islaah hui, nateeja nikla. to jab bhi aap mass level par dekhenge to har kaam aap ko bekar lage ga.</w:t>
      </w:r>
      <w:r>
        <w:br/>
      </w:r>
      <w:r>
        <w:rPr>
          <w:sz w:val="20"/>
        </w:rPr>
        <w:t>1:08:57  hata ke peghambar ka kaam bhi, naoozubillah. lekin jab individual level par ja chuke to har kaam acha lage ga aap ko. yeh ghalti kabhi mat kijiye.</w:t>
      </w:r>
    </w:p>
    <w:p>
      <w:pPr>
        <w:pStyle w:val="Heading2"/>
      </w:pPr>
      <w:r>
        <w:t>Elaborate on comment about political regime</w:t>
      </w:r>
    </w:p>
    <w:p>
      <w:r>
        <w:rPr>
          <w:color w:val="666666"/>
          <w:sz w:val="18"/>
        </w:rPr>
        <w:t>Society &amp; Dawah · Quran A Miracle June 01, 2014 · 2m 34s · at 50:45 · https://youtu.be/8KM3lDsj4PY?t=3045</w:t>
      </w:r>
    </w:p>
    <w:p>
      <w:r>
        <w:rPr>
          <w:i/>
        </w:rPr>
        <w:t>“In an interview to a news channel yesterday you spoke about the current political regime. Can you please elaborate on what you had said?”</w:t>
      </w:r>
    </w:p>
    <w:p>
      <w:r>
        <w:rPr>
          <w:sz w:val="20"/>
        </w:rPr>
        <w:t>50:45  maulana agla sawal delhi se kiya hai miss tooti malhotra ne unhon ne likha hai ke maulana in an interview to a news channel yesterday you spoke about the current political regime can you please elaborate on what you had said</w:t>
      </w:r>
      <w:r>
        <w:br/>
      </w:r>
      <w:r>
        <w:rPr>
          <w:sz w:val="20"/>
        </w:rPr>
        <w:t>51:10  mein ne is mein dekhiye yeh kaha tha ke it is system that prevails</w:t>
      </w:r>
      <w:r>
        <w:br/>
      </w:r>
      <w:r>
        <w:rPr>
          <w:sz w:val="20"/>
        </w:rPr>
        <w:t>51:20  it is system that prevails and not the individuals to india mein ke countries mein mein ne kaha tha ke india mein sau baras ke halaat ke nateejay mein ek system develop hua hai.</w:t>
      </w:r>
      <w:r>
        <w:br/>
      </w:r>
      <w:r>
        <w:rPr>
          <w:sz w:val="20"/>
        </w:rPr>
        <w:t>51:34  kuch tradition develop hui hain. Aaj se nahi chal raha yeh. Abhi mein radio par sun raha tha raja mohan rai ka qissa aa raha tha ke raja mohan rai ne bohat zabardast mehnat ki mehnat kar ke ek india mein ek ek naya daur lane ke liye.</w:t>
      </w:r>
      <w:r>
        <w:br/>
      </w:r>
      <w:r>
        <w:rPr>
          <w:sz w:val="20"/>
        </w:rPr>
        <w:t>51:52  to raja ram mohan rai aur tagore swami vivekananda aur aurobindo mahatma gandhi raj gopal achari yani ek pyara sa bohat ek silsila hai.</w:t>
      </w:r>
      <w:r>
        <w:br/>
      </w:r>
      <w:r>
        <w:rPr>
          <w:sz w:val="20"/>
        </w:rPr>
        <w:t>52:08  to un logon ke koshishon ke nateejay mein india mein ek system develop hua hai. Hum is ka part hain. Constitution isi ka part hai. Model government isi ka part hai.</w:t>
      </w:r>
      <w:r>
        <w:br/>
      </w:r>
      <w:r>
        <w:rPr>
          <w:sz w:val="20"/>
        </w:rPr>
        <w:t>52:19  democracy isi ka part hai. To yeh yeh system work karega. Koi ek aadmi koi individual aa kar seat par baith jaye chand saal ke liye to woh us waqt ultimate dalega aisa nahi hota dunya mein.</w:t>
      </w:r>
      <w:r>
        <w:br/>
      </w:r>
      <w:r>
        <w:rPr>
          <w:sz w:val="20"/>
        </w:rPr>
        <w:t>52:34  aisa nahi hota. To hamein dekhna chahiye ke india jo hai is ka kuch history jo hai history ke jo ek ek history hai is is history ke tehat india mein kya system bana hai.</w:t>
      </w:r>
      <w:r>
        <w:br/>
      </w:r>
      <w:r>
        <w:rPr>
          <w:sz w:val="20"/>
        </w:rPr>
        <w:t>52:50  kya india bana hai. Woh prevail karega. Ek aadmi nahi jo char saal panch saal ki aa kar seat par baith jaye.</w:t>
      </w:r>
      <w:r>
        <w:br/>
      </w:r>
      <w:r>
        <w:rPr>
          <w:sz w:val="20"/>
        </w:rPr>
        <w:t>52:58  isi ko mein ne kaha tha it is system that prevails and not an individual aur yeh bilkul ek ek bilkul yani ek fact hai is mein koi shakk ki baat nahi.</w:t>
      </w:r>
    </w:p>
    <w:p>
      <w:pPr>
        <w:pStyle w:val="Heading2"/>
      </w:pPr>
      <w:r>
        <w:t>Elaboration on dawah explosion in Kashmir</w:t>
      </w:r>
    </w:p>
    <w:p>
      <w:r>
        <w:rPr>
          <w:color w:val="666666"/>
          <w:sz w:val="18"/>
        </w:rPr>
        <w:t>Society &amp; Dawah · The Secret of Divine Wisdom September 2, 2012 · 4m 49s · at 1:19:15 · https://youtu.be/ZXQlrW7PqAE?t=4755</w:t>
      </w:r>
    </w:p>
    <w:p>
      <w:r>
        <w:rPr>
          <w:i/>
        </w:rPr>
        <w:t>“Maulana, on your latest book 'Dawn Over Kashmir', you are very hopeful about the dawah explosion in Kashmir. I request you to kindly elaborate on that.”</w:t>
      </w:r>
    </w:p>
    <w:p>
      <w:r>
        <w:rPr>
          <w:sz w:val="20"/>
        </w:rPr>
        <w:t>1:19:15  maulana syed abid hussain sahib jinhon ne jo barwan se hain unhon ne sawal likha hai maulana sahib as per your latest book dawn over kashmir you are very hopeful about the da'wah explosion in kashmir i request you to kindly elaborate on that</w:t>
      </w:r>
      <w:r>
        <w:br/>
      </w:r>
      <w:r>
        <w:rPr>
          <w:sz w:val="20"/>
        </w:rPr>
        <w:t>1:19:34  dekhiye yeh bohat hi simple logic hai</w:t>
      </w:r>
      <w:r>
        <w:br/>
      </w:r>
      <w:r>
        <w:rPr>
          <w:sz w:val="20"/>
        </w:rPr>
        <w:t>1:19:41  yani jab bhi insan</w:t>
      </w:r>
      <w:r>
        <w:br/>
      </w:r>
      <w:r>
        <w:rPr>
          <w:sz w:val="20"/>
        </w:rPr>
        <w:t>1:19:46  ke sath yeh experience pesh aaye ke woh</w:t>
      </w:r>
      <w:r>
        <w:br/>
      </w:r>
      <w:r>
        <w:rPr>
          <w:sz w:val="20"/>
        </w:rPr>
        <w:t>1:19:54  violent activism chalaye aur nateeje mein kaha tabahi mile</w:t>
      </w:r>
      <w:r>
        <w:br/>
      </w:r>
      <w:r>
        <w:rPr>
          <w:sz w:val="20"/>
        </w:rPr>
        <w:t>1:20:00  to kya aata hai second thought revision reassessment aur phir woh u turn leta hai</w:t>
      </w:r>
      <w:r>
        <w:br/>
      </w:r>
      <w:r>
        <w:rPr>
          <w:sz w:val="20"/>
        </w:rPr>
        <w:t>1:20:10  iski misaal hai japan second world war se pehle japan mein bohat zabardast tashaddud culture tha yani tareekh mein pehli baar japaniyon ne nikala tha yeh suicide bombing jis ko harakiri kehte thay woh</w:t>
      </w:r>
      <w:r>
        <w:br/>
      </w:r>
      <w:r>
        <w:rPr>
          <w:sz w:val="20"/>
        </w:rPr>
        <w:t>1:20:30  lekin jab</w:t>
      </w:r>
      <w:r>
        <w:br/>
      </w:r>
      <w:r>
        <w:rPr>
          <w:sz w:val="20"/>
        </w:rPr>
        <w:t>1:20:34  second world war mein unki haar ho gayi mukammal shikast ho gayi unke sheher tabah ho gaye to unka second thought aaya unke andar</w:t>
      </w:r>
      <w:r>
        <w:br/>
      </w:r>
      <w:r>
        <w:rPr>
          <w:sz w:val="20"/>
        </w:rPr>
        <w:t>1:20:44  to phir u turn liya unhon ne aur hirohito jo badshah tha us ne taqreer ki thi ke we have to suffer the unsufferable</w:t>
      </w:r>
      <w:r>
        <w:br/>
      </w:r>
      <w:r>
        <w:rPr>
          <w:sz w:val="20"/>
        </w:rPr>
        <w:t>1:20:59  to take a new decision yani hamein ek na qabil bardasht ko bardasht karna hai taake aap kahein ke na decision lein yani bajaye violence ke peace ka rasta ikhtiyar karein</w:t>
      </w:r>
      <w:r>
        <w:br/>
      </w:r>
      <w:r>
        <w:rPr>
          <w:sz w:val="20"/>
        </w:rPr>
        <w:t>1:21:13  to main kashmiyon ke bare mein yahi rai rakhta hoon ke woh bal insan hain pathar nahi hain to unhon ne kashmir mein jihad ke naam par violence chalaya aur woh mukammal tor par nakaam hua kyunke dekhiye ek lakh kashmiri mare gaye ek lakh</w:t>
      </w:r>
      <w:r>
        <w:br/>
      </w:r>
      <w:r>
        <w:rPr>
          <w:sz w:val="20"/>
        </w:rPr>
        <w:t>1:21:41  Pakistan ne Kashmir ke liye</w:t>
      </w:r>
      <w:r>
        <w:br/>
      </w:r>
      <w:r>
        <w:rPr>
          <w:sz w:val="20"/>
        </w:rPr>
        <w:t>1:21:44  char ladaiyan ladeen</w:t>
      </w:r>
      <w:r>
        <w:br/>
      </w:r>
      <w:r>
        <w:rPr>
          <w:sz w:val="20"/>
        </w:rPr>
        <w:t>1:21:46  aur khud Pakistani government ne keh diya ke ab ab hum ladai nahi lad sakte kyun ke char ladaiyon</w:t>
      </w:r>
      <w:r>
        <w:br/>
      </w:r>
      <w:r>
        <w:rPr>
          <w:sz w:val="20"/>
        </w:rPr>
        <w:t>1:21:53  mein hum Kashmir ko hasil nahi kar sake</w:t>
      </w:r>
      <w:r>
        <w:br/>
      </w:r>
      <w:r>
        <w:rPr>
          <w:sz w:val="20"/>
        </w:rPr>
        <w:t>1:21:57  to Pakistan failed state ban gaya aap bataiye ke ek regular army Pakistan ki hesiyat ek regular regular</w:t>
      </w:r>
      <w:r>
        <w:br/>
      </w:r>
      <w:r>
        <w:rPr>
          <w:sz w:val="20"/>
        </w:rPr>
        <w:t>1:22:05  army ki hai woh char ladai lad kar ke Kashmir ko qabza nahi kar saka</w:t>
      </w:r>
      <w:r>
        <w:br/>
      </w:r>
      <w:r>
        <w:rPr>
          <w:sz w:val="20"/>
        </w:rPr>
        <w:t>1:22:11  khud kashmiri yeh lad lad ke ek lakh apne naujawanon ko marwa dala phir bhi kashmir mein unka jo tashaddud culture kamyab nahi hua to kya kashmiri jo hai koi pathar hain woh koi sochega nahi woh ent pathar hain woh zaroor hai ke kashmiyon ke andar second thought aaye zaroor hai ke kashmiyon ke andar nai soch jaage jis tarah japaniyon mein jaagi thi</w:t>
      </w:r>
      <w:r>
        <w:br/>
      </w:r>
      <w:r>
        <w:rPr>
          <w:sz w:val="20"/>
        </w:rPr>
        <w:t>1:22:41  yahan meri umeed hai ke itne sare jo yani kashmiyon ka jo so called jihad jo tha jab woh counter productive ban gaya to ab zahir hai ke woh pathar nahi hain woh sochenge woh aur soch rahe hain</w:t>
      </w:r>
      <w:r>
        <w:br/>
      </w:r>
      <w:r>
        <w:rPr>
          <w:sz w:val="20"/>
        </w:rPr>
        <w:t>1:22:59  to yahan yahan hai meri umeed ke woh u turn lenge aur tashaddud ke bajaye peaceful culture chalayenge apne haan aur</w:t>
      </w:r>
      <w:r>
        <w:br/>
      </w:r>
      <w:r>
        <w:rPr>
          <w:sz w:val="20"/>
        </w:rPr>
        <w:t>1:23:14  yahi maine likha hai is mein aur main sochta hoon ke is ka aghaz ho chuka hai</w:t>
      </w:r>
      <w:r>
        <w:br/>
      </w:r>
      <w:r>
        <w:rPr>
          <w:sz w:val="20"/>
        </w:rPr>
        <w:t>1:23:22  Kashmir mein bahut se log aise hain jo jo mujh se zabani bhi bataya hai telephone bhi</w:t>
      </w:r>
      <w:r>
        <w:br/>
      </w:r>
      <w:r>
        <w:rPr>
          <w:sz w:val="20"/>
        </w:rPr>
        <w:t>1:23:28  aata hai un ka khat bhi aaye hain ke pehle hum</w:t>
      </w:r>
      <w:r>
        <w:br/>
      </w:r>
      <w:r>
        <w:rPr>
          <w:sz w:val="20"/>
        </w:rPr>
        <w:t>1:23:33  yahan ke jo army thi us ko hum pathar marte the ab hum ko Quran pesh karte hain</w:t>
      </w:r>
      <w:r>
        <w:br/>
      </w:r>
      <w:r>
        <w:rPr>
          <w:sz w:val="20"/>
        </w:rPr>
        <w:t>1:23:39  to yahi to it is a good sign</w:t>
      </w:r>
      <w:r>
        <w:br/>
      </w:r>
      <w:r>
        <w:rPr>
          <w:sz w:val="20"/>
        </w:rPr>
        <w:t>1:23:43  is se pata hai pata chalta hai kashmir mein aik aik naya aik nai sar taloo ho chuki</w:t>
      </w:r>
      <w:r>
        <w:br/>
      </w:r>
      <w:r>
        <w:rPr>
          <w:sz w:val="20"/>
        </w:rPr>
        <w:t>1:23:49  hai aik nai subah aa chuki hai wahan par</w:t>
      </w:r>
      <w:r>
        <w:br/>
      </w:r>
      <w:r>
        <w:rPr>
          <w:sz w:val="20"/>
        </w:rPr>
        <w:t>1:23:53  aur inshallah yeh aur badhega badhega badhega yahan tak ke wahan yani nisf al nahar ka waqt aa jayega</w:t>
      </w:r>
    </w:p>
    <w:p>
      <w:pPr>
        <w:pStyle w:val="Heading2"/>
      </w:pPr>
      <w:r>
        <w:t>Expecting non-Muslims to accept supernatural concepts</w:t>
      </w:r>
    </w:p>
    <w:p>
      <w:r>
        <w:rPr>
          <w:color w:val="666666"/>
          <w:sz w:val="18"/>
        </w:rPr>
        <w:t>Society &amp; Dawah · God Oriented Life (In Conversation with Maulana) 23 10 11 · 4m 13s · at 3:09 · https://youtu.be/E_LWwsWww2U?t=189</w:t>
      </w:r>
    </w:p>
    <w:p>
      <w:r>
        <w:rPr>
          <w:i/>
        </w:rPr>
        <w:t>“When inviting non-Muslims towards Islam, how can we expect them to accept the supernatural concepts like miracles and existence of Jinn?”</w:t>
      </w:r>
    </w:p>
    <w:p>
      <w:r>
        <w:rPr>
          <w:sz w:val="20"/>
        </w:rPr>
        <w:t>3:09  مس فرحان خان نے ممبئی سے سوال کیا ہے انہوں نے لکھا ہے "When inviting non-Muslims towards</w:t>
      </w:r>
      <w:r>
        <w:br/>
      </w:r>
      <w:r>
        <w:rPr>
          <w:sz w:val="20"/>
        </w:rPr>
        <w:t>3:18  اسلام ہاؤ کین وی ایکسپیکٹ دیم ٹو ایکسیپٹ the supernatural concepts like معجزات and existence of جن"</w:t>
      </w:r>
      <w:r>
        <w:br/>
      </w:r>
      <w:r>
        <w:rPr>
          <w:sz w:val="20"/>
        </w:rPr>
        <w:t>3:40  dekhein aap to aap ka kaam hai</w:t>
      </w:r>
      <w:r>
        <w:br/>
      </w:r>
      <w:r>
        <w:rPr>
          <w:sz w:val="20"/>
        </w:rPr>
        <w:t>3:46  logon ko literature pahunchana</w:t>
      </w:r>
      <w:r>
        <w:br/>
      </w:r>
      <w:r>
        <w:rPr>
          <w:sz w:val="20"/>
        </w:rPr>
        <w:t>3:49  baat pahunchana jab tak aadmi ka mind prepare na ho jaye tab tak woh kuch bhi nahi samjhe</w:t>
      </w:r>
      <w:r>
        <w:br/>
      </w:r>
      <w:r>
        <w:rPr>
          <w:sz w:val="20"/>
        </w:rPr>
        <w:t>3:57  ga mislan mein</w:t>
      </w:r>
      <w:r>
        <w:br/>
      </w:r>
      <w:r>
        <w:rPr>
          <w:sz w:val="20"/>
        </w:rPr>
        <w:t>4:01  yani samajhta hoon ke</w:t>
      </w:r>
      <w:r>
        <w:br/>
      </w:r>
      <w:r>
        <w:rPr>
          <w:sz w:val="20"/>
        </w:rPr>
        <w:t>4:04  har cheez moajza hai yeh maa ke pait mein ek bachcha ban kar niklta hai yeh moajza nahi</w:t>
      </w:r>
      <w:r>
        <w:br/>
      </w:r>
      <w:r>
        <w:rPr>
          <w:sz w:val="20"/>
        </w:rPr>
        <w:t>4:09  hai yani gosht aur khoon bachcha ban jata hai dekhne wala sunne wala chalne wala</w:t>
      </w:r>
      <w:r>
        <w:br/>
      </w:r>
      <w:r>
        <w:rPr>
          <w:sz w:val="20"/>
        </w:rPr>
        <w:t>4:17  ek beej ek ghar zameen mein parta hai ek darakht ban jata hai moajza hi toh hai yeh</w:t>
      </w:r>
      <w:r>
        <w:br/>
      </w:r>
      <w:r>
        <w:rPr>
          <w:sz w:val="20"/>
        </w:rPr>
        <w:t>4:21  do ghasi milti hain woh pani ban jati hai moajza hi toh hai</w:t>
      </w:r>
      <w:r>
        <w:br/>
      </w:r>
      <w:r>
        <w:rPr>
          <w:sz w:val="20"/>
        </w:rPr>
        <w:t>4:26  toh sab cheez moajza hi hai moaj</w:t>
      </w:r>
      <w:r>
        <w:br/>
      </w:r>
      <w:r>
        <w:rPr>
          <w:sz w:val="20"/>
        </w:rPr>
        <w:t>4:29  za kya hai conversion</w:t>
      </w:r>
      <w:r>
        <w:br/>
      </w:r>
      <w:r>
        <w:rPr>
          <w:sz w:val="20"/>
        </w:rPr>
        <w:t>4:31  hazrat moosa ke haath mein jo asaa tha woh saanp ban gaya darwaza case of conversion toh conversion</w:t>
      </w:r>
      <w:r>
        <w:br/>
      </w:r>
      <w:r>
        <w:rPr>
          <w:sz w:val="20"/>
        </w:rPr>
        <w:t>4:38  toh har waqt ho raha hai</w:t>
      </w:r>
      <w:r>
        <w:br/>
      </w:r>
      <w:r>
        <w:rPr>
          <w:sz w:val="20"/>
        </w:rPr>
        <w:t>4:41  har waqt ho raha hai</w:t>
      </w:r>
      <w:r>
        <w:br/>
      </w:r>
      <w:r>
        <w:rPr>
          <w:sz w:val="20"/>
        </w:rPr>
        <w:t>4:44  matter jo hai roshan sitara ban gaya beej jo hai bada darakht ban gaya</w:t>
      </w:r>
      <w:r>
        <w:br/>
      </w:r>
      <w:r>
        <w:rPr>
          <w:sz w:val="20"/>
        </w:rPr>
        <w:t>4:51  insaan maa ke pait mein gosht aur khoon jo hai bachcha ban gaya</w:t>
      </w:r>
      <w:r>
        <w:br/>
      </w:r>
      <w:r>
        <w:rPr>
          <w:sz w:val="20"/>
        </w:rPr>
        <w:t>4:55  toh sab conversion hi toh ho rahi hai</w:t>
      </w:r>
      <w:r>
        <w:br/>
      </w:r>
      <w:r>
        <w:rPr>
          <w:sz w:val="20"/>
        </w:rPr>
        <w:t>5:00  koi yeh nahi ke pehle jo hua woh bas woh woh tha moajza</w:t>
      </w:r>
      <w:r>
        <w:br/>
      </w:r>
      <w:r>
        <w:rPr>
          <w:sz w:val="20"/>
        </w:rPr>
        <w:t>5:06  mein bol raha hoon mein toh har waqt sochta hoon ke moajza hai ke mein bol raha hoon</w:t>
      </w:r>
      <w:r>
        <w:br/>
      </w:r>
      <w:r>
        <w:rPr>
          <w:sz w:val="20"/>
        </w:rPr>
        <w:t>5:12  kaise mein ne socha kaise meri soch jo hai woh lafzon mein dhali kaise mein ne zabaan se</w:t>
      </w:r>
      <w:r>
        <w:br/>
      </w:r>
      <w:r>
        <w:rPr>
          <w:sz w:val="20"/>
        </w:rPr>
        <w:t>5:19  ada kiya kaise woh baat aap tak pahunchi kaise aap ne sun liya phir electronic daur mein woh</w:t>
      </w:r>
      <w:r>
        <w:br/>
      </w:r>
      <w:r>
        <w:rPr>
          <w:sz w:val="20"/>
        </w:rPr>
        <w:t>5:27  cheez universal ho gayi to moajza hi to hai yeh to moajza ki haqeeqat hai conversion aur conversion</w:t>
      </w:r>
      <w:r>
        <w:br/>
      </w:r>
      <w:r>
        <w:rPr>
          <w:sz w:val="20"/>
        </w:rPr>
        <w:t>5:34  har waqt ho raha hai lekin yeh baat hai kab samjhega aadmi jab us ko us ke</w:t>
      </w:r>
      <w:r>
        <w:br/>
      </w:r>
      <w:r>
        <w:rPr>
          <w:sz w:val="20"/>
        </w:rPr>
        <w:t>5:39  mind ko aap prepare karen pehle din nahi samajh lega yeh umeed na rakhiye ke idhar aap</w:t>
      </w:r>
      <w:r>
        <w:br/>
      </w:r>
      <w:r>
        <w:rPr>
          <w:sz w:val="20"/>
        </w:rPr>
        <w:t>5:45  ne kaha idhar</w:t>
      </w:r>
      <w:r>
        <w:br/>
      </w:r>
      <w:r>
        <w:rPr>
          <w:sz w:val="20"/>
        </w:rPr>
        <w:t>5:46  us ne maan liya jab mind ban jayega us waqt sab kuch maan lega main bhi</w:t>
      </w:r>
      <w:r>
        <w:br/>
      </w:r>
      <w:r>
        <w:rPr>
          <w:sz w:val="20"/>
        </w:rPr>
        <w:t>5:51  pehley nahi manta tha</w:t>
      </w:r>
      <w:r>
        <w:br/>
      </w:r>
      <w:r>
        <w:rPr>
          <w:sz w:val="20"/>
        </w:rPr>
        <w:t>5:54  pehley main aisi baaton ko nahi manta tha naujawani ki umar mein ab main jab maine daryaft</w:t>
      </w:r>
      <w:r>
        <w:br/>
      </w:r>
      <w:r>
        <w:rPr>
          <w:sz w:val="20"/>
        </w:rPr>
        <w:t>6:01  kiya kya hai kya to conversion hi to hai yeh</w:t>
      </w:r>
      <w:r>
        <w:br/>
      </w:r>
      <w:r>
        <w:rPr>
          <w:sz w:val="20"/>
        </w:rPr>
        <w:t>6:05  har cheez yaani asa Hazrat Musa ka asa jo saanp ban gaya to conversion to tha woh to</w:t>
      </w:r>
      <w:r>
        <w:br/>
      </w:r>
      <w:r>
        <w:rPr>
          <w:sz w:val="20"/>
        </w:rPr>
        <w:t>6:13  har waqt conversion ho raha hai har waqt conversion ho raha hai</w:t>
      </w:r>
      <w:r>
        <w:br/>
      </w:r>
      <w:r>
        <w:rPr>
          <w:sz w:val="20"/>
        </w:rPr>
        <w:t>6:19  main jab gaon mein rehta tha UP mein</w:t>
      </w:r>
      <w:r>
        <w:br/>
      </w:r>
      <w:r>
        <w:rPr>
          <w:sz w:val="20"/>
        </w:rPr>
        <w:t>6:23  to apne ghar mein maine</w:t>
      </w:r>
      <w:r>
        <w:br/>
      </w:r>
      <w:r>
        <w:rPr>
          <w:sz w:val="20"/>
        </w:rPr>
        <w:t>6:27  ek woh lagaya</w:t>
      </w:r>
      <w:r>
        <w:br/>
      </w:r>
      <w:r>
        <w:rPr>
          <w:sz w:val="20"/>
        </w:rPr>
        <w:t>6:32  jis</w:t>
      </w:r>
      <w:r>
        <w:br/>
      </w:r>
      <w:r>
        <w:rPr>
          <w:sz w:val="20"/>
        </w:rPr>
        <w:t>6:32  ko kehte hain eucalyptus</w:t>
      </w:r>
      <w:r>
        <w:br/>
      </w:r>
      <w:r>
        <w:rPr>
          <w:sz w:val="20"/>
        </w:rPr>
        <w:t>6:36  ek itni si badi si shakh kahin mujhe mili woh lagaya aur bohat hi bada darakht ban gaya</w:t>
      </w:r>
      <w:r>
        <w:br/>
      </w:r>
      <w:r>
        <w:rPr>
          <w:sz w:val="20"/>
        </w:rPr>
        <w:t>6:41  itna bada ke door door se woh dikhai deta tha woh pehchan ban gayi dekho bhai woh gaon</w:t>
      </w:r>
      <w:r>
        <w:br/>
      </w:r>
      <w:r>
        <w:rPr>
          <w:sz w:val="20"/>
        </w:rPr>
        <w:t>6:49  jahan eucalyptus ka darakht hai</w:t>
      </w:r>
      <w:r>
        <w:br/>
      </w:r>
      <w:r>
        <w:rPr>
          <w:sz w:val="20"/>
        </w:rPr>
        <w:t>6:51  itna sa bada to kaise woh ek choti si shakh ek bada darakht ban gaya jo door tak</w:t>
      </w:r>
      <w:r>
        <w:br/>
      </w:r>
      <w:r>
        <w:rPr>
          <w:sz w:val="20"/>
        </w:rPr>
        <w:t>6:58  دکھائی دے that was a case of conversion</w:t>
      </w:r>
      <w:r>
        <w:br/>
      </w:r>
      <w:r>
        <w:rPr>
          <w:sz w:val="20"/>
        </w:rPr>
        <w:t>7:02  to main to hairaan hota tha dekh dekh kar ke ke kaise Khuda ne ek choti si shakh</w:t>
      </w:r>
      <w:r>
        <w:br/>
      </w:r>
      <w:r>
        <w:rPr>
          <w:sz w:val="20"/>
        </w:rPr>
        <w:t>7:07  ko itna bada darakht bana diya</w:t>
      </w:r>
      <w:r>
        <w:br/>
      </w:r>
      <w:r>
        <w:rPr>
          <w:sz w:val="20"/>
        </w:rPr>
        <w:t>7:10  to har cheez jo hai case of conversion hai har cheez moajza hai lekin us waqt aadmi ki</w:t>
      </w:r>
      <w:r>
        <w:br/>
      </w:r>
      <w:r>
        <w:rPr>
          <w:sz w:val="20"/>
        </w:rPr>
        <w:t>7:16  samajh mein aayega jab ke us</w:t>
      </w:r>
      <w:r>
        <w:br/>
      </w:r>
      <w:r>
        <w:rPr>
          <w:sz w:val="20"/>
        </w:rPr>
        <w:t>7:17  ka zehan aap bana chuke hon</w:t>
      </w:r>
    </w:p>
    <w:p>
      <w:pPr>
        <w:pStyle w:val="Heading2"/>
      </w:pPr>
      <w:r>
        <w:t>Explain the meaning of contemporary style</w:t>
      </w:r>
    </w:p>
    <w:p>
      <w:r>
        <w:rPr>
          <w:color w:val="666666"/>
          <w:sz w:val="18"/>
        </w:rPr>
        <w:t>Society &amp; Dawah · Surah Al-'Asr I November 23, 2014 Maulana Wahiduddin Khan · 4m 24s · at 54:09 · https://youtu.be/3dBMIUC0Dqw?t=3249</w:t>
      </w:r>
    </w:p>
    <w:p>
      <w:r>
        <w:rPr>
          <w:i/>
        </w:rPr>
        <w:t>“The phrase 'Islamic literature in contemporary idiom' appears in the introduction of your books. Please explain the term 'contemporary style' in detail.”</w:t>
      </w:r>
    </w:p>
    <w:p>
      <w:r>
        <w:rPr>
          <w:sz w:val="20"/>
        </w:rPr>
        <w:t>54:09  Maulana, agla sawal kya hai Jameel Akhtar Sahab ne Delhi se aur unhon ne likha hai ke: "Asri usloob mein Islamic literature yaani Islamic literature in contemporary idiom.</w:t>
      </w:r>
      <w:r>
        <w:br/>
      </w:r>
      <w:r>
        <w:rPr>
          <w:sz w:val="20"/>
        </w:rPr>
        <w:t>54:23  Maulana, yeh jumla aap ki kitabon ke taaruf mein aata hai.</w:t>
      </w:r>
      <w:r>
        <w:br/>
      </w:r>
      <w:r>
        <w:rPr>
          <w:sz w:val="20"/>
        </w:rPr>
        <w:t>54:28  Lafz asri usloob ki tafseeli wazahat karein."</w:t>
      </w:r>
      <w:r>
        <w:br/>
      </w:r>
      <w:r>
        <w:rPr>
          <w:sz w:val="20"/>
        </w:rPr>
        <w:t>54:35  Tafseeli wazahat ka har kitab mein parh leejye aap. Har kitab mein aap yeh baat paayein ge.</w:t>
      </w:r>
      <w:r>
        <w:br/>
      </w:r>
      <w:r>
        <w:rPr>
          <w:sz w:val="20"/>
        </w:rPr>
        <w:t>54:44  Asri usloob ka matlab yeh hai ke aaj ka mind address ho. Aaj ka mind address ho. Main ek misaal deta hoon aap ko ke ek hadees hai, Hazrat Aisha kehti hain Rasool Allah Sal Allah Alaihi Wasallam ke baray mein</w:t>
      </w:r>
      <w:r>
        <w:br/>
      </w:r>
      <w:r>
        <w:rPr>
          <w:sz w:val="20"/>
        </w:rPr>
        <w:t>55:02  Kan yadhkurullaha ala kulli hayawan. Rasool Allah har mauqa par zikr karte thay Allah ka.</w:t>
      </w:r>
      <w:r>
        <w:br/>
      </w:r>
      <w:r>
        <w:rPr>
          <w:sz w:val="20"/>
        </w:rPr>
        <w:t>55:14  To aap log is ko riwayati</w:t>
      </w:r>
      <w:r>
        <w:br/>
      </w:r>
      <w:r>
        <w:rPr>
          <w:sz w:val="20"/>
        </w:rPr>
        <w:t>55:19  jo tafaseer karte hain to yeh likha hai logon ne ke har mauqe par alhamdulillah keh diya, subhan Allah keh diya. yeh is tarah ke jo kalmaat hain woh keh diya.</w:t>
      </w:r>
      <w:r>
        <w:br/>
      </w:r>
      <w:r>
        <w:rPr>
          <w:sz w:val="20"/>
        </w:rPr>
        <w:t>55:30  Allah o Akbar, subhan Allah, alhamdulillah yeh alfaaz aap bolte the har mauqe par.</w:t>
      </w:r>
      <w:r>
        <w:br/>
      </w:r>
      <w:r>
        <w:rPr>
          <w:sz w:val="20"/>
        </w:rPr>
        <w:t>55:37  yeh riwayti tafseer hai. aaj ka insaan is se mutmaeen nahi hoga. maine is par bohat ghore kiya to mujhe samajh mein aaya ke aaj ke insaan ke lihaaz se jo is ki tashreeh honi chahiye woh yeh honi chahiye ke Rasool Allah</w:t>
      </w:r>
      <w:r>
        <w:br/>
      </w:r>
      <w:r>
        <w:rPr>
          <w:sz w:val="20"/>
        </w:rPr>
        <w:t>55:54  har occasion ko point of reference bana kar Allah ko yaad karte the. har occasion ko. jaise misaal ke taur par main kai baar aisa hota hai ke maine glass uthaya aur gir gaya woh.</w:t>
      </w:r>
      <w:r>
        <w:br/>
      </w:r>
      <w:r>
        <w:rPr>
          <w:sz w:val="20"/>
        </w:rPr>
        <w:t>56:11  pani bhi gir gaya. to yeh ek occasion hi hai. to woh banda samajhta hai ke itni bari universe, billion billion sitare aur sab harkat mein hain.</w:t>
      </w:r>
      <w:r>
        <w:br/>
      </w:r>
      <w:r>
        <w:rPr>
          <w:sz w:val="20"/>
        </w:rPr>
        <w:t>56:23  koi sitara gir nahi padta. koi star, koi planet ek doosre par gir nahi padte.</w:t>
      </w:r>
      <w:r>
        <w:br/>
      </w:r>
      <w:r>
        <w:rPr>
          <w:sz w:val="20"/>
        </w:rPr>
        <w:t>56:31  bohat hi perfect tor par woh un ki harkat chal rahi hai. to Allah taala ka kitna zabardast taqat hai. kitna bari power Allah taala ki hai.</w:t>
      </w:r>
      <w:r>
        <w:br/>
      </w:r>
      <w:r>
        <w:rPr>
          <w:sz w:val="20"/>
        </w:rPr>
        <w:t>56:41  bilkul control mein rakhi hui hai. main ek glass ko control nahi kar sakta. yeh hai occasion.</w:t>
      </w:r>
      <w:r>
        <w:br/>
      </w:r>
      <w:r>
        <w:rPr>
          <w:sz w:val="20"/>
        </w:rPr>
        <w:t>56:48  to yeh yeh main is ko riwayti tashreeh samajhta hoon. har mauqe par aap kehte the alhamdulillah, subhan Allah, Allah o Akbar.</w:t>
      </w:r>
      <w:r>
        <w:br/>
      </w:r>
      <w:r>
        <w:rPr>
          <w:sz w:val="20"/>
        </w:rPr>
        <w:t>56:59  yeh yeh yeh is ka yeh matlab nahi samajhta main. ya kam az kam aaj ka insaan is se mutmaeen nahi hoga.</w:t>
      </w:r>
      <w:r>
        <w:br/>
      </w:r>
      <w:r>
        <w:rPr>
          <w:sz w:val="20"/>
        </w:rPr>
        <w:t>57:07  lekin jo main arz kar raha hoon woh is se insaan mutmaeen hoga. ke har occasion ko point of reference bana kar aap Allah ke ke kisi na kisi pehlu ko, kisi kisi ka attribute ko yaad karte the.</w:t>
      </w:r>
      <w:r>
        <w:br/>
      </w:r>
      <w:r>
        <w:rPr>
          <w:sz w:val="20"/>
        </w:rPr>
        <w:t>57:24  kahin azmat Allah ki, azmat kahin Allah ki ke Allah all powerful hai. Allah ke makhsoos jo sifat hain.</w:t>
      </w:r>
      <w:r>
        <w:br/>
      </w:r>
      <w:r>
        <w:rPr>
          <w:sz w:val="20"/>
        </w:rPr>
        <w:t>57:35  to mukhtalif occasion ko aap point of reference bana kar Allah ko yaad karte hain. yeh matlab hai is ka. na ke koi datte hue alfaaz hain us ko munh se bol diya.</w:t>
      </w:r>
      <w:r>
        <w:br/>
      </w:r>
      <w:r>
        <w:rPr>
          <w:sz w:val="20"/>
        </w:rPr>
        <w:t>57:46  woh to lip service hai. woh zikr nahi, woh lip service hai.</w:t>
      </w:r>
      <w:r>
        <w:br/>
      </w:r>
      <w:r>
        <w:rPr>
          <w:sz w:val="20"/>
        </w:rPr>
        <w:t>57:56  ek baat arz kar doon ke aaj ka jo mind hai woh is waqt mutmaeen hota hai jab is mein rational logic ho.</w:t>
      </w:r>
      <w:r>
        <w:br/>
      </w:r>
      <w:r>
        <w:rPr>
          <w:sz w:val="20"/>
        </w:rPr>
        <w:t>58:06  is mein koi rational logic nahi hai ke is mauqe par yeh keh diya, is mauqe par woh keh diya. yeh koi rational logic nahi hai is mein.</w:t>
      </w:r>
      <w:r>
        <w:br/>
      </w:r>
      <w:r>
        <w:rPr>
          <w:sz w:val="20"/>
        </w:rPr>
        <w:t>58:16  lekin jo maine arz kiya is mein ek rational logic hai. aqli tawjeeh hai. to wahan is aaj ka insaan jo hai har cheez mein rational logic dhoondta hai.</w:t>
      </w:r>
      <w:r>
        <w:br/>
      </w:r>
      <w:r>
        <w:rPr>
          <w:sz w:val="20"/>
        </w:rPr>
        <w:t>58:27  yehi hai modern idiom.</w:t>
      </w:r>
    </w:p>
    <w:p>
      <w:pPr>
        <w:pStyle w:val="Heading2"/>
      </w:pPr>
      <w:r>
        <w:t>Explain the reality of wala and bara</w:t>
      </w:r>
    </w:p>
    <w:p>
      <w:r>
        <w:rPr>
          <w:color w:val="666666"/>
          <w:sz w:val="18"/>
        </w:rPr>
        <w:t>Society &amp; Dawah · Q&amp;A 20 Nov 2011 Maulana Wahiduddin Khan · 2m 44s · at 39:55 · https://youtu.be/7sNDn8Y6jUc?t=2395</w:t>
      </w:r>
    </w:p>
    <w:p>
      <w:r>
        <w:rPr>
          <w:i/>
        </w:rPr>
        <w:t>“What is the reality of the issue of 'wala' (loyalty) and 'bara' (disassociation)?”</w:t>
      </w:r>
    </w:p>
    <w:p>
      <w:r>
        <w:rPr>
          <w:sz w:val="20"/>
        </w:rPr>
        <w:t>39:55  ji. maulana agla sawal aaya hai maulana inayatullah umri ka bangalore se. unhone likha hai ke wala aur bara ke masle ki haqeeqat kya hai?</w:t>
      </w:r>
      <w:r>
        <w:br/>
      </w:r>
      <w:r>
        <w:rPr>
          <w:sz w:val="20"/>
        </w:rPr>
        <w:t>40:15  dekhein aaj kal kuch aisi kitabein likhi gayi hain arbon arab duniya mein is mein woh kehte hain ke wala musalmanon ke liye hai aur bara ghair musalmanon ke liye hai</w:t>
      </w:r>
      <w:r>
        <w:br/>
      </w:r>
      <w:r>
        <w:rPr>
          <w:sz w:val="20"/>
        </w:rPr>
        <w:t>40:32  kyunke quran mein aisa aaye hain references ke tum ko musalmanon se wala maani yani gehra taluq mohabbat ka taluq aur bara maani un se judai alahdagi</w:t>
      </w:r>
      <w:r>
        <w:br/>
      </w:r>
      <w:r>
        <w:rPr>
          <w:sz w:val="20"/>
        </w:rPr>
        <w:t>40:50  to kya ghair musalmanon se hamein judai distance banana chahiye juda hona chahiye aur sirf musalmanon se hamein taluq rakhna chahiye to yeh aisi kitabein likhi gayi hain kyunke main in kitabon ko galat samajhta hoon aur quran ke hawale galat dete hain</w:t>
      </w:r>
      <w:r>
        <w:br/>
      </w:r>
      <w:r>
        <w:rPr>
          <w:sz w:val="20"/>
        </w:rPr>
        <w:t>41:07  yani jo quran mein yeh aayatein jo hain woh kisi particular situation ke liye hain us ko aam karte hain woh us ko generalize karte hain woh yani yeh kaha gaya hai mislan ke jab musalman kisi doosre groh se etwar hon to wahan par bara hoga yani hum se taluq distance banana padega kyunke razdari</w:t>
      </w:r>
      <w:r>
        <w:br/>
      </w:r>
      <w:r>
        <w:rPr>
          <w:sz w:val="20"/>
        </w:rPr>
        <w:t>41:33  bartni padti hai raaz muntakil ho jate hain to hum ko distance maintain karna padega to woh halat jang ke liye us ko us ko generalize kar diya unhone aur sari duniya ke jo ghair musalman hain un se dori banao yeh bilkul galat thi yeh islam se koi taluq is ka nahi hai</w:t>
      </w:r>
      <w:r>
        <w:br/>
      </w:r>
      <w:r>
        <w:rPr>
          <w:sz w:val="20"/>
        </w:rPr>
        <w:t>41:50  arbon ka mamla dekhein ek baat bataoon main aap ko ke sare arbon ka mamla yeh hai ke woh un ka jo islam hai woh sara ka sara falasteen se bana hai israel se bana hai sab isi se le kar ke un ka mind banaya hai chunke unhein nafrat hai yahudiyon se is wajah se woh sare islam ko isi waqt</w:t>
      </w:r>
      <w:r>
        <w:br/>
      </w:r>
      <w:r>
        <w:rPr>
          <w:sz w:val="20"/>
        </w:rPr>
        <w:t>42:10  explain karte hain woh sare arab jo hain gehrai ke sath yahudi nafrat mein mubtala hain bas yeh israel se nafrat mein mubtala hain bohat hi gehrai ke sath wahi refer karta hai un ke taqreeron mein un ke mazmoonon mein un ki kitabon mein to arbon ki kitabon ko</w:t>
      </w:r>
      <w:r>
        <w:br/>
      </w:r>
      <w:r>
        <w:rPr>
          <w:sz w:val="20"/>
        </w:rPr>
        <w:t>42:29  ka aap zariya na banayein aap quran o hadith ko direct padhein to aap islam samajh mein ayega.</w:t>
      </w:r>
    </w:p>
    <w:p>
      <w:pPr>
        <w:pStyle w:val="Heading2"/>
      </w:pPr>
      <w:r>
        <w:t>Explaining Peace to War Victims</w:t>
      </w:r>
    </w:p>
    <w:p>
      <w:r>
        <w:rPr>
          <w:color w:val="666666"/>
          <w:sz w:val="18"/>
        </w:rPr>
        <w:t>Society &amp; Dawah · Importance of Peace August 17, 2014 · 2m 41s · at 1:13:23 · https://youtu.be/ifxSwh2Jckw?t=4403</w:t>
      </w:r>
    </w:p>
    <w:p>
      <w:r>
        <w:rPr>
          <w:i/>
        </w:rPr>
        <w:t>“How can the concept of peace be explained to those who have lost their loved ones in war or violence?”</w:t>
      </w:r>
    </w:p>
    <w:p>
      <w:r>
        <w:rPr>
          <w:sz w:val="20"/>
        </w:rPr>
        <w:t>1:13:23  yeh maine is mamle mein bohat socha hai. meri kitab maujood hai, aap parh lijiye. "Dawn over Kashmir" woh parh lijiye aap. Maulana, agla sawal Bhuvaneshwar se aaya hai, Salman sahib ka.</w:t>
      </w:r>
      <w:r>
        <w:br/>
      </w:r>
      <w:r>
        <w:rPr>
          <w:sz w:val="20"/>
        </w:rPr>
        <w:t>1:13:37  aur aaj ke lecture ko le ke unhon ne sawal kiya hai.</w:t>
      </w:r>
      <w:r>
        <w:br/>
      </w:r>
      <w:r>
        <w:rPr>
          <w:sz w:val="20"/>
        </w:rPr>
        <w:t>1:13:41  unhon ne likha hai ke: "Moulana sahib, how can concept of peace be explained to those who have lost their loved ones in war or violence?</w:t>
      </w:r>
      <w:r>
        <w:br/>
      </w:r>
      <w:r>
        <w:rPr>
          <w:sz w:val="20"/>
        </w:rPr>
        <w:t>1:13:52  They say that they have lost everything and they want to take revenge. So how can peace be explained to them as they have nothing more to lose and are full of enmity?" bhai yahi psychology to change war paida karti hai.</w:t>
      </w:r>
      <w:r>
        <w:br/>
      </w:r>
      <w:r>
        <w:rPr>
          <w:sz w:val="20"/>
        </w:rPr>
        <w:t>1:14:11  yahi dekhiye, Rasool Allah ke zamane mein ek jang hui thi, Uhud ki jang kaha jata hai is ko. is mein satar sahaba shaheed hue the.</w:t>
      </w:r>
      <w:r>
        <w:br/>
      </w:r>
      <w:r>
        <w:rPr>
          <w:sz w:val="20"/>
        </w:rPr>
        <w:t>1:14:22  ek ek sahabi jo hai, kitna qeemti tha aap maan lijiye. to satar sahaba shaheed hue the. to sahaba ke andar wohi pata ho jo aap keh rahe hain ke satar, satar apno ki satar qeemti janon ko kaise bhula dein hum?</w:t>
      </w:r>
      <w:r>
        <w:br/>
      </w:r>
      <w:r>
        <w:rPr>
          <w:sz w:val="20"/>
        </w:rPr>
        <w:t>1:14:41  humein ladna hai. to is waqt quran mein yeh ayat utri thi ke fa in asabakum qarhun faqad bakhsa al qawma qarhahum mithlahu wa tilka al ayyamu nadharun lahu binan nas yani pas ko bhulao.</w:t>
      </w:r>
      <w:r>
        <w:br/>
      </w:r>
      <w:r>
        <w:rPr>
          <w:sz w:val="20"/>
        </w:rPr>
        <w:t>1:14:55  to sahaba ne pas ko bhula diya. jo log pas ko na bhulayein to un ke liye kya? ab graveyard hai. pas ko na bhulane ke baad jo cheez milti hai woh graveyard hai.</w:t>
      </w:r>
      <w:r>
        <w:br/>
      </w:r>
      <w:r>
        <w:rPr>
          <w:sz w:val="20"/>
        </w:rPr>
        <w:t>1:15:06  wo jeet nahi milti. yaad rakhiye,</w:t>
      </w:r>
      <w:r>
        <w:br/>
      </w:r>
      <w:r>
        <w:rPr>
          <w:sz w:val="20"/>
        </w:rPr>
        <w:t>1:15:10  sahaba ne uhud mein jo un ko hui thi itni zabardast nuqsan, us ko bhulaya to fateh makka un ke hisse mein aaya. to yaad rakhiye, yeh law of nature hai, yeh corruption of god hai, yeh tareekh ka qanoon hai ke jo log pas ko na bhulayein,</w:t>
      </w:r>
      <w:r>
        <w:br/>
      </w:r>
      <w:r>
        <w:rPr>
          <w:sz w:val="20"/>
        </w:rPr>
        <w:t>1:15:30  wo jahan pohnchein ge woh graveyard hoga.</w:t>
      </w:r>
      <w:r>
        <w:br/>
      </w:r>
      <w:r>
        <w:rPr>
          <w:sz w:val="20"/>
        </w:rPr>
        <w:t>1:15:34  wo koi bagh nahi, koi fateh ka bagh nahi hoga. aap ek agar aap chahte hain ke aap is ko na manein to phir ek nai kainat create kijiye, ek naya universe banaiye.</w:t>
      </w:r>
      <w:r>
        <w:br/>
      </w:r>
      <w:r>
        <w:rPr>
          <w:sz w:val="20"/>
        </w:rPr>
        <w:t>1:15:50  is universe mein to aisa hone wala nahi hai. khuda ki banai hui duniya mein to yahi hoga jo ho raha hai ke agar aap pas ko nahi bhulayenge to jaiye apne qabristan mein, apne ko halak kijiye.</w:t>
      </w:r>
    </w:p>
    <w:p>
      <w:pPr>
        <w:pStyle w:val="Heading2"/>
      </w:pPr>
      <w:r>
        <w:t>Explaining peace without justice demands</w:t>
      </w:r>
    </w:p>
    <w:p>
      <w:r>
        <w:rPr>
          <w:color w:val="666666"/>
          <w:sz w:val="18"/>
        </w:rPr>
        <w:t>Society &amp; Dawah · Age of Peace November 18, 2012 · 3m 26s · at 1:08:15 · https://youtu.be/Y9nkQnBqbrs?t=4095</w:t>
      </w:r>
    </w:p>
    <w:p>
      <w:r>
        <w:rPr>
          <w:i/>
        </w:rPr>
        <w:t>“The age of peace has come, but when we talk to people about peace, they say yes, but then link justice and other rights to peace. How do we explain to them?”</w:t>
      </w:r>
    </w:p>
    <w:p>
      <w:r>
        <w:rPr>
          <w:sz w:val="20"/>
        </w:rPr>
        <w:t>1:08:15  maulana, agla sawal dilli se hai. miss naghma siddiqui ne kiya hai, unhone likha hai: "da age of peace has come, but when we talk to people about peace, they say yes,</w:t>
      </w:r>
      <w:r>
        <w:br/>
      </w:r>
      <w:r>
        <w:rPr>
          <w:sz w:val="20"/>
        </w:rPr>
        <w:t>1:08:29  but then link justice and other rights to peace. how do we explain to them?" dekhiye, justice ideal maano mein is duniya mein kabhi mumkin nahi hai,</w:t>
      </w:r>
      <w:r>
        <w:br/>
      </w:r>
      <w:r>
        <w:rPr>
          <w:sz w:val="20"/>
        </w:rPr>
        <w:t>1:08:45  woh possible hi nahi hai. chahe peghambar rule kar raha ho, tab bhi mumkin nahi hai, kyunke duniya to test ke liye bani hai.</w:t>
      </w:r>
      <w:r>
        <w:br/>
      </w:r>
      <w:r>
        <w:rPr>
          <w:sz w:val="20"/>
        </w:rPr>
        <w:t>1:08:55  jab test hai to yahan tarah tarah ki baatein hongi. khud rasool Allah jab madine mein hakim ki hesiyat thi, aap ko hunain ka ghazwa hua, wahan par jo ghanimaten aayin, woh taqseem jo ki gayi,</w:t>
      </w:r>
      <w:r>
        <w:br/>
      </w:r>
      <w:r>
        <w:rPr>
          <w:sz w:val="20"/>
        </w:rPr>
        <w:t>1:09:09  to aap ne kya kiya? ke muhajir ko nahi diya, yani muhajir ko de diya, ansar ko nahi diya. aata hai hadith mein: "wa lam yughal ansar shay'an".</w:t>
      </w:r>
      <w:r>
        <w:br/>
      </w:r>
      <w:r>
        <w:rPr>
          <w:sz w:val="20"/>
        </w:rPr>
        <w:t>1:09:20  to ek sahabi ne, baqayda jo sahabi the, rasool Allah se kaha ke: "wallah ma adalt". Khuda ki qasam, aap ne justice nahi kiya.</w:t>
      </w:r>
      <w:r>
        <w:br/>
      </w:r>
      <w:r>
        <w:rPr>
          <w:sz w:val="20"/>
        </w:rPr>
        <w:t>1:09:32  to yeh justice ka jo concept hai, bilkul hi be asal hai, be haqeeqat hai.</w:t>
      </w:r>
      <w:r>
        <w:br/>
      </w:r>
      <w:r>
        <w:rPr>
          <w:sz w:val="20"/>
        </w:rPr>
        <w:t>1:09:37  yeh sirf stupid log kehte hain aisi baatein, kyunke jab duniya test ke liye bani hai to yahan ideal maano mein test ho hi nahi sakti. to ideal ko peace se detach kijiye.</w:t>
      </w:r>
      <w:r>
        <w:br/>
      </w:r>
      <w:r>
        <w:rPr>
          <w:sz w:val="20"/>
        </w:rPr>
        <w:t>1:09:50  ideal ko peace ke sath bracket kar ke aap hamesha andhere mein jiyenge. kabhi sab aql mein nahi aayega, kabhi aql mein nahi aayega. to ideal ko peace ke sath bracket karna yeh bohat bari, main gumrahi samajhta</w:t>
      </w:r>
      <w:r>
        <w:br/>
      </w:r>
      <w:r>
        <w:rPr>
          <w:sz w:val="20"/>
        </w:rPr>
        <w:t>1:10:04  hoon, kyunke jo cheez Allah ke kisi plan ke mutabiq possible na ho, woh woh kaise aap layenge duniya mein?</w:t>
      </w:r>
      <w:r>
        <w:br/>
      </w:r>
      <w:r>
        <w:rPr>
          <w:sz w:val="20"/>
        </w:rPr>
        <w:t>1:10:13  kaise layenge? Allah ka jo kisi plan hai, woh yeh hai ke sab ko azadi ho, sab ko azadi ho. to azadi jab hogi to woh mehsoos bhi karenge, aadmi mehsoos karenge ke ab sab mamla jabr daiz kar denge.</w:t>
      </w:r>
      <w:r>
        <w:br/>
      </w:r>
      <w:r>
        <w:rPr>
          <w:sz w:val="20"/>
        </w:rPr>
        <w:t>1:10:26  ek insaan Hazrat Umar ko moda lega, ek insaan Hazrat Yahya ko moda lega.</w:t>
      </w:r>
      <w:r>
        <w:br/>
      </w:r>
      <w:r>
        <w:rPr>
          <w:sz w:val="20"/>
        </w:rPr>
        <w:t>1:10:33  to yeh sab hota rahega. daai ka jo mission hai, jo target hai, woh nida madad qaim karna nahi hai.</w:t>
      </w:r>
      <w:r>
        <w:br/>
      </w:r>
      <w:r>
        <w:rPr>
          <w:sz w:val="20"/>
        </w:rPr>
        <w:t>1:10:43  yeh jhoota jo logon ne nazariya banaya hai ke hamara kaam adl ka, justice ka nizam banana hai, yeh bilkul jhooti baat hai. jhooti baat is liye keh raha hoon ke is ne sare mamle ko bigaad rakha hai.</w:t>
      </w:r>
      <w:r>
        <w:br/>
      </w:r>
      <w:r>
        <w:rPr>
          <w:sz w:val="20"/>
        </w:rPr>
        <w:t>1:10:55  daai ka nishana hai balagh pohnchana.</w:t>
      </w:r>
      <w:r>
        <w:br/>
      </w:r>
      <w:r>
        <w:rPr>
          <w:sz w:val="20"/>
        </w:rPr>
        <w:t>1:11:01  yaad rakhiye, daai ka nishana harghiz harghiz yeh nahi ke duniya mein justice ka nizam qaim ho, kyunke woh to possible nahi hai. jo nishana hai, woh wahi nishana rahega jo possible ho.</w:t>
      </w:r>
      <w:r>
        <w:br/>
      </w:r>
      <w:r>
        <w:rPr>
          <w:sz w:val="20"/>
        </w:rPr>
        <w:t>1:11:14  aur possible kya hai? pohncha dena, pohncha dena, pohncha dena. jo log apna nazariya Quran se nahi nikalenge, apne dimagh se nikalenge, wahi aisi baatein karte hain.</w:t>
      </w:r>
      <w:r>
        <w:br/>
      </w:r>
      <w:r>
        <w:rPr>
          <w:sz w:val="20"/>
        </w:rPr>
        <w:t>1:11:25  Quran se nikalein aap to Quran mein kahin bhi is ko yeh ayat nahi hai ke tumhari zimmedari yeh hai ke duniya mein tum adl ka nizam qaim karo.</w:t>
      </w:r>
      <w:r>
        <w:br/>
      </w:r>
      <w:r>
        <w:rPr>
          <w:sz w:val="20"/>
        </w:rPr>
        <w:t>1:11:35  yeh kahin bhi nahi hai, yeh to logon ne apne dimagh se nikal rakha hai.</w:t>
      </w:r>
    </w:p>
    <w:p>
      <w:pPr>
        <w:pStyle w:val="Heading2"/>
      </w:pPr>
      <w:r>
        <w:t>Fear of speaking openly among Muslims</w:t>
      </w:r>
    </w:p>
    <w:p>
      <w:r>
        <w:rPr>
          <w:color w:val="666666"/>
          <w:sz w:val="18"/>
        </w:rPr>
        <w:t>Society &amp; Dawah · Study of The Quran November 30, 2014 · 2m 00s · at 1:06:51 · https://youtu.be/x3fcJ2nlDow?t=4011</w:t>
      </w:r>
    </w:p>
    <w:p>
      <w:r>
        <w:rPr>
          <w:i/>
        </w:rPr>
        <w:t>“Nowadays, among Muslims, one is afraid to speak openly about anything, lest something said about the Quran or the Prophet, even indirectly, makes Muslims angry and they do something. What is the way to avoid this?”</w:t>
      </w:r>
    </w:p>
    <w:p>
      <w:r>
        <w:rPr>
          <w:sz w:val="20"/>
        </w:rPr>
        <w:t>1:06:51  Maulana, agla sawal Raj Malak sahib ne kiya hai Delhi se, aur unhon ne likha hai: "Aaj kal Musalman ke darmiyan koi bhi baat khul kar bolte hue darr lagta hai ke isharay mein bhi koi baat Quran aur Nabi ke baray mein jis se Musalman ghussa ho kar kuch kar baithe.</w:t>
      </w:r>
      <w:r>
        <w:br/>
      </w:r>
      <w:r>
        <w:rPr>
          <w:sz w:val="20"/>
        </w:rPr>
        <w:t>1:07:11  is se bachne ka tareeqa kya hai?"</w:t>
      </w:r>
      <w:r>
        <w:br/>
      </w:r>
      <w:r>
        <w:rPr>
          <w:sz w:val="20"/>
        </w:rPr>
        <w:t>1:07:16  tareeqa yeh hai ke Musalman, ke yeh jo Musalmanon mein jo mizaj aa gaya hai, yeh to is ka Islam se koi talluq nahi hai. yeh to shaitani mizaj hai ke Allah Ta'ala ne kaha ke Adam ko main khaleefa banata hoon, aur phir shaitan ghussa ho gaya.</w:t>
      </w:r>
      <w:r>
        <w:br/>
      </w:r>
      <w:r>
        <w:rPr>
          <w:sz w:val="20"/>
        </w:rPr>
        <w:t>1:07:32  ke kaise bana denge khaleefa ab is ko aap? main is se bartar hoon. to cheezon ko sun kar bhadak uthna, yeh to shaitani nafsiyat hai, is ka Islam se koi talluq nahi.</w:t>
      </w:r>
      <w:r>
        <w:br/>
      </w:r>
      <w:r>
        <w:rPr>
          <w:sz w:val="20"/>
        </w:rPr>
        <w:t>1:07:45  aur is se, yani ya to avoid kijiye, ya agar aap aisa aadmi payen jo discuss kar sakta ho to discuss kijiye.</w:t>
      </w:r>
      <w:r>
        <w:br/>
      </w:r>
      <w:r>
        <w:rPr>
          <w:sz w:val="20"/>
        </w:rPr>
        <w:t>1:07:56  warna yaqeenan yeh bhadakne ki nafsiyat jo hai, shaitani nafsiyat hai, is mein koi shakk nahi. pehla jo shakhs bhadka tha, woh shaitan tha.</w:t>
      </w:r>
      <w:r>
        <w:br/>
      </w:r>
      <w:r>
        <w:rPr>
          <w:sz w:val="20"/>
        </w:rPr>
        <w:t>1:08:07  yeh to maloom baat hai ke Allah Ta'ala ne Adam ko banaya, aur yeh kaha ke Adam zameen ka khaleefa hoga.</w:t>
      </w:r>
      <w:r>
        <w:br/>
      </w:r>
      <w:r>
        <w:rPr>
          <w:sz w:val="20"/>
        </w:rPr>
        <w:t>1:08:14  khaleefa ka matlab yeh koi religious term nahi hai, yeh religious term nahi hai. matlab zameen ka intezam chalayega, bas is sense mein.</w:t>
      </w:r>
      <w:r>
        <w:br/>
      </w:r>
      <w:r>
        <w:rPr>
          <w:sz w:val="20"/>
        </w:rPr>
        <w:t>1:08:25  zameen ka intezam chalayega. to shaitan bhadak utha. to kisi baat par ghaur karna, seriously samajhna, yeh insan ka kaam hai.</w:t>
      </w:r>
      <w:r>
        <w:br/>
      </w:r>
      <w:r>
        <w:rPr>
          <w:sz w:val="20"/>
        </w:rPr>
        <w:t>1:08:38  ab bhadakna shaitan ka kaam hai.</w:t>
      </w:r>
      <w:r>
        <w:br/>
      </w:r>
      <w:r>
        <w:rPr>
          <w:sz w:val="20"/>
        </w:rPr>
        <w:t>1:08:40  to Musalman jo baat baat bhadakte hain, bhadak kar larne maarne ke khare hote hain, woh to shaitani culture hai, is ka Islam se koi talluq nahi.</w:t>
      </w:r>
    </w:p>
    <w:p>
      <w:pPr>
        <w:pStyle w:val="Heading2"/>
      </w:pPr>
      <w:r>
        <w:t>Freedom of expression and Pope's statement</w:t>
      </w:r>
    </w:p>
    <w:p>
      <w:r>
        <w:rPr>
          <w:color w:val="666666"/>
          <w:sz w:val="18"/>
        </w:rPr>
        <w:t>Society &amp; Dawah · Root Cause of Terrorism February 22, 2015 · 3m 43s · at 47:08 · https://youtu.be/n0AIGEI7b9U?t=2828</w:t>
      </w:r>
    </w:p>
    <w:p>
      <w:r>
        <w:rPr>
          <w:i/>
        </w:rPr>
        <w:t>“Many people like the Pope's recent statement that freedom of expression is not absolute. The Pope said it after the attack on Charlie Hebdo magazine in France. Please comment.”</w:t>
      </w:r>
    </w:p>
    <w:p>
      <w:r>
        <w:rPr>
          <w:sz w:val="20"/>
        </w:rPr>
        <w:t>47:07  hikmat e islam.</w:t>
      </w:r>
      <w:r>
        <w:br/>
      </w:r>
      <w:r>
        <w:rPr>
          <w:sz w:val="20"/>
        </w:rPr>
        <w:t>47:08  maulana, agla sawal wajihuddin sahib ne kiya hai mumbai se aur unhon ne likha hai: "many people</w:t>
      </w:r>
      <w:r>
        <w:br/>
      </w:r>
      <w:r>
        <w:rPr>
          <w:sz w:val="20"/>
        </w:rPr>
        <w:t>47:16  like the pope's recent statement that freedom of expression is not absolute.</w:t>
      </w:r>
      <w:r>
        <w:br/>
      </w:r>
      <w:r>
        <w:rPr>
          <w:sz w:val="20"/>
        </w:rPr>
        <w:t>47:21  the pope said it, the pope said it after the attack on Charlie Hebdo magazine in France.</w:t>
      </w:r>
      <w:r>
        <w:br/>
      </w:r>
      <w:r>
        <w:rPr>
          <w:sz w:val="20"/>
        </w:rPr>
        <w:t>47:28  absolute freedom can be misused and that's why freedom must not be absolute.</w:t>
      </w:r>
      <w:r>
        <w:br/>
      </w:r>
      <w:r>
        <w:rPr>
          <w:sz w:val="20"/>
        </w:rPr>
        <w:t>47:34  some people say if someone abuses me, i have freedom to retaliate.</w:t>
      </w:r>
      <w:r>
        <w:br/>
      </w:r>
      <w:r>
        <w:rPr>
          <w:sz w:val="20"/>
        </w:rPr>
        <w:t>47:40  please explain this." dekhen, do baatein alag alag hain, do baatein alag alag hain.</w:t>
      </w:r>
      <w:r>
        <w:br/>
      </w:r>
      <w:r>
        <w:rPr>
          <w:sz w:val="20"/>
        </w:rPr>
        <w:t>47:46  mein samajhta hoon ke freedom jo hai, yani by nature absolute hona chahiye is ko ke insan soch</w:t>
      </w:r>
      <w:r>
        <w:br/>
      </w:r>
      <w:r>
        <w:rPr>
          <w:sz w:val="20"/>
        </w:rPr>
        <w:t>47:54  sake, soch sake, soch sake.</w:t>
      </w:r>
      <w:r>
        <w:br/>
      </w:r>
      <w:r>
        <w:rPr>
          <w:sz w:val="20"/>
        </w:rPr>
        <w:t>47:56  yeh absolute hona chahiye, warna creativity ruk jayegi.</w:t>
      </w:r>
      <w:r>
        <w:br/>
      </w:r>
      <w:r>
        <w:rPr>
          <w:sz w:val="20"/>
        </w:rPr>
        <w:t>48:00  freedom par agar pabandi lagayenge to creativity ruk jayegi, phir creative thinking ka development nahi hoga.</w:t>
      </w:r>
      <w:r>
        <w:br/>
      </w:r>
      <w:r>
        <w:rPr>
          <w:sz w:val="20"/>
        </w:rPr>
        <w:t>48:07  insan ki sab se bari sifat yeh hai ke is ke andar creative thinking ho, hai intellectual development</w:t>
      </w:r>
      <w:r>
        <w:br/>
      </w:r>
      <w:r>
        <w:rPr>
          <w:sz w:val="20"/>
        </w:rPr>
        <w:t>48:15  hota hai is ka, to woh ruk jayegi.</w:t>
      </w:r>
      <w:r>
        <w:br/>
      </w:r>
      <w:r>
        <w:rPr>
          <w:sz w:val="20"/>
        </w:rPr>
        <w:t>48:19  is liye mein yeh manta hoon aur islam ka yahi usool hai ke freedom at itself jo hai,</w:t>
      </w:r>
      <w:r>
        <w:br/>
      </w:r>
      <w:r>
        <w:rPr>
          <w:sz w:val="20"/>
        </w:rPr>
        <w:t>48:27  woh total freedom hai.</w:t>
      </w:r>
      <w:r>
        <w:br/>
      </w:r>
      <w:r>
        <w:rPr>
          <w:sz w:val="20"/>
        </w:rPr>
        <w:t>48:28  total freedom.</w:t>
      </w:r>
      <w:r>
        <w:br/>
      </w:r>
      <w:r>
        <w:rPr>
          <w:sz w:val="20"/>
        </w:rPr>
        <w:t>48:30  ab is mein do baatein aati hain, woh yeh hai: ek baat, woh jo mein ne is se</w:t>
      </w:r>
      <w:r>
        <w:br/>
      </w:r>
      <w:r>
        <w:rPr>
          <w:sz w:val="20"/>
        </w:rPr>
        <w:t>48:38  pehlay keh chuka hoon ke sirf yeh hai ke doosre ke liye aap harmful na banen.</w:t>
      </w:r>
      <w:r>
        <w:br/>
      </w:r>
      <w:r>
        <w:rPr>
          <w:sz w:val="20"/>
        </w:rPr>
        <w:t>48:45  khud to chahe jitna sochen, aap apni thinking ko jitna hi chahe aap kare dein, is ko apne</w:t>
      </w:r>
      <w:r>
        <w:br/>
      </w:r>
      <w:r>
        <w:rPr>
          <w:sz w:val="20"/>
        </w:rPr>
        <w:t>48:53  mind ko jitna chahe istemal karen, lekin yeh right nahi hona chahiye ke doosre ke liye harmful</w:t>
      </w:r>
      <w:r>
        <w:br/>
      </w:r>
      <w:r>
        <w:rPr>
          <w:sz w:val="20"/>
        </w:rPr>
        <w:t>49:00  banayen, kyunke woh to woh social crime ka subject ban jata hai, woh freedom ka nahi.</w:t>
      </w:r>
      <w:r>
        <w:br/>
      </w:r>
      <w:r>
        <w:rPr>
          <w:sz w:val="20"/>
        </w:rPr>
        <w:t>49:07  jaise hi aap doosre ke liye harmful bante hain to aap ek social crime karte hain, to</w:t>
      </w:r>
      <w:r>
        <w:br/>
      </w:r>
      <w:r>
        <w:rPr>
          <w:sz w:val="20"/>
        </w:rPr>
        <w:t>49:15  woh bilkul sahi hai.</w:t>
      </w:r>
      <w:r>
        <w:br/>
      </w:r>
      <w:r>
        <w:rPr>
          <w:sz w:val="20"/>
        </w:rPr>
        <w:t>49:17  doosri baat yeh hai ke musalman jo yeh kehte hain ke hamara hamara dil majrooh hua hai, to</w:t>
      </w:r>
      <w:r>
        <w:br/>
      </w:r>
      <w:r>
        <w:rPr>
          <w:sz w:val="20"/>
        </w:rPr>
        <w:t>49:24  yeh majrooh hona ka concept bilkul galat hai, yeh Islam se is ka koi talluq nahin.</w:t>
      </w:r>
      <w:r>
        <w:br/>
      </w:r>
      <w:r>
        <w:rPr>
          <w:sz w:val="20"/>
        </w:rPr>
        <w:t>49:31  aap ka dil majrooh kyun hua? aap ke dil ko aap offend kyun hui hai? aap is ko</w:t>
      </w:r>
      <w:r>
        <w:br/>
      </w:r>
      <w:r>
        <w:rPr>
          <w:sz w:val="20"/>
        </w:rPr>
        <w:t>49:39  point of discussion bana kar is ko is ke baat kijiye.</w:t>
      </w:r>
      <w:r>
        <w:br/>
      </w:r>
      <w:r>
        <w:rPr>
          <w:sz w:val="20"/>
        </w:rPr>
        <w:t>49:44  jis ne koi baat kahi hai, woh aap ko buri lagi hai to aap use use discuss kijiye,</w:t>
      </w:r>
      <w:r>
        <w:br/>
      </w:r>
      <w:r>
        <w:rPr>
          <w:sz w:val="20"/>
        </w:rPr>
        <w:t>49:51  is ko point of discussion banaiye.</w:t>
      </w:r>
      <w:r>
        <w:br/>
      </w:r>
      <w:r>
        <w:rPr>
          <w:sz w:val="20"/>
        </w:rPr>
        <w:t>49:54  point of, yani is ko offend hone ki koi zaroorat nahin hai.</w:t>
      </w:r>
      <w:r>
        <w:br/>
      </w:r>
      <w:r>
        <w:rPr>
          <w:sz w:val="20"/>
        </w:rPr>
        <w:t>49:59  yeh musalman yeh kehte hain ke is se hamara dil offend hota hai, to offend hone ki zaroorat</w:t>
      </w:r>
      <w:r>
        <w:br/>
      </w:r>
      <w:r>
        <w:rPr>
          <w:sz w:val="20"/>
        </w:rPr>
        <w:t>50:07  hi kya hai? aap use discuss kijiye.</w:t>
      </w:r>
      <w:r>
        <w:br/>
      </w:r>
      <w:r>
        <w:rPr>
          <w:sz w:val="20"/>
        </w:rPr>
        <w:t>50:10  to yeh do baatein main arz karunga ke freedom ke liye koi bhi condition nahin hai, siwaye</w:t>
      </w:r>
      <w:r>
        <w:br/>
      </w:r>
      <w:r>
        <w:rPr>
          <w:sz w:val="20"/>
        </w:rPr>
        <w:t>50:17  is ke ke aadmi harmful na bane.</w:t>
      </w:r>
      <w:r>
        <w:br/>
      </w:r>
      <w:r>
        <w:rPr>
          <w:sz w:val="20"/>
        </w:rPr>
        <w:t>50:21  harmful banega to phir woh freedom nahin hogi, woh social crime ho jayega.</w:t>
      </w:r>
      <w:r>
        <w:br/>
      </w:r>
      <w:r>
        <w:rPr>
          <w:sz w:val="20"/>
        </w:rPr>
        <w:t>50:28  doosri baat yeh hai ke koi kisi ki baat aap ko agar galat maloom ho rahi hai, buri</w:t>
      </w:r>
      <w:r>
        <w:br/>
      </w:r>
      <w:r>
        <w:rPr>
          <w:sz w:val="20"/>
        </w:rPr>
        <w:t>50:35  lag rahi hai to aap use discuss kijiye, is ko reason based discussion kijiye is se, aur aur</w:t>
      </w:r>
      <w:r>
        <w:br/>
      </w:r>
      <w:r>
        <w:rPr>
          <w:sz w:val="20"/>
        </w:rPr>
        <w:t>50:43  woh is se aap ko bhi faida hoga, us ko bhi faida hoga.</w:t>
      </w:r>
      <w:r>
        <w:br/>
      </w:r>
      <w:r>
        <w:rPr>
          <w:sz w:val="20"/>
        </w:rPr>
        <w:t>50:49  yeh do baatein main kehta hoon.</w:t>
      </w:r>
    </w:p>
    <w:p>
      <w:pPr>
        <w:pStyle w:val="Heading2"/>
      </w:pPr>
      <w:r>
        <w:t>Giving Quran with Gifts to Non-Muslims in UK</w:t>
      </w:r>
    </w:p>
    <w:p>
      <w:r>
        <w:rPr>
          <w:color w:val="666666"/>
          <w:sz w:val="18"/>
        </w:rPr>
        <w:t>Society &amp; Dawah · Lessons from My Journey to Canada II January 10, 2016 · 2m 21s · at 48:21 · https://youtu.be/GHF2Ph3GW7A?t=2901</w:t>
      </w:r>
    </w:p>
    <w:p>
      <w:r>
        <w:rPr>
          <w:i/>
        </w:rPr>
        <w:t>“In the UK we have experienced few times that when we give Quran with chocolates and gifts to non-Muslims, then they keep the...”</w:t>
      </w:r>
    </w:p>
    <w:p>
      <w:r>
        <w:rPr>
          <w:sz w:val="20"/>
        </w:rPr>
        <w:t>48:21  masha Allah. Maulana, agla sawal doctor Hana ne kiya hai UK se, aur unhon ne likha hai ke</w:t>
      </w:r>
      <w:r>
        <w:br/>
      </w:r>
      <w:r>
        <w:rPr>
          <w:sz w:val="20"/>
        </w:rPr>
        <w:t>48:28  "مولانا، in UK we have experienced"</w:t>
      </w:r>
      <w:r>
        <w:br/>
      </w:r>
      <w:r>
        <w:rPr>
          <w:sz w:val="20"/>
        </w:rPr>
        <w:t>48:32  few times that when we give Quran with chocolates and gifts to non-Muslims, then they keep the</w:t>
      </w:r>
      <w:r>
        <w:br/>
      </w:r>
      <w:r>
        <w:rPr>
          <w:sz w:val="20"/>
        </w:rPr>
        <w:t>48:39  chocolates but returned the Quran as they suspected it to be a magic phenomena".</w:t>
      </w:r>
      <w:r>
        <w:br/>
      </w:r>
      <w:r>
        <w:rPr>
          <w:sz w:val="20"/>
        </w:rPr>
        <w:t>48:46  Since since these interactions are more with people who are from India, so I want to know whether</w:t>
      </w:r>
      <w:r>
        <w:br/>
      </w:r>
      <w:r>
        <w:rPr>
          <w:sz w:val="20"/>
        </w:rPr>
        <w:t>48:52  There is any concept of magic taken in India among non-Muslims for taking of Quran.</w:t>
      </w:r>
      <w:r>
        <w:br/>
      </w:r>
      <w:r>
        <w:rPr>
          <w:sz w:val="20"/>
        </w:rPr>
        <w:t>49:01  haan, is tarah ka tasawwur har jagah maujood hai, kam ya zyada, lekin is se humein kuch, yeh</w:t>
      </w:r>
      <w:r>
        <w:br/>
      </w:r>
      <w:r>
        <w:rPr>
          <w:sz w:val="20"/>
        </w:rPr>
        <w:t>49:06  hamare liye problem nahi hai.</w:t>
      </w:r>
      <w:r>
        <w:br/>
      </w:r>
      <w:r>
        <w:rPr>
          <w:sz w:val="20"/>
        </w:rPr>
        <w:t>49:10  اس لیے کہ یہ زمانہ جو ہے، اسی کے ساتھ یہ جاننا چاہیے کہ زمانہ spirit and inquiry</w:t>
      </w:r>
      <w:r>
        <w:br/>
      </w:r>
      <w:r>
        <w:rPr>
          <w:sz w:val="20"/>
        </w:rPr>
        <w:t>49:17  ka zamana hai.</w:t>
      </w:r>
      <w:r>
        <w:br/>
      </w:r>
      <w:r>
        <w:rPr>
          <w:sz w:val="20"/>
        </w:rPr>
        <w:t>49:19  hum un se keh sakte hain ke bhai, aap parh ke dekhiye, hum koi aap pe impose to</w:t>
      </w:r>
      <w:r>
        <w:br/>
      </w:r>
      <w:r>
        <w:rPr>
          <w:sz w:val="20"/>
        </w:rPr>
        <w:t>49:24  kar nahi rahe, aap parh kar dekhiye.</w:t>
      </w:r>
      <w:r>
        <w:br/>
      </w:r>
      <w:r>
        <w:rPr>
          <w:sz w:val="20"/>
        </w:rPr>
        <w:t>49:30  to kuch na kuch</w:t>
      </w:r>
      <w:r>
        <w:br/>
      </w:r>
      <w:r>
        <w:rPr>
          <w:sz w:val="20"/>
        </w:rPr>
        <w:t>49:34  misunderstanding har jagah pai jati hai, chahe India mein ho, chahe West mein ho, lekin woh mis</w:t>
      </w:r>
      <w:r>
        <w:br/>
      </w:r>
      <w:r>
        <w:rPr>
          <w:sz w:val="20"/>
        </w:rPr>
        <w:t>49:39  understanding jo hai, us ko aap yani point of discussion banaiye.</w:t>
      </w:r>
      <w:r>
        <w:br/>
      </w:r>
      <w:r>
        <w:rPr>
          <w:sz w:val="20"/>
        </w:rPr>
        <w:t>49:46  ase yeh kahiye ke aap is ko parh ke dekh lijiye, kya hai is mein?</w:t>
      </w:r>
      <w:r>
        <w:br/>
      </w:r>
      <w:r>
        <w:rPr>
          <w:sz w:val="20"/>
        </w:rPr>
        <w:t>49:54  to main samajhta hoon ke</w:t>
      </w:r>
      <w:r>
        <w:br/>
      </w:r>
      <w:r>
        <w:rPr>
          <w:sz w:val="20"/>
        </w:rPr>
        <w:t>49:57  is tarah ki soch pehle bhi thi, aaj bhi hai, aindah bhi rahegi, lekin is se dawat</w:t>
      </w:r>
      <w:r>
        <w:br/>
      </w:r>
      <w:r>
        <w:rPr>
          <w:sz w:val="20"/>
        </w:rPr>
        <w:t>50:03  ka mission rukta nahin.</w:t>
      </w:r>
      <w:r>
        <w:br/>
      </w:r>
      <w:r>
        <w:rPr>
          <w:sz w:val="20"/>
        </w:rPr>
        <w:t>50:05  dawat ka mission phir bhi jaari rehta hai, inshallah.</w:t>
      </w:r>
      <w:r>
        <w:br/>
      </w:r>
      <w:r>
        <w:rPr>
          <w:sz w:val="20"/>
        </w:rPr>
        <w:t>50:13  maulana, ek aur comment aaya hai dilli se doctor najma siddiqi ka, aur unhon ne likha hai ke</w:t>
      </w:r>
      <w:r>
        <w:br/>
      </w:r>
      <w:r>
        <w:rPr>
          <w:sz w:val="20"/>
        </w:rPr>
        <w:t>50:20  An experience, once an experience that I wanted to share with all, once I gave an English Quran</w:t>
      </w:r>
      <w:r>
        <w:br/>
      </w:r>
      <w:r>
        <w:rPr>
          <w:sz w:val="20"/>
        </w:rPr>
        <w:t>50:26  to a doctor.</w:t>
      </w:r>
      <w:r>
        <w:br/>
      </w:r>
      <w:r>
        <w:rPr>
          <w:sz w:val="20"/>
        </w:rPr>
        <w:t>50:28  he looked at me for few seconds, took it and said, i had worked in saudi arabia for</w:t>
      </w:r>
      <w:r>
        <w:br/>
      </w:r>
      <w:r>
        <w:rPr>
          <w:sz w:val="20"/>
        </w:rPr>
        <w:t>50:35  More than five years, no one ever gave me a copy of Quran which I could understand.</w:t>
      </w:r>
      <w:r>
        <w:br/>
      </w:r>
      <w:r>
        <w:rPr>
          <w:sz w:val="20"/>
        </w:rPr>
        <w:t>50:43  ' He then asked me for a few more copies to give it to some of his friends, and he still keeps in touch with me." Mashallah. Maulana, agla sawal bheja hai Imran Khalid Sahib ne, unhon ne apni location nahin likhi hai. un ka sawal hai: "Maulana, is there any role of Allah in our daily lives? I mean, does He intervene in our daily life? And what is the role of dua?"</w:t>
      </w:r>
    </w:p>
    <w:p>
      <w:pPr>
        <w:pStyle w:val="Heading2"/>
      </w:pPr>
      <w:r>
        <w:t>Greeting Non-Muslims with Salaam</w:t>
      </w:r>
    </w:p>
    <w:p>
      <w:r>
        <w:rPr>
          <w:color w:val="666666"/>
          <w:sz w:val="18"/>
        </w:rPr>
        <w:t>Society &amp; Dawah · Hadith Prediction November 3, 2013 · 2m 06s · at 57:30 · https://youtu.be/cb5Lzw9c8aE?t=3450</w:t>
      </w:r>
    </w:p>
    <w:p>
      <w:r>
        <w:rPr>
          <w:i/>
        </w:rPr>
        <w:t>“Can we greet non-Muslims with the Islamic word 'Assalamu Alaikum'?”</w:t>
      </w:r>
    </w:p>
    <w:p>
      <w:r>
        <w:rPr>
          <w:sz w:val="20"/>
        </w:rPr>
        <w:t>57:30  maulana, agla sawal hai kashmir se amir sofi sahab ka. unhon ne aapse poocha hai ke can we greet non-muslims with the islamic word assalamu alaikum?</w:t>
      </w:r>
      <w:r>
        <w:br/>
      </w:r>
      <w:r>
        <w:rPr>
          <w:sz w:val="20"/>
        </w:rPr>
        <w:t>57:42  zaroor, already aap karte hi hain. yeh is se poochne ki baat hi nahi hai. already hum sab duniya ko assalamu alaikum kehte hain.</w:t>
      </w:r>
      <w:r>
        <w:br/>
      </w:r>
      <w:r>
        <w:rPr>
          <w:sz w:val="20"/>
        </w:rPr>
        <w:t>57:51  dekhiye, paanch waqt ki jo aap namaz padhte hain to namaz ke aakhir mein kya kehte hain aap?</w:t>
      </w:r>
      <w:r>
        <w:br/>
      </w:r>
      <w:r>
        <w:rPr>
          <w:sz w:val="20"/>
        </w:rPr>
        <w:t>58:00  yani apna chehra idhar karte hain, idhar karte hain. assalamu alaikum wa rehmatullah assalamu alaikum wa rehmatullah. to sari duniya ki taraf chehra kar ke aap kehte hain: "aye logon, tum par salamat ho!</w:t>
      </w:r>
      <w:r>
        <w:br/>
      </w:r>
      <w:r>
        <w:rPr>
          <w:sz w:val="20"/>
        </w:rPr>
        <w:t>58:13  aye logon, tum par salamat ho!" to kaun log hote hain? kya musalman hote hain? sab log hote hain.</w:t>
      </w:r>
      <w:r>
        <w:br/>
      </w:r>
      <w:r>
        <w:rPr>
          <w:sz w:val="20"/>
        </w:rPr>
        <w:t>58:21  alaikum jo hai, sare insanon ke liye hai. yeh</w:t>
      </w:r>
      <w:r>
        <w:br/>
      </w:r>
      <w:r>
        <w:rPr>
          <w:sz w:val="20"/>
        </w:rPr>
        <w:t>58:29  ek ek muhaddis the, unhon ne kaha ke tadri muslim yqul anta amnun minni anta amnun minni jab aadmi assalamu alaikum kehta hai to jaante ho kya matlab is ka hai?</w:t>
      </w:r>
      <w:r>
        <w:br/>
      </w:r>
      <w:r>
        <w:rPr>
          <w:sz w:val="20"/>
        </w:rPr>
        <w:t>58:43  is ka matlab yeh hai ke sab se woh keh raha hota hai ke tum mujh se mehfooz ho, tum mujh se mehfooz ho, tum par salamat ho, tum par salamat ho.</w:t>
      </w:r>
      <w:r>
        <w:br/>
      </w:r>
      <w:r>
        <w:rPr>
          <w:sz w:val="20"/>
        </w:rPr>
        <w:t>58:51  to jo log yeh poochte hain, bohat se log maine dekha ke woh poochte hain. yeh poochne pe matlab hai. already sare musalman is par practice karte hain, lekin be-shuuri ke tehat</w:t>
      </w:r>
      <w:r>
        <w:br/>
      </w:r>
      <w:r>
        <w:rPr>
          <w:sz w:val="20"/>
        </w:rPr>
        <w:t>59:05  jab bhi hum namaz ko padhne ke baad idhar phirte hain, idhar padhte hain, assalamu alaikum kehte hain, woh sari duniya ke liye hota hai. woh yeh nahi ke aye musalmanon, tumhare upar salamat ho.</w:t>
      </w:r>
      <w:r>
        <w:br/>
      </w:r>
      <w:r>
        <w:rPr>
          <w:sz w:val="20"/>
        </w:rPr>
        <w:t>59:17  sab duniya ke liye</w:t>
      </w:r>
      <w:r>
        <w:br/>
      </w:r>
      <w:r>
        <w:rPr>
          <w:sz w:val="20"/>
        </w:rPr>
        <w:t>59:19  yeh to Islam ki bahut basic taleem hai ke sab ke liye aap ke dil mein salamati ho, sab ke liye aap ke dil mein peace ho, sab ke liye aap ke dil mein khair khwahi ho.</w:t>
      </w:r>
      <w:r>
        <w:br/>
      </w:r>
      <w:r>
        <w:rPr>
          <w:sz w:val="20"/>
        </w:rPr>
        <w:t>59:28  yeh islam ki basic teaching hai, yani social teaching.</w:t>
      </w:r>
    </w:p>
    <w:p>
      <w:pPr>
        <w:pStyle w:val="Heading2"/>
      </w:pPr>
      <w:r>
        <w:t>Groups misusing Prophet's name for violence</w:t>
      </w:r>
    </w:p>
    <w:p>
      <w:r>
        <w:rPr>
          <w:color w:val="666666"/>
          <w:sz w:val="18"/>
        </w:rPr>
        <w:t>Society &amp; Dawah · Example of the Prophet March 20, 2016 · 2m 32s · at 1:16:04 · https://youtu.be/79HmhzXU41w?t=4564</w:t>
      </w:r>
    </w:p>
    <w:p>
      <w:r>
        <w:rPr>
          <w:i/>
        </w:rPr>
        <w:t>“There are groups who use the name of the Prophet and the Prophet's seal and stamp in their flags and spread violence in the name of Islam.”</w:t>
      </w:r>
    </w:p>
    <w:p>
      <w:r>
        <w:rPr>
          <w:sz w:val="20"/>
        </w:rPr>
        <w:t>1:16:04  Maulana, agla sawal Muhammad Wajihuddin sahib ne kiya hai Mumbai se, aur unhone likha hai Maulana</w:t>
      </w:r>
      <w:r>
        <w:br/>
      </w:r>
      <w:r>
        <w:rPr>
          <w:sz w:val="20"/>
        </w:rPr>
        <w:t>1:16:12  Sahib, there are groups who use the name of prophet and the prophet's seal and stamp on their</w:t>
      </w:r>
      <w:r>
        <w:br/>
      </w:r>
      <w:r>
        <w:rPr>
          <w:sz w:val="20"/>
        </w:rPr>
        <w:t>1:16:19  fleighz and spread violence in da name of Islam,</w:t>
      </w:r>
      <w:r>
        <w:br/>
      </w:r>
      <w:r>
        <w:rPr>
          <w:sz w:val="20"/>
        </w:rPr>
        <w:t>1:16:23  Can this be called an Islamic war especially when they use the seal of Prophet on their flags?</w:t>
      </w:r>
      <w:r>
        <w:br/>
      </w:r>
      <w:r>
        <w:rPr>
          <w:sz w:val="20"/>
        </w:rPr>
        <w:t>1:16:30  hargiz nahin, yeh to un Islamic hai, hargiz nahin, hargiz nahin.</w:t>
      </w:r>
      <w:r>
        <w:br/>
      </w:r>
      <w:r>
        <w:rPr>
          <w:sz w:val="20"/>
        </w:rPr>
        <w:t>1:16:35  yeh logon ko Allah ke hath pakra jayega, kisi ko right kiya hai ke woh aisa kare?</w:t>
      </w:r>
      <w:r>
        <w:br/>
      </w:r>
      <w:r>
        <w:rPr>
          <w:sz w:val="20"/>
        </w:rPr>
        <w:t>1:16:40  Islam mein war hai hi nahin, Islam mein sirf peace hai.</w:t>
      </w:r>
      <w:r>
        <w:br/>
      </w:r>
      <w:r>
        <w:rPr>
          <w:sz w:val="20"/>
        </w:rPr>
        <w:t>1:16:47  mein poore apni zindagi mein jo study ki hai, mein kehta hoon ke Islam mein war hai hi</w:t>
      </w:r>
      <w:r>
        <w:br/>
      </w:r>
      <w:r>
        <w:rPr>
          <w:sz w:val="20"/>
        </w:rPr>
        <w:t>1:16:51  nahin, Islam mein sirf peace hai.</w:t>
      </w:r>
      <w:r>
        <w:br/>
      </w:r>
      <w:r>
        <w:rPr>
          <w:sz w:val="20"/>
        </w:rPr>
        <w:t>1:16:56  kabhi kabhi koi establishment government as a defence, limited sense mein</w:t>
      </w:r>
      <w:r>
        <w:br/>
      </w:r>
      <w:r>
        <w:rPr>
          <w:sz w:val="20"/>
        </w:rPr>
        <w:t>1:17:04  hath hath utha sakti hai, limited sense mein full fledge war to Islam mein hai hi nahin.</w:t>
      </w:r>
      <w:r>
        <w:br/>
      </w:r>
      <w:r>
        <w:rPr>
          <w:sz w:val="20"/>
        </w:rPr>
        <w:t>1:17:11  aur jo log aaj kal ke zamane mein jo Islam ke naam par war kar rahe hain, is</w:t>
      </w:r>
      <w:r>
        <w:br/>
      </w:r>
      <w:r>
        <w:rPr>
          <w:sz w:val="20"/>
        </w:rPr>
        <w:t>1:17:16  ka Islam se kuch bhi ta'alluq nahin hai, one percent bhi ta'alluq nahin hai.</w:t>
      </w:r>
      <w:r>
        <w:br/>
      </w:r>
      <w:r>
        <w:rPr>
          <w:sz w:val="20"/>
        </w:rPr>
        <w:t>1:17:24  is par bohat likha hai hum ne ke Islam sarta sar peace hai, peace, peace, peace.</w:t>
      </w:r>
      <w:r>
        <w:br/>
      </w:r>
      <w:r>
        <w:rPr>
          <w:sz w:val="20"/>
        </w:rPr>
        <w:t>1:17:31  tashaddud aur war hai hi nahin,</w:t>
      </w:r>
      <w:r>
        <w:br/>
      </w:r>
      <w:r>
        <w:rPr>
          <w:sz w:val="20"/>
        </w:rPr>
        <w:t>1:17:34  sirf sirf aik establishment government ke liye</w:t>
      </w:r>
      <w:r>
        <w:br/>
      </w:r>
      <w:r>
        <w:rPr>
          <w:sz w:val="20"/>
        </w:rPr>
        <w:t>1:17:41  as a defence,</w:t>
      </w:r>
      <w:r>
        <w:br/>
      </w:r>
      <w:r>
        <w:rPr>
          <w:sz w:val="20"/>
        </w:rPr>
        <w:t>1:17:43  woh bhi limited sense mein war mein jana jaiz hai.</w:t>
      </w:r>
      <w:r>
        <w:br/>
      </w:r>
      <w:r>
        <w:rPr>
          <w:sz w:val="20"/>
        </w:rPr>
        <w:t>1:17:49  limited sense mein full fledge war chherna Islam mein to bilkul hi jaiz nahin, is tarah se koi</w:t>
      </w:r>
      <w:r>
        <w:br/>
      </w:r>
      <w:r>
        <w:rPr>
          <w:sz w:val="20"/>
        </w:rPr>
        <w:t>1:17:55  koi jagah hi nahin hai is ke liye.</w:t>
      </w:r>
      <w:r>
        <w:br/>
      </w:r>
      <w:r>
        <w:rPr>
          <w:sz w:val="20"/>
        </w:rPr>
        <w:t>1:17:58  Islam ka jo mission jo hai, insan ko insan banana hai, is ka war se kia ta'alluq?</w:t>
      </w:r>
      <w:r>
        <w:br/>
      </w:r>
      <w:r>
        <w:rPr>
          <w:sz w:val="20"/>
        </w:rPr>
        <w:t>1:18:05  insan ko insan banana, yeh mission hai Islam ka, is ka is ka ladaai se kia ta'alluq?</w:t>
      </w:r>
      <w:r>
        <w:br/>
      </w:r>
      <w:r>
        <w:rPr>
          <w:sz w:val="20"/>
        </w:rPr>
        <w:t>1:18:12  lad ke kisi ko banayenge aap, Islam woh to samjhana bujhana se hoga ke Islam</w:t>
      </w:r>
      <w:r>
        <w:br/>
      </w:r>
      <w:r>
        <w:rPr>
          <w:sz w:val="20"/>
        </w:rPr>
        <w:t>1:18:19  sirf aik peace hi peace hai.</w:t>
      </w:r>
      <w:r>
        <w:br/>
      </w:r>
      <w:r>
        <w:rPr>
          <w:sz w:val="20"/>
        </w:rPr>
        <w:t>1:18:22  Islam mein shuru se akhir tak</w:t>
      </w:r>
      <w:r>
        <w:br/>
      </w:r>
      <w:r>
        <w:rPr>
          <w:sz w:val="20"/>
        </w:rPr>
        <w:t>1:18:26  yeh mein ne bohat kitabein likhi hain, ab latest book meri hai Age of Peace, is mein bhi</w:t>
      </w:r>
      <w:r>
        <w:br/>
      </w:r>
      <w:r>
        <w:rPr>
          <w:sz w:val="20"/>
        </w:rPr>
        <w:t>1:18:32  is ki mein ne wazahat ki hai.</w:t>
      </w:r>
    </w:p>
    <w:p>
      <w:pPr>
        <w:pStyle w:val="Heading2"/>
      </w:pPr>
      <w:r>
        <w:t>Growing trust deficit between Muslims and non-Muslims</w:t>
      </w:r>
    </w:p>
    <w:p>
      <w:r>
        <w:rPr>
          <w:color w:val="666666"/>
          <w:sz w:val="18"/>
        </w:rPr>
        <w:t>Society &amp; Dawah · Spirit of the Age November 06, 2016 · 2m 25s · at 36:50 · https://youtu.be/URWoioUiDO4?t=2210</w:t>
      </w:r>
    </w:p>
    <w:p>
      <w:r>
        <w:rPr>
          <w:i/>
        </w:rPr>
        <w:t>“There is a growing trust deficit between Muslims and non-Muslims, which is often capitalized by the political parties.”</w:t>
      </w:r>
    </w:p>
    <w:p>
      <w:r>
        <w:rPr>
          <w:sz w:val="20"/>
        </w:rPr>
        <w:t>36:50  Maulana, agla sawal bheja hai, ah, Kamal Siddiqui sahib ne Amritsar se.</w:t>
      </w:r>
      <w:r>
        <w:br/>
      </w:r>
      <w:r>
        <w:rPr>
          <w:sz w:val="20"/>
        </w:rPr>
        <w:t>36:55  انہوں نے لکھا ہے، مولانا صاحب، there is a growing trust deficit between Muslims and non-Muslims, which</w:t>
      </w:r>
      <w:r>
        <w:br/>
      </w:r>
      <w:r>
        <w:rPr>
          <w:sz w:val="20"/>
        </w:rPr>
        <w:t>37:02  is often capitalized by the political parties.</w:t>
      </w:r>
      <w:r>
        <w:br/>
      </w:r>
      <w:r>
        <w:rPr>
          <w:sz w:val="20"/>
        </w:rPr>
        <w:t>37:05  My question is, how can we build trust with one another? What should be the starting point? یہ</w:t>
      </w:r>
      <w:r>
        <w:br/>
      </w:r>
      <w:r>
        <w:rPr>
          <w:sz w:val="20"/>
        </w:rPr>
        <w:t>37:13  to mein ne khud Quran ke hawale se bata diya.</w:t>
      </w:r>
      <w:r>
        <w:br/>
      </w:r>
      <w:r>
        <w:rPr>
          <w:sz w:val="20"/>
        </w:rPr>
        <w:t>37:17  trust qaim karna jo hai, woh sirf is liye nahi hoga ke aap kahain ke trust karo, trust</w:t>
      </w:r>
      <w:r>
        <w:br/>
      </w:r>
      <w:r>
        <w:rPr>
          <w:sz w:val="20"/>
        </w:rPr>
        <w:t>37:25  karo, trust karo.</w:t>
      </w:r>
      <w:r>
        <w:br/>
      </w:r>
      <w:r>
        <w:rPr>
          <w:sz w:val="20"/>
        </w:rPr>
        <w:t>37:27  logon ko yeh yeh wisdom batana parhega, wisdom ke rizq ko avoid karna parta hai.</w:t>
      </w:r>
      <w:r>
        <w:br/>
      </w:r>
      <w:r>
        <w:rPr>
          <w:sz w:val="20"/>
        </w:rPr>
        <w:t>37:33  sirf aap trust ki baat kijiye to kabhi trust qaim nahi hoga.</w:t>
      </w:r>
      <w:r>
        <w:br/>
      </w:r>
      <w:r>
        <w:rPr>
          <w:sz w:val="20"/>
        </w:rPr>
        <w:t>37:39  jo rukawat hai, us ko door karna parhega.</w:t>
      </w:r>
      <w:r>
        <w:br/>
      </w:r>
      <w:r>
        <w:rPr>
          <w:sz w:val="20"/>
        </w:rPr>
        <w:t>37:42  aur rukawat kya hai? log rizq mein phansay rehte hain.</w:t>
      </w:r>
      <w:r>
        <w:br/>
      </w:r>
      <w:r>
        <w:rPr>
          <w:sz w:val="20"/>
        </w:rPr>
        <w:t>37:47  kuch koi negative ayaten hoti hi hoti hain, hamesha us mein phansay rehte hain.</w:t>
      </w:r>
      <w:r>
        <w:br/>
      </w:r>
      <w:r>
        <w:rPr>
          <w:sz w:val="20"/>
        </w:rPr>
        <w:t>37:53  logon ko wisdom bataiye ke dunya mein chuki insaan azaad hai, har insaan apni azaadi ko apni marzi</w:t>
      </w:r>
      <w:r>
        <w:br/>
      </w:r>
      <w:r>
        <w:rPr>
          <w:sz w:val="20"/>
        </w:rPr>
        <w:t>38:00  ke mutabiq istemal karega, to us se poochega nahi? to karnay do us ko, tum bhi</w:t>
      </w:r>
      <w:r>
        <w:br/>
      </w:r>
      <w:r>
        <w:rPr>
          <w:sz w:val="20"/>
        </w:rPr>
        <w:t>38:08  azaad ho, tum bhi karo.</w:t>
      </w:r>
      <w:r>
        <w:br/>
      </w:r>
      <w:r>
        <w:rPr>
          <w:sz w:val="20"/>
        </w:rPr>
        <w:t>38:10  woh agar apni azaadi ko istemal kar raha hai, tum bhi apni azaadi ko istemal karo.</w:t>
      </w:r>
      <w:r>
        <w:br/>
      </w:r>
      <w:r>
        <w:rPr>
          <w:sz w:val="20"/>
        </w:rPr>
        <w:t>38:17  yeh hai wisdom jis se trust paida hota hai.</w:t>
      </w:r>
      <w:r>
        <w:br/>
      </w:r>
      <w:r>
        <w:rPr>
          <w:sz w:val="20"/>
        </w:rPr>
        <w:t>38:21  agar aap yeh chahein ke koi unwanted baat na ho duniya mein, bas siyasi trust ki baat</w:t>
      </w:r>
      <w:r>
        <w:br/>
      </w:r>
      <w:r>
        <w:rPr>
          <w:sz w:val="20"/>
        </w:rPr>
        <w:t>38:29  ho, to woh kabhi na hoga, na kabhi trust qaim hoga.</w:t>
      </w:r>
      <w:r>
        <w:br/>
      </w:r>
      <w:r>
        <w:rPr>
          <w:sz w:val="20"/>
        </w:rPr>
        <w:t>38:33  aitmad nahi qaim ho sakta.</w:t>
      </w:r>
      <w:r>
        <w:br/>
      </w:r>
      <w:r>
        <w:rPr>
          <w:sz w:val="20"/>
        </w:rPr>
        <w:t>38:36  yeh shart aitmad ki nahi hai.</w:t>
      </w:r>
      <w:r>
        <w:br/>
      </w:r>
      <w:r>
        <w:rPr>
          <w:sz w:val="20"/>
        </w:rPr>
        <w:t>38:38  aitmad shart hai wisdom.</w:t>
      </w:r>
      <w:r>
        <w:br/>
      </w:r>
      <w:r>
        <w:rPr>
          <w:sz w:val="20"/>
        </w:rPr>
        <w:t>38:40  logon ko wisdom bataiye ke logon ko azadi hai creator ki taraf se, to aap apni azadi ko</w:t>
      </w:r>
      <w:r>
        <w:br/>
      </w:r>
      <w:r>
        <w:rPr>
          <w:sz w:val="20"/>
        </w:rPr>
        <w:t>38:48  wo use karenge.</w:t>
      </w:r>
      <w:r>
        <w:br/>
      </w:r>
      <w:r>
        <w:rPr>
          <w:sz w:val="20"/>
        </w:rPr>
        <w:t>38:49  Let them use that freedom according to their own.</w:t>
      </w:r>
      <w:r>
        <w:br/>
      </w:r>
      <w:r>
        <w:rPr>
          <w:sz w:val="20"/>
        </w:rPr>
        <w:t>38:53  tab ja kar aitmad qaim hoga.</w:t>
      </w:r>
      <w:r>
        <w:br/>
      </w:r>
      <w:r>
        <w:rPr>
          <w:sz w:val="20"/>
        </w:rPr>
        <w:t>38:56  yahi hai wisdom is maamle mein.</w:t>
      </w:r>
      <w:r>
        <w:br/>
      </w:r>
      <w:r>
        <w:rPr>
          <w:sz w:val="20"/>
        </w:rPr>
        <w:t>38:58  badqismati se log is wisdom ko nahi jante, bas khali kehte hain ke ek doosre par trust karo.</w:t>
      </w:r>
      <w:r>
        <w:br/>
      </w:r>
      <w:r>
        <w:rPr>
          <w:sz w:val="20"/>
        </w:rPr>
        <w:t>39:06  unko yeh wisdom bataiye ke rizq ko chodo, tab ja kar ke wisdom qaim hoga, trust qaim</w:t>
      </w:r>
      <w:r>
        <w:br/>
      </w:r>
      <w:r>
        <w:rPr>
          <w:sz w:val="20"/>
        </w:rPr>
        <w:t>39:14  hoga.</w:t>
      </w:r>
    </w:p>
    <w:p>
      <w:pPr>
        <w:pStyle w:val="Heading2"/>
      </w:pPr>
      <w:r>
        <w:t>Guidance for American Muslims facing Trump's negativity</w:t>
      </w:r>
    </w:p>
    <w:p>
      <w:r>
        <w:rPr>
          <w:color w:val="666666"/>
          <w:sz w:val="18"/>
        </w:rPr>
        <w:t>Society &amp; Dawah · Revival of Ummah January 22, 2017 · 2m 07s · at 45:32 · https://youtu.be/vnPsv0TBCfk?t=2732</w:t>
      </w:r>
    </w:p>
    <w:p>
      <w:r>
        <w:rPr>
          <w:i/>
        </w:rPr>
        <w:t>“What is your guidance to all the American Muslims in the background of new President Donald Trump who all so mentioned negatively about Islam in his first speech of acceptance as the President? Many American Muslims are worried that backlash and racial behavior will increase now. What is your guidance to all the American Muslims?”</w:t>
      </w:r>
    </w:p>
    <w:p>
      <w:r>
        <w:rPr>
          <w:sz w:val="20"/>
        </w:rPr>
        <w:t>45:32  but molana makes teachings of islam so relevant that we are able to experience islam in our breaths and in our heart beats. molana ab sawal lena chahenge. pehla sawal ah bheja hai ansar sahib ne lucknow se.</w:t>
      </w:r>
      <w:r>
        <w:br/>
      </w:r>
      <w:r>
        <w:rPr>
          <w:sz w:val="20"/>
        </w:rPr>
        <w:t>45:52  unhon ne likha hai molana what is your guidance to all the american muslims in the background of new president donald trump who also mentioned negatively about islam in his first speech of acceptance as the president. many american muslims are worried that backlash and racial behavior will increase now.</w:t>
      </w:r>
      <w:r>
        <w:br/>
      </w:r>
      <w:r>
        <w:rPr>
          <w:sz w:val="20"/>
        </w:rPr>
        <w:t>46:17  what is your guidance to all us americans? dekhiye aap sirat rasool ko padhiye. kisi ne kuch keh diya yeh to koi problem hi nahi hai. yani donald trump ne yeh to kaha kuch keh diya.</w:t>
      </w:r>
      <w:r>
        <w:br/>
      </w:r>
      <w:r>
        <w:rPr>
          <w:sz w:val="20"/>
        </w:rPr>
        <w:t>46:41  yani rasool allah ki taees saal ki zindagi mein makka mein madina mein log kehte the bohat ziyada baatein. rasool allah ne kabhi notice hi nahi liya un ka. to yeh kaun sa masla kya hai yeh koi problem hi nahi. koi physical problem paida nahi hua aap ke liye. unhein order nahi hoga ke salam usman chhod dein. yani koi aisa masla jo waqai masla hua paida hi nahi hua. kuch bol hain chhup jaate hain media mein.</w:t>
      </w:r>
      <w:r>
        <w:br/>
      </w:r>
      <w:r>
        <w:rPr>
          <w:sz w:val="20"/>
        </w:rPr>
        <w:t>47:11  to masla hi nahi hai. main hairaan hoon ke kaisa musalman hai yeh. ke real masla aur aur sab farzi masle mein farq nahi karte. real masla aur farzi masle mein farq nahi karte. yeh koi real masla hi nahi maine dekha. to kuch nahi aap apna kaam kar jo karte hain karte rahiye. woh bhi jo un ko karna hai woh karte rahenge.</w:t>
      </w:r>
      <w:r>
        <w:br/>
      </w:r>
      <w:r>
        <w:rPr>
          <w:sz w:val="20"/>
        </w:rPr>
        <w:t>47:39  alfaaz ke bolne se kabhi bhi yeh musalmanon ko pareshan nahi hona chahiye. molana doosra sawal lete hain. ah yeh sawal bheja hai ismail sahib ne gwalior se. unhon ne likha hai molana musalmanon ka you turn lene ka matlab yeh hoga ke musalman ghalati par hain. lekin yeh muslim leaders hone nahi denge. kyunke yeh un ki false pride ko hurt karta hai.</w:t>
      </w:r>
    </w:p>
    <w:p>
      <w:pPr>
        <w:pStyle w:val="Heading2"/>
      </w:pPr>
      <w:r>
        <w:t>Guiding Muslims to Cope with Non-Muslims</w:t>
      </w:r>
    </w:p>
    <w:p>
      <w:r>
        <w:rPr>
          <w:color w:val="666666"/>
          <w:sz w:val="18"/>
        </w:rPr>
        <w:t>Society &amp; Dawah · How to Become Deserving of Paradise August 16, 2020 Maulana Wahiduddin Khan · 2m 58s · at 39:37 · https://youtu.be/jFXK3TMiqtA?t=2377</w:t>
      </w:r>
    </w:p>
    <w:p>
      <w:r>
        <w:rPr>
          <w:i/>
        </w:rPr>
        <w:t>“Please guide us in the present Indian situation of Muslims as to how we can cope up with non-Muslims. We are every day suppressed by them.”</w:t>
      </w:r>
    </w:p>
    <w:p>
      <w:r>
        <w:rPr>
          <w:sz w:val="20"/>
        </w:rPr>
        <w:t>39:37  Maulana, Mumbai se Sajid Sheikh sahib ne ek sawal bheja hai. unhon ne likha hai ke: "Maulana sahib, please guide us in the present Indian situation of Muslims as to how we can cope up with non Muslims.</w:t>
      </w:r>
      <w:r>
        <w:br/>
      </w:r>
      <w:r>
        <w:rPr>
          <w:sz w:val="20"/>
        </w:rPr>
        <w:t>39:55  we are every day suppressed by them." nahi, nahi,</w:t>
      </w:r>
      <w:r>
        <w:br/>
      </w:r>
      <w:r>
        <w:rPr>
          <w:sz w:val="20"/>
        </w:rPr>
        <w:t>40:00  yeh bilkul ghalat hai ke kuch suppress kiya ja raha hai. aap ko khoob Musalman taraqqi kar rahe hain India mein, Musalman khoob taraqqi kar rahe hain har maidan mein.</w:t>
      </w:r>
      <w:r>
        <w:br/>
      </w:r>
      <w:r>
        <w:rPr>
          <w:sz w:val="20"/>
        </w:rPr>
        <w:t>40:15  yeh yeh theory bilkul ghalat hai ke in ko</w:t>
      </w:r>
      <w:r>
        <w:br/>
      </w:r>
      <w:r>
        <w:rPr>
          <w:sz w:val="20"/>
        </w:rPr>
        <w:t>40:18  suppress kiya ja raha hai.</w:t>
      </w:r>
      <w:r>
        <w:br/>
      </w:r>
      <w:r>
        <w:rPr>
          <w:sz w:val="20"/>
        </w:rPr>
        <w:t>40:25  yeh is liye hai ke log kiraye ke sath cheezon ko</w:t>
      </w:r>
      <w:r>
        <w:br/>
      </w:r>
      <w:r>
        <w:rPr>
          <w:sz w:val="20"/>
        </w:rPr>
        <w:t>40:32  read nahi karte.</w:t>
      </w:r>
      <w:r>
        <w:br/>
      </w:r>
      <w:r>
        <w:rPr>
          <w:sz w:val="20"/>
        </w:rPr>
        <w:t>40:36  mein India ko best country manta hoon. koi yahan na zulm hai, na kuch hai. sab</w:t>
      </w:r>
      <w:r>
        <w:br/>
      </w:r>
      <w:r>
        <w:rPr>
          <w:sz w:val="20"/>
        </w:rPr>
        <w:t>40:48  mere nazdeek sab</w:t>
      </w:r>
      <w:r>
        <w:br/>
      </w:r>
      <w:r>
        <w:rPr>
          <w:sz w:val="20"/>
        </w:rPr>
        <w:t>40:54  log false food mein jeete hain. to kya kya hai? apne aap ko false food se nikaliye.</w:t>
      </w:r>
      <w:r>
        <w:br/>
      </w:r>
      <w:r>
        <w:rPr>
          <w:sz w:val="20"/>
        </w:rPr>
        <w:t>41:03  mein bhi to is dunya mein hoon. mere liye to India ek ek boon hai. boon!</w:t>
      </w:r>
      <w:r>
        <w:br/>
      </w:r>
      <w:r>
        <w:rPr>
          <w:sz w:val="20"/>
        </w:rPr>
        <w:t>41:11  mujhe kabhi yeh mehsoos nahi hua ke koi mujhe suppress kar raha hai.</w:t>
      </w:r>
      <w:r>
        <w:br/>
      </w:r>
      <w:r>
        <w:rPr>
          <w:sz w:val="20"/>
        </w:rPr>
        <w:t>41:23  M A Sameer sahib ne comment bheja hai. unhon ne location nahi likha hai. unhon ne likha hai ke: "Maulana, is umar mein bhi daawat il Allah ka anjam de rahe hain.</w:t>
      </w:r>
      <w:r>
        <w:br/>
      </w:r>
      <w:r>
        <w:rPr>
          <w:sz w:val="20"/>
        </w:rPr>
        <w:t>41:35  yeh hum sab ke liye bare shukr ki baat hai. Allah aap ko achi sah</w:t>
      </w:r>
    </w:p>
    <w:p>
      <w:pPr>
        <w:pStyle w:val="Heading2"/>
      </w:pPr>
      <w:r>
        <w:t>Harm of lacking dawah temperament</w:t>
      </w:r>
    </w:p>
    <w:p>
      <w:r>
        <w:rPr>
          <w:color w:val="666666"/>
          <w:sz w:val="18"/>
        </w:rPr>
        <w:t>Society &amp; Dawah · Divine Plan | March 12, 2017 · 2m 06s · at 49:47 · https://youtu.be/dqB4muqGG4I?t=2987</w:t>
      </w:r>
    </w:p>
    <w:p>
      <w:r>
        <w:rPr>
          <w:i/>
        </w:rPr>
        <w:t>“What is the harm of not having a dawah temperament? Is it despair, deprivation, and not availing opportunities?”</w:t>
      </w:r>
    </w:p>
    <w:p>
      <w:r>
        <w:rPr>
          <w:sz w:val="20"/>
        </w:rPr>
        <w:t>49:47  allah bless you us and the whole mankind maulana aap sawal lena chahenge pehla sawal aya hai</w:t>
      </w:r>
      <w:r>
        <w:br/>
      </w:r>
      <w:r>
        <w:rPr>
          <w:sz w:val="20"/>
        </w:rPr>
        <w:t>49:57  maulana iqbal umri ka chennai se unhon ne likha hai maulana dawati mizaj na hone ka nuqsan kya</w:t>
      </w:r>
      <w:r>
        <w:br/>
      </w:r>
      <w:r>
        <w:rPr>
          <w:sz w:val="20"/>
        </w:rPr>
        <w:t>50:07  hai mayusi aur mehroomi aur mawaqe ko avel na karna</w:t>
      </w:r>
      <w:r>
        <w:br/>
      </w:r>
      <w:r>
        <w:rPr>
          <w:sz w:val="20"/>
        </w:rPr>
        <w:t>50:17  is par kuch aap hum sab ko batayen aap ne sahi farmaya aur main samajhta hoon ke sab</w:t>
      </w:r>
      <w:r>
        <w:br/>
      </w:r>
      <w:r>
        <w:rPr>
          <w:sz w:val="20"/>
        </w:rPr>
        <w:t>50:28  se badi maloomat shayad yeh hai ke daawat hum ko ek bohat bada chance de rahi hai bohat</w:t>
      </w:r>
      <w:r>
        <w:br/>
      </w:r>
      <w:r>
        <w:rPr>
          <w:sz w:val="20"/>
        </w:rPr>
        <w:t>50:39  bada woh yeh ke hum allah ke paighambar ban saken</w:t>
      </w:r>
      <w:r>
        <w:br/>
      </w:r>
      <w:r>
        <w:rPr>
          <w:sz w:val="20"/>
        </w:rPr>
        <w:t>50:49  allah ka paigham pahunchane wale ban saken allah ke numainda ban saken main nahi samajhta ke is se</w:t>
      </w:r>
      <w:r>
        <w:br/>
      </w:r>
      <w:r>
        <w:rPr>
          <w:sz w:val="20"/>
        </w:rPr>
        <w:t>50:58  bhi bada koi mauqa ho sakta hai allah ne jo quran bheja hai to khud quran to chal</w:t>
      </w:r>
      <w:r>
        <w:br/>
      </w:r>
      <w:r>
        <w:rPr>
          <w:sz w:val="20"/>
        </w:rPr>
        <w:t>51:06  kar nahi pahunchega logon ko koi chahiye jo is ko le aur pahunchaye to quran intezar kar</w:t>
      </w:r>
      <w:r>
        <w:br/>
      </w:r>
      <w:r>
        <w:rPr>
          <w:sz w:val="20"/>
        </w:rPr>
        <w:t>51:15  raha hai ke aye logon aao yahan tumhare liye ek mauqa hai</w:t>
      </w:r>
      <w:r>
        <w:br/>
      </w:r>
      <w:r>
        <w:rPr>
          <w:sz w:val="20"/>
        </w:rPr>
        <w:t>51:23  to mein samajhta hoon ke jo aadmi daai ki hesiyat se khara hota hai us ko aik ajeeb</w:t>
      </w:r>
      <w:r>
        <w:br/>
      </w:r>
      <w:r>
        <w:rPr>
          <w:sz w:val="20"/>
        </w:rPr>
        <w:t>51:33  ghareeb Allah ki blessing ka haq mil jata hai ke woh Allah ka numainda bane Allah ka aadmi</w:t>
      </w:r>
      <w:r>
        <w:br/>
      </w:r>
      <w:r>
        <w:rPr>
          <w:sz w:val="20"/>
        </w:rPr>
        <w:t>51:43  bane is se bari is se bari baat kya ho sakti hai Maulana agla</w:t>
      </w:r>
    </w:p>
    <w:p>
      <w:pPr>
        <w:pStyle w:val="Heading2"/>
      </w:pPr>
      <w:r>
        <w:t>High or low profile dawa work?</w:t>
      </w:r>
    </w:p>
    <w:p>
      <w:r>
        <w:rPr>
          <w:color w:val="666666"/>
          <w:sz w:val="18"/>
        </w:rPr>
        <w:t>Society &amp; Dawah · Conversation with Maulana Wahiduddin Khan | October 01, 2017 · 3m 07s · at 34:09 · https://youtu.be/TmOYGd3rp2M?t=2049</w:t>
      </w:r>
    </w:p>
    <w:p>
      <w:r>
        <w:rPr>
          <w:i/>
        </w:rPr>
        <w:t>“When we do dawa work in any country, should it be in high profile or in low profile?”</w:t>
      </w:r>
    </w:p>
    <w:p>
      <w:r>
        <w:rPr>
          <w:sz w:val="20"/>
        </w:rPr>
        <w:t>34:09  maulana, hum doosra sawal lete hain jo miss shabana ansari ne bheja hai pakistan se.</w:t>
      </w:r>
      <w:r>
        <w:br/>
      </w:r>
      <w:r>
        <w:rPr>
          <w:sz w:val="20"/>
        </w:rPr>
        <w:t>34:15  unhon ne likha hai ke "When we do dawah work in</w:t>
      </w:r>
      <w:r>
        <w:br/>
      </w:r>
      <w:r>
        <w:rPr>
          <w:sz w:val="20"/>
        </w:rPr>
        <w:t>34:21  any country, it should be in high profile or in low profile.</w:t>
      </w:r>
      <w:r>
        <w:br/>
      </w:r>
      <w:r>
        <w:rPr>
          <w:sz w:val="20"/>
        </w:rPr>
        <w:t>34:27  And what do you mean by low profile if your answer is low profile?" hamesha low profile hi</w:t>
      </w:r>
      <w:r>
        <w:br/>
      </w:r>
      <w:r>
        <w:rPr>
          <w:sz w:val="20"/>
        </w:rPr>
        <w:t>34:32  mein dawah ka kaam hota hai.</w:t>
      </w:r>
      <w:r>
        <w:br/>
      </w:r>
      <w:r>
        <w:rPr>
          <w:sz w:val="20"/>
        </w:rPr>
        <w:t>34:37  high profile mein hota hi nahi.</w:t>
      </w:r>
      <w:r>
        <w:br/>
      </w:r>
      <w:r>
        <w:rPr>
          <w:sz w:val="20"/>
        </w:rPr>
        <w:t>34:42  yeh to bilkul yani in logon ka kaam hai jo ghalu mein phanse hue hain, ghalu mein.</w:t>
      </w:r>
      <w:r>
        <w:br/>
      </w:r>
      <w:r>
        <w:rPr>
          <w:sz w:val="20"/>
        </w:rPr>
        <w:t>34:47  ek jo extremist hain,</w:t>
      </w:r>
      <w:r>
        <w:br/>
      </w:r>
      <w:r>
        <w:rPr>
          <w:sz w:val="20"/>
        </w:rPr>
        <w:t>34:52  jo ghali log hain, wahi high profile mein daudte hain.</w:t>
      </w:r>
      <w:r>
        <w:br/>
      </w:r>
      <w:r>
        <w:rPr>
          <w:sz w:val="20"/>
        </w:rPr>
        <w:t>34:59  woh islam ka tareeqa hi nahi hai.</w:t>
      </w:r>
      <w:r>
        <w:br/>
      </w:r>
      <w:r>
        <w:rPr>
          <w:sz w:val="20"/>
        </w:rPr>
        <w:t>35:07  Basically dekhiye, low profile aur high profile ka jo farq hai, woh yeh hai ke low profile naam</w:t>
      </w:r>
      <w:r>
        <w:br/>
      </w:r>
      <w:r>
        <w:rPr>
          <w:sz w:val="20"/>
        </w:rPr>
        <w:t>35:15  hai peaceful, yaani yaani peace, aap ka idhar method aap ka peaceful ho aur aap ko</w:t>
      </w:r>
      <w:r>
        <w:br/>
      </w:r>
      <w:r>
        <w:rPr>
          <w:sz w:val="20"/>
        </w:rPr>
        <w:t>35:22  doosron se mohabbat ho, nafrat na ho. yani peace aur love ke majmoo'ay ka naam hai low profile. yani jis ke darmiyan aap kaam kar rahe hain, us se aap ko mohabbat hai, us ke aap khair khwah hain aur aap strictly follow karte hain peaceful tareeqay ko. to is se jo tareeqa banta hai, wahi usi ka naam low profile hai. achha, is ke ultay</w:t>
      </w:r>
      <w:r>
        <w:br/>
      </w:r>
      <w:r>
        <w:rPr>
          <w:sz w:val="20"/>
        </w:rPr>
        <w:t>35:52  ke agar aap ko nafrat hai, yeh dushman hai, yeh kafir hai, yeh jahannami hai, maro in ko,</w:t>
      </w:r>
      <w:r>
        <w:br/>
      </w:r>
      <w:r>
        <w:rPr>
          <w:sz w:val="20"/>
        </w:rPr>
        <w:t>36:00  toh banta hai high profile.</w:t>
      </w:r>
      <w:r>
        <w:br/>
      </w:r>
      <w:r>
        <w:rPr>
          <w:sz w:val="20"/>
        </w:rPr>
        <w:t>36:08  Toh basically yeh yeh phenomena hai, yani jis ko quran mein kaha hai naskh khair khwahi.</w:t>
      </w:r>
      <w:r>
        <w:br/>
      </w:r>
      <w:r>
        <w:rPr>
          <w:sz w:val="20"/>
        </w:rPr>
        <w:t>36:15  Yani khair khwahi ka ka jazba ho, khair khwahi ki spirit ho,</w:t>
      </w:r>
      <w:r>
        <w:br/>
      </w:r>
      <w:r>
        <w:rPr>
          <w:sz w:val="20"/>
        </w:rPr>
        <w:t>36:23  is se tareeqa banta hai, woh low profile hota hai.</w:t>
      </w:r>
      <w:r>
        <w:br/>
      </w:r>
      <w:r>
        <w:rPr>
          <w:sz w:val="20"/>
        </w:rPr>
        <w:t>36:30  Jab khair khwahi na ho, bas khali ho, woh takfeer karne ka mizaj ho, doosron ko ghalat batane</w:t>
      </w:r>
      <w:r>
        <w:br/>
      </w:r>
      <w:r>
        <w:rPr>
          <w:sz w:val="20"/>
        </w:rPr>
        <w:t>36:38  ka mizaj ho, tab banta hai high profile.</w:t>
      </w:r>
      <w:r>
        <w:br/>
      </w:r>
      <w:r>
        <w:rPr>
          <w:sz w:val="20"/>
        </w:rPr>
        <w:t>36:45  Yani aap ke dil mein mohabbat ho, jaise maa ka dil woh</w:t>
      </w:r>
      <w:r>
        <w:br/>
      </w:r>
      <w:r>
        <w:rPr>
          <w:sz w:val="20"/>
        </w:rPr>
        <w:t>36:53  hoti hai apne bachay ki.</w:t>
      </w:r>
      <w:r>
        <w:br/>
      </w:r>
      <w:r>
        <w:rPr>
          <w:sz w:val="20"/>
        </w:rPr>
        <w:t>36:59  Toh kabhi aap high profile mein jayenge nahi, low profile hi mein kaam karenge.</w:t>
      </w:r>
      <w:r>
        <w:br/>
      </w:r>
      <w:r>
        <w:rPr>
          <w:sz w:val="20"/>
        </w:rPr>
        <w:t>37:05  Kyunke maa ka tareeqa low profile ka hota hai.</w:t>
      </w:r>
      <w:r>
        <w:br/>
      </w:r>
      <w:r>
        <w:rPr>
          <w:sz w:val="20"/>
        </w:rPr>
        <w:t>37:11  Jo mukhalif hai, uska tareeqa high profile ka hota hai.</w:t>
      </w:r>
    </w:p>
    <w:p>
      <w:pPr>
        <w:pStyle w:val="Heading2"/>
      </w:pPr>
      <w:r>
        <w:t>Hope for misguided Muslims and sects</w:t>
      </w:r>
    </w:p>
    <w:p>
      <w:r>
        <w:rPr>
          <w:color w:val="666666"/>
          <w:sz w:val="18"/>
        </w:rPr>
        <w:t>Society &amp; Dawah · Degeneration of Ummah October 16, 2016 · 2m 32s · at 48:38 · https://youtu.be/W8nafLKMQes?t=2918</w:t>
      </w:r>
    </w:p>
    <w:p>
      <w:r>
        <w:rPr>
          <w:i/>
        </w:rPr>
        <w:t>“The Muslims who have degenerated believe that they are on the right path. Is there any hope for these people and sects to come to the right path?”</w:t>
      </w:r>
    </w:p>
    <w:p>
      <w:r>
        <w:rPr>
          <w:sz w:val="20"/>
        </w:rPr>
        <w:t>48:38  maulana, agla sawal Fawad Malik sahib ne kiya hai Nagpur se aur unhon ne likha hai: "Maulana sahib,</w:t>
      </w:r>
      <w:r>
        <w:br/>
      </w:r>
      <w:r>
        <w:rPr>
          <w:sz w:val="20"/>
        </w:rPr>
        <w:t>48:45  The Muslims who have degenerated believe that they are in the right path.</w:t>
      </w:r>
      <w:r>
        <w:br/>
      </w:r>
      <w:r>
        <w:rPr>
          <w:sz w:val="20"/>
        </w:rPr>
        <w:t>48:51  My question is whether you think there is any hope of these people or sects coming into the</w:t>
      </w:r>
      <w:r>
        <w:br/>
      </w:r>
      <w:r>
        <w:rPr>
          <w:sz w:val="20"/>
        </w:rPr>
        <w:t>48:59  right path? what would you say to this?" dekhiye, main aap se arz karunga ke Surah Al-Hadid</w:t>
      </w:r>
      <w:r>
        <w:br/>
      </w:r>
      <w:r>
        <w:rPr>
          <w:sz w:val="20"/>
        </w:rPr>
        <w:t>49:07  jo Quran ki hai, uski ayat number 16 aur 17 padhiye.</w:t>
      </w:r>
      <w:r>
        <w:br/>
      </w:r>
      <w:r>
        <w:rPr>
          <w:sz w:val="20"/>
        </w:rPr>
        <w:t>49:12  is mein kaha gaya hai ke lambi muddat guzarne ke baad qasawat aati hai, yani zawal aata hai.</w:t>
      </w:r>
      <w:r>
        <w:br/>
      </w:r>
      <w:r>
        <w:rPr>
          <w:sz w:val="20"/>
        </w:rPr>
        <w:t>49:20  lambi muddat guzarne ke baad log qasawat mein mubtala ho jate hain.</w:t>
      </w:r>
      <w:r>
        <w:br/>
      </w:r>
      <w:r>
        <w:rPr>
          <w:sz w:val="20"/>
        </w:rPr>
        <w:t>49:25  isi ko zawal kaha jata hai, yani degeneration.</w:t>
      </w:r>
      <w:r>
        <w:br/>
      </w:r>
      <w:r>
        <w:rPr>
          <w:sz w:val="20"/>
        </w:rPr>
        <w:t>49:29  lekin phir misaal di gayi hai ke lekin iska matlab nahin ke doosra daur na aa sake.</w:t>
      </w:r>
      <w:r>
        <w:br/>
      </w:r>
      <w:r>
        <w:rPr>
          <w:sz w:val="20"/>
        </w:rPr>
        <w:t>49:36  to misaal di gayi ke dekho, barish ko dekho ke zameen murda ho jati hai, yani sookhi ho</w:t>
      </w:r>
      <w:r>
        <w:br/>
      </w:r>
      <w:r>
        <w:rPr>
          <w:sz w:val="20"/>
        </w:rPr>
        <w:t>49:44  jati hai.</w:t>
      </w:r>
      <w:r>
        <w:br/>
      </w:r>
      <w:r>
        <w:rPr>
          <w:sz w:val="20"/>
        </w:rPr>
        <w:t>49:45  phir barish hoti hai to wahan sabza lala uthta hai.</w:t>
      </w:r>
      <w:r>
        <w:br/>
      </w:r>
      <w:r>
        <w:rPr>
          <w:sz w:val="20"/>
        </w:rPr>
        <w:t>49:50  to wo material misaal se insani ehya ka naam pe bataya gaya ke jis tarah se material world</w:t>
      </w:r>
      <w:r>
        <w:br/>
      </w:r>
      <w:r>
        <w:rPr>
          <w:sz w:val="20"/>
        </w:rPr>
        <w:t>49:57  mein sokhi zameen mein barish hoti hai aur phir se sabza ug aata hai, aise hi insanon ke</w:t>
      </w:r>
      <w:r>
        <w:br/>
      </w:r>
      <w:r>
        <w:rPr>
          <w:sz w:val="20"/>
        </w:rPr>
        <w:t>50:05  liye mumkin hai ke un ko sahi rokh par, sahi rokh par kaam kiya jaye.</w:t>
      </w:r>
      <w:r>
        <w:br/>
      </w:r>
      <w:r>
        <w:rPr>
          <w:sz w:val="20"/>
        </w:rPr>
        <w:t>50:12  sahi rokh par to wo dobara zinda ho sakti hai.</w:t>
      </w:r>
      <w:r>
        <w:br/>
      </w:r>
      <w:r>
        <w:rPr>
          <w:sz w:val="20"/>
        </w:rPr>
        <w:t>50:16  is ki aik secular misaal yeh hai ke cheen aik bohat hi purani tehzeeb mani jati hai.</w:t>
      </w:r>
      <w:r>
        <w:br/>
      </w:r>
      <w:r>
        <w:rPr>
          <w:sz w:val="20"/>
        </w:rPr>
        <w:t>50:23  cheen ko aik purani tehzeeb mani jati hai.</w:t>
      </w:r>
      <w:r>
        <w:br/>
      </w:r>
      <w:r>
        <w:rPr>
          <w:sz w:val="20"/>
        </w:rPr>
        <w:t>50:27  phir cheen mein wo tehzeeb khatam ho gayi thi.</w:t>
      </w:r>
      <w:r>
        <w:br/>
      </w:r>
      <w:r>
        <w:rPr>
          <w:sz w:val="20"/>
        </w:rPr>
        <w:t>50:30  ab maujooda zamane mein phir zinda ho gayi wo tehzeeb.</w:t>
      </w:r>
      <w:r>
        <w:br/>
      </w:r>
      <w:r>
        <w:rPr>
          <w:sz w:val="20"/>
        </w:rPr>
        <w:t>50:35  yeh misaal jo aati hai, pehle zamane mein kuch log yeh samajhte thay ke dead civilization ko phir</w:t>
      </w:r>
      <w:r>
        <w:br/>
      </w:r>
      <w:r>
        <w:rPr>
          <w:sz w:val="20"/>
        </w:rPr>
        <w:t>50:42  se zinda nahi kiya ja sakta kyunke china is ki misaal hai ke dead civilization phir zinda ho</w:t>
      </w:r>
      <w:r>
        <w:br/>
      </w:r>
      <w:r>
        <w:rPr>
          <w:sz w:val="20"/>
        </w:rPr>
        <w:t>50:50  sakti hai.</w:t>
      </w:r>
      <w:r>
        <w:br/>
      </w:r>
      <w:r>
        <w:rPr>
          <w:sz w:val="20"/>
        </w:rPr>
        <w:t>50:52  is tarah se ummat e muslema ka mamla hai.</w:t>
      </w:r>
      <w:r>
        <w:br/>
      </w:r>
      <w:r>
        <w:rPr>
          <w:sz w:val="20"/>
        </w:rPr>
        <w:t>50:55  muslema agarche degeneration ka shikar ho chuki hai, lekin yeh law of nature hai ke agar aap</w:t>
      </w:r>
      <w:r>
        <w:br/>
      </w:r>
      <w:r>
        <w:rPr>
          <w:sz w:val="20"/>
        </w:rPr>
        <w:t>51:03  sahi tareeqe se kaam karein to is mein dobara aap is ko zinda kar sakte hain.</w:t>
      </w:r>
    </w:p>
    <w:p>
      <w:pPr>
        <w:pStyle w:val="Heading2"/>
      </w:pPr>
      <w:r>
        <w:t>Housewives participation in dawah work</w:t>
      </w:r>
    </w:p>
    <w:p>
      <w:r>
        <w:rPr>
          <w:color w:val="666666"/>
          <w:sz w:val="18"/>
        </w:rPr>
        <w:t>Society &amp; Dawah · Physical Science or Divine Science I 25th Nov, 2012 - Maulana Wahiduddin Khan · 2m 24s · at 1:06:01 · https://youtu.be/NfJRGRN6OhE?t=3961</w:t>
      </w:r>
    </w:p>
    <w:p>
      <w:r>
        <w:rPr>
          <w:i/>
        </w:rPr>
        <w:t>“How can housewives participate in dawah work? Please tell me about this.”</w:t>
      </w:r>
    </w:p>
    <w:p>
      <w:r>
        <w:rPr>
          <w:sz w:val="20"/>
        </w:rPr>
        <w:t>1:06:01  molana, agla sawal aaya hai Kupwara Kashmir se Ms Haseena Shafeeq Dar ka. unhon ne likha hai: "main aapse molana sahib yeh poochna chahti hoon ke gharelu auratein kis tarah dawat ke kaam mein participate kar sakti hain?</w:t>
      </w:r>
      <w:r>
        <w:br/>
      </w:r>
      <w:r>
        <w:rPr>
          <w:sz w:val="20"/>
        </w:rPr>
        <w:t>1:06:17  is ke bare mein bataein."</w:t>
      </w:r>
      <w:r>
        <w:br/>
      </w:r>
      <w:r>
        <w:rPr>
          <w:sz w:val="20"/>
        </w:rPr>
        <w:t>1:06:21  dekhiye, dawat ka jo kaam hai, wo koi masnooi kaam nahin hai. rozmarra ki zindagi mein dawat chalti rehti hai.</w:t>
      </w:r>
      <w:r>
        <w:br/>
      </w:r>
      <w:r>
        <w:rPr>
          <w:sz w:val="20"/>
        </w:rPr>
        <w:t>1:06:31  is zamane mein bohat aasan hoga jab ke hum predict press ke zamane mein hain. kitabein chhapi hui maujood hain, Quran ka translation aur doosri kitabein.</w:t>
      </w:r>
      <w:r>
        <w:br/>
      </w:r>
      <w:r>
        <w:rPr>
          <w:sz w:val="20"/>
        </w:rPr>
        <w:t>1:06:42  to har aurat aur mard rakhe apne paas in kitabon ko, aur jahan bhi kisi mulaqat ho, in ko de de.</w:t>
      </w:r>
      <w:r>
        <w:br/>
      </w:r>
      <w:r>
        <w:rPr>
          <w:sz w:val="20"/>
        </w:rPr>
        <w:t>1:06:51  abhi ek khatoon ka telephone aaya tha mere paas, unhon ne kaha ke main ek doctor se ilaaj karti thi, woh woh ghair muslim doctor,</w:t>
      </w:r>
      <w:r>
        <w:br/>
      </w:r>
      <w:r>
        <w:rPr>
          <w:sz w:val="20"/>
        </w:rPr>
        <w:t>1:07:04  woh top ka tha. woh to main us ko quran dekhne mein hichk hoti thi ke woh pata nahi kya samjhe us ko.</w:t>
      </w:r>
      <w:r>
        <w:br/>
      </w:r>
      <w:r>
        <w:rPr>
          <w:sz w:val="20"/>
        </w:rPr>
        <w:t>1:07:12  to ek din main ne, yaani un ka woh ilaaj karne ki jati thi, us ke haan ek din main ne himmat kar ke us ko quran pesh kar diya. to woh doctor, jo bohat hi bara doctor tha, woh khara ho gaya bilkul ke yeh quran hai,</w:t>
      </w:r>
      <w:r>
        <w:br/>
      </w:r>
      <w:r>
        <w:rPr>
          <w:sz w:val="20"/>
        </w:rPr>
        <w:t>1:07:26  aur us ko us ne aise kiya</w:t>
      </w:r>
      <w:r>
        <w:br/>
      </w:r>
      <w:r>
        <w:rPr>
          <w:sz w:val="20"/>
        </w:rPr>
        <w:t>1:07:30  to chup gaya. woh to aap doctor ke paas jate hain, aap shopping ke liye jate hain, yaani tarah tarah se ab family ke log milte hain aap se.</w:t>
      </w:r>
      <w:r>
        <w:br/>
      </w:r>
      <w:r>
        <w:rPr>
          <w:sz w:val="20"/>
        </w:rPr>
        <w:t>1:07:41  jo mile, us ko kitabein dijiye. sab se aasan kaam kitabein dena hai. hamare haan sir,</w:t>
      </w:r>
      <w:r>
        <w:br/>
      </w:r>
      <w:r>
        <w:rPr>
          <w:sz w:val="20"/>
        </w:rPr>
        <w:t>1:07:49  har zaban mein kitabein chhapi hui hain, chhoti bari, har qism ki. to har aadmi apni pocket mein, apne bag mein, apne purse mein kitabein rakhe, aur jahan koi mile, us ko deta rahe.</w:t>
      </w:r>
      <w:r>
        <w:br/>
      </w:r>
      <w:r>
        <w:rPr>
          <w:sz w:val="20"/>
        </w:rPr>
        <w:t>1:08:03  is zamane mein to bohat aasan hai da'wati kaam karna, kyunke hum predict press zamane mein hain.</w:t>
      </w:r>
      <w:r>
        <w:br/>
      </w:r>
      <w:r>
        <w:rPr>
          <w:sz w:val="20"/>
        </w:rPr>
        <w:t>1:08:09  pehlay zamane mein mushkil hota tha ke khud hi khud karna parta tha. ab to kitabein rakhi hain, woh dete rahiye. sab se aasan kaam hai, aap safar mein hain, tab bhi dijiye, kahin bhi hain, dijiye, dete rahiye un ko.</w:t>
      </w:r>
    </w:p>
    <w:p>
      <w:pPr>
        <w:pStyle w:val="Heading2"/>
      </w:pPr>
      <w:r>
        <w:t>How CPS Mission Differs in Calling Others</w:t>
      </w:r>
    </w:p>
    <w:p>
      <w:r>
        <w:rPr>
          <w:color w:val="666666"/>
          <w:sz w:val="18"/>
        </w:rPr>
        <w:t>Society &amp; Dawah · Dars-e-Quran, Ch. 2 Verse 54 | March 18, 2018 · 3m 12s · at 55:27 · https://youtu.be/xQ2LXsz1oTw?t=3327</w:t>
      </w:r>
    </w:p>
    <w:p>
      <w:r>
        <w:rPr>
          <w:i/>
        </w:rPr>
        <w:t>“So many people in the world are calling others to their religion. My question is: How is the CPS Mission different in this regard?”</w:t>
      </w:r>
    </w:p>
    <w:p>
      <w:r>
        <w:rPr>
          <w:sz w:val="20"/>
        </w:rPr>
        <w:t>55:27  Maulana, agla sawal Itanagar, Arunachal Pradesh se Muhammad Bilal Shafee sahib ne kiya hai. unhon ne apne do sawal bheje hain. unhon ne likha hai: "Maulana sahib, so many people in the world are calling others to their religion. My question is: How is the CPS mission different in this regard?" Dekhiye, woh sirf</w:t>
      </w:r>
      <w:r>
        <w:br/>
      </w:r>
      <w:r>
        <w:rPr>
          <w:sz w:val="20"/>
        </w:rPr>
        <w:t>55:57  ek baat hai, sirf ek baat hai.</w:t>
      </w:r>
      <w:r>
        <w:br/>
      </w:r>
      <w:r>
        <w:rPr>
          <w:sz w:val="20"/>
        </w:rPr>
        <w:t>56:07  woh yeh hai ke quran accepted tor par authentic version hai, khudai wahid ka hai.</w:t>
      </w:r>
      <w:r>
        <w:br/>
      </w:r>
      <w:r>
        <w:rPr>
          <w:sz w:val="20"/>
        </w:rPr>
        <w:t>56:17  phir se sun lijiye ke hamare nazdeek injeel bhi Khuda ki kitab hai,</w:t>
      </w:r>
      <w:r>
        <w:br/>
      </w:r>
      <w:r>
        <w:rPr>
          <w:sz w:val="20"/>
        </w:rPr>
        <w:t>56:27  torah bhi Khuda ki kitab hai, is lihaz se bible bhi Khuda ki kitab hai.</w:t>
      </w:r>
      <w:r>
        <w:br/>
      </w:r>
      <w:r>
        <w:rPr>
          <w:sz w:val="20"/>
        </w:rPr>
        <w:t>56:35  lekin jo difference hai, woh sirf ek baat ka hai ke yeh saare jo research scholar, jo muhqqiqeen</w:t>
      </w:r>
      <w:r>
        <w:br/>
      </w:r>
      <w:r>
        <w:rPr>
          <w:sz w:val="20"/>
        </w:rPr>
        <w:t>56:43  hain, woh accept karte hain ke quran ek hi kitab hai, ek hi kitab hai jo jis ka</w:t>
      </w:r>
      <w:r>
        <w:br/>
      </w:r>
      <w:r>
        <w:rPr>
          <w:sz w:val="20"/>
        </w:rPr>
        <w:t>56:51  jis ka yeh pehlu establish ho chuka hai ke woh</w:t>
      </w:r>
      <w:r>
        <w:br/>
      </w:r>
      <w:r>
        <w:rPr>
          <w:sz w:val="20"/>
        </w:rPr>
        <w:t>56:59  koi change is ke andar nahi hua, straight change nahi hua.</w:t>
      </w:r>
      <w:r>
        <w:br/>
      </w:r>
      <w:r>
        <w:rPr>
          <w:sz w:val="20"/>
        </w:rPr>
        <w:t>57:05  khud christian scholar ne mana hai is ko, jis ko maine likha aap ki kitab mein, aap</w:t>
      </w:r>
      <w:r>
        <w:br/>
      </w:r>
      <w:r>
        <w:rPr>
          <w:sz w:val="20"/>
        </w:rPr>
        <w:t>57:10  parh sakte hain.</w:t>
      </w:r>
      <w:r>
        <w:br/>
      </w:r>
      <w:r>
        <w:rPr>
          <w:sz w:val="20"/>
        </w:rPr>
        <w:t>57:16  is liye ummat e mohammadi ko haq hai ke woh quran ko phailaye.</w:t>
      </w:r>
      <w:r>
        <w:br/>
      </w:r>
      <w:r>
        <w:rPr>
          <w:sz w:val="20"/>
        </w:rPr>
        <w:t>57:22  doosre log jo islam karte hain, yeh kaam in ko woh kis right se phailate hain, un se poochiye.</w:t>
      </w:r>
      <w:r>
        <w:br/>
      </w:r>
      <w:r>
        <w:rPr>
          <w:sz w:val="20"/>
        </w:rPr>
        <w:t>57:27  jab tumhari jo kitab hai, woh kitab</w:t>
      </w:r>
      <w:r>
        <w:br/>
      </w:r>
      <w:r>
        <w:rPr>
          <w:sz w:val="20"/>
        </w:rPr>
        <w:t>57:33  mehfooz hi nahi, abhi maine jo parhi aap ke samne aaya, bible ka hissa ke quran mein</w:t>
      </w:r>
      <w:r>
        <w:br/>
      </w:r>
      <w:r>
        <w:rPr>
          <w:sz w:val="20"/>
        </w:rPr>
        <w:t>57:39  jo ayat hai "fقتلو" to is par ghor karne se maloom hota hai ke yahan "fقتلو" bazat e maani</w:t>
      </w:r>
      <w:r>
        <w:br/>
      </w:r>
      <w:r>
        <w:rPr>
          <w:sz w:val="20"/>
        </w:rPr>
        <w:t>57:45  mein hai, lekin bible, present bible jo hai, is ko aap parhein to saaf saaf likha hua hai</w:t>
      </w:r>
      <w:r>
        <w:br/>
      </w:r>
      <w:r>
        <w:rPr>
          <w:sz w:val="20"/>
        </w:rPr>
        <w:t>57:51  ke teen hazar se ziyada log qatal kar diye gaye.</w:t>
      </w:r>
      <w:r>
        <w:br/>
      </w:r>
      <w:r>
        <w:rPr>
          <w:sz w:val="20"/>
        </w:rPr>
        <w:t>57:57  to hum manenge ke yeh</w:t>
      </w:r>
      <w:r>
        <w:br/>
      </w:r>
      <w:r>
        <w:rPr>
          <w:sz w:val="20"/>
        </w:rPr>
        <w:t>58:04  woh hua hai, is mein commentators ne barha diya hai is ko.</w:t>
      </w:r>
      <w:r>
        <w:br/>
      </w:r>
      <w:r>
        <w:rPr>
          <w:sz w:val="20"/>
        </w:rPr>
        <w:t>58:09  to khulasa yeh hai ke aisi aap ek kitab hai, woh historical cheez hai, aur bohat si kitabein</w:t>
      </w:r>
      <w:r>
        <w:br/>
      </w:r>
      <w:r>
        <w:rPr>
          <w:sz w:val="20"/>
        </w:rPr>
        <w:t>58:14  hain, un ko parhiye aap to maloom hota hai ke quran ek hi hai kitab jo kisi qism</w:t>
      </w:r>
      <w:r>
        <w:br/>
      </w:r>
      <w:r>
        <w:rPr>
          <w:sz w:val="20"/>
        </w:rPr>
        <w:t>58:19  ka change nahi aaya hai.</w:t>
      </w:r>
      <w:r>
        <w:br/>
      </w:r>
      <w:r>
        <w:rPr>
          <w:sz w:val="20"/>
        </w:rPr>
        <w:t>58:24  to is is wajah se hamein haq hai ke is ko phailayein.</w:t>
      </w:r>
      <w:r>
        <w:br/>
      </w:r>
      <w:r>
        <w:rPr>
          <w:sz w:val="20"/>
        </w:rPr>
        <w:t>58:29  doosre logon ko chahiye ke woh woh woh khud</w:t>
      </w:r>
      <w:r>
        <w:br/>
      </w:r>
      <w:r>
        <w:rPr>
          <w:sz w:val="20"/>
        </w:rPr>
        <w:t>58:34  quran ko phailayein, doosre logon ko chahiye ke woh quran ko phailayein, na ke doosri kitabon ko.</w:t>
      </w:r>
    </w:p>
    <w:p>
      <w:pPr>
        <w:pStyle w:val="Heading2"/>
      </w:pPr>
      <w:r>
        <w:t>How Scholars Adopted Political Interpretation of Islam</w:t>
      </w:r>
    </w:p>
    <w:p>
      <w:r>
        <w:rPr>
          <w:color w:val="666666"/>
          <w:sz w:val="18"/>
        </w:rPr>
        <w:t>Society &amp; Dawah · Islam and Politics November 17, 2013 · 3m 26s · at 1:11:19 · https://youtu.be/LgKA8wg4NPc?t=4279</w:t>
      </w:r>
    </w:p>
    <w:p>
      <w:r>
        <w:rPr>
          <w:i/>
        </w:rPr>
        <w:t>“If the political interpretation of Islam is not derived from Qur'an and Hadith, then how did Muslim scholars become involved in it even though they had knowledge of the Qur'an as well as Hadith?”</w:t>
      </w:r>
    </w:p>
    <w:p>
      <w:r>
        <w:rPr>
          <w:sz w:val="20"/>
        </w:rPr>
        <w:t>1:11:19  maulana agla sawal dilli se kya hai miss naghma siddiqui ne</w:t>
      </w:r>
      <w:r>
        <w:br/>
      </w:r>
      <w:r>
        <w:rPr>
          <w:sz w:val="20"/>
        </w:rPr>
        <w:t>1:11:24  unhon ne likha hai if political interpretation of islam is not derived from quran and hadith then how did muslim scholars got involved in it even though they had knowledge of quran as well as hadith</w:t>
      </w:r>
      <w:r>
        <w:br/>
      </w:r>
      <w:r>
        <w:rPr>
          <w:sz w:val="20"/>
        </w:rPr>
        <w:t>1:11:42  dekhein is tarah ka jo kaam hota hai woh gradual tor par hota hai aur dheere dheere aap ke zehn mein bichhaya jata hai aap ko khabar bhi nahi hoti ke maine yani kis ghalati mein phans gaya</w:t>
      </w:r>
      <w:r>
        <w:br/>
      </w:r>
      <w:r>
        <w:rPr>
          <w:sz w:val="20"/>
        </w:rPr>
        <w:t>1:11:59  hoon mein dekhein hua yeh yeh ke is zamane mein yani yeh zamana jo jis ko hum naya zamana kehte hain to</w:t>
      </w:r>
      <w:r>
        <w:br/>
      </w:r>
      <w:r>
        <w:rPr>
          <w:sz w:val="20"/>
        </w:rPr>
        <w:t>1:12:13  maghribi taaqatein ubhren mislan yani france ubhra britania ubhra aur doosre mulk maghribi mulk ubhre unhon ne dunya mein apna domination qaim karna chaha kyunke woh nayi taaqaton se musallah ho ch</w:t>
      </w:r>
      <w:r>
        <w:br/>
      </w:r>
      <w:r>
        <w:rPr>
          <w:sz w:val="20"/>
        </w:rPr>
        <w:t>1:12:32  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r>
        <w:br/>
      </w:r>
      <w:r>
        <w:rPr>
          <w:sz w:val="20"/>
        </w:rPr>
        <w:t>1:13:00  to africa mein aur europe mein muslim hukoomaton ko khatm kar ke unhon ne yani khatm to nahi kiya matlab un ko dominate kar ke apna apna suttra qaim kiya to ab shuru shuru mein is ke khilaaf reaction hua log ladne ke liye khade hogaye</w:t>
      </w:r>
      <w:r>
        <w:br/>
      </w:r>
      <w:r>
        <w:rPr>
          <w:sz w:val="20"/>
        </w:rPr>
        <w:t>1:13:18  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r>
        <w:br/>
      </w:r>
      <w:r>
        <w:rPr>
          <w:sz w:val="20"/>
        </w:rPr>
        <w:t>1:13:44  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r>
        <w:br/>
      </w:r>
      <w:r>
        <w:rPr>
          <w:sz w:val="20"/>
        </w:rPr>
        <w:t>1:14:07  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r>
        <w:br/>
      </w:r>
      <w:r>
        <w:rPr>
          <w:sz w:val="20"/>
        </w:rPr>
        <w:t>1:14:34  to main samajhta hoon isi sequence ka culmination tha yeh ke islam ka political interpretation diya gaya hai</w:t>
      </w:r>
    </w:p>
    <w:p>
      <w:pPr>
        <w:pStyle w:val="Heading2"/>
      </w:pPr>
      <w:r>
        <w:t>How does falsehood arise in a community?</w:t>
      </w:r>
    </w:p>
    <w:p>
      <w:r>
        <w:rPr>
          <w:color w:val="666666"/>
          <w:sz w:val="18"/>
        </w:rPr>
        <w:t>Society &amp; Dawah · Realistic Approach 30 March, 2014 · 4m 28s · at 1:11:00 · https://youtu.be/HIFxmWWiEG4?t=4260</w:t>
      </w:r>
    </w:p>
    <w:p>
      <w:r>
        <w:rPr>
          <w:i/>
        </w:rPr>
        <w:t>“How does a sense of falsehood arise within a community?”</w:t>
      </w:r>
    </w:p>
    <w:p>
      <w:r>
        <w:rPr>
          <w:sz w:val="20"/>
        </w:rPr>
        <w:t>1:11:00  maulana, agla sawal dilli se kya hai miss raziya siddiqui ne. unhon ne aapse poocha hai: "how does a sense of falsehood arise within a community?" is ke bare mein batayein.</w:t>
      </w:r>
      <w:r>
        <w:br/>
      </w:r>
      <w:r>
        <w:rPr>
          <w:sz w:val="20"/>
        </w:rPr>
        <w:t>1:11:16  dekhiye, yeh woh jo kaha tha woh mustafa scholar ne, wohi is ka behtareen jawab hai ke paranoia.</w:t>
      </w:r>
      <w:r>
        <w:br/>
      </w:r>
      <w:r>
        <w:rPr>
          <w:sz w:val="20"/>
        </w:rPr>
        <w:t>1:11:28  angrezi mein aik lafz hai paranoia, yaani paranoia develop karta hai. paranoia ka matlab hota hai jis ko hum kehte hain pershan mein padram sultan.</w:t>
      </w:r>
      <w:r>
        <w:br/>
      </w:r>
      <w:r>
        <w:rPr>
          <w:sz w:val="20"/>
        </w:rPr>
        <w:t>1:11:43  woh mera baap badshah tha,</w:t>
      </w:r>
      <w:r>
        <w:br/>
      </w:r>
      <w:r>
        <w:rPr>
          <w:sz w:val="20"/>
        </w:rPr>
        <w:t>1:11:47  tu khud tu kuch hai nahi, baap badshah tha, us pe fakhr kar rahe hain. Yeh hai paranoia. Yeh tu jab bhi aadmi tu musalmanon ka muamla yeh hai ke un ek zamana tha ke un ke hukoomatein theen, un ka empire tha,</w:t>
      </w:r>
      <w:r>
        <w:br/>
      </w:r>
      <w:r>
        <w:rPr>
          <w:sz w:val="20"/>
        </w:rPr>
        <w:t>1:12:04  unhon ne taj mahal banaya, lal qila banaya, qutub nak banaya. Ek daur tha woh, tu ab tu woh daur khatam ho gaya, ab tu kuch bhi un ke paas nahi hai.</w:t>
      </w:r>
      <w:r>
        <w:br/>
      </w:r>
      <w:r>
        <w:rPr>
          <w:sz w:val="20"/>
        </w:rPr>
        <w:t>1:12:15  lekin kitabein jo hamari likhi gayeen, mein nazdeek jitni kitabein likhe wale the us zamane ke, sab ne ek bohat bara, yaani ek bura kaam kiya apni qaum ke sath ke tareekh ke zariye ubharna chaha,</w:t>
      </w:r>
      <w:r>
        <w:br/>
      </w:r>
      <w:r>
        <w:rPr>
          <w:sz w:val="20"/>
        </w:rPr>
        <w:t>1:12:31  yaani tareekh ko yaad dila kar ko ubharna chaha. Yeh mein hairaan hoon ke logon ko bohat aql thi ke aql ke sath koshish un ke dimaghon mein thi ke guzri hui tareekh se aap kisi qaum ko ubharein ge tu tu kiya paida</w:t>
      </w:r>
      <w:r>
        <w:br/>
      </w:r>
      <w:r>
        <w:rPr>
          <w:sz w:val="20"/>
        </w:rPr>
        <w:t>1:12:44  hoga, yaani false pride aaye ga. Sare musalman is zamane ke jo hain, jo leader hain, jo leader hain, jo kitabein likhein, mein mujhe kisi ka exception nahi maloom ke mazi ke jo azmatain hain, us ko yaad dila kar ke un ko ubharna, is se tu false pride paida hoga.</w:t>
      </w:r>
      <w:r>
        <w:br/>
      </w:r>
      <w:r>
        <w:rPr>
          <w:sz w:val="20"/>
        </w:rPr>
        <w:t>1:13:06  wohi paida hua</w:t>
      </w:r>
      <w:r>
        <w:br/>
      </w:r>
      <w:r>
        <w:rPr>
          <w:sz w:val="20"/>
        </w:rPr>
        <w:t>1:13:08  tu musalmanon mein jo paranoia character hai, woh is ke zimmedar yahi muslim rehnuma, muslim writer aur muslim mustahkeen hain.</w:t>
      </w:r>
      <w:r>
        <w:br/>
      </w:r>
      <w:r>
        <w:rPr>
          <w:sz w:val="20"/>
        </w:rPr>
        <w:t>1:13:19  aap musalmanon ki jo bhi kitab le ke parhiye, sab mein wohi mazi ki azmatain bayan ki jayengi. Hum yeh the, hum woh the, hum yeh the, hum woh the,</w:t>
      </w:r>
      <w:r>
        <w:br/>
      </w:r>
      <w:r>
        <w:rPr>
          <w:sz w:val="20"/>
        </w:rPr>
        <w:t>1:13:30  hum hi the, yaani kiya woh hum hi chhaye hue the sharq se ta gharb duniya mein.</w:t>
      </w:r>
      <w:r>
        <w:br/>
      </w:r>
      <w:r>
        <w:rPr>
          <w:sz w:val="20"/>
        </w:rPr>
        <w:t>1:13:40  hum hi chhaye hue the sharq se ta gharb duniya mein. Na tha pallah kisi muslim ka duniya mein gira hum se.</w:t>
      </w:r>
      <w:r>
        <w:br/>
      </w:r>
      <w:r>
        <w:rPr>
          <w:sz w:val="20"/>
        </w:rPr>
        <w:t>1:13:51  tu yahi cheez hai ke ke woh azmat jo chali gayi, us ko yaad dila kar ke aap un ko chahte hain, un ko revive karna.</w:t>
      </w:r>
      <w:r>
        <w:br/>
      </w:r>
      <w:r>
        <w:rPr>
          <w:sz w:val="20"/>
        </w:rPr>
        <w:t>1:14:01  tu is se koi positive soch nahi aayegi, is se false pride aaye ga. Wohi aa gaya musalmanon mein, is ke zimmedar wohi log hain jinhon ne is zamane mein musalmanon ko qadeem tareekh yaad dila kar ke un ko dobara ubharna chaha.</w:t>
      </w:r>
      <w:r>
        <w:br/>
      </w:r>
      <w:r>
        <w:rPr>
          <w:sz w:val="20"/>
        </w:rPr>
        <w:t>1:14:18  koi shayar ne kaha tha ke "hudeera nawara talakh turmeeda fi zauq naghma kamyabi hudeera teez tar mikhwan jo mahmal na gira bain</w:t>
      </w:r>
      <w:r>
        <w:br/>
      </w:r>
      <w:r>
        <w:rPr>
          <w:sz w:val="20"/>
        </w:rPr>
        <w:t>1:14:29  y". Yeh yeh yahi sab cheez hai jis ne musalmanon ka yeh halat kar rakhi hai. Yaani jo musalman paranoia character ban gaye, is ki zimmedari khud un par nahi hai, un ke rehnumaon par hai jinhon ne mamle ko samjhe baghair ek galat rehnumai di un ko.</w:t>
      </w:r>
    </w:p>
    <w:p>
      <w:pPr>
        <w:pStyle w:val="Heading2"/>
      </w:pPr>
      <w:r>
        <w:t>How to Clarify Error of Peace and Violence?</w:t>
      </w:r>
    </w:p>
    <w:p>
      <w:r>
        <w:rPr>
          <w:color w:val="666666"/>
          <w:sz w:val="18"/>
        </w:rPr>
        <w:t>Society &amp; Dawah · Islam and Violence October 12, 2014 · 2m 47s · at 45:37 · https://youtu.be/KmpXYZjPlj8?t=2737</w:t>
      </w:r>
    </w:p>
    <w:p>
      <w:r>
        <w:rPr>
          <w:i/>
        </w:rPr>
        <w:t>“Moulana, today it became clear that tribal culture was given the sacred name of jihad culture, which is why common people remain deceived. How can we clarify the error of those who are on the path of peace and violence? Please tell us about this.”</w:t>
      </w:r>
    </w:p>
    <w:p>
      <w:r>
        <w:rPr>
          <w:sz w:val="20"/>
        </w:rPr>
        <w:t>45:37  okay, we start with the question answer session now. Maulana, yeh sawal aaya hai Chennai se Maulana Iqbal Umri ka, aur unhon ne likha hai ke Maulana, aaj wazeh hua ke tribal culture ko jihadi culture ka muqaddas naam diya gaya, isi liye aam log dhoke mein rehte hain.</w:t>
      </w:r>
      <w:r>
        <w:br/>
      </w:r>
      <w:r>
        <w:rPr>
          <w:sz w:val="20"/>
        </w:rPr>
        <w:t>46:02  Maulana, jo log passive violence ki rah par hain, un ki ghalati kaise wazeh karein, is ke bare mein bataein.</w:t>
      </w:r>
      <w:r>
        <w:br/>
      </w:r>
      <w:r>
        <w:rPr>
          <w:sz w:val="20"/>
        </w:rPr>
        <w:t>46:14  wazeh karne ka tareeqa yahi hai ke hum Quran se, Hadees se, is waqt Sunnat se, is ka ghalat hona logon ko bataein.</w:t>
      </w:r>
      <w:r>
        <w:br/>
      </w:r>
      <w:r>
        <w:rPr>
          <w:sz w:val="20"/>
        </w:rPr>
        <w:t>46:27  yahi tareeqa pehle bhi tha aur ab bhi hai.</w:t>
      </w:r>
      <w:r>
        <w:br/>
      </w:r>
      <w:r>
        <w:rPr>
          <w:sz w:val="20"/>
        </w:rPr>
        <w:t>46:31  hamare paas jo hai, wahi hai: Quran hai, Hadees hai, Seerat-e-Rasool hai, Seerat-e-Sahaba hai. is ke zariye se hum bataein.</w:t>
      </w:r>
      <w:r>
        <w:br/>
      </w:r>
      <w:r>
        <w:rPr>
          <w:sz w:val="20"/>
        </w:rPr>
        <w:t>46:42  abhi main padh raha tha Hazrat Abdullah Ibn Umar ka waqia ke tareekh mein is ko kaha jata hai Fitna Ibn Zubair.</w:t>
      </w:r>
      <w:r>
        <w:br/>
      </w:r>
      <w:r>
        <w:rPr>
          <w:sz w:val="20"/>
        </w:rPr>
        <w:t>46:55  is zamane mein Abdullah Ibn Umar jo the, top ke Sahabi the, lekin is mein shareek nahin the. woh to kuch log un ke paas gaye ke aap yahan jihad ho raha hai, aap is mein shareek nahin hain.</w:t>
      </w:r>
      <w:r>
        <w:br/>
      </w:r>
      <w:r>
        <w:rPr>
          <w:sz w:val="20"/>
        </w:rPr>
        <w:t>47:10  to unhon ne woh ayat padhi: "qatuluhum hatta la takuna fitnatun wa yakuna ad-deenu lillah"</w:t>
      </w:r>
      <w:r>
        <w:br/>
      </w:r>
      <w:r>
        <w:rPr>
          <w:sz w:val="20"/>
        </w:rPr>
        <w:t>47:17  . to unhon ne kaha ke woh to ho gaya. woh yeh jis mein is ayat mein jis qital ka zikr hai, woh to ho gaya, woh to khatm ho gaya.</w:t>
      </w:r>
      <w:r>
        <w:br/>
      </w:r>
      <w:r>
        <w:rPr>
          <w:sz w:val="20"/>
        </w:rPr>
        <w:t>47:27  ab kya hai? ab to daur aa gaya doosra, ab dawat do. to unhon ne kaha: "qatuluhum". yeh Hadees jo hai, Bukhari mein maujood hai, aap dekhiye, is ko bohat anokhi Hadees hai</w:t>
      </w:r>
      <w:r>
        <w:br/>
      </w:r>
      <w:r>
        <w:rPr>
          <w:sz w:val="20"/>
        </w:rPr>
        <w:t>47:42  ke Hazrat Abdullah Ibn Umar, jo top ke Sahabi hain, woh kehte hain ke yeh jo hukm tha qital ka, woh to khatm ho chuka. ab tum ko is ko jaari rakhe hue ho kyunke woh diya gaya tha is par ke persecution ko khatm karne ke liye.</w:t>
      </w:r>
      <w:r>
        <w:br/>
      </w:r>
      <w:r>
        <w:rPr>
          <w:sz w:val="20"/>
        </w:rPr>
        <w:t>48:04  woh to is woh persecution ko khatm ho gaya.</w:t>
      </w:r>
      <w:r>
        <w:br/>
      </w:r>
      <w:r>
        <w:rPr>
          <w:sz w:val="20"/>
        </w:rPr>
        <w:t>48:11  to yeh baatein logon ko batai jayein to inshallah un ki samajh mein aayega aur yeh rawish ko chhod kar sahi rasta ikhtiyar kareinge, inshallah.</w:t>
      </w:r>
    </w:p>
    <w:p>
      <w:pPr>
        <w:pStyle w:val="Heading2"/>
      </w:pPr>
      <w:r>
        <w:t>How to address a wrong system affecting a nation?</w:t>
      </w:r>
    </w:p>
    <w:p>
      <w:r>
        <w:rPr>
          <w:color w:val="666666"/>
          <w:sz w:val="18"/>
        </w:rPr>
        <w:t>Society &amp; Dawah · 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How to address focus on speaker not message?</w:t>
      </w:r>
    </w:p>
    <w:p>
      <w:r>
        <w:rPr>
          <w:color w:val="666666"/>
          <w:sz w:val="18"/>
        </w:rPr>
        <w:t>Society &amp; Dawah · Islah e Ummat August 10, 2014 · 2m 48s · at 54:45 · https://youtu.be/a7ohKq4Xf0Y?t=3285</w:t>
      </w:r>
    </w:p>
    <w:p>
      <w:r>
        <w:rPr>
          <w:i/>
        </w:rPr>
        <w:t>“I am from Pakistan where you tell people something about from CPS learning and literature. They always ask who said that I learned here in Pakistan that people are more concerned on who is saying rather than what is being said. All do in other learnings of science, management, etc. They only see what is said and not who is saying. Maulana, how can I address this issue as this is a major hurdle in spreading CPS message in Pakistan?”</w:t>
      </w:r>
    </w:p>
    <w:p>
      <w:r>
        <w:rPr>
          <w:sz w:val="20"/>
        </w:rPr>
        <w:t>54:45  molana agla sawal aaya hai Pakistan se Tariq Badar sahib ka aur unhone likha hai ke I am from Pakistan where if you tell people something about from CPS learning or literature they always ask who said that</w:t>
      </w:r>
      <w:r>
        <w:br/>
      </w:r>
      <w:r>
        <w:rPr>
          <w:sz w:val="20"/>
        </w:rPr>
        <w:t>55:03  I learned here in Pakistan that people are more concerned on who is saying rather than what is being said although in other learnings of science management etcetera they only see what is said and not who is saying molana sahib how can I address this issue as this is a major hurdle in spreading CPS message in Pakistan</w:t>
      </w:r>
      <w:r>
        <w:br/>
      </w:r>
      <w:r>
        <w:rPr>
          <w:sz w:val="20"/>
        </w:rPr>
        <w:t>55:29  nahi dekhiye major hurdle nahi manta is ko mein</w:t>
      </w:r>
      <w:r>
        <w:br/>
      </w:r>
      <w:r>
        <w:rPr>
          <w:sz w:val="20"/>
        </w:rPr>
        <w:t>55:33  jin logon ke darmiyan aap ne kaam kiya un ka yeh mizaj hai</w:t>
      </w:r>
      <w:r>
        <w:br/>
      </w:r>
      <w:r>
        <w:rPr>
          <w:sz w:val="20"/>
        </w:rPr>
        <w:t>55:38  isi pakistan mein doosron ke mojood hain</w:t>
      </w:r>
      <w:r>
        <w:br/>
      </w:r>
      <w:r>
        <w:rPr>
          <w:sz w:val="20"/>
        </w:rPr>
        <w:t>55:42  aap inhi ke peeche kyun zyada</w:t>
      </w:r>
      <w:r>
        <w:br/>
      </w:r>
      <w:r>
        <w:rPr>
          <w:sz w:val="20"/>
        </w:rPr>
        <w:t>55:45  parhein jo obsession mein jeetay hain</w:t>
      </w:r>
      <w:r>
        <w:br/>
      </w:r>
      <w:r>
        <w:rPr>
          <w:sz w:val="20"/>
        </w:rPr>
        <w:t>55:50  obsession mein jeetay hain jo khulay mind ke hain un mein</w:t>
      </w:r>
      <w:r>
        <w:br/>
      </w:r>
      <w:r>
        <w:rPr>
          <w:sz w:val="20"/>
        </w:rPr>
        <w:t>55:55  un mein kaam kijiye</w:t>
      </w:r>
      <w:r>
        <w:br/>
      </w:r>
      <w:r>
        <w:rPr>
          <w:sz w:val="20"/>
        </w:rPr>
        <w:t>55:58  jaise mere paas pakistan ke ek sahab aaye jo wahan</w:t>
      </w:r>
      <w:r>
        <w:br/>
      </w:r>
      <w:r>
        <w:rPr>
          <w:sz w:val="20"/>
        </w:rPr>
        <w:t>56:03  kisi university mein parhate hain woh to</w:t>
      </w:r>
      <w:r>
        <w:br/>
      </w:r>
      <w:r>
        <w:rPr>
          <w:sz w:val="20"/>
        </w:rPr>
        <w:t>56:08  der tak hamare paas rahe</w:t>
      </w:r>
      <w:r>
        <w:br/>
      </w:r>
      <w:r>
        <w:rPr>
          <w:sz w:val="20"/>
        </w:rPr>
        <w:t>56:11  to bohat zyada ittifaq karte thay hamari baton se</w:t>
      </w:r>
      <w:r>
        <w:br/>
      </w:r>
      <w:r>
        <w:rPr>
          <w:sz w:val="20"/>
        </w:rPr>
        <w:t>56:16  to unhon ne kaha ke aap ki jo writing hai</w:t>
      </w:r>
      <w:r>
        <w:br/>
      </w:r>
      <w:r>
        <w:rPr>
          <w:sz w:val="20"/>
        </w:rPr>
        <w:t>56:21  woh bohat achhi hai lekin is mein aik kami hai</w:t>
      </w:r>
      <w:r>
        <w:br/>
      </w:r>
      <w:r>
        <w:rPr>
          <w:sz w:val="20"/>
        </w:rPr>
        <w:t>56:26  aik kami hai toh mein mein</w:t>
      </w:r>
      <w:r>
        <w:br/>
      </w:r>
      <w:r>
        <w:rPr>
          <w:sz w:val="20"/>
        </w:rPr>
        <w:t>56:30  mein ne poocha ke bataiye kya kami hai</w:t>
      </w:r>
      <w:r>
        <w:br/>
      </w:r>
      <w:r>
        <w:rPr>
          <w:sz w:val="20"/>
        </w:rPr>
        <w:t>56:34  toh unhon ne kaha ke yeh hai ke aap ki</w:t>
      </w:r>
      <w:r>
        <w:br/>
      </w:r>
      <w:r>
        <w:rPr>
          <w:sz w:val="20"/>
        </w:rPr>
        <w:t>56:37  kitabon ko parhne ke baad kisi aur ki kitab parhne ka jee nahi chahta</w:t>
      </w:r>
      <w:r>
        <w:br/>
      </w:r>
      <w:r>
        <w:rPr>
          <w:sz w:val="20"/>
        </w:rPr>
        <w:t>56:42  yeh university ke ustaad thay</w:t>
      </w:r>
      <w:r>
        <w:br/>
      </w:r>
      <w:r>
        <w:rPr>
          <w:sz w:val="20"/>
        </w:rPr>
        <w:t>56:46  aap ki kitabon ko parhne ke baad kisi aur ki kitab parhne ka jee nahi chahta toh aise</w:t>
      </w:r>
      <w:r>
        <w:br/>
      </w:r>
      <w:r>
        <w:rPr>
          <w:sz w:val="20"/>
        </w:rPr>
        <w:t>56:50  bhi Pakistan mein hain</w:t>
      </w:r>
      <w:r>
        <w:br/>
      </w:r>
      <w:r>
        <w:rPr>
          <w:sz w:val="20"/>
        </w:rPr>
        <w:t>56:53  dikhye dawat ka kaam jo hai woh aik hunting process hai un logon ko dhoondna</w:t>
      </w:r>
      <w:r>
        <w:br/>
      </w:r>
      <w:r>
        <w:rPr>
          <w:sz w:val="20"/>
        </w:rPr>
        <w:t>57:00  jo jo</w:t>
      </w:r>
      <w:r>
        <w:br/>
      </w:r>
      <w:r>
        <w:rPr>
          <w:sz w:val="20"/>
        </w:rPr>
        <w:t>57:04  seeker hain jin ke andar objectivity hai jin ke andar opinions hai jo mutala karne ka tayyar ke liye tayyar ho jate hain foran to un ko dhoondhiye un mein kaam kijiye kuch log agar is tarah ke hain band zehan wale to aap un ko un ke liye dua kijiye</w:t>
      </w:r>
    </w:p>
    <w:p>
      <w:pPr>
        <w:pStyle w:val="Heading2"/>
      </w:pPr>
      <w:r>
        <w:t>How to answer claims Islam spread by sword?</w:t>
      </w:r>
    </w:p>
    <w:p>
      <w:r>
        <w:rPr>
          <w:color w:val="666666"/>
          <w:sz w:val="18"/>
        </w:rPr>
        <w:t>Society &amp; Dawah · Purpose of Creation September 28, 2014 · 2m 20s · at 52:05 · https://youtu.be/7M-rzLZzCYw?t=3125</w:t>
      </w:r>
    </w:p>
    <w:p>
      <w:r>
        <w:rPr>
          <w:i/>
        </w:rPr>
        <w:t>“Many people say that Islam spread by wars, first during the Prophet and Sahaba time and later in the Umayyad and Abbasid dynasties, and the source for these wars and territorial expansion was Quran and Hadith. Please tell us how to address such questions, especially when our non-Muslim brothers put this to us.”</w:t>
      </w:r>
    </w:p>
    <w:p>
      <w:r>
        <w:rPr>
          <w:sz w:val="20"/>
        </w:rPr>
        <w:t>52:05  molana agla sawal kya hai zuber sahib ne murad abad se molana mini peoples se dat islam spread by wars first during prophet and sahaba time and then later on umiyat and abbasid dynasty the source they say for these wars and territorial expansion was quran and hadith</w:t>
      </w:r>
      <w:r>
        <w:br/>
      </w:r>
      <w:r>
        <w:rPr>
          <w:sz w:val="20"/>
        </w:rPr>
        <w:t>52:33  please tell us how do we address such questions especially when our non muslim brothers put this to us dekhiye islam jo hai talwar se phaila yeh toh myth khatam ho chuka hai yeh purana myth tha bohat pehle is par bohat hi yani zabardast work kiya hai inhon ne professor</w:t>
      </w:r>
      <w:r>
        <w:br/>
      </w:r>
      <w:r>
        <w:rPr>
          <w:sz w:val="20"/>
        </w:rPr>
        <w:t>53:01  t w arnold ne in ki kitab chhapi thi 1898 mein the preachership of islam toh poori history se inhon ne bataya ke kis tarah se islam peaceful tareeqe se phaila hai aur talwar se nahi phaila hai</w:t>
      </w:r>
      <w:r>
        <w:br/>
      </w:r>
      <w:r>
        <w:rPr>
          <w:sz w:val="20"/>
        </w:rPr>
        <w:t>53:21  aise hi Swami Vivekanand ne apni kitab mein likha hai ke it is it is a nonsense</w:t>
      </w:r>
      <w:r>
        <w:br/>
      </w:r>
      <w:r>
        <w:rPr>
          <w:sz w:val="20"/>
        </w:rPr>
        <w:t>53:26  to say that</w:t>
      </w:r>
      <w:r>
        <w:br/>
      </w:r>
      <w:r>
        <w:rPr>
          <w:sz w:val="20"/>
        </w:rPr>
        <w:t>53:30  Hindus were converted to Islam by force</w:t>
      </w:r>
      <w:r>
        <w:br/>
      </w:r>
      <w:r>
        <w:rPr>
          <w:sz w:val="20"/>
        </w:rPr>
        <w:t>53:35  to ye to ye ye to ek ye ek phaila hua myth hai bas ye log baghair mutale</w:t>
      </w:r>
      <w:r>
        <w:br/>
      </w:r>
      <w:r>
        <w:rPr>
          <w:sz w:val="20"/>
        </w:rPr>
        <w:t>53:41  ke sab kaha karte hain is par to bahut kaafi kaam kaam ho chuka hai aur is ko</w:t>
      </w:r>
      <w:r>
        <w:br/>
      </w:r>
      <w:r>
        <w:rPr>
          <w:sz w:val="20"/>
        </w:rPr>
        <w:t>53:47  poori tarah se sabit ho chuka hai ke Islam</w:t>
      </w:r>
      <w:r>
        <w:br/>
      </w:r>
      <w:r>
        <w:rPr>
          <w:sz w:val="20"/>
        </w:rPr>
        <w:t>53:53  talwaron ke zor se nahi phaila</w:t>
      </w:r>
      <w:r>
        <w:br/>
      </w:r>
      <w:r>
        <w:rPr>
          <w:sz w:val="20"/>
        </w:rPr>
        <w:t>53:55  a khud India mein aap dekhiye India mein kis ne Islam phailaya kya Mughlon ne phailaya hai Mughlon</w:t>
      </w:r>
      <w:r>
        <w:br/>
      </w:r>
      <w:r>
        <w:rPr>
          <w:sz w:val="20"/>
        </w:rPr>
        <w:t>54:00  ko to koi Islam se koi matlab hi nahi tha Sufiyon ne phailaya hai</w:t>
      </w:r>
      <w:r>
        <w:br/>
      </w:r>
      <w:r>
        <w:rPr>
          <w:sz w:val="20"/>
        </w:rPr>
        <w:t>54:07  hum aap jo duniya mein hain wo Sufiyon ki wajah se hain kisi badshah ki talwar se nahi</w:t>
      </w:r>
      <w:r>
        <w:br/>
      </w:r>
      <w:r>
        <w:rPr>
          <w:sz w:val="20"/>
        </w:rPr>
        <w:t>54:12  hai to ye to ye but to khatm ho chuka aap kitaben padhiye jo is mauzu par likhi</w:t>
      </w:r>
      <w:r>
        <w:br/>
      </w:r>
      <w:r>
        <w:rPr>
          <w:sz w:val="20"/>
        </w:rPr>
        <w:t>54:19  gayi hain</w:t>
      </w:r>
    </w:p>
    <w:p>
      <w:pPr>
        <w:pStyle w:val="Heading2"/>
      </w:pPr>
      <w:r>
        <w:t>How to approach disinterested people about Islam?</w:t>
      </w:r>
    </w:p>
    <w:p>
      <w:r>
        <w:rPr>
          <w:color w:val="666666"/>
          <w:sz w:val="18"/>
        </w:rPr>
        <w:t>Society &amp; Dawah · The Character of a Dayee 4 March 2012 - Maulana Wahiduddin Khan · 2m 47s · at 1:42:28 · https://youtu.be/YtavJpVNbEM?t=6148</w:t>
      </w:r>
    </w:p>
    <w:p>
      <w:r>
        <w:rPr>
          <w:i/>
        </w:rPr>
        <w:t>“I approached one of my seniors to tell him about Islam. He said he was not interested in religion at all and would rather not discuss it. How should I approach people like these?”</w:t>
      </w:r>
    </w:p>
    <w:p>
      <w:r>
        <w:rPr>
          <w:sz w:val="20"/>
        </w:rPr>
        <w:t>1:42:28  Maulana, agla sawal Mr. Zeeshan Yusuf ka aaya hai Hyderabad se. unhone aap se poocha hai ke: "I approached one of my seniors for letting him know about Islam.</w:t>
      </w:r>
      <w:r>
        <w:br/>
      </w:r>
      <w:r>
        <w:rPr>
          <w:sz w:val="20"/>
        </w:rPr>
        <w:t>1:42:40  He said that he was not interested in religion at all, and he would rather not prefer to discuss about it. Maulana, how shall I approach people like these?" Dua kijiye,</w:t>
      </w:r>
      <w:r>
        <w:br/>
      </w:r>
      <w:r>
        <w:rPr>
          <w:sz w:val="20"/>
        </w:rPr>
        <w:t>1:42:55  ek se ek badh ke kattar log hain, woh un ke andar aa jata hai. kal ek sahib se meri mulaqat hui, Maulana Owais sahib kal mere paas aaye the,</w:t>
      </w:r>
      <w:r>
        <w:br/>
      </w:r>
      <w:r>
        <w:rPr>
          <w:sz w:val="20"/>
        </w:rPr>
        <w:t>1:43:11  to unhone ek qissa bataya</w:t>
      </w:r>
      <w:r>
        <w:br/>
      </w:r>
      <w:r>
        <w:rPr>
          <w:sz w:val="20"/>
        </w:rPr>
        <w:t>1:43:15  ke woh, unhone, unhone kis ne likha hai? woh qissa Sheikh Hassan Misri hain.</w:t>
      </w:r>
      <w:r>
        <w:br/>
      </w:r>
      <w:r>
        <w:rPr>
          <w:sz w:val="20"/>
        </w:rPr>
        <w:t>1:43:24  Hassan Misri ne, Sheikh Hassan Ji Misri, Sheikh Hassan Misri ek hain,</w:t>
      </w:r>
      <w:r>
        <w:br/>
      </w:r>
      <w:r>
        <w:rPr>
          <w:sz w:val="20"/>
        </w:rPr>
        <w:t>1:43:33  unhone ek qissa bataya hai. woh kal unhone bataya mujhe, woh un ke ustad bhi hain, ghaliban woh Misr mein taleem un ki hui hai, Maulana Owais sahib ki ke ek shakhs jo hai,</w:t>
      </w:r>
      <w:r>
        <w:br/>
      </w:r>
      <w:r>
        <w:rPr>
          <w:sz w:val="20"/>
        </w:rPr>
        <w:t>1:43:49  woh</w:t>
      </w:r>
      <w:r>
        <w:br/>
      </w:r>
      <w:r>
        <w:rPr>
          <w:sz w:val="20"/>
        </w:rPr>
        <w:t>1:43:51  use lamba qissa hai, main mukhtasar kar raha hoon is ko ke ek shakhs ko German zuban mein Quran ka tarjuma diya gaya, ek Christian ko.</w:t>
      </w:r>
      <w:r>
        <w:br/>
      </w:r>
      <w:r>
        <w:rPr>
          <w:sz w:val="20"/>
        </w:rPr>
        <w:t>1:44:01  bohat lamba qissa hai woh, to woh aadmi jo hai, la kar ke us ne rakh diya usay,</w:t>
      </w:r>
      <w:r>
        <w:br/>
      </w:r>
      <w:r>
        <w:rPr>
          <w:sz w:val="20"/>
        </w:rPr>
        <w:t>1:44:09  aur bees saal tak usay rakha hua. kuch asbab paish aaye ke bees saal ke baad usay parha, us ko parha to itna asar pada us ko ke us ne Islam ko book kar liya, Islam ka مبلغ ban gaya.</w:t>
      </w:r>
      <w:r>
        <w:br/>
      </w:r>
      <w:r>
        <w:rPr>
          <w:sz w:val="20"/>
        </w:rPr>
        <w:t>1:44:22  woh</w:t>
      </w:r>
      <w:r>
        <w:br/>
      </w:r>
      <w:r>
        <w:rPr>
          <w:sz w:val="20"/>
        </w:rPr>
        <w:t>1:44:25  to la tisoo billah ka maamla hai, kisi insaan se aap mayoos na hon, hikmat ke sath kaam karen, dua ke sath kaam karen.</w:t>
      </w:r>
      <w:r>
        <w:br/>
      </w:r>
      <w:r>
        <w:rPr>
          <w:sz w:val="20"/>
        </w:rPr>
        <w:t>1:44:34  is ke liye, yani literature dein us ko jis mein us ko dilchaspi ho.</w:t>
      </w:r>
      <w:r>
        <w:br/>
      </w:r>
      <w:r>
        <w:rPr>
          <w:sz w:val="20"/>
        </w:rPr>
        <w:t>1:44:42  to yani jis ne diya tha Quran majeed ka ka German tarjuma, to bees saal tak us ke shelf mein parha raha.</w:t>
      </w:r>
      <w:r>
        <w:br/>
      </w:r>
      <w:r>
        <w:rPr>
          <w:sz w:val="20"/>
        </w:rPr>
        <w:t>1:44:53  ab bees saal ke baad us ko tofeeq ho gayi imaan ki,</w:t>
      </w:r>
      <w:r>
        <w:br/>
      </w:r>
      <w:r>
        <w:rPr>
          <w:sz w:val="20"/>
        </w:rPr>
        <w:t>1:45:00  to mayoos hone ki zaroorat nahi hai. jahan aap hamesha yeh kisi re planning kijiye, phir se sochiye aur dua kijiye, to rastay khulenge, inshallah.</w:t>
      </w:r>
    </w:p>
    <w:p>
      <w:pPr>
        <w:pStyle w:val="Heading2"/>
      </w:pPr>
      <w:r>
        <w:t>How to approach those disinterested in religion?</w:t>
      </w:r>
    </w:p>
    <w:p>
      <w:r>
        <w:rPr>
          <w:color w:val="666666"/>
          <w:sz w:val="18"/>
        </w:rPr>
        <w:t>Society &amp; Dawah · Q&amp;A 04 Mar 2012 Maulana Wahiduddin Khan · 2m 26s · at 38:55 · https://youtu.be/txRmutuvWQI?t=2335</w:t>
      </w:r>
    </w:p>
    <w:p>
      <w:r>
        <w:rPr>
          <w:i/>
        </w:rPr>
        <w:t>“I approached one of my seniors for letting him know about Islam. He said he was not interested in religion at all, and he would rather not prefer to discuss about it. How shall I approach people like these?”</w:t>
      </w:r>
    </w:p>
    <w:p>
      <w:r>
        <w:rPr>
          <w:sz w:val="20"/>
        </w:rPr>
        <w:t>38:55  maulana, agla sawal mr zeeshan yusuf ka aaya hai hyderabad se. unhone aap se poocha hai ke: "i approached one of my seniors for letting him know about Islam.</w:t>
      </w:r>
      <w:r>
        <w:br/>
      </w:r>
      <w:r>
        <w:rPr>
          <w:sz w:val="20"/>
        </w:rPr>
        <w:t>39:07  he said that he was not interested in religion at all, and he would rather not prefer to discuss about it. Maulana, how shall I approach people like these?</w:t>
      </w:r>
      <w:r>
        <w:br/>
      </w:r>
      <w:r>
        <w:rPr>
          <w:sz w:val="20"/>
        </w:rPr>
        <w:t>39:17  dua kijiye.</w:t>
      </w:r>
      <w:r>
        <w:br/>
      </w:r>
      <w:r>
        <w:rPr>
          <w:sz w:val="20"/>
        </w:rPr>
        <w:t>39:21  ek se ek badh ke katar log hain, woh un ke andar aa jata hai. kal ek sahab se meri mulaqat hui,</w:t>
      </w:r>
      <w:r>
        <w:br/>
      </w:r>
      <w:r>
        <w:rPr>
          <w:sz w:val="20"/>
        </w:rPr>
        <w:t>39:33  maulana owais sahab kal mere paas aaye the toh unhone ek qissa bataya. sheikh hassan misri ek hain, unhone ek qissa bataya hai.</w:t>
      </w:r>
      <w:r>
        <w:br/>
      </w:r>
      <w:r>
        <w:rPr>
          <w:sz w:val="20"/>
        </w:rPr>
        <w:t>39:46  woh kal unhone bataya mujhe, woh un ke ustad bhi hain, ghaliban</w:t>
      </w:r>
      <w:r>
        <w:br/>
      </w:r>
      <w:r>
        <w:rPr>
          <w:sz w:val="20"/>
        </w:rPr>
        <w:t>39:50  woh misr mein taleem un ki hui hai, maulana owais sahab ki ke ek shakhs jo hai, woh use lamba qissa hai, mein mukhtasar kar raha hoon is ko ke ek shakhs ko german zaban mein quran ka tarjuma diya gaya, ek christian ko.</w:t>
      </w:r>
      <w:r>
        <w:br/>
      </w:r>
      <w:r>
        <w:rPr>
          <w:sz w:val="20"/>
        </w:rPr>
        <w:t>40:10  bohat lamba qissa hai woh. toh woh aadmi jo hai, la kar ke us ne rakh diya use, aur bees saal tak use rakha hua.</w:t>
      </w:r>
      <w:r>
        <w:br/>
      </w:r>
      <w:r>
        <w:rPr>
          <w:sz w:val="20"/>
        </w:rPr>
        <w:t>40:19  kuch asbab paish aaye ke bees saal ke baad use padha, use padha toh itna asar padha us ko</w:t>
      </w:r>
      <w:r>
        <w:br/>
      </w:r>
      <w:r>
        <w:rPr>
          <w:sz w:val="20"/>
        </w:rPr>
        <w:t>40:26  ke us ne islam ko munh kar liya, islam ka مبلغ ban gaya. woh toh la taysu min rooh Allah ka mamla hai.</w:t>
      </w:r>
      <w:r>
        <w:br/>
      </w:r>
      <w:r>
        <w:rPr>
          <w:sz w:val="20"/>
        </w:rPr>
        <w:t>40:37  kisi insan se aap mayous na hon, hikmat ke sath kaam karen, dua ke sath kaam karen. is ke liye, yani literature dein us ko</w:t>
      </w:r>
      <w:r>
        <w:br/>
      </w:r>
      <w:r>
        <w:rPr>
          <w:sz w:val="20"/>
        </w:rPr>
        <w:t>40:46  jis mein us ko dilchaspi ho. toh yani jis ne diya tha quran majeed ka ka german tarjuma, toh bees saal tak us ke shelf mein pada raha.</w:t>
      </w:r>
      <w:r>
        <w:br/>
      </w:r>
      <w:r>
        <w:rPr>
          <w:sz w:val="20"/>
        </w:rPr>
        <w:t>41:00  bees saal ke baad us ko tofeeq ho gayi</w:t>
      </w:r>
      <w:r>
        <w:br/>
      </w:r>
      <w:r>
        <w:rPr>
          <w:sz w:val="20"/>
        </w:rPr>
        <w:t>41:04  imaan ki. to mayoos hone ki zaroorat nahi hai. jahan aap hamesha yeh kisi replanning kijiye, phir se sochiye aur dua kijiye to raaste khulenge, inshallah.</w:t>
      </w:r>
    </w:p>
    <w:p>
      <w:pPr>
        <w:pStyle w:val="Heading2"/>
      </w:pPr>
      <w:r>
        <w:t>How to build trust between Muslims and non-Muslims</w:t>
      </w:r>
    </w:p>
    <w:p>
      <w:r>
        <w:rPr>
          <w:color w:val="666666"/>
          <w:sz w:val="18"/>
        </w:rPr>
        <w:t>Society &amp; Dawah · Spirit of the Age Nov 6, 2016 · 2m 46s · at 45:45 · https://youtu.be/QAW9LP53xQk?t=2745</w:t>
      </w:r>
    </w:p>
    <w:p>
      <w:r>
        <w:rPr>
          <w:i/>
        </w:rPr>
        <w:t>“There is a growing trust deficit between Muslims and non-Muslims, which is often capitalized by the political parties. My question is, how can we build trust with one another?”</w:t>
      </w:r>
    </w:p>
    <w:p>
      <w:r>
        <w:rPr>
          <w:sz w:val="20"/>
        </w:rPr>
        <w:t>45:45  maulana, agla sawal bheja hai kamal siddiqui sahib ne amritsar se, unhone likha hai: maulana sahib, there</w:t>
      </w:r>
      <w:r>
        <w:br/>
      </w:r>
      <w:r>
        <w:rPr>
          <w:sz w:val="20"/>
        </w:rPr>
        <w:t>45:52  is a growing trust deficit between muslims and non-muslims, which is often capitalized by the political parties.</w:t>
      </w:r>
      <w:r>
        <w:br/>
      </w:r>
      <w:r>
        <w:rPr>
          <w:sz w:val="20"/>
        </w:rPr>
        <w:t>45:59  my question is, how can we build trust with one another?</w:t>
      </w:r>
      <w:r>
        <w:br/>
      </w:r>
      <w:r>
        <w:rPr>
          <w:sz w:val="20"/>
        </w:rPr>
        <w:t>46:07  what should be the starting point?</w:t>
      </w:r>
      <w:r>
        <w:br/>
      </w:r>
      <w:r>
        <w:rPr>
          <w:sz w:val="20"/>
        </w:rPr>
        <w:t>46:12  yeh to maine khud quran ke hawale se bata diya.</w:t>
      </w:r>
      <w:r>
        <w:br/>
      </w:r>
      <w:r>
        <w:rPr>
          <w:sz w:val="20"/>
        </w:rPr>
        <w:t>46:18  trust qaim karna jo hai, woh sirf is liye nahi hoga ke aap kahein ke trust karo, trust</w:t>
      </w:r>
      <w:r>
        <w:br/>
      </w:r>
      <w:r>
        <w:rPr>
          <w:sz w:val="20"/>
        </w:rPr>
        <w:t>46:24  karo, trust karo.</w:t>
      </w:r>
      <w:r>
        <w:br/>
      </w:r>
      <w:r>
        <w:rPr>
          <w:sz w:val="20"/>
        </w:rPr>
        <w:t>46:30  logon ko yeh yeh wisdom batana padega, wisdom ke raghz ko avoid karna padta hai.</w:t>
      </w:r>
      <w:r>
        <w:br/>
      </w:r>
      <w:r>
        <w:rPr>
          <w:sz w:val="20"/>
        </w:rPr>
        <w:t>46:35  sirf aap trust ki baat kijiye to kabhi trust qaim nahi hoga.</w:t>
      </w:r>
      <w:r>
        <w:br/>
      </w:r>
      <w:r>
        <w:rPr>
          <w:sz w:val="20"/>
        </w:rPr>
        <w:t>46:41  jo rukawat hai, us ko door karna padega, aur rukawat kya hai? log raghz mein phanse rehte hain.</w:t>
      </w:r>
      <w:r>
        <w:br/>
      </w:r>
      <w:r>
        <w:rPr>
          <w:sz w:val="20"/>
        </w:rPr>
        <w:t>46:47  kuch koi negative ayatein hoti hi hoti hain, hamesha us mein phanse rehte hain.</w:t>
      </w:r>
      <w:r>
        <w:br/>
      </w:r>
      <w:r>
        <w:rPr>
          <w:sz w:val="20"/>
        </w:rPr>
        <w:t>46:53  logon ko wisdom batai ke duniya mein chuki insaan aazad hai, har insaan apni aazadi ko apni marzi</w:t>
      </w:r>
      <w:r>
        <w:br/>
      </w:r>
      <w:r>
        <w:rPr>
          <w:sz w:val="20"/>
        </w:rPr>
        <w:t>46:58  ke mutabiq istemal karega, to us se poochega nahi? to karne do us ko, tum bhi</w:t>
      </w:r>
      <w:r>
        <w:br/>
      </w:r>
      <w:r>
        <w:rPr>
          <w:sz w:val="20"/>
        </w:rPr>
        <w:t>47:04  aazad ho, tum bhi karo.</w:t>
      </w:r>
      <w:r>
        <w:br/>
      </w:r>
      <w:r>
        <w:rPr>
          <w:sz w:val="20"/>
        </w:rPr>
        <w:t>47:10  wo agar apni aazadi ko istemal kar raha hai, tum bhi apni aazadi ko istemal karo.</w:t>
      </w:r>
      <w:r>
        <w:br/>
      </w:r>
      <w:r>
        <w:rPr>
          <w:sz w:val="20"/>
        </w:rPr>
        <w:t>47:16  yeh hai wisdom jis se trust paida hota hai.</w:t>
      </w:r>
      <w:r>
        <w:br/>
      </w:r>
      <w:r>
        <w:rPr>
          <w:sz w:val="20"/>
        </w:rPr>
        <w:t>47:21  agar aap yeh chahein ke ke koi unwanted baat na ho duniya mein, bas siyasi trust ki baat</w:t>
      </w:r>
      <w:r>
        <w:br/>
      </w:r>
      <w:r>
        <w:rPr>
          <w:sz w:val="20"/>
        </w:rPr>
        <w:t>47:27  ho, to woh kabhi na hoga, na kabhi trust qaim hoga.</w:t>
      </w:r>
      <w:r>
        <w:br/>
      </w:r>
      <w:r>
        <w:rPr>
          <w:sz w:val="20"/>
        </w:rPr>
        <w:t>47:33  ehtemad nahi qaim ho sakta.</w:t>
      </w:r>
      <w:r>
        <w:br/>
      </w:r>
      <w:r>
        <w:rPr>
          <w:sz w:val="20"/>
        </w:rPr>
        <w:t>47:39  yeh shart aitmaad ki nahi hai.</w:t>
      </w:r>
      <w:r>
        <w:br/>
      </w:r>
      <w:r>
        <w:rPr>
          <w:sz w:val="20"/>
        </w:rPr>
        <w:t>47:44  Aitmaad shart hai wisdom.</w:t>
      </w:r>
      <w:r>
        <w:br/>
      </w:r>
      <w:r>
        <w:rPr>
          <w:sz w:val="20"/>
        </w:rPr>
        <w:t>47:50  Logon ko wisdom batai ke logon ko azadi hai creator ki taraf se, to aap apni azadi ko</w:t>
      </w:r>
      <w:r>
        <w:br/>
      </w:r>
      <w:r>
        <w:rPr>
          <w:sz w:val="20"/>
        </w:rPr>
        <w:t>47:56  woh use karein ge.</w:t>
      </w:r>
      <w:r>
        <w:br/>
      </w:r>
      <w:r>
        <w:rPr>
          <w:sz w:val="20"/>
        </w:rPr>
        <w:t>48:02  Let them use that freedom according to their own.</w:t>
      </w:r>
      <w:r>
        <w:br/>
      </w:r>
      <w:r>
        <w:rPr>
          <w:sz w:val="20"/>
        </w:rPr>
        <w:t>48:07  Tab ja kar aitmaad qaim hoga.</w:t>
      </w:r>
      <w:r>
        <w:br/>
      </w:r>
      <w:r>
        <w:rPr>
          <w:sz w:val="20"/>
        </w:rPr>
        <w:t>48:13  Yahi hai wisdom is mamle mein.</w:t>
      </w:r>
      <w:r>
        <w:br/>
      </w:r>
      <w:r>
        <w:rPr>
          <w:sz w:val="20"/>
        </w:rPr>
        <w:t>48:19  Badqismati se log is wisdom ko nahi jante, bas khali kehte hain ke ek doosre par trust karo.</w:t>
      </w:r>
      <w:r>
        <w:br/>
      </w:r>
      <w:r>
        <w:rPr>
          <w:sz w:val="20"/>
        </w:rPr>
        <w:t>48:25  In ko yeh wisdom bataiye ke rajaz ko chodo, tab ja kar ke wisdom qaim hoga, trust qaim hoga.</w:t>
      </w:r>
    </w:p>
    <w:p>
      <w:pPr>
        <w:pStyle w:val="Heading2"/>
      </w:pPr>
      <w:r>
        <w:t>How to convey spirituality to materialistic women?</w:t>
      </w:r>
    </w:p>
    <w:p>
      <w:r>
        <w:rPr>
          <w:color w:val="666666"/>
          <w:sz w:val="18"/>
        </w:rPr>
        <w:t>Society &amp; Dawah · Discovery of God (In Conversation with Maulana) December 25, 2011 · 2m 50s · at 16:13 · https://youtu.be/-1c1d7cFj0s?t=973</w:t>
      </w:r>
    </w:p>
    <w:p>
      <w:r>
        <w:rPr>
          <w:i/>
        </w:rPr>
        <w:t>“Today's women spend most of their time and ability only on material comforts. In such a situation, how can the message of spirituality be conveyed to them?”</w:t>
      </w:r>
    </w:p>
    <w:p>
      <w:r>
        <w:rPr>
          <w:sz w:val="20"/>
        </w:rPr>
        <w:t>16:13  maulana, agla sawal karachi se aya hai miss saira latif ka. unhon ne likha hai: "mera sawal yeh hai ke aaj ki khawateen apna zyada tar waqt aur salahiyat sirf apni madi sahulaton ki nazar kiye hue hain.</w:t>
      </w:r>
      <w:r>
        <w:br/>
      </w:r>
      <w:r>
        <w:rPr>
          <w:sz w:val="20"/>
        </w:rPr>
        <w:t>16:30  aisi halat mein un ko rohaniyat ka paigham kis tarah pohanchaya jaye?"</w:t>
      </w:r>
      <w:r>
        <w:br/>
      </w:r>
      <w:r>
        <w:rPr>
          <w:sz w:val="20"/>
        </w:rPr>
        <w:t>16:38  asal mein baat yeh hai ke log material cheezon ki value jante hain aur spiritual wali baaten jo hain, is ki value nahi samajhte.</w:t>
      </w:r>
      <w:r>
        <w:br/>
      </w:r>
      <w:r>
        <w:rPr>
          <w:sz w:val="20"/>
        </w:rPr>
        <w:t>16:49  woh asal baat yeh hai ke agar un ko bataya jaye ke material cheezon ke mein ka plus point aur minus point kya hai, yeh un ko khabar is ki nahi hai, kyunke material cheezon ke peeche daurne mein kya hota hai?</w:t>
      </w:r>
      <w:r>
        <w:br/>
      </w:r>
      <w:r>
        <w:rPr>
          <w:sz w:val="20"/>
        </w:rPr>
        <w:t>17:06  yeh to hota hai tension, stress, taluqat mein yani khinchao, tarah tarah ke problem jo ate hain, isi liye ate hain ke hum material cheezon ko apna goal banaye hue hain.</w:t>
      </w:r>
      <w:r>
        <w:br/>
      </w:r>
      <w:r>
        <w:rPr>
          <w:sz w:val="20"/>
        </w:rPr>
        <w:t>17:23  to spiritual jo goal hai, is ko hum agar samne rakhen to achaanak hum ko ek bilkul hi peaceful life mil jati hai, bohat peaceful life.</w:t>
      </w:r>
      <w:r>
        <w:br/>
      </w:r>
      <w:r>
        <w:rPr>
          <w:sz w:val="20"/>
        </w:rPr>
        <w:t>17:36  aur phir peaceful life ka faida yeh hota hai ke hum jo asal jo asal jo kaam hai, woh kar paate hain. yani intellectual development sab se bari cheez duniya mein jo hai, woh hai intellectual development.</w:t>
      </w:r>
      <w:r>
        <w:br/>
      </w:r>
      <w:r>
        <w:rPr>
          <w:sz w:val="20"/>
        </w:rPr>
        <w:t>17:48  isi quran mein kaha gaya hai: "tazkiya". tazkiya kya hai? intellectual development ka naam hai tazkiya. to asal kaam jo hai, wohi nahi kar pata aadmi material cheezon mein phansne ki wajah se.</w:t>
      </w:r>
      <w:r>
        <w:br/>
      </w:r>
      <w:r>
        <w:rPr>
          <w:sz w:val="20"/>
        </w:rPr>
        <w:t>18:03  main to Allah ke fazl se material cheezon se bilkul hi apne ko mein ne itna door kar liya hai ke ke koi meri need hi nahi, koi zaroorat hi meri nahi hai.</w:t>
      </w:r>
      <w:r>
        <w:br/>
      </w:r>
      <w:r>
        <w:rPr>
          <w:sz w:val="20"/>
        </w:rPr>
        <w:t>18:14  jo jo logon ne jo jo jo mujhe de diya gaya pehanne ke liye, woh main ne pehan liya. jo khane ke liye de diya gaya, woh kha liya. bas to mujhe peace hi peace hai.</w:t>
      </w:r>
      <w:r>
        <w:br/>
      </w:r>
      <w:r>
        <w:rPr>
          <w:sz w:val="20"/>
        </w:rPr>
        <w:t>18:25  to mujhe mauqa hai ke main raat din apne aap ko intellectual development mein masroof rakhoon. mera intellectual process jo hai, woh chalta rehta hai barabar, kyunke doosri cheezon mein apne ko distract nahi kiya hua hoon.</w:t>
      </w:r>
      <w:r>
        <w:br/>
      </w:r>
      <w:r>
        <w:rPr>
          <w:sz w:val="20"/>
        </w:rPr>
        <w:t>18:39  to is raat ko samajhte hain yeh log ke kitna bara nuqsan kar rahe hain, yani apne is yani apne is lifestyle ki waja se.</w:t>
      </w:r>
      <w:r>
        <w:br/>
      </w:r>
      <w:r>
        <w:rPr>
          <w:sz w:val="20"/>
        </w:rPr>
        <w:t>18:51  to in par yeh yeh baat khul jaye, agar ke yeh lifestyle jo hai, aap ke liye bohat hi yani disastrous hai, to inshallah aap yeh islaah kar lenge.</w:t>
      </w:r>
    </w:p>
    <w:p>
      <w:pPr>
        <w:pStyle w:val="Heading2"/>
      </w:pPr>
      <w:r>
        <w:t>How to defend Quran without reading other scriptures?</w:t>
      </w:r>
    </w:p>
    <w:p>
      <w:r>
        <w:rPr>
          <w:color w:val="666666"/>
          <w:sz w:val="18"/>
        </w:rPr>
        <w:t>Society &amp; Dawah · Q&amp;A 04 DEC 2011 Maulana Wahiduddin Khan · 2m 46s · at 30:33 · https://youtu.be/KIMNmuUZoGo?t=1833</w:t>
      </w:r>
    </w:p>
    <w:p>
      <w:r>
        <w:rPr>
          <w:i/>
        </w:rPr>
        <w:t>“During a course of a discussion with one of the Madhus, I told him that Quran is my discovery. He asked me whether I have read Bible and Gita. I told him that I have not read it. He said to me then how can you say that Quran is the book leading to the right path? He further added that first you have to read all the books, then only you can decide. How should I tackle such questions?”</w:t>
      </w:r>
    </w:p>
    <w:p>
      <w:r>
        <w:rPr>
          <w:sz w:val="20"/>
        </w:rPr>
        <w:t>30:33  mister sajid anwar ne roorkee se sawal kiya hai, unhon ne likha hai ke maulana during course of a discussion with one of the mad'oos, I told him that Quran is my discovery.</w:t>
      </w:r>
      <w:r>
        <w:br/>
      </w:r>
      <w:r>
        <w:rPr>
          <w:sz w:val="20"/>
        </w:rPr>
        <w:t>30:48  he asked me whether I have read Bible and Geeta. I told him that I have not read it. he said to me then how can you say that Quran is the book leading to the right path?</w:t>
      </w:r>
      <w:r>
        <w:br/>
      </w:r>
      <w:r>
        <w:rPr>
          <w:sz w:val="20"/>
        </w:rPr>
        <w:t>31:03  he further added that first you have to read all the books, then only you can decide. maulana how should I tackle such questions?</w:t>
      </w:r>
      <w:r>
        <w:br/>
      </w:r>
      <w:r>
        <w:rPr>
          <w:sz w:val="20"/>
        </w:rPr>
        <w:t>31:16  dekhiye yeh mere nazdeek sahi baat nahin hai. kyunke aap ko bible ke bare mein aik general knowledge phir bhi maujood yaqeenan hogi.</w:t>
      </w:r>
      <w:r>
        <w:br/>
      </w:r>
      <w:r>
        <w:rPr>
          <w:sz w:val="20"/>
        </w:rPr>
        <w:t>31:30  aap ne chahe is ki</w:t>
      </w:r>
      <w:r>
        <w:br/>
      </w:r>
      <w:r>
        <w:rPr>
          <w:sz w:val="20"/>
        </w:rPr>
        <w:t>31:32  study na bhi ki ho, general tor par aap ko maloom hai is ke bare mein. ke bible kyunke woh log missionary log baton ko kehte hain aur logon se batate hain.</w:t>
      </w:r>
      <w:r>
        <w:br/>
      </w:r>
      <w:r>
        <w:rPr>
          <w:sz w:val="20"/>
        </w:rPr>
        <w:t>31:46  misal ke tor par trinity concept. aap ko bible ka gehra mutala kiye baghair aap jaan sakte hain ke woh log trinity ko</w:t>
      </w:r>
      <w:r>
        <w:br/>
      </w:r>
      <w:r>
        <w:rPr>
          <w:sz w:val="20"/>
        </w:rPr>
        <w:t>31:56  tabligh karte hain. ke khuda aik bhi hai aur teen bhi hain. to yeh is ke liye gehre mutale ki zaroorat nahin hai. aur jab aap quran ko parhenge ke quran mein khuda aik hai is concept hai to aap ka nature kahega ke aik aik hi sahi hai.</w:t>
      </w:r>
      <w:r>
        <w:br/>
      </w:r>
      <w:r>
        <w:rPr>
          <w:sz w:val="20"/>
        </w:rPr>
        <w:t>32:11  teen sahi nahin hain. kyunke</w:t>
      </w:r>
      <w:r>
        <w:br/>
      </w:r>
      <w:r>
        <w:rPr>
          <w:sz w:val="20"/>
        </w:rPr>
        <w:t>32:13  kainat mein jo itni bari kainat hai is ko yeh manage kar raha hai. to itni harmony kyun hai? agar teen khuda hon to harmony nahin ho sakti itni harmony.</w:t>
      </w:r>
      <w:r>
        <w:br/>
      </w:r>
      <w:r>
        <w:rPr>
          <w:sz w:val="20"/>
        </w:rPr>
        <w:t>32:23  aisi abhi sab log jante hain ke woh un ka yeh nazariya batate hain woh log ke masih masloob hui hai sab gunahon ko maaf karne ke liye.</w:t>
      </w:r>
      <w:r>
        <w:br/>
      </w:r>
      <w:r>
        <w:rPr>
          <w:sz w:val="20"/>
        </w:rPr>
        <w:t>32:33  yeh bhi unnatural baat hai.</w:t>
      </w:r>
      <w:r>
        <w:br/>
      </w:r>
      <w:r>
        <w:rPr>
          <w:sz w:val="20"/>
        </w:rPr>
        <w:t>32:35  to yeh aap sochein ke quran mein to yeh hai ke aadmi jo karega us ko bhugtega woh. apne kiye ka khud anjam bhugtega.</w:t>
      </w:r>
      <w:r>
        <w:br/>
      </w:r>
      <w:r>
        <w:rPr>
          <w:sz w:val="20"/>
        </w:rPr>
        <w:t>32:46  wahan mere kiye ka anjam paighambar ke upar kyun chalayega? chalega. to unnatural baat hai. to yeh zaroori nahin hai ke aap bible ka gehra mutala karen.</w:t>
      </w:r>
      <w:r>
        <w:br/>
      </w:r>
      <w:r>
        <w:rPr>
          <w:sz w:val="20"/>
        </w:rPr>
        <w:t>32:55  khud bible walon ne jo baatein bata rakhi hain woh sab jante hain sab log. woh to phailate hain woh log khud. to is se aap compare karne ki position mein hain.</w:t>
      </w:r>
      <w:r>
        <w:br/>
      </w:r>
      <w:r>
        <w:rPr>
          <w:sz w:val="20"/>
        </w:rPr>
        <w:t>33:05  to aik hai scholarly comparison. scholarly comparison har aik ki zaroori nahin hai. general comparison to har aik kar sakta hai. kyunke sab log jante hain ke kya christian log kis baat ki tabligh karte hain.</w:t>
      </w:r>
    </w:p>
    <w:p>
      <w:pPr>
        <w:pStyle w:val="Heading2"/>
      </w:pPr>
      <w:r>
        <w:t>How to do dawah work at old age</w:t>
      </w:r>
    </w:p>
    <w:p>
      <w:r>
        <w:rPr>
          <w:color w:val="666666"/>
          <w:sz w:val="18"/>
        </w:rPr>
        <w:t>Society &amp; Dawah · The Meaning of Ummat-i-Wasat Nov 25, 2018 · 4m 34s · at 52:49 · https://youtu.be/3POFfvXaFss?t=3169</w:t>
      </w:r>
    </w:p>
    <w:p>
      <w:r>
        <w:rPr>
          <w:i/>
        </w:rPr>
        <w:t>“I am an old man who is 75 years of age. Please tell me how can I do dawah work as I did not do it in my entire life. I don't have good health, but after listening to your talks, I now have a burning desire to do dawah work before I return to Allah.”</w:t>
      </w:r>
    </w:p>
    <w:p>
      <w:r>
        <w:rPr>
          <w:sz w:val="20"/>
        </w:rPr>
        <w:t>52:49  maulana, agla sawal bheja hai jinhon ne unhon ne apni location nahi likhi hai aur un ka naam un ka naam farooq sahib hai.</w:t>
      </w:r>
      <w:r>
        <w:br/>
      </w:r>
      <w:r>
        <w:rPr>
          <w:sz w:val="20"/>
        </w:rPr>
        <w:t>53:00  unhon ne likha hai ke: "maulana, i am an old man who is 75 years of age. please tell me how can i do dawah work as i did not do it in my entire life.</w:t>
      </w:r>
      <w:r>
        <w:br/>
      </w:r>
      <w:r>
        <w:rPr>
          <w:sz w:val="20"/>
        </w:rPr>
        <w:t>53:15  i don't have a good health, but after listening to your talks, i now have a burning desire to do dawah work before i return to allah.</w:t>
      </w:r>
      <w:r>
        <w:br/>
      </w:r>
      <w:r>
        <w:rPr>
          <w:sz w:val="20"/>
        </w:rPr>
        <w:t>53:26  can you give me some advice so that i don't die disappointed?" bohat achi aap ki khwahish hai.</w:t>
      </w:r>
      <w:r>
        <w:br/>
      </w:r>
      <w:r>
        <w:rPr>
          <w:sz w:val="20"/>
        </w:rPr>
        <w:t>53:41  ab mein yeh kahunga ke aaj hum is daur mein hain jabke allah rab ul alameen ne</w:t>
      </w:r>
      <w:r>
        <w:br/>
      </w:r>
      <w:r>
        <w:rPr>
          <w:sz w:val="20"/>
        </w:rPr>
        <w:t>53:52  saari duniya ko hukum de rakha hai ke mere jo bande khade hon dawah ke liye, un ko kaho infrastructure free mein supply karo, free mein.</w:t>
      </w:r>
      <w:r>
        <w:br/>
      </w:r>
      <w:r>
        <w:rPr>
          <w:sz w:val="20"/>
        </w:rPr>
        <w:t>54:09  misalan dekhiye, choti choti kitabein dawah par, islam par free mein aap ko ab harj hasil hain.</w:t>
      </w:r>
      <w:r>
        <w:br/>
      </w:r>
      <w:r>
        <w:rPr>
          <w:sz w:val="20"/>
        </w:rPr>
        <w:t>54:21  to aap pocket mein rakhiye, jeeb mein rakhiye, koi to jo jo milta hai us ko dete rahey. koi doctor mila to doctor ko de dijiye.</w:t>
      </w:r>
      <w:r>
        <w:br/>
      </w:r>
      <w:r>
        <w:rPr>
          <w:sz w:val="20"/>
        </w:rPr>
        <w:t>54:40  to yeh bohat hi aasan hai, bohat hi aasan hai. sirf tadap chahiye, tadap jazba chahiye, spirit chahiye aur allah se dua karna yeh chahiye.</w:t>
      </w:r>
      <w:r>
        <w:br/>
      </w:r>
      <w:r>
        <w:rPr>
          <w:sz w:val="20"/>
        </w:rPr>
        <w:t>55:03  maulana, agla comment bheja hai shayan tahir sahib ne. unhon ne likha hai: "i am from karachi, pakistan.</w:t>
      </w:r>
      <w:r>
        <w:br/>
      </w:r>
      <w:r>
        <w:rPr>
          <w:sz w:val="20"/>
        </w:rPr>
        <w:t>55:12  i want to know if cps is here. i want to be part of the dawah work. i am doing it now with different groups.</w:t>
      </w:r>
      <w:r>
        <w:br/>
      </w:r>
      <w:r>
        <w:rPr>
          <w:sz w:val="20"/>
        </w:rPr>
        <w:t>55:22  all are doing good, alhamdulillah, but your wisdom and mission i think is the need for the day." is mein koi sawal hai?</w:t>
      </w:r>
      <w:r>
        <w:br/>
      </w:r>
      <w:r>
        <w:rPr>
          <w:sz w:val="20"/>
        </w:rPr>
        <w:t>55:32  nahi, comment hai maulana un ka. maulana, agla comment bheja hai doctor aslam khan sahib ne saharanpur se. unhon ne likha hai: "without the quran, this world becomes meaningless.</w:t>
      </w:r>
      <w:r>
        <w:br/>
      </w:r>
      <w:r>
        <w:rPr>
          <w:sz w:val="20"/>
        </w:rPr>
        <w:t>55:46  without joining the here, after with it, after dawah, the entire matter takes a new dimension of hope. cps team has made this present world extremely meaningful and extremely valuable."</w:t>
      </w:r>
      <w:r>
        <w:br/>
      </w:r>
      <w:r>
        <w:rPr>
          <w:sz w:val="20"/>
        </w:rPr>
        <w:t>56:06  riaz bhatt sahib ne srinagar se likha hai: "today mind awakening lecture regarding duties of middle ummah is very timely, as majority of muslims have forgotten this primary duty." maulana sahib, my question is that: how can we multiply these efforts?</w:t>
      </w:r>
      <w:r>
        <w:br/>
      </w:r>
      <w:r>
        <w:rPr>
          <w:sz w:val="20"/>
        </w:rPr>
        <w:t>56:34  bas logon ko kahiye ke woh lecture ko sunein, dawah pamphlets padhein, quran ko padhein. mind ko awaken karne ki zaroorat hai.</w:t>
      </w:r>
      <w:r>
        <w:br/>
      </w:r>
      <w:r>
        <w:rPr>
          <w:sz w:val="20"/>
        </w:rPr>
        <w:t>56:48  ek hi zaroorat hai ke logon ke mind ko awaken kiya jaye. bas baqi sab cheezein apne aap aati hain.</w:t>
      </w:r>
      <w:r>
        <w:br/>
      </w:r>
      <w:r>
        <w:rPr>
          <w:sz w:val="20"/>
        </w:rPr>
        <w:t>56:59  in awareness ko khatam karna hai, awareness lana hai. is ke baad sab cheezein apne aap aati hain.</w:t>
      </w:r>
      <w:r>
        <w:br/>
      </w:r>
      <w:r>
        <w:rPr>
          <w:sz w:val="20"/>
        </w:rPr>
        <w:t>57:12  faraaz khan sahib ne delhi se likha hai: "maulana, god is saying, ab to tumhein koi problem nahi hai. this reflects the great rahmat of god.</w:t>
      </w:r>
    </w:p>
    <w:p>
      <w:pPr>
        <w:pStyle w:val="Heading2"/>
      </w:pPr>
      <w:r>
        <w:t>How to improve the process opposite to Quran?</w:t>
      </w:r>
    </w:p>
    <w:p>
      <w:r>
        <w:rPr>
          <w:color w:val="666666"/>
          <w:sz w:val="18"/>
        </w:rPr>
        <w:t>Society &amp; Dawah · Unseen God July 30, 2017 Maulana Wahiduddin Khan · 2m 33s · at 1:02:09 · https://youtu.be/MOkCdGFAVR4?t=3729</w:t>
      </w:r>
    </w:p>
    <w:p>
      <w:r>
        <w:rPr>
          <w:i/>
        </w:rPr>
        <w:t>“Teaching of Quran is completely opposite to the process that you mentioned today in the whole world. How to work towards improving this process?”</w:t>
      </w:r>
    </w:p>
    <w:p>
      <w:r>
        <w:rPr>
          <w:sz w:val="20"/>
        </w:rPr>
        <w:t>1:02:09  maulana agla sawal bheja hai ah doctor najma siddiqui ne dilli se unhon ne likha hai maulana sahib teaching of quran is completely opposite to the process that you mention today in the whole world</w:t>
      </w:r>
      <w:r>
        <w:br/>
      </w:r>
      <w:r>
        <w:rPr>
          <w:sz w:val="20"/>
        </w:rPr>
        <w:t>1:02:27  how to work towards improving this process</w:t>
      </w:r>
      <w:r>
        <w:br/>
      </w:r>
      <w:r>
        <w:rPr>
          <w:sz w:val="20"/>
        </w:rPr>
        <w:t>1:02:33  dekhiye jo baat maine kahi hai aap is ko khud quran se aur hadees se</w:t>
      </w:r>
      <w:r>
        <w:br/>
      </w:r>
      <w:r>
        <w:rPr>
          <w:sz w:val="20"/>
        </w:rPr>
        <w:t>1:02:41  jaanchiye maine koi nayi baat nahin kahi hai jo yeh kahe ke maine nayi baat kahi</w:t>
      </w:r>
      <w:r>
        <w:br/>
      </w:r>
      <w:r>
        <w:rPr>
          <w:sz w:val="20"/>
        </w:rPr>
        <w:t>1:02:47  hai woh galat kehta hai</w:t>
      </w:r>
      <w:r>
        <w:br/>
      </w:r>
      <w:r>
        <w:rPr>
          <w:sz w:val="20"/>
        </w:rPr>
        <w:t>1:02:50  agar is mein nayapan hai to khud hadees mein hai ke laa tan khidhee ajaa'ibahu</w:t>
      </w:r>
      <w:r>
        <w:br/>
      </w:r>
      <w:r>
        <w:rPr>
          <w:sz w:val="20"/>
        </w:rPr>
        <w:t>1:02:55  quran ke ajaa'ib kabhi khatm nahin honge</w:t>
      </w:r>
      <w:r>
        <w:br/>
      </w:r>
      <w:r>
        <w:rPr>
          <w:sz w:val="20"/>
        </w:rPr>
        <w:t>1:02:59  naye naye pehlu daryaft honge naye naye yaqeen ka item daryaft hoga yeh to khud quran mein</w:t>
      </w:r>
      <w:r>
        <w:br/>
      </w:r>
      <w:r>
        <w:rPr>
          <w:sz w:val="20"/>
        </w:rPr>
        <w:t>1:03:05  hai woh hadees mein hai</w:t>
      </w:r>
      <w:r>
        <w:br/>
      </w:r>
      <w:r>
        <w:rPr>
          <w:sz w:val="20"/>
        </w:rPr>
        <w:t>1:03:09  to maine jo baat kahi hai woh hargiz hargiz koi nayi baat nahin hai wahi baat hai</w:t>
      </w:r>
      <w:r>
        <w:br/>
      </w:r>
      <w:r>
        <w:rPr>
          <w:sz w:val="20"/>
        </w:rPr>
        <w:t>1:03:13  jo khud quran se woh hadees se saabit hoti hai rasool Allah ke zamane mein aur sahaba ke</w:t>
      </w:r>
      <w:r>
        <w:br/>
      </w:r>
      <w:r>
        <w:rPr>
          <w:sz w:val="20"/>
        </w:rPr>
        <w:t>1:03:18  zamane mein yahi quran ka matlab tha aaj kal kya hai woh woh aap jaaniye main is ko</w:t>
      </w:r>
      <w:r>
        <w:br/>
      </w:r>
      <w:r>
        <w:rPr>
          <w:sz w:val="20"/>
        </w:rPr>
        <w:t>1:03:26  point of reference nahin padh sakta aaj kal jo ho raha hai is ko main woh mere tak</w:t>
      </w:r>
      <w:r>
        <w:br/>
      </w:r>
      <w:r>
        <w:rPr>
          <w:sz w:val="20"/>
        </w:rPr>
        <w:t>1:03:33  point of reference nahin hai mere tak point of reference hai rasool Allah ka zamana aur sahaba ka</w:t>
      </w:r>
      <w:r>
        <w:br/>
      </w:r>
      <w:r>
        <w:rPr>
          <w:sz w:val="20"/>
        </w:rPr>
        <w:t>1:03:38  zamana tabeen ka zamana</w:t>
      </w:r>
      <w:r>
        <w:br/>
      </w:r>
      <w:r>
        <w:rPr>
          <w:sz w:val="20"/>
        </w:rPr>
        <w:t>1:03:41  kyunke teen hi zamane ke bare mein hadees mein aaya hai teen zamana yaani sahaba tabeen taba tabeen</w:t>
      </w:r>
      <w:r>
        <w:br/>
      </w:r>
      <w:r>
        <w:rPr>
          <w:sz w:val="20"/>
        </w:rPr>
        <w:t>1:03:49  bas is mein jo aap koi baat nikaalein mere bare mein to nikaaliye baqi jo aap zamane hain</w:t>
      </w:r>
      <w:r>
        <w:br/>
      </w:r>
      <w:r>
        <w:rPr>
          <w:sz w:val="20"/>
        </w:rPr>
        <w:t>1:03:57  un ka aap refer karein to main is ko manta hi nahin main to manta hoon teen zamano</w:t>
      </w:r>
      <w:r>
        <w:br/>
      </w:r>
      <w:r>
        <w:rPr>
          <w:sz w:val="20"/>
        </w:rPr>
        <w:t>1:04:01  ko sahaba ko tabeen</w:t>
      </w:r>
      <w:r>
        <w:br/>
      </w:r>
      <w:r>
        <w:rPr>
          <w:sz w:val="20"/>
        </w:rPr>
        <w:t>1:04:03  ko taba tabeen ko khair-ul-qurun qirni thumma alladheena yaloonahum thumma alladheena yaloonahum teen is mein zikr hai</w:t>
      </w:r>
      <w:r>
        <w:br/>
      </w:r>
      <w:r>
        <w:rPr>
          <w:sz w:val="20"/>
        </w:rPr>
        <w:t>1:04:13  yeh hadith hai khair ul quroon quarni thum alazeen aloon hum thum alazeen aloon hum yaani sab se acha zamana mera</w:t>
      </w:r>
      <w:r>
        <w:br/>
      </w:r>
      <w:r>
        <w:rPr>
          <w:sz w:val="20"/>
        </w:rPr>
        <w:t>1:04:21  zamana hai rasool Allah ka zamana is ke baad ka zamana phir is ke baad ka zamana yaani</w:t>
      </w:r>
      <w:r>
        <w:br/>
      </w:r>
      <w:r>
        <w:rPr>
          <w:sz w:val="20"/>
        </w:rPr>
        <w:t>1:04:26  rasool ka zamana sahaba ka zamana tabeen ka zamana yeh bilkul hadith sabit hai is se aap mujhe</w:t>
      </w:r>
      <w:r>
        <w:br/>
      </w:r>
      <w:r>
        <w:rPr>
          <w:sz w:val="20"/>
        </w:rPr>
        <w:t>1:04:32  bataiye aur aur logon ke zamane mein jo baatein phaili hui hain woh mujhe mere liye woh point</w:t>
      </w:r>
      <w:r>
        <w:br/>
      </w:r>
      <w:r>
        <w:rPr>
          <w:sz w:val="20"/>
        </w:rPr>
        <w:t>1:04:39  af reference nahi hai</w:t>
      </w:r>
    </w:p>
    <w:p>
      <w:pPr>
        <w:pStyle w:val="Heading2"/>
      </w:pPr>
      <w:r>
        <w:t>How to make a fresh beginning in society?</w:t>
      </w:r>
    </w:p>
    <w:p>
      <w:r>
        <w:rPr>
          <w:color w:val="666666"/>
          <w:sz w:val="18"/>
        </w:rPr>
        <w:t>Society &amp; Dawah · Man and Angels April 27, 2014 · 2m 02s · at 59:47 · https://youtu.be/b3fk1cakPeo?t=3587</w:t>
      </w:r>
    </w:p>
    <w:p>
      <w:r>
        <w:rPr>
          <w:i/>
        </w:rPr>
        <w:t>“There is much of restlessness, lack of time and stress and high-end ambitions. Among all this we have corruption, lies, killings, robbery and so on. My question is: how can a fresh beginning be made? Does it need to be political or should it be started by a spiritual group which can spread its root among the public? What is your comment on this?”</w:t>
      </w:r>
    </w:p>
    <w:p>
      <w:r>
        <w:rPr>
          <w:sz w:val="20"/>
        </w:rPr>
        <w:t>59:47  Maulana, agla sawal Delhi se kiya hai. Ek Mr Indranil Banerjee hain. Unhone likha hai. Unhone likha hai ke: "There is much of restlessness, lack of time and stress and high-end ambitions.</w:t>
      </w:r>
      <w:r>
        <w:br/>
      </w:r>
      <w:r>
        <w:rPr>
          <w:sz w:val="20"/>
        </w:rPr>
        <w:t>1:00:05  Among all this we have corruption, lies, killings, robbery and so on. My question sir is that how can a fresh beginning be made</w:t>
      </w:r>
      <w:r>
        <w:br/>
      </w:r>
      <w:r>
        <w:rPr>
          <w:sz w:val="20"/>
        </w:rPr>
        <w:t>1:00:16  ? Does it need to be political or should it be started by the spiritual group which can spread its root among public? What is your comment on this?" Kya kya jis style ke questions?</w:t>
      </w:r>
      <w:r>
        <w:br/>
      </w:r>
      <w:r>
        <w:rPr>
          <w:sz w:val="20"/>
        </w:rPr>
        <w:t>1:00:30  ke jo Maulana itni zyada corruption hai aur stress hai society mein, to is ko kaise change kiya ja sakta hai? Kya political is se is ko change karein ge ya koi spiritual group is ko change karega?</w:t>
      </w:r>
      <w:r>
        <w:br/>
      </w:r>
      <w:r>
        <w:rPr>
          <w:sz w:val="20"/>
        </w:rPr>
        <w:t>1:00:43  Aap ka is mein kya comment hai? How can we change the society?</w:t>
      </w:r>
      <w:r>
        <w:br/>
      </w:r>
      <w:r>
        <w:rPr>
          <w:sz w:val="20"/>
        </w:rPr>
        <w:t>1:00:48  Dekhiye, yeh target hi galat hai. Ideal society kabhi bani nahi, na ban sakti hai. Har aadmi ko azadi hai, to kuch na kuch misuse karega apni freedom ka.</w:t>
      </w:r>
      <w:r>
        <w:br/>
      </w:r>
      <w:r>
        <w:rPr>
          <w:sz w:val="20"/>
        </w:rPr>
        <w:t>1:00:58  Yeh target jo hai, jo human rights activist ne nikaal rakha hai ke ideal justice ka target, yeh to bilkul achievable hi nahi hai.</w:t>
      </w:r>
      <w:r>
        <w:br/>
      </w:r>
      <w:r>
        <w:rPr>
          <w:sz w:val="20"/>
        </w:rPr>
        <w:t>1:01:11  achievable hi nahi hai. Aur doosri baat yeh hai ke aap is ko corruption jis ko kehte hain, woh challenge hai. Agar challenge duniya mein rahe to taraqqi bhi na ho. Yeh to human rights activist jo hai, woh inhi ne yeh sara mere khayal se the highlight kar rakha hai, the highlight.</w:t>
      </w:r>
      <w:r>
        <w:br/>
      </w:r>
      <w:r>
        <w:rPr>
          <w:sz w:val="20"/>
        </w:rPr>
        <w:t>1:01:32  Agar duniya mein yeh sab na ho to challenge khatam ho jayega. Challenge na ho to taraqqi bhi nahi hogi. To main is soch hi ko galat samajhta hoon. Is bare mein bahut likha hai hum ne.</w:t>
      </w:r>
      <w:r>
        <w:br/>
      </w:r>
      <w:r>
        <w:rPr>
          <w:sz w:val="20"/>
        </w:rPr>
        <w:t>1:01:42  Aap padh li jiye. Main is soch ko galat samajhta hoon.</w:t>
      </w:r>
    </w:p>
    <w:p>
      <w:pPr>
        <w:pStyle w:val="Heading2"/>
      </w:pPr>
      <w:r>
        <w:t>Human rights in Islam explained</w:t>
      </w:r>
    </w:p>
    <w:p>
      <w:r>
        <w:rPr>
          <w:color w:val="666666"/>
          <w:sz w:val="18"/>
        </w:rPr>
        <w:t>Society &amp; Dawah · Hadith Prediction November 3, 2013 · 2m 00s · at 45:58 · https://youtu.be/cb5Lzw9c8aE?t=2758</w:t>
      </w:r>
    </w:p>
    <w:p>
      <w:r>
        <w:rPr>
          <w:i/>
        </w:rPr>
        <w:t>“What are human rights in Islam? What would be the answer to this question? What is the importance of proving this? Please explain.”</w:t>
      </w:r>
    </w:p>
    <w:p>
      <w:r>
        <w:rPr>
          <w:sz w:val="20"/>
        </w:rPr>
        <w:t>45:58  maulana, yeh sawal kerala se aya hai, shabbir ahmed sahab ka. unhon ne likha hai: "maulana sahab, human rights islam mein kya hain?</w:t>
      </w:r>
      <w:r>
        <w:br/>
      </w:r>
      <w:r>
        <w:rPr>
          <w:sz w:val="20"/>
        </w:rPr>
        <w:t>46:09  is sawal ka kya jawab hoga? is ko sabit karne ki ahmiyat kya hai? is ke bare mein batayen." main to hadith bata diya aap ko</w:t>
      </w:r>
      <w:r>
        <w:br/>
      </w:r>
      <w:r>
        <w:rPr>
          <w:sz w:val="20"/>
        </w:rPr>
        <w:t>46:23  ke adu ilayhim haqqahum wa atoolu haqqakum</w:t>
      </w:r>
      <w:r>
        <w:br/>
      </w:r>
      <w:r>
        <w:rPr>
          <w:sz w:val="20"/>
        </w:rPr>
        <w:t>46:28  yani tumhare upar jo right aate hain society ke, us ko poora karo. Apna Allah se mango, Allah se mangne wali mehnat karo, apni mehnat par bharosa karo.</w:t>
      </w:r>
      <w:r>
        <w:br/>
      </w:r>
      <w:r>
        <w:rPr>
          <w:sz w:val="20"/>
        </w:rPr>
        <w:t>46:38  hard low, hard work, struggle, planning yeh karo. aap dekhen, rasool Allah sal Allah alaihi wasallam ne makkah mein kabhi apne huqooq maange?</w:t>
      </w:r>
      <w:r>
        <w:br/>
      </w:r>
      <w:r>
        <w:rPr>
          <w:sz w:val="20"/>
        </w:rPr>
        <w:t>46:47  yani aap ke huqooq itna zyada wahan talab kiye gaye thay ke kaaba mein namaz padhenge, ijazat nahi dete.</w:t>
      </w:r>
      <w:r>
        <w:br/>
      </w:r>
      <w:r>
        <w:rPr>
          <w:sz w:val="20"/>
        </w:rPr>
        <w:t>46:55  to kya aap ne mohim chalai ke yeh to hamara haq hai? aap ja rahe thay umrah karne ke liye, hudaybiya ke mauqe par roka, unhon ne nahi jaane diya, halanke haq tha aap ka.</w:t>
      </w:r>
      <w:r>
        <w:br/>
      </w:r>
      <w:r>
        <w:rPr>
          <w:sz w:val="20"/>
        </w:rPr>
        <w:t>47:06  to kya aap ne mohim chalai ke hamare haq nahi dete yeh log? huqooq talbi Islam mein hai hi nahi. Islam mein, yani Islam aap ko right constant nahi banata, balke duty constant banata hai.</w:t>
      </w:r>
      <w:r>
        <w:br/>
      </w:r>
      <w:r>
        <w:rPr>
          <w:sz w:val="20"/>
        </w:rPr>
        <w:t>47:24  Islam ka jo jo ideology hai, jo Islam ki taleemat hain, woh hai aadmi ko duty constant banana, right constant banana.</w:t>
      </w:r>
      <w:r>
        <w:br/>
      </w:r>
      <w:r>
        <w:rPr>
          <w:sz w:val="20"/>
        </w:rPr>
        <w:t>47:35  Islam ka tasawwur nahi hai. rasool Allah ke aap bata diya mujhe ke makkah mein aap ke huqooq sab ke sab yani chheen liye gaye thay.</w:t>
      </w:r>
      <w:r>
        <w:br/>
      </w:r>
      <w:r>
        <w:rPr>
          <w:sz w:val="20"/>
        </w:rPr>
        <w:t>47:45  kab aap ne huqooq talbi ki mohim chalai ke hamein yeh haq nahi de rahe ho, woh haq nahi de rahe ho? yeh to musalmanon ne ek bidat nikal rakhi hai,</w:t>
      </w:r>
      <w:r>
        <w:br/>
      </w:r>
      <w:r>
        <w:rPr>
          <w:sz w:val="20"/>
        </w:rPr>
        <w:t>47:53  is ka Islam se koi ta'alluq nahi.</w:t>
      </w:r>
    </w:p>
    <w:p>
      <w:pPr>
        <w:pStyle w:val="Heading2"/>
      </w:pPr>
      <w:r>
        <w:t>Hypocrisy in Muslim protests against blasphemy</w:t>
      </w:r>
    </w:p>
    <w:p>
      <w:r>
        <w:rPr>
          <w:color w:val="666666"/>
          <w:sz w:val="18"/>
        </w:rPr>
        <w:t>Society &amp; Dawah · Freedom of Expression in Islam 30 Sept 2012 - Maulana Wahiduddin Khan · 4m 05s · at 1:15:23 · https://youtu.be/WLlXSyxX8Q4?t=4523</w:t>
      </w:r>
    </w:p>
    <w:p>
      <w:r>
        <w:rPr>
          <w:i/>
        </w:rPr>
        <w:t>“Why is it that all the Muslims who are engaged in protest against blasphemy, but none of them have made any attempts to kill Salman Rushdie? Is it hypocrisy?”</w:t>
      </w:r>
    </w:p>
    <w:p>
      <w:r>
        <w:rPr>
          <w:sz w:val="20"/>
        </w:rPr>
        <w:t>1:15:23  maulana, agla sawal dilli se hai mr. ramesh siddiqui ka. unhone likha hai: "why is it that all the muslims who are engaged in protest against blasphemy, but none of them have made any attempts to kill Salman Rushdie?"</w:t>
      </w:r>
      <w:r>
        <w:br/>
      </w:r>
      <w:r>
        <w:rPr>
          <w:sz w:val="20"/>
        </w:rPr>
        <w:t>1:15:39  is it hypocrisy?" ji, bilashuba hypocrisy hai. meri mulaqat ek sahab se hui, un ka naam tha dr. abdul salam msc, ke woh ab un ka intiqal ho gaya.</w:t>
      </w:r>
      <w:r>
        <w:br/>
      </w:r>
      <w:r>
        <w:rPr>
          <w:sz w:val="20"/>
        </w:rPr>
        <w:t>1:15:52  to woh america ke ek university mein parhate the, us ka professor the. woh to un se mulaqat hui to unhone bataya ke hamari university mein jo muslim talaba hain,</w:t>
      </w:r>
      <w:r>
        <w:br/>
      </w:r>
      <w:r>
        <w:rPr>
          <w:sz w:val="20"/>
        </w:rPr>
        <w:t>1:16:05  unhone us zamane ki baat hai jab apni university ke baad bari dhoom machi hui thi, sab ki baat hai.</w:t>
      </w:r>
      <w:r>
        <w:br/>
      </w:r>
      <w:r>
        <w:rPr>
          <w:sz w:val="20"/>
        </w:rPr>
        <w:t>1:16:13  to wahan par ek seminar kiya gaya. to ek student aaya stage par, bohat dhoom se laga bolne ke "Rushdie ko qatl karo, Rushdie ko zinda rehne na do, woh ko qatl karna farz hai musalmanon par." to dr. abdul salam sahab stage par aaye, unhone bohat hi, bohat hi, woh bohat hi thande mizaj ke aadmi the.</w:t>
      </w:r>
      <w:r>
        <w:br/>
      </w:r>
      <w:r>
        <w:rPr>
          <w:sz w:val="20"/>
        </w:rPr>
        <w:t>1:16:39  unhone kaha ke "mere bhai, tum apne kehne mein sincere nahi ho. agar to apne kehne mein sincere hote to us waqt tum london mein hote." yeh sare musalmanon ka haal yeh hai ke nare laga rahe hain aur koi bhi sincere nahi,</w:t>
      </w:r>
      <w:r>
        <w:br/>
      </w:r>
      <w:r>
        <w:rPr>
          <w:sz w:val="20"/>
        </w:rPr>
        <w:t>1:16:58  koi bhi sincere nahi. to isi kalam hona hai, isi kalam hypocrisy hai, is mein to koi shakk hi nahi.</w:t>
      </w:r>
      <w:r>
        <w:br/>
      </w:r>
      <w:r>
        <w:rPr>
          <w:sz w:val="20"/>
        </w:rPr>
        <w:t>1:17:07  sab se bari hypocrisy yeh hai ke musalman jis west se nafrat karte hain, usi west ke culture ko apnaye hue hain. usi west mein apne apne beta beti ko bhi bhej kar khush hote hain ke "mera ladka USA mein settle ho gaya, meri beti yeh America mein settle ho gayi." isi ko follow karte hain aur usi ki nafrat bhi karte hain.</w:t>
      </w:r>
      <w:r>
        <w:br/>
      </w:r>
      <w:r>
        <w:rPr>
          <w:sz w:val="20"/>
        </w:rPr>
        <w:t>1:17:30  yeh to har taraf hypocrisy ka</w:t>
      </w:r>
      <w:r>
        <w:br/>
      </w:r>
      <w:r>
        <w:rPr>
          <w:sz w:val="20"/>
        </w:rPr>
        <w:t>1:17:32  daur daura hai. hatk ke liye mein ek martaba wahan tha birmingham mein, to wahan par chand log hum log baithe hue the.</w:t>
      </w:r>
      <w:r>
        <w:br/>
      </w:r>
      <w:r>
        <w:rPr>
          <w:sz w:val="20"/>
        </w:rPr>
        <w:t>1:17:43  to to musalman the, woh un mein ek pakistan ka journalist bhi tha, bohat us ko tajruba tha.</w:t>
      </w:r>
      <w:r>
        <w:br/>
      </w:r>
      <w:r>
        <w:rPr>
          <w:sz w:val="20"/>
        </w:rPr>
        <w:t>1:17:54  to kisi ne is mein kaha ke "is zamane ke musalman jo hain, so mein 99 hypocrite ho gaye hain." to journalist ne kaha ke "tum so mein 99 kehte ho,</w:t>
      </w:r>
      <w:r>
        <w:br/>
      </w:r>
      <w:r>
        <w:rPr>
          <w:sz w:val="20"/>
        </w:rPr>
        <w:t>1:18:07  yani so mein ek nahi, lakh mein ek koi hoga jo munafiq na hoga." aur kisi ne us ko, us ko kaata nahi, us ki baat ko. to</w:t>
      </w:r>
      <w:r>
        <w:br/>
      </w:r>
      <w:r>
        <w:rPr>
          <w:sz w:val="20"/>
        </w:rPr>
        <w:t>1:18:17  yeh sara munafiqat ka hangama hai, is ka islam se koi taluq nahi, koi hisab se taluq nahi. na koi, na kisi ne, yani na kisi ne islam ko parha hai, na kisi ne is ke liye duayein ki hain, na is ke liye koi dua work kiya hai.</w:t>
      </w:r>
      <w:r>
        <w:br/>
      </w:r>
      <w:r>
        <w:rPr>
          <w:sz w:val="20"/>
        </w:rPr>
        <w:t>1:18:37  koi jhanda le khada ho gaya isi stage par.</w:t>
      </w:r>
      <w:r>
        <w:br/>
      </w:r>
      <w:r>
        <w:rPr>
          <w:sz w:val="20"/>
        </w:rPr>
        <w:t>1:18:42  abhi mein dekh raha tha TV mein, sab coat patloon pehne hue, thath ke sath the. sab to woh coat patloon kahan se aaya? wohi west se to aaya hai.</w:t>
      </w:r>
      <w:r>
        <w:br/>
      </w:r>
      <w:r>
        <w:rPr>
          <w:sz w:val="20"/>
        </w:rPr>
        <w:t>1:18:50  kot patol kyon pehnte ho? woh kapra kyon pehnte ho jo un ke blo banta hai? behtareen kapre pehne hue, kot patol aur yaani shandar un ke jism.</w:t>
      </w:r>
      <w:r>
        <w:br/>
      </w:r>
      <w:r>
        <w:rPr>
          <w:sz w:val="20"/>
        </w:rPr>
        <w:t>1:19:05  woh sab, woh isi se, isi ke, isi par jeete hain saare log. apne bachchon ko isi culture mein paalte hain aur naare laga rahe hain.</w:t>
      </w:r>
      <w:r>
        <w:br/>
      </w:r>
      <w:r>
        <w:rPr>
          <w:sz w:val="20"/>
        </w:rPr>
        <w:t>1:19:16  yeh toh bilashuba hypocrisy hai, bilashuba munafiqat hai.</w:t>
      </w:r>
      <w:r>
        <w:br/>
      </w:r>
      <w:r>
        <w:rPr>
          <w:sz w:val="20"/>
        </w:rPr>
        <w:t>1:19:19  Allah taala ke haan is ka one percent bhi koi value nahi hai, kuch bhi value nahi hai.</w:t>
      </w:r>
    </w:p>
    <w:p>
      <w:pPr>
        <w:pStyle w:val="Heading2"/>
      </w:pPr>
      <w:r>
        <w:t>Ideology's Power in the Nuclear Age</w:t>
      </w:r>
    </w:p>
    <w:p>
      <w:r>
        <w:rPr>
          <w:color w:val="666666"/>
          <w:sz w:val="18"/>
        </w:rPr>
        <w:t>Society &amp; Dawah · Age of Peace November 18, 2012 · 4m 22s · at 1:24:08 · https://youtu.be/Y9nkQnBqbrs?t=5048</w:t>
      </w:r>
    </w:p>
    <w:p>
      <w:r>
        <w:rPr>
          <w:i/>
        </w:rPr>
        <w:t>“In the age of nuclear weapons, how can the power of ideology be greater? Since Israel and America have nuclear weapons, Muslims also want to compete. In such a situation, how can we prove the power of ideology?”</w:t>
      </w:r>
    </w:p>
    <w:p>
      <w:r>
        <w:rPr>
          <w:sz w:val="20"/>
        </w:rPr>
        <w:t>1:24:08  maulana, agla sawal bangalor se hai. maulana naseerullah sahib ka, unhon ne likha hai: "maulana sahib! nuclear hathiyar ke zamane mein ideology ka power kaise zyada ho sakta hai?</w:t>
      </w:r>
      <w:r>
        <w:br/>
      </w:r>
      <w:r>
        <w:rPr>
          <w:sz w:val="20"/>
        </w:rPr>
        <w:t>1:24:21  kyunke israel aur amrika ke pas nuclear weapons hain, tu musalman bhi muqable ke liye ana chahte hain. aisi halat mein ideology ke power, ideology ki power kaise sabit karen?" dekhiye, misal se dekhiye.</w:t>
      </w:r>
      <w:r>
        <w:br/>
      </w:r>
      <w:r>
        <w:rPr>
          <w:sz w:val="20"/>
        </w:rPr>
        <w:t>1:24:41  amrika ke pas atom bomb tha.</w:t>
      </w:r>
      <w:r>
        <w:br/>
      </w:r>
      <w:r>
        <w:rPr>
          <w:sz w:val="20"/>
        </w:rPr>
        <w:t>1:24:46  second world war mein us ne do atom bomb giraye japan par aur hiroshima, nagasaki ko tabah kar diya. tu us ke baad kia hua?</w:t>
      </w:r>
      <w:r>
        <w:br/>
      </w:r>
      <w:r>
        <w:rPr>
          <w:sz w:val="20"/>
        </w:rPr>
        <w:t>1:25:00  us ke baad kia hua? kia amrika jeet gaya? amrika har gaya? yani japan ne yeh kiya ke us ne war ko chhod kar peace ka tareeqa ikhtiyar kiya.</w:t>
      </w:r>
      <w:r>
        <w:br/>
      </w:r>
      <w:r>
        <w:rPr>
          <w:sz w:val="20"/>
        </w:rPr>
        <w:t>1:25:12  us ke baad education, industry, scientific training, yeh sab kiya us ne. aur 30 sal ke andar, 30 sal ke andar woh economic power ban gaya.</w:t>
      </w:r>
      <w:r>
        <w:br/>
      </w:r>
      <w:r>
        <w:rPr>
          <w:sz w:val="20"/>
        </w:rPr>
        <w:t>1:25:22  economic power. mein abhi amreeka gaya tha to raat ke waqt sarkon par mein chal raha tha, to wahan roshan advertisement hotay hain.</w:t>
      </w:r>
      <w:r>
        <w:br/>
      </w:r>
      <w:r>
        <w:rPr>
          <w:sz w:val="20"/>
        </w:rPr>
        <w:t>1:25:34  to mein sarkon par bhara hua tha, ab japan ke car waghera ke advertisement</w:t>
      </w:r>
      <w:r>
        <w:br/>
      </w:r>
      <w:r>
        <w:rPr>
          <w:sz w:val="20"/>
        </w:rPr>
        <w:t>1:25:41  amreeka ki sarkon par. amreeka ki sarkon par japan ki industry jo hai, woh yaani dominate kar rahi hai. to mujhe bataiye ke amreeka ne atom bomb gira kar ke japan ko jeeta hai ke woh khud hi haar gaya?</w:t>
      </w:r>
      <w:r>
        <w:br/>
      </w:r>
      <w:r>
        <w:rPr>
          <w:sz w:val="20"/>
        </w:rPr>
        <w:t>1:25:57  woh jeeta to japan ke woh economic superpower ban kar ubhra aaya.</w:t>
      </w:r>
      <w:r>
        <w:br/>
      </w:r>
      <w:r>
        <w:rPr>
          <w:sz w:val="20"/>
        </w:rPr>
        <w:t>1:26:06  to yeh bilkul jhooti tasweer hai ke atom</w:t>
      </w:r>
      <w:r>
        <w:br/>
      </w:r>
      <w:r>
        <w:rPr>
          <w:sz w:val="20"/>
        </w:rPr>
        <w:t>1:26:09  bomb banao. atom bomb bana kar ke kya karoge? dekhiye, jo log atom bomb banane ki baatein karte hain, woh bilkul yaani mere nazdeek bilkul hi mad hain.</w:t>
      </w:r>
      <w:r>
        <w:br/>
      </w:r>
      <w:r>
        <w:rPr>
          <w:sz w:val="20"/>
        </w:rPr>
        <w:t>1:26:18  mad kyun? atom bomb agar aap istemal karein to woh boom rang khel hota hai. boom rang yaani khud bhi tabah ho jao,</w:t>
      </w:r>
      <w:r>
        <w:br/>
      </w:r>
      <w:r>
        <w:rPr>
          <w:sz w:val="20"/>
        </w:rPr>
        <w:t>1:26:28  kyunke woh us ko kehte hain weapons of mass destruction ka sab se bara. woh jab atom bomb giraya jaye ga to charon taraf nuqsan pounchaye ga, woh sab ko pounchaye ga, sab ko tabah kare ga.</w:t>
      </w:r>
      <w:r>
        <w:br/>
      </w:r>
      <w:r>
        <w:rPr>
          <w:sz w:val="20"/>
        </w:rPr>
        <w:t>1:26:44  misalan farz kiye ke pakistan agar india par bomb giraye to pakistan bhi tabah ho jaye ga. yeh thori ke pakistan bacha rahe ga. to jo log yeh kehte hain atom bomb banao, woh mere kehte hain mad hain.</w:t>
      </w:r>
      <w:r>
        <w:br/>
      </w:r>
      <w:r>
        <w:rPr>
          <w:sz w:val="20"/>
        </w:rPr>
        <w:t>1:26:56  mad log hain, yeh aql se khali hain. yaani wisdom ka, yaani idea bhi un ka andar nahi hai.</w:t>
      </w:r>
      <w:r>
        <w:br/>
      </w:r>
      <w:r>
        <w:rPr>
          <w:sz w:val="20"/>
        </w:rPr>
        <w:t>1:27:03  balakhir kya karoge? atom bomb ko to istemal kiya amreeka ne, lekin kya amreeka jeet gaya? aaj amreeka jo hai, khud hara hua mulk ban gaya hai.</w:t>
      </w:r>
      <w:r>
        <w:br/>
      </w:r>
      <w:r>
        <w:rPr>
          <w:sz w:val="20"/>
        </w:rPr>
        <w:t>1:27:14  aap jante hain ke amreeka ka dollar itna kamzor ho gaya ke europe ne apni currency alag kar li. pehle europe mein bhi dollar chalta tha, europe mein bhi.</w:t>
      </w:r>
      <w:r>
        <w:br/>
      </w:r>
      <w:r>
        <w:rPr>
          <w:sz w:val="20"/>
        </w:rPr>
        <w:t>1:27:25  ab unhon ne euro alag kar liya, rozoon alag kar liya. yaani amreeka ki dollar ki jo supremacy thi, woh khatam ho gayi.</w:t>
      </w:r>
      <w:r>
        <w:br/>
      </w:r>
      <w:r>
        <w:rPr>
          <w:sz w:val="20"/>
        </w:rPr>
        <w:t>1:27:34  to kahan atom? atom bomb ne kya kiya? kya karname atom bomb ka hai? yeh sab jhoote, jhooti soch hai aur yeh be-aqli ki soch hai.</w:t>
      </w:r>
      <w:r>
        <w:br/>
      </w:r>
      <w:r>
        <w:rPr>
          <w:sz w:val="20"/>
        </w:rPr>
        <w:t>1:27:44  jinke paas wisdom nahi hai, wahi yeh sab banda sochte hain. cheezon ko dekhiye, mein aik usool batata hoon aap ko: you have to think, you have to think in terms of result.</w:t>
      </w:r>
      <w:r>
        <w:br/>
      </w:r>
      <w:r>
        <w:rPr>
          <w:sz w:val="20"/>
        </w:rPr>
        <w:t>1:27:58  yaani natije ko le kar sochiye, aik hypothetical sense mein mat so-</w:t>
      </w:r>
      <w:r>
        <w:br/>
      </w:r>
      <w:r>
        <w:rPr>
          <w:sz w:val="20"/>
        </w:rPr>
        <w:t>1:28:03  chiye. log hypothetical sense mein sochne lagte hain. result ko le kar sochiye to sab se zyada be-aqli ka kaam ban gaya atom bomb banana.</w:t>
      </w:r>
      <w:r>
        <w:br/>
      </w:r>
      <w:r>
        <w:rPr>
          <w:sz w:val="20"/>
        </w:rPr>
        <w:t>1:28:13  atom bomb banao, apni economy ko tabah karo, aakhir mein kuch bhi nahi hath aaye. ab jo taqat hai, woh education mein hai, daao work mein hai, peace mein hai.</w:t>
      </w:r>
      <w:r>
        <w:br/>
      </w:r>
      <w:r>
        <w:rPr>
          <w:sz w:val="20"/>
        </w:rPr>
        <w:t>1:28:24  yeh bilkul madness hai ke musalman agar sochein ke un ke paas atom bomb ho.</w:t>
      </w:r>
    </w:p>
    <w:p>
      <w:pPr>
        <w:pStyle w:val="Heading2"/>
      </w:pPr>
      <w:r>
        <w:t>Ignoring wisdom for fanaticism in speeches</w:t>
      </w:r>
    </w:p>
    <w:p>
      <w:r>
        <w:rPr>
          <w:color w:val="666666"/>
          <w:sz w:val="18"/>
        </w:rPr>
        <w:t>Society &amp; Dawah · Q&amp;A 04 DEC 2011 Maulana Wahiduddin Khan · 3m 36s · at 12:16 · https://youtu.be/KIMNmuUZoGo?t=736</w:t>
      </w:r>
    </w:p>
    <w:p>
      <w:r>
        <w:rPr>
          <w:i/>
        </w:rPr>
        <w:t>“Precious wisdom like the importance of peace and virtuous incidents like of Hudaybiyyah, Prophet Yusuf, and idols of Makkah are ignored in other speeches. They mostly use the language of fanaticism and dogmatism. Rather than quoting Quran and Hadith, they base their speech on stories and personalities. And their audience appreciates it.”</w:t>
      </w:r>
    </w:p>
    <w:p>
      <w:r>
        <w:rPr>
          <w:sz w:val="20"/>
        </w:rPr>
        <w:t>12:16  maulana, agla sawal aaya hai mister idrees ka raipur se. unhon ne likha hai ke: "Precious wisdom like importance of peace and virtuous incidents like of hudaybiyah, hazrat yusuf and idols of makkah are ignored in other taqreer.</w:t>
      </w:r>
      <w:r>
        <w:br/>
      </w:r>
      <w:r>
        <w:rPr>
          <w:sz w:val="20"/>
        </w:rPr>
        <w:t>12:37  They mostly use language of fanaticism and dogmatism.</w:t>
      </w:r>
      <w:r>
        <w:br/>
      </w:r>
      <w:r>
        <w:rPr>
          <w:sz w:val="20"/>
        </w:rPr>
        <w:t>12:42  Rather than quoting quran and hadith, they base their speech on stories and shakhsiyat. And their audience appreciate it.</w:t>
      </w:r>
      <w:r>
        <w:br/>
      </w:r>
      <w:r>
        <w:rPr>
          <w:sz w:val="20"/>
        </w:rPr>
        <w:t>12:53  Please advise under this situation what is the appropriate way to start a process of improvement.</w:t>
      </w:r>
      <w:r>
        <w:br/>
      </w:r>
      <w:r>
        <w:rPr>
          <w:sz w:val="20"/>
        </w:rPr>
        <w:t>13:01  Should one start by approaching speaker of audience?"</w:t>
      </w:r>
      <w:r>
        <w:br/>
      </w:r>
      <w:r>
        <w:rPr>
          <w:sz w:val="20"/>
        </w:rPr>
        <w:t>13:06  to dekhiye,</w:t>
      </w:r>
      <w:r>
        <w:br/>
      </w:r>
      <w:r>
        <w:rPr>
          <w:sz w:val="20"/>
        </w:rPr>
        <w:t>13:11  cheezein hamesha ambiguous hi rahen gi. is liye quran mein hai: "qul hasbuna alayhim wa yabsoon." yaani cheezon par element of doubt ka parda hamesha hi rahe ga.</w:t>
      </w:r>
      <w:r>
        <w:br/>
      </w:r>
      <w:r>
        <w:rPr>
          <w:sz w:val="20"/>
        </w:rPr>
        <w:t>13:24  kyunke is ke baghair test nahi ho sakta. agar aap chahein ke element of doubt na rahe to yeh possible nahi hai. that is part of creation plan.</w:t>
      </w:r>
      <w:r>
        <w:br/>
      </w:r>
      <w:r>
        <w:rPr>
          <w:sz w:val="20"/>
        </w:rPr>
        <w:t>13:35  to woh to rahe ga. chahe ulma ki taqreer ho ya kitabein hon ya media ho. har jagah element of doubt rahe ga. aap kabhi bhi yeh umeed na rakhein ke element of doubt jo hai woh khatam kar diya jaye ga.</w:t>
      </w:r>
      <w:r>
        <w:br/>
      </w:r>
      <w:r>
        <w:rPr>
          <w:sz w:val="20"/>
        </w:rPr>
        <w:t>13:49  ab aap apni aql ko istemal kijiye. apni power of analysis ko istemal kijiye. bas aur koi option nahi, doosra nahi hai. apni reason ko istemal kijiye.</w:t>
      </w:r>
      <w:r>
        <w:br/>
      </w:r>
      <w:r>
        <w:rPr>
          <w:sz w:val="20"/>
        </w:rPr>
        <w:t>14:03  maulana, raipur se hi miss shabana ka ek question aaya hai. unhone likha hai: "maulana sahib, it is often mentioned that prepared mind is needed to grasp the message.</w:t>
      </w:r>
      <w:r>
        <w:br/>
      </w:r>
      <w:r>
        <w:rPr>
          <w:sz w:val="20"/>
        </w:rPr>
        <w:t>14:16  please advise if die has any role in preparing mind. if yes, how it is done?"</w:t>
      </w:r>
      <w:r>
        <w:br/>
      </w:r>
      <w:r>
        <w:rPr>
          <w:sz w:val="20"/>
        </w:rPr>
        <w:t>14:25  dekhiye, apne mind ko prepare karne ke liye sab se jo zaroori condition hai woh hai apne aap ko distraction se bachana.</w:t>
      </w:r>
      <w:r>
        <w:br/>
      </w:r>
      <w:r>
        <w:rPr>
          <w:sz w:val="20"/>
        </w:rPr>
        <w:t>14:36  misal ke tor par maine dekha gharon mein ke auratein jo hain un ka soul concern kya rehta hai bachche, bachche, bachche.</w:t>
      </w:r>
      <w:r>
        <w:br/>
      </w:r>
      <w:r>
        <w:rPr>
          <w:sz w:val="20"/>
        </w:rPr>
        <w:t>14:45  ya kitchen, kitchen, kitchen. to woh har waqt distraction hi mein jeeti hain auratein. to un ka mind prepare kaise hoga? mardon ka haal yeh hai ke money, money, money.</w:t>
      </w:r>
      <w:r>
        <w:br/>
      </w:r>
      <w:r>
        <w:rPr>
          <w:sz w:val="20"/>
        </w:rPr>
        <w:t>14:55  har waqt money. to koi kisi ko mind distract kiye hue hai, kisi ko is ke bachche distract kiye hue hain, kisi ko is ke political</w:t>
      </w:r>
      <w:r>
        <w:br/>
      </w:r>
      <w:r>
        <w:rPr>
          <w:sz w:val="20"/>
        </w:rPr>
        <w:t>15:04  jo interest hai woh distract kiye hue hain. to woh to hoga phir ke aadmi prepared mind nahi ho banega. to agar aadmi chahta hai ke main prepared mind banu taake main cheezon ko grasp kar sakun,</w:t>
      </w:r>
      <w:r>
        <w:br/>
      </w:r>
      <w:r>
        <w:rPr>
          <w:sz w:val="20"/>
        </w:rPr>
        <w:t>15:19  yeh sab fawaid hasil kar sakun to phir apne ko distraction se bachana pare ga. yeh price to deni hi pare gi. agar aadmi chahe ke main distract bhi hota rahu aur mujhe</w:t>
      </w:r>
      <w:r>
        <w:br/>
      </w:r>
      <w:r>
        <w:rPr>
          <w:sz w:val="20"/>
        </w:rPr>
        <w:t>15:31  yaani mera mind tayyar bhi ho jaye to yeh to hi khalis to junoon. aisa hone wala nahi hai. har cheez ki ek price hoti hai.</w:t>
      </w:r>
      <w:r>
        <w:br/>
      </w:r>
      <w:r>
        <w:rPr>
          <w:sz w:val="20"/>
        </w:rPr>
        <w:t>15:43  woh zehan banane ki ek bhi ek price hai. woh hai</w:t>
      </w:r>
      <w:r>
        <w:br/>
      </w:r>
      <w:r>
        <w:rPr>
          <w:sz w:val="20"/>
        </w:rPr>
        <w:t>15:47  apne ko distraction se bachana.</w:t>
      </w:r>
    </w:p>
    <w:p>
      <w:pPr>
        <w:pStyle w:val="Heading2"/>
      </w:pPr>
      <w:r>
        <w:t>Importance of rising above ikhlas for da'ees</w:t>
      </w:r>
    </w:p>
    <w:p>
      <w:r>
        <w:rPr>
          <w:color w:val="666666"/>
          <w:sz w:val="18"/>
        </w:rPr>
        <w:t>Society &amp; Dawah · Importance of Wisdom | August 24, 2014 · 4m 59s · at 1:13:30 · https://youtu.be/ZVPLm7fV0t0?t=4410</w:t>
      </w:r>
    </w:p>
    <w:p>
      <w:r>
        <w:rPr>
          <w:i/>
        </w:rPr>
        <w:t>“How important is it for da'ees of mission to rise above the level of ikhlas to develop their mind?”</w:t>
      </w:r>
    </w:p>
    <w:p>
      <w:r>
        <w:rPr>
          <w:sz w:val="20"/>
        </w:rPr>
        <w:t>1:13:30  quran mein hai: matlab ek giroh jo hai, agar apni duty poori nahi karega, Allah ka kaam nahi karega, to Allah doosre giroh ko uthaye ga. woh kaam karenge, kaam rukega nahi. yeh matlab hai is ka. Maulana, agla sawal dilli se hai Ms. Naghma Siddiqui ka. unhon ne likha hai ke: how import</w:t>
      </w:r>
      <w:r>
        <w:br/>
      </w:r>
      <w:r>
        <w:rPr>
          <w:sz w:val="20"/>
        </w:rPr>
        <w:t>1:14:00  Is it for these of mission to rise above the level of Ikhlas to develop their mind?</w:t>
      </w:r>
      <w:r>
        <w:br/>
      </w:r>
      <w:r>
        <w:rPr>
          <w:sz w:val="20"/>
        </w:rPr>
        <w:t>1:14:06  Yeh to mein samajhta hoon ke farz hai apne ko bachane ke liye.</w:t>
      </w:r>
      <w:r>
        <w:br/>
      </w:r>
      <w:r>
        <w:rPr>
          <w:sz w:val="20"/>
        </w:rPr>
        <w:t>1:14:12  Kyunke agar jo aadmi aisa nahi karega, to bohat bara risk le raha hai woh.</w:t>
      </w:r>
      <w:r>
        <w:br/>
      </w:r>
      <w:r>
        <w:rPr>
          <w:sz w:val="20"/>
        </w:rPr>
        <w:t>1:14:18  Koi crisis aaye aur woh phir garhe mein doob jaye.</w:t>
      </w:r>
      <w:r>
        <w:br/>
      </w:r>
      <w:r>
        <w:rPr>
          <w:sz w:val="20"/>
        </w:rPr>
        <w:t>1:14:24  Aise bohat misaalain hain ke log mukhlis thay, shareef thay,</w:t>
      </w:r>
      <w:r>
        <w:br/>
      </w:r>
      <w:r>
        <w:rPr>
          <w:sz w:val="20"/>
        </w:rPr>
        <w:t>1:14:31  Namaz roze wale thay.</w:t>
      </w:r>
      <w:r>
        <w:br/>
      </w:r>
      <w:r>
        <w:rPr>
          <w:sz w:val="20"/>
        </w:rPr>
        <w:t>1:14:35  Crisis aaya to bilkul woh apne ko tabah kar liya unhon ne.</w:t>
      </w:r>
      <w:r>
        <w:br/>
      </w:r>
      <w:r>
        <w:rPr>
          <w:sz w:val="20"/>
        </w:rPr>
        <w:t>1:14:39  Bohat misaalain hain tareekh mein.</w:t>
      </w:r>
      <w:r>
        <w:br/>
      </w:r>
      <w:r>
        <w:rPr>
          <w:sz w:val="20"/>
        </w:rPr>
        <w:t>1:14:42  To hamare jo sathi hain, woh ek bara mission le ke khare hue hain.</w:t>
      </w:r>
      <w:r>
        <w:br/>
      </w:r>
      <w:r>
        <w:rPr>
          <w:sz w:val="20"/>
        </w:rPr>
        <w:t>1:14:46  To aur is mission mein jab team banegi to ijtimaeyat aayegi.</w:t>
      </w:r>
      <w:r>
        <w:br/>
      </w:r>
      <w:r>
        <w:rPr>
          <w:sz w:val="20"/>
        </w:rPr>
        <w:t>1:14:50  Ijtimaeyat aayegi to ikhtilafat paida honge.</w:t>
      </w:r>
      <w:r>
        <w:br/>
      </w:r>
      <w:r>
        <w:rPr>
          <w:sz w:val="20"/>
        </w:rPr>
        <w:t>1:14:54  To yeh to bohat ziyada is baat ka khatra hai ke woh ek masla paida ho, koi crisis,</w:t>
      </w:r>
      <w:r>
        <w:br/>
      </w:r>
      <w:r>
        <w:rPr>
          <w:sz w:val="20"/>
        </w:rPr>
        <w:t>1:14:58  Aur isi mein aap</w:t>
      </w:r>
      <w:r>
        <w:br/>
      </w:r>
      <w:r>
        <w:rPr>
          <w:sz w:val="20"/>
        </w:rPr>
        <w:t>1:15:02  Fail ho jayein aur apne ko tabah kar lein.</w:t>
      </w:r>
      <w:r>
        <w:br/>
      </w:r>
      <w:r>
        <w:rPr>
          <w:sz w:val="20"/>
        </w:rPr>
        <w:t>1:15:07  To ikhlas aur sharafat aur yeh bohat acha good nature hona, yeh kafi har giz nahi hai.</w:t>
      </w:r>
      <w:r>
        <w:br/>
      </w:r>
      <w:r>
        <w:rPr>
          <w:sz w:val="20"/>
        </w:rPr>
        <w:t>1:15:12  Akele aap ghar mein rahein to theek hai, akele ghar mein rahiye, namaz roza kijiye.</w:t>
      </w:r>
      <w:r>
        <w:br/>
      </w:r>
      <w:r>
        <w:rPr>
          <w:sz w:val="20"/>
        </w:rPr>
        <w:t>1:15:17  Lekin aap jab ijtimaei zindagi mein aate hain to har giz har giz yeh kafi nahi ke aap mukhlis hain,</w:t>
      </w:r>
      <w:r>
        <w:br/>
      </w:r>
      <w:r>
        <w:rPr>
          <w:sz w:val="20"/>
        </w:rPr>
        <w:t>1:15:22  Aap shareef hain, aap namaz roze wale hain.</w:t>
      </w:r>
      <w:r>
        <w:br/>
      </w:r>
      <w:r>
        <w:rPr>
          <w:sz w:val="20"/>
        </w:rPr>
        <w:t>1:15:28  Tab aap ko aql chahiye, aql. Taake jo</w:t>
      </w:r>
      <w:r>
        <w:br/>
      </w:r>
      <w:r>
        <w:rPr>
          <w:sz w:val="20"/>
        </w:rPr>
        <w:t>1:15:33  Jo situation create hoti hai, jo crisis aata hai, us ko aap manage kar sakein, us ko explain</w:t>
      </w:r>
      <w:r>
        <w:br/>
      </w:r>
      <w:r>
        <w:rPr>
          <w:sz w:val="20"/>
        </w:rPr>
        <w:t>1:15:38  Kar sakein, us ko samajh sakein.</w:t>
      </w:r>
      <w:r>
        <w:br/>
      </w:r>
      <w:r>
        <w:rPr>
          <w:sz w:val="20"/>
        </w:rPr>
        <w:t>1:15:43  Warna wahi hoga ke satar hazar ko qadar kar lenge to mukhlis hote bhi.</w:t>
      </w:r>
      <w:r>
        <w:br/>
      </w:r>
      <w:r>
        <w:rPr>
          <w:sz w:val="20"/>
        </w:rPr>
        <w:t>1:15:48  Woh sab ke sab mukhlis thay woh.</w:t>
      </w:r>
      <w:r>
        <w:br/>
      </w:r>
      <w:r>
        <w:rPr>
          <w:sz w:val="20"/>
        </w:rPr>
        <w:t>1:15:53  Is ke baad satar hazar aadmi mare gaye.</w:t>
      </w:r>
      <w:r>
        <w:br/>
      </w:r>
      <w:r>
        <w:rPr>
          <w:sz w:val="20"/>
        </w:rPr>
        <w:t>1:15:58  abhi british dor mein dekhen jin ko shaheedan kaha jata hai, Maulana Ismail Shaheed aur Maulana Syed Ahmed Shaheed,</w:t>
      </w:r>
      <w:r>
        <w:br/>
      </w:r>
      <w:r>
        <w:rPr>
          <w:sz w:val="20"/>
        </w:rPr>
        <w:t>1:16:03  yeh log Balakot mein larnay ke liye pohanch gaye, is se Ranjeet se.</w:t>
      </w:r>
      <w:r>
        <w:br/>
      </w:r>
      <w:r>
        <w:rPr>
          <w:sz w:val="20"/>
        </w:rPr>
        <w:t>1:16:07  woh sab ke sab maray gaye.</w:t>
      </w:r>
      <w:r>
        <w:br/>
      </w:r>
      <w:r>
        <w:rPr>
          <w:sz w:val="20"/>
        </w:rPr>
        <w:t>1:16:12  Balakot mein sab khatam ho gaye woh.</w:t>
      </w:r>
      <w:r>
        <w:br/>
      </w:r>
      <w:r>
        <w:rPr>
          <w:sz w:val="20"/>
        </w:rPr>
        <w:t>1:16:16  kyun? wisdom nahi thi.</w:t>
      </w:r>
      <w:r>
        <w:br/>
      </w:r>
      <w:r>
        <w:rPr>
          <w:sz w:val="20"/>
        </w:rPr>
        <w:t>1:16:20  is par kitab chhapi hai Ghulam Rasool Mehr ki, is ko aap parhiye.</w:t>
      </w:r>
      <w:r>
        <w:br/>
      </w:r>
      <w:r>
        <w:rPr>
          <w:sz w:val="20"/>
        </w:rPr>
        <w:t>1:16:24  in logon ko yeh khabar hi nahi thi ke Maharaj Ranjeet ki taqat kya hai, hamari taqat kya hai.</w:t>
      </w:r>
      <w:r>
        <w:br/>
      </w:r>
      <w:r>
        <w:rPr>
          <w:sz w:val="20"/>
        </w:rPr>
        <w:t>1:16:29  in ke paas mamooli qisam ke hathiyar thay, riwayati qisam ke.</w:t>
      </w:r>
      <w:r>
        <w:br/>
      </w:r>
      <w:r>
        <w:rPr>
          <w:sz w:val="20"/>
        </w:rPr>
        <w:t>1:16:33  aur Ranjeet jo tha, us ke paas topkhana tha.</w:t>
      </w:r>
      <w:r>
        <w:br/>
      </w:r>
      <w:r>
        <w:rPr>
          <w:sz w:val="20"/>
        </w:rPr>
        <w:t>1:16:38  us ne France ke retired generalon ko bula kar apni fauj ko train kiya tha.</w:t>
      </w:r>
      <w:r>
        <w:br/>
      </w:r>
      <w:r>
        <w:rPr>
          <w:sz w:val="20"/>
        </w:rPr>
        <w:t>1:16:43  us ke kya lartay yeh? is se lad sakte thay yeh? yeh koi ladai nahi hai yeh.</w:t>
      </w:r>
      <w:r>
        <w:br/>
      </w:r>
      <w:r>
        <w:rPr>
          <w:sz w:val="20"/>
        </w:rPr>
        <w:t>1:16:48  Qur'an mein hai ke pehle adad, phir us ke baad muqabla.</w:t>
      </w:r>
      <w:r>
        <w:br/>
      </w:r>
      <w:r>
        <w:rPr>
          <w:sz w:val="20"/>
        </w:rPr>
        <w:t>1:16:53  adad quwwat pehle hai.</w:t>
      </w:r>
      <w:r>
        <w:br/>
      </w:r>
      <w:r>
        <w:rPr>
          <w:sz w:val="20"/>
        </w:rPr>
        <w:t>1:16:58  yeh lad jana yeh koi Islam mein nahi hai.</w:t>
      </w:r>
      <w:r>
        <w:br/>
      </w:r>
      <w:r>
        <w:rPr>
          <w:sz w:val="20"/>
        </w:rPr>
        <w:t>1:17:04  lekin logon ke andar sochne ki taqat nahi hai.</w:t>
      </w:r>
      <w:r>
        <w:br/>
      </w:r>
      <w:r>
        <w:rPr>
          <w:sz w:val="20"/>
        </w:rPr>
        <w:t>1:17:07  art of thinking nahi hai.</w:t>
      </w:r>
      <w:r>
        <w:br/>
      </w:r>
      <w:r>
        <w:rPr>
          <w:sz w:val="20"/>
        </w:rPr>
        <w:t>1:17:10  toh main samajhta hoon ke farz ke darjay mein zaroori hai ke aap is ko samjhein ke is</w:t>
      </w:r>
      <w:r>
        <w:br/>
      </w:r>
      <w:r>
        <w:rPr>
          <w:sz w:val="20"/>
        </w:rPr>
        <w:t>1:17:14  se ikhlas har giz kafi nahi hai.</w:t>
      </w:r>
      <w:r>
        <w:br/>
      </w:r>
      <w:r>
        <w:rPr>
          <w:sz w:val="20"/>
        </w:rPr>
        <w:t>1:17:17  aql honi chahiye aap ke paas, baseerat honi chahiye aap ke paas.</w:t>
      </w:r>
      <w:r>
        <w:br/>
      </w:r>
      <w:r>
        <w:rPr>
          <w:sz w:val="20"/>
        </w:rPr>
        <w:t>1:17:20  warna kahin kis garhay mein gir jayen ge aur samjhen ge ke main toh bohat mukhlis hoon.</w:t>
      </w:r>
      <w:r>
        <w:br/>
      </w:r>
      <w:r>
        <w:rPr>
          <w:sz w:val="20"/>
        </w:rPr>
        <w:t>1:17:24  aur gir ke apne ko tabah kar len ge.</w:t>
      </w:r>
      <w:r>
        <w:br/>
      </w:r>
      <w:r>
        <w:rPr>
          <w:sz w:val="20"/>
        </w:rPr>
        <w:t>1:17:27  Qur'an mein hai nahi ke: antahabat a'maal ko balad tantum la tashroon.</w:t>
      </w:r>
      <w:r>
        <w:br/>
      </w:r>
      <w:r>
        <w:rPr>
          <w:sz w:val="20"/>
        </w:rPr>
        <w:t>1:17:30  toh woh a'maal h</w:t>
      </w:r>
      <w:r>
        <w:br/>
      </w:r>
      <w:r>
        <w:rPr>
          <w:sz w:val="20"/>
        </w:rPr>
        <w:t>1:17:34  bat ho jayen aur tum ja rahe bhi nahi ke aisa ho gaya.</w:t>
      </w:r>
      <w:r>
        <w:br/>
      </w:r>
      <w:r>
        <w:rPr>
          <w:sz w:val="20"/>
        </w:rPr>
        <w:t>1:17:37  antahabat a'maal ko balad tantum la tashroon.</w:t>
      </w:r>
      <w:r>
        <w:br/>
      </w:r>
      <w:r>
        <w:rPr>
          <w:sz w:val="20"/>
        </w:rPr>
        <w:t>1:17:41  yahi to matlab is ka hai.</w:t>
      </w:r>
      <w:r>
        <w:br/>
      </w:r>
      <w:r>
        <w:rPr>
          <w:sz w:val="20"/>
        </w:rPr>
        <w:t>1:17:45  is ayat par ghor kijiyega.</w:t>
      </w:r>
      <w:r>
        <w:br/>
      </w:r>
      <w:r>
        <w:rPr>
          <w:sz w:val="20"/>
        </w:rPr>
        <w:t>1:17:49  yeh bohat zabardast ayat hai quran majeed mein.</w:t>
      </w:r>
      <w:r>
        <w:br/>
      </w:r>
      <w:r>
        <w:rPr>
          <w:sz w:val="20"/>
        </w:rPr>
        <w:t>1:17:52  do jagah is ka zikr hai ke tum samjho bhi nahi aur tumhare aamal habat bhi ho jayen.</w:t>
      </w:r>
      <w:r>
        <w:br/>
      </w:r>
      <w:r>
        <w:rPr>
          <w:sz w:val="20"/>
        </w:rPr>
        <w:t>1:17:56  intabhat aamal ko balad tan tum la tashroon.</w:t>
      </w:r>
      <w:r>
        <w:br/>
      </w:r>
      <w:r>
        <w:rPr>
          <w:sz w:val="20"/>
        </w:rPr>
        <w:t>1:18:00  is ka matlab kya hai? intellectual development na hone ki wajah se aap ka shaoor is qabil</w:t>
      </w:r>
      <w:r>
        <w:br/>
      </w:r>
      <w:r>
        <w:rPr>
          <w:sz w:val="20"/>
        </w:rPr>
        <w:t>1:18:04  na hoga ke aap samjhen baton ko.</w:t>
      </w:r>
      <w:r>
        <w:br/>
      </w:r>
      <w:r>
        <w:rPr>
          <w:sz w:val="20"/>
        </w:rPr>
        <w:t>1:18:09  aur phir bhi aap ikhlas ke bawajood aap ke aamal habat ho jayen.</w:t>
      </w:r>
      <w:r>
        <w:br/>
      </w:r>
      <w:r>
        <w:rPr>
          <w:sz w:val="20"/>
        </w:rPr>
        <w:t>1:18:14  yeh ayat batati hai ke ikhlas hargiz kafi nahi hai.</w:t>
      </w:r>
      <w:r>
        <w:br/>
      </w:r>
      <w:r>
        <w:rPr>
          <w:sz w:val="20"/>
        </w:rPr>
        <w:t>1:18:19  develop shaoor chahiye, develop mind chahiye.</w:t>
      </w:r>
      <w:r>
        <w:br/>
      </w:r>
      <w:r>
        <w:rPr>
          <w:sz w:val="20"/>
        </w:rPr>
        <w:t>1:18:24  yeh to bohat zyada important baat hai ke is par log sochen.</w:t>
      </w:r>
    </w:p>
    <w:p>
      <w:pPr>
        <w:pStyle w:val="Heading2"/>
      </w:pPr>
      <w:r>
        <w:t>Improving Hindu-Muslim Relations</w:t>
      </w:r>
    </w:p>
    <w:p>
      <w:r>
        <w:rPr>
          <w:color w:val="666666"/>
          <w:sz w:val="18"/>
        </w:rPr>
        <w:t>Society &amp; Dawah · Age of Alternatives April 05, 2015 · 3m 20s · at 1:08:39 · https://youtu.be/4v0uCM2BZuA?t=4119</w:t>
      </w:r>
    </w:p>
    <w:p>
      <w:r>
        <w:rPr>
          <w:i/>
        </w:rPr>
        <w:t>“What can ordinary Hindus and Muslims do to improve relations between them?”</w:t>
      </w:r>
    </w:p>
    <w:p>
      <w:r>
        <w:rPr>
          <w:sz w:val="20"/>
        </w:rPr>
        <w:t>1:08:39  maulana, agla sawal lene se pehle ek comment padhna chahenge jo idrees sahab ne bheja hai raipur se, aur unhon ne likha hai ke "today speech was one of the best speech.</w:t>
      </w:r>
      <w:r>
        <w:br/>
      </w:r>
      <w:r>
        <w:rPr>
          <w:sz w:val="20"/>
        </w:rPr>
        <w:t>1:08:52  it was inspiring and thought provoking." achha</w:t>
      </w:r>
      <w:r>
        <w:br/>
      </w:r>
      <w:r>
        <w:rPr>
          <w:sz w:val="20"/>
        </w:rPr>
        <w:t>1:08:56  a, maulana, agla sawal usa se irfan omar sahab ne kiya hai, aur unhon ne likha hai: "maulana sahab, what can ordinary hindus and muslims do to improve relations between them?</w:t>
      </w:r>
      <w:r>
        <w:br/>
      </w:r>
      <w:r>
        <w:rPr>
          <w:sz w:val="20"/>
        </w:rPr>
        <w:t>1:09:11  to improve relations between their communities, could you offer some examples of activities that they may adopt? is dawah and an obstacle to building better relations between hindus and muslims?"</w:t>
      </w:r>
      <w:r>
        <w:br/>
      </w:r>
      <w:r>
        <w:rPr>
          <w:sz w:val="20"/>
        </w:rPr>
        <w:t>1:09:27  yahan dawah ka ka jo kaam hai, jo dawah work hai, us ko positive tor par kiya jaye. aur positive ka matlab yeh hai ke khairkhwahi ki spirit kehta hai:</w:t>
      </w:r>
      <w:r>
        <w:br/>
      </w:r>
      <w:r>
        <w:rPr>
          <w:sz w:val="20"/>
        </w:rPr>
        <w:t>1:09:40  "inna lakum naasih". yaani dawi jo hai, woh well wisher hota hai. to dawah apne aap mein well wishing ka mahol paida karti hai.</w:t>
      </w:r>
      <w:r>
        <w:br/>
      </w:r>
      <w:r>
        <w:rPr>
          <w:sz w:val="20"/>
        </w:rPr>
        <w:t>1:09:52  to logon ne dawah ko ko bhi debate ke maani mein le liya, yaani apni superiority ko establish karna, us se to doori badhegi.</w:t>
      </w:r>
      <w:r>
        <w:br/>
      </w:r>
      <w:r>
        <w:rPr>
          <w:sz w:val="20"/>
        </w:rPr>
        <w:t>1:10:03  dawah well wishing ke tehat hoti hai, khair khwahi ke tehat hoti hai. to us se to apne aap mein taluq achhe ban jayenge.</w:t>
      </w:r>
      <w:r>
        <w:br/>
      </w:r>
      <w:r>
        <w:rPr>
          <w:sz w:val="20"/>
        </w:rPr>
        <w:t>1:10:11  doosri baat yeh hai ke main kahunga ke maujooda daur mein hamare ulama ne bohat bhari ghalti ki hai ke education mein musalmanon ko roka.</w:t>
      </w:r>
      <w:r>
        <w:br/>
      </w:r>
      <w:r>
        <w:rPr>
          <w:sz w:val="20"/>
        </w:rPr>
        <w:t>1:10:22  aur logon ko yeh hua ke muslim idare alag banaye, muslim school, muslim college, muslim university. main is ke sakht khilaf hoon. bas jo school the, jo college the, jo universityan theen, usi mein padhte hain musalman bhi.</w:t>
      </w:r>
      <w:r>
        <w:br/>
      </w:r>
      <w:r>
        <w:rPr>
          <w:sz w:val="20"/>
        </w:rPr>
        <w:t>1:10:35  to kya hota? interaction hota.</w:t>
      </w:r>
      <w:r>
        <w:br/>
      </w:r>
      <w:r>
        <w:rPr>
          <w:sz w:val="20"/>
        </w:rPr>
        <w:t>1:10:38  jahan hindu padh rahe hain, wahan musalman hi padh rahe hain. aur aap jahan aap ko yeh tajurba hoga ke taleem ke dauran jo jo taluq banta hai, woh bohat zabardast hota hai.</w:t>
      </w:r>
      <w:r>
        <w:br/>
      </w:r>
      <w:r>
        <w:rPr>
          <w:sz w:val="20"/>
        </w:rPr>
        <w:t>1:10:49  bohat is mein dostiyan qaim hoti hain, achhe taluqat qaim hote hain.</w:t>
      </w:r>
      <w:r>
        <w:br/>
      </w:r>
      <w:r>
        <w:rPr>
          <w:sz w:val="20"/>
        </w:rPr>
        <w:t>1:10:55  to bilkul simple tareeqa tha ke woh usay na rokte aur musalman se kehte hain ke jo bhi school hai, jo bhi college hai, woh dakhil ho jao, padho. to khoob interaction hota.</w:t>
      </w:r>
      <w:r>
        <w:br/>
      </w:r>
      <w:r>
        <w:rPr>
          <w:sz w:val="20"/>
        </w:rPr>
        <w:t>1:11:06  aur yeh yeh yeh jo doori ban gayi, woh banti hi na. to main kahunga ke yeh yeh do cheezen musalman karen ke har school mein madakhil, har college mein madakhil.</w:t>
      </w:r>
      <w:r>
        <w:br/>
      </w:r>
      <w:r>
        <w:rPr>
          <w:sz w:val="20"/>
        </w:rPr>
        <w:t>1:11:20  aur yeh main to yahan tak kehta hoon ke muslim ka lafz nikal do,</w:t>
      </w:r>
      <w:r>
        <w:br/>
      </w:r>
      <w:r>
        <w:rPr>
          <w:sz w:val="20"/>
        </w:rPr>
        <w:t>1:11:24  muslim university ke muslim ka lafz nikalo, is ka naam rakh do Aligarh University mein, Aligarh University. koi muslim school nahi, koi muslim college nahi, koi muslim university.</w:t>
      </w:r>
      <w:r>
        <w:br/>
      </w:r>
      <w:r>
        <w:rPr>
          <w:sz w:val="20"/>
        </w:rPr>
        <w:t>1:11:33  sab muslim ka lafz nikal do</w:t>
      </w:r>
      <w:r>
        <w:br/>
      </w:r>
      <w:r>
        <w:rPr>
          <w:sz w:val="20"/>
        </w:rPr>
        <w:t>1:11:35  , har school mein padho, har college mein padho, har university mein padho. to apne aap taluqat normal ho jayenge, apne aap.</w:t>
      </w:r>
      <w:r>
        <w:br/>
      </w:r>
      <w:r>
        <w:rPr>
          <w:sz w:val="20"/>
        </w:rPr>
        <w:t>1:11:47  aur dawah agar positive sense mein kiya jaye, khair khwahi ki speed ke sath, to woh woh bhi bohat bara zariya hoga ta'alluqat ko acha banane ka.</w:t>
      </w:r>
    </w:p>
    <w:p>
      <w:pPr>
        <w:pStyle w:val="Heading2"/>
      </w:pPr>
      <w:r>
        <w:t>Incident of Quran disrespect</w:t>
      </w:r>
    </w:p>
    <w:p>
      <w:r>
        <w:rPr>
          <w:color w:val="666666"/>
          <w:sz w:val="18"/>
        </w:rPr>
        <w:t>Society &amp; Dawah · Creative Solution or Ijtihadi Hul 16th Sep '12 SLOW · 4m 14s · at 1:31:17 · https://youtu.be/Ri7r6K65b2Y?t=5477</w:t>
      </w:r>
    </w:p>
    <w:p>
      <w:r>
        <w:rPr>
          <w:i/>
        </w:rPr>
        <w:t>“Two days ago, near Ghaziabad, in Mansoori village, at the railway station, disrespect was shown to the Quran, so people went to the police station to file a report.”</w:t>
      </w:r>
    </w:p>
    <w:p>
      <w:r>
        <w:rPr>
          <w:sz w:val="20"/>
        </w:rPr>
        <w:t>1:31:17  maulana, agla sawal dilli se hai muhammad ans sahib ka.</w:t>
      </w:r>
      <w:r>
        <w:br/>
      </w:r>
      <w:r>
        <w:rPr>
          <w:sz w:val="20"/>
        </w:rPr>
        <w:t>1:31:21  unhon ne likha hai: "maulana, do din pehle ghaziabad ke paas mansoori gaon mein railway station par</w:t>
      </w:r>
      <w:r>
        <w:br/>
      </w:r>
      <w:r>
        <w:rPr>
          <w:sz w:val="20"/>
        </w:rPr>
        <w:t>1:31:29  quran ki be adabi ki gayi to log police station report darj karanay ke liye gaye.</w:t>
      </w:r>
      <w:r>
        <w:br/>
      </w:r>
      <w:r>
        <w:rPr>
          <w:sz w:val="20"/>
        </w:rPr>
        <w:t>1:31:36  police ke report darj na karne par musalmanon ne police station mein tod phod kar ke aag laga</w:t>
      </w:r>
      <w:r>
        <w:br/>
      </w:r>
      <w:r>
        <w:rPr>
          <w:sz w:val="20"/>
        </w:rPr>
        <w:t>1:31:44  di aur ab wahan curfew laga hua hai aur kuch log mare bhi gaye hain.</w:t>
      </w:r>
      <w:r>
        <w:br/>
      </w:r>
      <w:r>
        <w:rPr>
          <w:sz w:val="20"/>
        </w:rPr>
        <w:t>1:31:50  maulana, quran ki be adabi honay par wahan par jo log hangama kar rahay hain, is ka islam</w:t>
      </w:r>
      <w:r>
        <w:br/>
      </w:r>
      <w:r>
        <w:rPr>
          <w:sz w:val="20"/>
        </w:rPr>
        <w:t>1:31:58  se koi taluq hai ya nahi? maulana, logon ko kya karna chahiye aur kya nahi, is ke bare</w:t>
      </w:r>
      <w:r>
        <w:br/>
      </w:r>
      <w:r>
        <w:rPr>
          <w:sz w:val="20"/>
        </w:rPr>
        <w:t>1:32:05  mein advice karen." dekhen, yeh is ka islam se koi bhi taluq nahi hai.</w:t>
      </w:r>
      <w:r>
        <w:br/>
      </w:r>
      <w:r>
        <w:rPr>
          <w:sz w:val="20"/>
        </w:rPr>
        <w:t>1:32:11  yeh to ek shaitani feal hai.</w:t>
      </w:r>
      <w:r>
        <w:br/>
      </w:r>
      <w:r>
        <w:rPr>
          <w:sz w:val="20"/>
        </w:rPr>
        <w:t>1:32:14  aur dekhen, ek baat mein arz karoon, aap har case mein ja kar tehqeeq kar lijiyye.</w:t>
      </w:r>
      <w:r>
        <w:br/>
      </w:r>
      <w:r>
        <w:rPr>
          <w:sz w:val="20"/>
        </w:rPr>
        <w:t>1:32:21  بے ادبی نہیں ہوتی، بے ادبی کی افواہ ہوتی ہے، rumour.</w:t>
      </w:r>
      <w:r>
        <w:br/>
      </w:r>
      <w:r>
        <w:rPr>
          <w:sz w:val="20"/>
        </w:rPr>
        <w:t>1:32:26  jisay kehtay hain aap gustakhi, be adabi.</w:t>
      </w:r>
      <w:r>
        <w:br/>
      </w:r>
      <w:r>
        <w:rPr>
          <w:sz w:val="20"/>
        </w:rPr>
        <w:t>1:32:29  woh hargiz na sirf gustakhi hoti hai, na be adabi hoti hai.</w:t>
      </w:r>
      <w:r>
        <w:br/>
      </w:r>
      <w:r>
        <w:rPr>
          <w:sz w:val="20"/>
        </w:rPr>
        <w:t>1:32:34  وہ rumour ہوتی ہے، صرف افواہ ہوتی ہے۔</w:t>
      </w:r>
      <w:r>
        <w:br/>
      </w:r>
      <w:r>
        <w:rPr>
          <w:sz w:val="20"/>
        </w:rPr>
        <w:t>1:32:37  bas rumor ko suna aur daud pade.</w:t>
      </w:r>
      <w:r>
        <w:br/>
      </w:r>
      <w:r>
        <w:rPr>
          <w:sz w:val="20"/>
        </w:rPr>
        <w:t>1:32:40  aap ja ke wahan dekhen, ek aadmi ne bhi ja kar tehqeeq nahi ki, hua kya? koi bhi</w:t>
      </w:r>
      <w:r>
        <w:br/>
      </w:r>
      <w:r>
        <w:rPr>
          <w:sz w:val="20"/>
        </w:rPr>
        <w:t>1:32:48  be adabi nahi hui thi.</w:t>
      </w:r>
      <w:r>
        <w:br/>
      </w:r>
      <w:r>
        <w:rPr>
          <w:sz w:val="20"/>
        </w:rPr>
        <w:t>1:32:50  bas rumor ud gayi, bas us ke baad bhadak pade ke ladne ke liye khade ho gaye.</w:t>
      </w:r>
      <w:r>
        <w:br/>
      </w:r>
      <w:r>
        <w:rPr>
          <w:sz w:val="20"/>
        </w:rPr>
        <w:t>1:32:57  جتنے بھی واقعات ہیں ادھر کے، سب rumour پر ہوتے ہیں۔</w:t>
      </w:r>
      <w:r>
        <w:br/>
      </w:r>
      <w:r>
        <w:rPr>
          <w:sz w:val="20"/>
        </w:rPr>
        <w:t>1:33:02  aur quran mein saaf bataya gaya hai ke rumor sun kar ke external ho.</w:t>
      </w:r>
      <w:r>
        <w:br/>
      </w:r>
      <w:r>
        <w:rPr>
          <w:sz w:val="20"/>
        </w:rPr>
        <w:t>1:33:08  quran mein ek ayat hai: "jabakum fasiqun binaba' fatabaiynu." yeh ab ayat utri thi, ek ek</w:t>
      </w:r>
      <w:r>
        <w:br/>
      </w:r>
      <w:r>
        <w:rPr>
          <w:sz w:val="20"/>
        </w:rPr>
        <w:t>1:33:16  waqia pesh aaya tha.</w:t>
      </w:r>
      <w:r>
        <w:br/>
      </w:r>
      <w:r>
        <w:rPr>
          <w:sz w:val="20"/>
        </w:rPr>
        <w:t>1:33:17  ek sahabi ko rasool ALLAH sallallahu alaihi wasallam ne bheja, wahan kaha ke bana kar ke ghaliban</w:t>
      </w:r>
      <w:r>
        <w:br/>
      </w:r>
      <w:r>
        <w:rPr>
          <w:sz w:val="20"/>
        </w:rPr>
        <w:t>1:33:25  yaman ka waqia hai.</w:t>
      </w:r>
      <w:r>
        <w:br/>
      </w:r>
      <w:r>
        <w:rPr>
          <w:sz w:val="20"/>
        </w:rPr>
        <w:t>1:33:27  yeh sab kahan ka waqia hua hai? yaman ka kahan ka? yaman ka.</w:t>
      </w:r>
      <w:r>
        <w:br/>
      </w:r>
      <w:r>
        <w:rPr>
          <w:sz w:val="20"/>
        </w:rPr>
        <w:t>1:33:32  to woh jab wahan pohanchay, ab yani sarhad par, to wahan bohat se log ikatha ho gaye thay</w:t>
      </w:r>
      <w:r>
        <w:br/>
      </w:r>
      <w:r>
        <w:rPr>
          <w:sz w:val="20"/>
        </w:rPr>
        <w:t>1:33:40  ke unhon ne samjha ke woh is ko maarne ke liye aaye hain.</w:t>
      </w:r>
      <w:r>
        <w:br/>
      </w:r>
      <w:r>
        <w:rPr>
          <w:sz w:val="20"/>
        </w:rPr>
        <w:t>1:33:46  to wapas aa gaye, woh yani basti mein gaye nahi, woh.</w:t>
      </w:r>
      <w:r>
        <w:br/>
      </w:r>
      <w:r>
        <w:rPr>
          <w:sz w:val="20"/>
        </w:rPr>
        <w:t>1:33:50  aur aage rasool Allah shikayat ki ke wahan to woh log mujhe maarne pe tal gaye thay.</w:t>
      </w:r>
      <w:r>
        <w:br/>
      </w:r>
      <w:r>
        <w:rPr>
          <w:sz w:val="20"/>
        </w:rPr>
        <w:t>1:33:58  to rasool Allah ne is pe koi iqdam nahi kiya.</w:t>
      </w:r>
      <w:r>
        <w:br/>
      </w:r>
      <w:r>
        <w:rPr>
          <w:sz w:val="20"/>
        </w:rPr>
        <w:t>1:34:02  pata kiya to maloom hua ke woh to receive karne ke liye aaye thay.</w:t>
      </w:r>
      <w:r>
        <w:br/>
      </w:r>
      <w:r>
        <w:rPr>
          <w:sz w:val="20"/>
        </w:rPr>
        <w:t>1:34:08  woh bechare aaye thay ke rasool Allah ka aadmi aaya hua hai, chalo is ko receive karte hain.</w:t>
      </w:r>
      <w:r>
        <w:br/>
      </w:r>
      <w:r>
        <w:rPr>
          <w:sz w:val="20"/>
        </w:rPr>
        <w:t>1:34:16  aur unhon ne samjha ke mujhe maarne ke liye aaye hain.</w:t>
      </w:r>
      <w:r>
        <w:br/>
      </w:r>
      <w:r>
        <w:rPr>
          <w:sz w:val="20"/>
        </w:rPr>
        <w:t>1:34:20  to jab aap tehqeeq karenge to pata chalega ke baat kuch thi, baat kuch bandhi gayi.</w:t>
      </w:r>
      <w:r>
        <w:br/>
      </w:r>
      <w:r>
        <w:rPr>
          <w:sz w:val="20"/>
        </w:rPr>
        <w:t>1:34:28  woh kuch na be adabi hoti hai, na gustakhi hoti hai.</w:t>
      </w:r>
      <w:r>
        <w:br/>
      </w:r>
      <w:r>
        <w:rPr>
          <w:sz w:val="20"/>
        </w:rPr>
        <w:t>1:34:33  ek rumour hoti hai, rumour par daud padte hain.</w:t>
      </w:r>
      <w:r>
        <w:br/>
      </w:r>
      <w:r>
        <w:rPr>
          <w:sz w:val="20"/>
        </w:rPr>
        <w:t>1:34:37  ab kya karein? musalmanon mein Allah ka dar nahi hai.</w:t>
      </w:r>
      <w:r>
        <w:br/>
      </w:r>
      <w:r>
        <w:rPr>
          <w:sz w:val="20"/>
        </w:rPr>
        <w:t>1:34:41  basic baat hai, logon ko Allah ka dar nahi hai.</w:t>
      </w:r>
      <w:r>
        <w:br/>
      </w:r>
      <w:r>
        <w:rPr>
          <w:sz w:val="20"/>
        </w:rPr>
        <w:t>1:34:45  be khauf ho gaye hain, be khauf, bilkul theek ho gaye hain.</w:t>
      </w:r>
      <w:r>
        <w:br/>
      </w:r>
      <w:r>
        <w:rPr>
          <w:sz w:val="20"/>
        </w:rPr>
        <w:t>1:34:50  aur anjam ho chuka hai, azadi hai.</w:t>
      </w:r>
      <w:r>
        <w:br/>
      </w:r>
      <w:r>
        <w:rPr>
          <w:sz w:val="20"/>
        </w:rPr>
        <w:t>1:34:53  to is se is waqt har kidhar hoti hai.</w:t>
      </w:r>
      <w:r>
        <w:br/>
      </w:r>
      <w:r>
        <w:rPr>
          <w:sz w:val="20"/>
        </w:rPr>
        <w:t>1:34:57  agar har dictatorship hoti hai to kuch na hota.</w:t>
      </w:r>
      <w:r>
        <w:br/>
      </w:r>
      <w:r>
        <w:rPr>
          <w:sz w:val="20"/>
        </w:rPr>
        <w:t>1:35:01  jaise saudi arab mein sab nahi karte, log jante hain ke wahan par to mamooli baat pakad ke</w:t>
      </w:r>
      <w:r>
        <w:br/>
      </w:r>
      <w:r>
        <w:rPr>
          <w:sz w:val="20"/>
        </w:rPr>
        <w:t>1:35:09  jail mein band kar denge.</w:t>
      </w:r>
      <w:r>
        <w:br/>
      </w:r>
      <w:r>
        <w:rPr>
          <w:sz w:val="20"/>
        </w:rPr>
        <w:t>1:35:11  wahan yeh sab nahi hota.</w:t>
      </w:r>
      <w:r>
        <w:br/>
      </w:r>
      <w:r>
        <w:rPr>
          <w:sz w:val="20"/>
        </w:rPr>
        <w:t>1:35:14  yeh sab azadi ko bhi use kar rahe hain.</w:t>
      </w:r>
      <w:r>
        <w:br/>
      </w:r>
      <w:r>
        <w:rPr>
          <w:sz w:val="20"/>
        </w:rPr>
        <w:t>1:35:17  musalman yahan par na koi be adabi hui hai, na kuch hua.</w:t>
      </w:r>
      <w:r>
        <w:br/>
      </w:r>
      <w:r>
        <w:rPr>
          <w:sz w:val="20"/>
        </w:rPr>
        <w:t>1:35:23  yeh sab rumour thi jis pe itna bada gaon khada hua hai.</w:t>
      </w:r>
      <w:r>
        <w:br/>
      </w:r>
      <w:r>
        <w:rPr>
          <w:sz w:val="20"/>
        </w:rPr>
        <w:t>1:35:28  aur bilashuba is ka islam se koi talluq nahin.</w:t>
      </w:r>
    </w:p>
    <w:p>
      <w:pPr>
        <w:pStyle w:val="Heading2"/>
      </w:pPr>
      <w:r>
        <w:t>Inconsistency in Muslim protests and actions</w:t>
      </w:r>
    </w:p>
    <w:p>
      <w:r>
        <w:rPr>
          <w:color w:val="666666"/>
          <w:sz w:val="18"/>
        </w:rPr>
        <w:t>Society &amp; Dawah · Freedom of Expression in Islam 30 Sept 2012 - Maulana Wahiduddin Khan · 4m 15s · at 58:22 · https://youtu.be/WLlXSyxX8Q4?t=3502</w:t>
      </w:r>
    </w:p>
    <w:p>
      <w:r>
        <w:rPr>
          <w:i/>
        </w:rPr>
        <w:t>“I am puzzled by two different categories of news. Firstly, whenever anyone hurts religious sentiments of Muslims, there is a strong protest by them. Secondly, Muslims themselves damage Buddha statues in Afghanistan, damages the Mahavir statue in UP. Why is there this inconsistency?”</w:t>
      </w:r>
    </w:p>
    <w:p>
      <w:r>
        <w:rPr>
          <w:sz w:val="20"/>
        </w:rPr>
        <w:t>58:22  Maulana, yeh sawal aaya hai Raipur se Idrees sahib ka. unhon ne likha hai: "Maulana sahib, I am puzzled by two different categories of news.</w:t>
      </w:r>
      <w:r>
        <w:br/>
      </w:r>
      <w:r>
        <w:rPr>
          <w:sz w:val="20"/>
        </w:rPr>
        <w:t>58:34  Firstly, whenever anyone hurts religious sentiments of Muslims, there is a strong protest by them. Secondly, Muslims themselves damage Buddha statues in Afghanistan,</w:t>
      </w:r>
      <w:r>
        <w:br/>
      </w:r>
      <w:r>
        <w:rPr>
          <w:sz w:val="20"/>
        </w:rPr>
        <w:t>58:48  damages the Mahavir statue in UP.</w:t>
      </w:r>
      <w:r>
        <w:br/>
      </w:r>
      <w:r>
        <w:rPr>
          <w:sz w:val="20"/>
        </w:rPr>
        <w:t>58:51  All this hurts religious sentiments of others. It shows that Muslims are practicing the same thing what it is fighting against.</w:t>
      </w:r>
      <w:r>
        <w:br/>
      </w:r>
      <w:r>
        <w:rPr>
          <w:sz w:val="20"/>
        </w:rPr>
        <w:t>59:01  It is confusing. Are Muslims in principle against or in favor of the practice of hurting religious sentiments?" Kindly comment.</w:t>
      </w:r>
      <w:r>
        <w:br/>
      </w:r>
      <w:r>
        <w:rPr>
          <w:sz w:val="20"/>
        </w:rPr>
        <w:t>59:12  aap sahi keh rahe hain, jab aadmi</w:t>
      </w:r>
      <w:r>
        <w:br/>
      </w:r>
      <w:r>
        <w:rPr>
          <w:sz w:val="20"/>
        </w:rPr>
        <w:t>59:18  emotional ho jata hai to woh aise hi ban jata hai, contradictory, uska behaviour contradictory behaviour ban jata hai.</w:t>
      </w:r>
      <w:r>
        <w:br/>
      </w:r>
      <w:r>
        <w:rPr>
          <w:sz w:val="20"/>
        </w:rPr>
        <w:t>59:28  yeh jo musalman kar rahe hain, iska taluq na aql se hai, na islam se hai, kisi se nahin. Iske jazbat hain, yeh sirf</w:t>
      </w:r>
      <w:r>
        <w:br/>
      </w:r>
      <w:r>
        <w:rPr>
          <w:sz w:val="20"/>
        </w:rPr>
        <w:t>59:42  yani apne sentiment ko jante hain, apne emotions ko jante hain. Bas jo aadmi bhi jazbat mein rahega, woh uska behaviour jo hai, contradictory behaviour ban jayega.</w:t>
      </w:r>
      <w:r>
        <w:br/>
      </w:r>
      <w:r>
        <w:rPr>
          <w:sz w:val="20"/>
        </w:rPr>
        <w:t>59:58  agar aql pe hote hain, musalman tab bhi aisa nahin karte. Islam pe hote hain, tab bhi aisa nahin karte. Positive thinking ko andar andar hoti hai, tab bhi aisa nahin karte.</w:t>
      </w:r>
      <w:r>
        <w:br/>
      </w:r>
      <w:r>
        <w:rPr>
          <w:sz w:val="20"/>
        </w:rPr>
        <w:t>1:00:07  woh sirf jazbat mein bhare hain, bas jazbat, jazbat, jazbat. Aur unke jo so called leader hain, unke liye ek ek cheap ka protect karne ka bara aasan tareeqa mil gaya hai.</w:t>
      </w:r>
      <w:r>
        <w:br/>
      </w:r>
      <w:r>
        <w:rPr>
          <w:sz w:val="20"/>
        </w:rPr>
        <w:t>1:00:22  yeh sab musalman nahin hain, yeh yeh inke so called leader hain jo inko bharka bharka kar ke aisa kar diya. Main aap ko ek qissa bataoon, Imam Taimiya jo ab imam kahe jate hain, us zamane mein imam nahin kahe jate the.</w:t>
      </w:r>
      <w:r>
        <w:br/>
      </w:r>
      <w:r>
        <w:rPr>
          <w:sz w:val="20"/>
        </w:rPr>
        <w:t>1:00:38  woh to unki mashhoor kitab jo hai, "Al-Saalih bil Rasool" aur "Al-Ishad bil Rasool"</w:t>
      </w:r>
      <w:r>
        <w:br/>
      </w:r>
      <w:r>
        <w:rPr>
          <w:sz w:val="20"/>
        </w:rPr>
        <w:t>1:00:45  . To us waqt us zamane mein kuch ek qissa hua tha, ek Christian ne Rasool Allah ke bare mein ghaliban kuch keh diya tha. To uske baad unhone yeh kitab likhi thi.</w:t>
      </w:r>
      <w:r>
        <w:br/>
      </w:r>
      <w:r>
        <w:rPr>
          <w:sz w:val="20"/>
        </w:rPr>
        <w:t>1:00:57  To Ibn Taymiyyah ne taqreer waghera ki aur ek bheed jama ho gayi, usko le kar ke woh sham mein jo muslim sultan tha, uske paas gaye.</w:t>
      </w:r>
      <w:r>
        <w:br/>
      </w:r>
      <w:r>
        <w:rPr>
          <w:sz w:val="20"/>
        </w:rPr>
        <w:t>1:01:09  To jante hain kya hua? Muslim sultan ne Ibn Taymiyyah ko koday marwaye. Aaj jin ko aap yeh imam kehte hain, jo is kitab ke writer hain, unko koday marwaye.</w:t>
      </w:r>
      <w:r>
        <w:br/>
      </w:r>
      <w:r>
        <w:rPr>
          <w:sz w:val="20"/>
        </w:rPr>
        <w:t>1:01:23  aap ko shakk ho to aap aap yeh sari maloomat internet par maujood hain, aap internet par dekh sakte hain.</w:t>
      </w:r>
      <w:r>
        <w:br/>
      </w:r>
      <w:r>
        <w:rPr>
          <w:sz w:val="20"/>
        </w:rPr>
        <w:t>1:01:35  isko</w:t>
      </w:r>
      <w:r>
        <w:br/>
      </w:r>
      <w:r>
        <w:rPr>
          <w:sz w:val="20"/>
        </w:rPr>
        <w:t>1:01:36  isko sultan ne kaha ke tum ne taqreer kar kar ke bharkaye logon ko, bhark uthe logon ko. Main ne kaun janta janta tha kis ne kaha ke kis ne kaha tha. To innocent, wohi qissa aaj bhi hai.</w:t>
      </w:r>
      <w:r>
        <w:br/>
      </w:r>
      <w:r>
        <w:rPr>
          <w:sz w:val="20"/>
        </w:rPr>
        <w:t>1:01:48  innocence of innocence of muslim jo thi, woh kahin internet pe thi. Kaun janta tha isko? Yeh jo hamare so called leader hain, yahi bharka bharka kar taqreeren karte hain aur bheed jama karte hain.</w:t>
      </w:r>
      <w:r>
        <w:br/>
      </w:r>
      <w:r>
        <w:rPr>
          <w:sz w:val="20"/>
        </w:rPr>
        <w:t>1:02:02  asal mujrim jo hain, yaad rakhiye, awam nahin hain, asal mujrim wohi leader hain jo taqreeren karte hain.</w:t>
      </w:r>
      <w:r>
        <w:br/>
      </w:r>
      <w:r>
        <w:rPr>
          <w:sz w:val="20"/>
        </w:rPr>
        <w:t>1:02:08  jo Quran mein akabir mujrimiyah, akabir mujrimiyah ka matlab yeh hai ke taqreeren karne wale jazbati taqreeren kar ke bharka kar logon ko bheed jama karte hain.</w:t>
      </w:r>
      <w:r>
        <w:br/>
      </w:r>
      <w:r>
        <w:rPr>
          <w:sz w:val="20"/>
        </w:rPr>
        <w:t>1:02:22  yeh hai cheap property gain karne ka bohat aasan nuskha. To aise log aise hi karenge, yani unka unka behaviour hamesha contradictory behaviour rahega.</w:t>
      </w:r>
    </w:p>
    <w:p>
      <w:pPr>
        <w:pStyle w:val="Heading2"/>
      </w:pPr>
      <w:r>
        <w:t>Increasing conviction for dawa work</w:t>
      </w:r>
    </w:p>
    <w:p>
      <w:r>
        <w:rPr>
          <w:color w:val="666666"/>
          <w:sz w:val="18"/>
        </w:rPr>
        <w:t>Society &amp; Dawah · Purpose of Human Life February 12, 2012 Maulana Wahiduddin Khan · 2m 28s · at 1:36:28 · https://youtu.be/gRupSXuak-w?t=5788</w:t>
      </w:r>
    </w:p>
    <w:p>
      <w:r>
        <w:rPr>
          <w:i/>
        </w:rPr>
        <w:t>“Quran being a preserved book of God gives us such a lot of conviction. How can we increase this thought in our mind to do better dawa work?”</w:t>
      </w:r>
    </w:p>
    <w:p>
      <w:r>
        <w:rPr>
          <w:sz w:val="20"/>
        </w:rPr>
        <w:t>1:36:28  maulana, agla sawal delhi se miss naghma siddiqui ka hai. unhon ne likha hai: "quran being a preserved book of god gives us such a lot of conviction.</w:t>
      </w:r>
      <w:r>
        <w:br/>
      </w:r>
      <w:r>
        <w:rPr>
          <w:sz w:val="20"/>
        </w:rPr>
        <w:t>1:36:39  how can we increase this thought in our mind to do better dawa work?"</w:t>
      </w:r>
      <w:r>
        <w:br/>
      </w:r>
      <w:r>
        <w:rPr>
          <w:sz w:val="20"/>
        </w:rPr>
        <w:t>1:36:48  han, yeh to bohat achi baat hai. yani dawa work karne ka jazba is waqt aur badh jayega jab aap samjhen ke main hi woh shakhs hoon jis ke pas preserved book hai aur kisi ke pas preserved book nahin.</w:t>
      </w:r>
      <w:r>
        <w:br/>
      </w:r>
      <w:r>
        <w:rPr>
          <w:sz w:val="20"/>
        </w:rPr>
        <w:t>1:37:03  yeh to bohat bari cheez hai. kyun k jitni bhi mazhab ki kitabein doosri hain, woh sab yaani original form mein nahi hain.</w:t>
      </w:r>
      <w:r>
        <w:br/>
      </w:r>
      <w:r>
        <w:rPr>
          <w:sz w:val="20"/>
        </w:rPr>
        <w:t>1:37:13  koi bhi kitab nahi.</w:t>
      </w:r>
      <w:r>
        <w:br/>
      </w:r>
      <w:r>
        <w:rPr>
          <w:sz w:val="20"/>
        </w:rPr>
        <w:t>1:37:16  sab mein alteration ho chuka hai, sab mein changes ho chuke hain, sab k historical credibility doubtfull hai. lekin Quran jo hai, poori tarah mehfooz hai.</w:t>
      </w:r>
      <w:r>
        <w:br/>
      </w:r>
      <w:r>
        <w:rPr>
          <w:sz w:val="20"/>
        </w:rPr>
        <w:t>1:37:28  poori tarah woh yaani yaqeen kar sakte hain aap k yeh yeh wohi Quran hai jo Rasool Allah ko Allah taala ne seven century mein diya</w:t>
      </w:r>
      <w:r>
        <w:br/>
      </w:r>
      <w:r>
        <w:rPr>
          <w:sz w:val="20"/>
        </w:rPr>
        <w:t>1:37:37  tha.yeh yaqeen to bohat toofani bana deta hai daai ko k mere paas woh cheez hai jo kis duniya mein kisi k paas nahi.</w:t>
      </w:r>
      <w:r>
        <w:br/>
      </w:r>
      <w:r>
        <w:rPr>
          <w:sz w:val="20"/>
        </w:rPr>
        <w:t>1:37:48  yeh to aise hi hai jaise k ek aadmi tijarat karna chahta ho aur pata chalay k shehar mein is paas jo item bechne k shehar mein kisi k paas nahi hai.</w:t>
      </w:r>
      <w:r>
        <w:br/>
      </w:r>
      <w:r>
        <w:rPr>
          <w:sz w:val="20"/>
        </w:rPr>
        <w:t>1:37:57  to woh andha dhund ja kar market mein baith jaye ga k mere paas woh item hai jo kisi k paas nahi hai. to to log toot padenge is ko khareedne k liye.</w:t>
      </w:r>
      <w:r>
        <w:br/>
      </w:r>
      <w:r>
        <w:rPr>
          <w:sz w:val="20"/>
        </w:rPr>
        <w:t>1:38:07  to yeh bohat bari mein bataon k yaani yaqeen ka samandar aap k andar aa jaye ga jab aap yeh sochien k kaisa ajeeb hai bara muamla k duniya mein kisi k paas woh kitab nahi hai jis k paas baray mein woh kis kahay k yeh preserved book of God hai,</w:t>
      </w:r>
      <w:r>
        <w:br/>
      </w:r>
      <w:r>
        <w:rPr>
          <w:sz w:val="20"/>
        </w:rPr>
        <w:t>1:38:28  authentic book of God hai, kisi k paas nahi hai.</w:t>
      </w:r>
      <w:r>
        <w:br/>
      </w:r>
      <w:r>
        <w:rPr>
          <w:sz w:val="20"/>
        </w:rPr>
        <w:t>1:38:32  to jab aap Quran ko le kar uthenge to aap k andar ek athah samandar ka mani dekhen, yaqeen uble ga aur aur bilkul near bila khauf aap kood padenge har jagah aur us ko ja kar logon ko pohnchainge.</w:t>
      </w:r>
      <w:r>
        <w:br/>
      </w:r>
      <w:r>
        <w:rPr>
          <w:sz w:val="20"/>
        </w:rPr>
        <w:t>1:38:50  andar ka yaqeen jo hai aap ka, woh aap ko hero bana de ga.</w:t>
      </w:r>
    </w:p>
    <w:p>
      <w:pPr>
        <w:pStyle w:val="Heading2"/>
      </w:pPr>
      <w:r>
        <w:t>Increasing conviction from Quran for dawah</w:t>
      </w:r>
    </w:p>
    <w:p>
      <w:r>
        <w:rPr>
          <w:color w:val="666666"/>
          <w:sz w:val="18"/>
        </w:rPr>
        <w:t>Society &amp; Dawah · Purpose Of Human Life -12th Feb. '12 · 2m 25s · at 1:40:29 · https://youtu.be/TCGYvGJHf7w?t=6029</w:t>
      </w:r>
    </w:p>
    <w:p>
      <w:r>
        <w:rPr>
          <w:i/>
        </w:rPr>
        <w:t>“The Quran being a preserved book of God gives us a lot of conviction. How can we increase this thought in our mind to do better dawah work?”</w:t>
      </w:r>
    </w:p>
    <w:p>
      <w:r>
        <w:rPr>
          <w:sz w:val="20"/>
        </w:rPr>
        <w:t>1:40:29  Maulana, agla sawal dilli se Miss Naghma Siddiqui ka hai.</w:t>
      </w:r>
      <w:r>
        <w:br/>
      </w:r>
      <w:r>
        <w:rPr>
          <w:sz w:val="20"/>
        </w:rPr>
        <w:t>1:40:34  unhon ne likha hai Quran being a preserved book of God gives us such a lot of conviction.</w:t>
      </w:r>
      <w:r>
        <w:br/>
      </w:r>
      <w:r>
        <w:rPr>
          <w:sz w:val="20"/>
        </w:rPr>
        <w:t>1:40:39  How can we increase this thought in our mind to do better da'wa work?</w:t>
      </w:r>
      <w:r>
        <w:br/>
      </w:r>
      <w:r>
        <w:rPr>
          <w:sz w:val="20"/>
        </w:rPr>
        <w:t>1:40:43  haan, yeh to bohat achi baat hai.</w:t>
      </w:r>
      <w:r>
        <w:br/>
      </w:r>
      <w:r>
        <w:rPr>
          <w:sz w:val="20"/>
        </w:rPr>
        <w:t>1:40:48  yani da'wa work karne ka jazba is waqt aur barh jayega jab aap samjhein ke main hi</w:t>
      </w:r>
      <w:r>
        <w:br/>
      </w:r>
      <w:r>
        <w:rPr>
          <w:sz w:val="20"/>
        </w:rPr>
        <w:t>1:40:53  woh shakhs hoon jis ke paas preserved book hai aur kisi ke paas preserved book nahi hai.</w:t>
      </w:r>
      <w:r>
        <w:br/>
      </w:r>
      <w:r>
        <w:rPr>
          <w:sz w:val="20"/>
        </w:rPr>
        <w:t>1:40:57  yeh to bohat bari cheez hai.</w:t>
      </w:r>
      <w:r>
        <w:br/>
      </w:r>
      <w:r>
        <w:rPr>
          <w:sz w:val="20"/>
        </w:rPr>
        <w:t>1:41:02  kyunke jitni bhi mazhab ki kitabein doosri hain, woh sab yaani original form mein nahi hain.</w:t>
      </w:r>
      <w:r>
        <w:br/>
      </w:r>
      <w:r>
        <w:rPr>
          <w:sz w:val="20"/>
        </w:rPr>
        <w:t>1:41:07  koi bhi kitab nahi hai.</w:t>
      </w:r>
      <w:r>
        <w:br/>
      </w:r>
      <w:r>
        <w:rPr>
          <w:sz w:val="20"/>
        </w:rPr>
        <w:t>1:41:11  sab mein alteration ho chuka hai, sab mein changes ho chuke hain.</w:t>
      </w:r>
      <w:r>
        <w:br/>
      </w:r>
      <w:r>
        <w:rPr>
          <w:sz w:val="20"/>
        </w:rPr>
        <w:t>1:41:16  sab ki historical credibility doubtful hai.</w:t>
      </w:r>
      <w:r>
        <w:br/>
      </w:r>
      <w:r>
        <w:rPr>
          <w:sz w:val="20"/>
        </w:rPr>
        <w:t>1:41:21  lekin quran jo hai poori tarah mehfooz hai.</w:t>
      </w:r>
      <w:r>
        <w:br/>
      </w:r>
      <w:r>
        <w:rPr>
          <w:sz w:val="20"/>
        </w:rPr>
        <w:t>1:41:25  poori tarah woh yaani yaqeen kar sakte hain aap ke yeh wahi quran hai jo rasool Allah ko</w:t>
      </w:r>
      <w:r>
        <w:br/>
      </w:r>
      <w:r>
        <w:rPr>
          <w:sz w:val="20"/>
        </w:rPr>
        <w:t>1:41:30  Allah taala ne seventh century mein diya tha.</w:t>
      </w:r>
      <w:r>
        <w:br/>
      </w:r>
      <w:r>
        <w:rPr>
          <w:sz w:val="20"/>
        </w:rPr>
        <w:t>1:41:35  yeh yaqeen to bohat toofani bana deta hai daai ko.</w:t>
      </w:r>
      <w:r>
        <w:br/>
      </w:r>
      <w:r>
        <w:rPr>
          <w:sz w:val="20"/>
        </w:rPr>
        <w:t>1:41:39  ke mere paas woh cheez hai jo duniya mein kisi ke paas bhi nahi hai.</w:t>
      </w:r>
      <w:r>
        <w:br/>
      </w:r>
      <w:r>
        <w:rPr>
          <w:sz w:val="20"/>
        </w:rPr>
        <w:t>1:41:44  yeh to aise hi hai jaise ke ek aadmi tijarat karna chahta ho aur pata chale ke shehar</w:t>
      </w:r>
      <w:r>
        <w:br/>
      </w:r>
      <w:r>
        <w:rPr>
          <w:sz w:val="20"/>
        </w:rPr>
        <w:t>1:41:49  mein is ke paas jo item hai bechne ke shehar mein kisi ke paas nahi hai.</w:t>
      </w:r>
      <w:r>
        <w:br/>
      </w:r>
      <w:r>
        <w:rPr>
          <w:sz w:val="20"/>
        </w:rPr>
        <w:t>1:41:53  to woh andha dhund ja kar market mein baith jayega.</w:t>
      </w:r>
      <w:r>
        <w:br/>
      </w:r>
      <w:r>
        <w:rPr>
          <w:sz w:val="20"/>
        </w:rPr>
        <w:t>1:41:58  ke mere paas woh item hai jo kisi ke paas nahi hai, to yeh to log toot padenge</w:t>
      </w:r>
      <w:r>
        <w:br/>
      </w:r>
      <w:r>
        <w:rPr>
          <w:sz w:val="20"/>
        </w:rPr>
        <w:t>1:42:03  iske khareedne ke liye.</w:t>
      </w:r>
      <w:r>
        <w:br/>
      </w:r>
      <w:r>
        <w:rPr>
          <w:sz w:val="20"/>
        </w:rPr>
        <w:t>1:42:07  to yeh bohat bari mein bataun ke yaani yaqeen ka samandar aap ke andar aa jayega jab</w:t>
      </w:r>
      <w:r>
        <w:br/>
      </w:r>
      <w:r>
        <w:rPr>
          <w:sz w:val="20"/>
        </w:rPr>
        <w:t>1:42:12  aap yeh sochein ke kaisa ajeeb hai bara muamla ke duniya mein kisi ke paas woh kitab nahi</w:t>
      </w:r>
      <w:r>
        <w:br/>
      </w:r>
      <w:r>
        <w:rPr>
          <w:sz w:val="20"/>
        </w:rPr>
        <w:t>1:42:17  hai jis ke baray mein woh keh sakein ke yeh preserved book of God hai.</w:t>
      </w:r>
      <w:r>
        <w:br/>
      </w:r>
      <w:r>
        <w:rPr>
          <w:sz w:val="20"/>
        </w:rPr>
        <w:t>1:42:21  Authentic book of God hai.</w:t>
      </w:r>
      <w:r>
        <w:br/>
      </w:r>
      <w:r>
        <w:rPr>
          <w:sz w:val="20"/>
        </w:rPr>
        <w:t>1:42:26  kisi ke paas nahi hai.</w:t>
      </w:r>
      <w:r>
        <w:br/>
      </w:r>
      <w:r>
        <w:rPr>
          <w:sz w:val="20"/>
        </w:rPr>
        <w:t>1:42:31  to jab aap quran ko le ke uthenge to aap ke andar ek athah samandar ka maani</w:t>
      </w:r>
      <w:r>
        <w:br/>
      </w:r>
      <w:r>
        <w:rPr>
          <w:sz w:val="20"/>
        </w:rPr>
        <w:t>1:42:35  dekhein, yaqeen ublega.</w:t>
      </w:r>
      <w:r>
        <w:br/>
      </w:r>
      <w:r>
        <w:rPr>
          <w:sz w:val="20"/>
        </w:rPr>
        <w:t>1:42:40  aur aur bilkul bila khauf kood padenge har jagah.</w:t>
      </w:r>
      <w:r>
        <w:br/>
      </w:r>
      <w:r>
        <w:rPr>
          <w:sz w:val="20"/>
        </w:rPr>
        <w:t>1:42:45  aur us ko ja kar logon ko pahunchayenge.</w:t>
      </w:r>
      <w:r>
        <w:br/>
      </w:r>
      <w:r>
        <w:rPr>
          <w:sz w:val="20"/>
        </w:rPr>
        <w:t>1:42:49  andar ka yaqeen jo hai aap ka woh aap ko hero bana dega.</w:t>
      </w:r>
    </w:p>
    <w:p>
      <w:pPr>
        <w:pStyle w:val="Heading2"/>
      </w:pPr>
      <w:r>
        <w:t>Inculcating struggle for nation building</w:t>
      </w:r>
    </w:p>
    <w:p>
      <w:r>
        <w:rPr>
          <w:color w:val="666666"/>
          <w:sz w:val="18"/>
        </w:rPr>
        <w:t>Society &amp; Dawah · Nation Building On India's Republic Day Jan 26, 2020 Maulana Wahiduddin Khan · 2m 16s · at 49:55 · https://youtu.be/58CVocbLAb8?t=2995</w:t>
      </w:r>
    </w:p>
    <w:p>
      <w:r>
        <w:rPr>
          <w:i/>
        </w:rPr>
        <w:t>“We always inculcate a spirit of struggle towards our own development. How should we inculcate the same for the nation? How should we contribute towards nation building?”</w:t>
      </w:r>
    </w:p>
    <w:p>
      <w:r>
        <w:rPr>
          <w:sz w:val="20"/>
        </w:rPr>
        <w:t>49:55  jazak allah khair for your striving ideas like this." mashallah. molana agla sawal gawah se aamir mori sahab ne bhi bejha hai.</w:t>
      </w:r>
      <w:r>
        <w:br/>
      </w:r>
      <w:r>
        <w:rPr>
          <w:sz w:val="20"/>
        </w:rPr>
        <w:t>50:05  unhon ne likha hai: "molana sahab we always inculcate a spirit of struggle towards our own development.</w:t>
      </w:r>
      <w:r>
        <w:br/>
      </w:r>
      <w:r>
        <w:rPr>
          <w:sz w:val="20"/>
        </w:rPr>
        <w:t>50:14  how should we inculcate the same for nation? how should we contribute towards nation building?</w:t>
      </w:r>
      <w:r>
        <w:br/>
      </w:r>
      <w:r>
        <w:rPr>
          <w:sz w:val="20"/>
        </w:rPr>
        <w:t>50:22  kindly advise all of us." dekhein hum to nation ka part hain part. jis tarah maa jis tarah mein apni maa ka part hoon.</w:t>
      </w:r>
      <w:r>
        <w:br/>
      </w:r>
      <w:r>
        <w:rPr>
          <w:sz w:val="20"/>
        </w:rPr>
        <w:t>50:36  isi tarah se mein nation ka part hoon. mother land ka jo mother land ka jo concept hai woh bilkul sahi manta hoon mein is ko.</w:t>
      </w:r>
      <w:r>
        <w:br/>
      </w:r>
      <w:r>
        <w:rPr>
          <w:sz w:val="20"/>
        </w:rPr>
        <w:t>50:48  bilkul sahi manta hoon mein.</w:t>
      </w:r>
      <w:r>
        <w:br/>
      </w:r>
      <w:r>
        <w:rPr>
          <w:sz w:val="20"/>
        </w:rPr>
        <w:t>50:55  ek ek riwayat aati hai. ek riwayat aati hai ke rasool allah sallallahu alaihi wasallam ek bar ek safar mein gaye to to un ki jo maa thi rasool allah ki jo maa thi kaha jata hai ke woh rastay mein un ka intiqal ho gaya tha aur rastay mein un ki qabar banai gayi thi.</w:t>
      </w:r>
      <w:r>
        <w:br/>
      </w:r>
      <w:r>
        <w:rPr>
          <w:sz w:val="20"/>
        </w:rPr>
        <w:t>51:16  to rasool allah ko jab maloom hua ke yeh meri maa ki qabar hai to wahan woh thehar gaye aur ronay lage aap. rasool allah roye wahan par.</w:t>
      </w:r>
      <w:r>
        <w:br/>
      </w:r>
      <w:r>
        <w:rPr>
          <w:sz w:val="20"/>
        </w:rPr>
        <w:t>51:26  to jis tarah aap apni maa ke liye ek love paida karte hain apne andar. maa se aap ko mohabbat hoti hai. to jis tarah maa se mohabbat hoti hai isi tarah se fitri taur par aap ko apne watan se mohabbat hoti hai.</w:t>
      </w:r>
      <w:r>
        <w:br/>
      </w:r>
      <w:r>
        <w:rPr>
          <w:sz w:val="20"/>
        </w:rPr>
        <w:t>51:43  mujhe to jaiz tajurba hai aur yahi mein samajhta hoon ke deen ka taqaza bhi hai.</w:t>
      </w:r>
      <w:r>
        <w:br/>
      </w:r>
      <w:r>
        <w:rPr>
          <w:sz w:val="20"/>
        </w:rPr>
        <w:t>51:55  we would like to tell all the viewers that molana's article on patriotism will be coming in the march twenty twenty al risala.</w:t>
      </w:r>
      <w:r>
        <w:br/>
      </w:r>
      <w:r>
        <w:rPr>
          <w:sz w:val="20"/>
        </w:rPr>
        <w:t>52:05  so you should all read that article on patriotism. it will be published next month.</w:t>
      </w:r>
    </w:p>
    <w:p>
      <w:pPr>
        <w:pStyle w:val="Heading2"/>
      </w:pPr>
      <w:r>
        <w:t>Is Dawah and Tabligh compulsory?</w:t>
      </w:r>
    </w:p>
    <w:p>
      <w:r>
        <w:rPr>
          <w:color w:val="666666"/>
          <w:sz w:val="18"/>
        </w:rPr>
        <w:t>Society &amp; Dawah · God in the Age of Science January 08, 2017 · 2m 18s · at 1:10:45 · https://youtu.be/au1bRdQDZ0U?t=4245</w:t>
      </w:r>
    </w:p>
    <w:p>
      <w:r>
        <w:rPr>
          <w:i/>
        </w:rPr>
        <w:t>“I have heard from an Islamic scholar that Dawah and Tabligh are not compulsory, but there should be a group that should bring people towards Allah. What is your opinion?”</w:t>
      </w:r>
    </w:p>
    <w:p>
      <w:r>
        <w:rPr>
          <w:sz w:val="20"/>
        </w:rPr>
        <w:t>1:10:45  development ka process aap jari karte hain dono baatein Maulana agla sawal dilli se mashood farooqi sahib ne</w:t>
      </w:r>
      <w:r>
        <w:br/>
      </w:r>
      <w:r>
        <w:rPr>
          <w:sz w:val="20"/>
        </w:rPr>
        <w:t>1:10:53  کیا ہے انہوں نے لکھا ہے I have heard from an Islamic scholar that dawat aur tableegh is</w:t>
      </w:r>
      <w:r>
        <w:br/>
      </w:r>
      <w:r>
        <w:rPr>
          <w:sz w:val="20"/>
        </w:rPr>
        <w:t>1:11:01  not compulsory but there should be a Jamaat that should bring people towards Allah Maulana what is your</w:t>
      </w:r>
      <w:r>
        <w:br/>
      </w:r>
      <w:r>
        <w:rPr>
          <w:sz w:val="20"/>
        </w:rPr>
        <w:t>1:11:08  view on this yeh bilkul galat baatein hain bilkul galat baatein hain hundred percent be asal baatein hain</w:t>
      </w:r>
      <w:r>
        <w:br/>
      </w:r>
      <w:r>
        <w:rPr>
          <w:sz w:val="20"/>
        </w:rPr>
        <w:t>1:11:16  jo aadmi Quran o Hadees ka hawala na de us ko jhoota samjhiye yeh baatein kehte hain baghair</w:t>
      </w:r>
      <w:r>
        <w:br/>
      </w:r>
      <w:r>
        <w:rPr>
          <w:sz w:val="20"/>
        </w:rPr>
        <w:t>1:11:24  hawale ke kahan Quran o Hadees mein likha hua hai yaad rakhiye jo aadmi ek baat kahe aur</w:t>
      </w:r>
      <w:r>
        <w:br/>
      </w:r>
      <w:r>
        <w:rPr>
          <w:sz w:val="20"/>
        </w:rPr>
        <w:t>1:11:32  us ne hawala na diya ho Quran o Hadees ka woh jhoot bolta hai use puchiye use keh</w:t>
      </w:r>
      <w:r>
        <w:br/>
      </w:r>
      <w:r>
        <w:rPr>
          <w:sz w:val="20"/>
        </w:rPr>
        <w:t>1:11:39  kis quran ki aisa nikalte ho kis hadith se aisa nikalte ho to ji bohat hi sakht baat</w:t>
      </w:r>
      <w:r>
        <w:br/>
      </w:r>
      <w:r>
        <w:rPr>
          <w:sz w:val="20"/>
        </w:rPr>
        <w:t>1:11:47  hai ke aadmi apne zaban se bole aap ko chahiye quran ko padhein hadith ko padhein aur phir</w:t>
      </w:r>
      <w:r>
        <w:br/>
      </w:r>
      <w:r>
        <w:rPr>
          <w:sz w:val="20"/>
        </w:rPr>
        <w:t>1:11:55  jaanen ke waat is truth aur phir bolein hawale ke sath molana iqbal umri ne chennai se sawal</w:t>
      </w:r>
      <w:r>
        <w:br/>
      </w:r>
      <w:r>
        <w:rPr>
          <w:sz w:val="20"/>
        </w:rPr>
        <w:t>1:12:02  bheja hai unhon ne likha hai universal iman ke liye bhi aur universal dawah opportunities ke liye supportive</w:t>
      </w:r>
      <w:r>
        <w:br/>
      </w:r>
      <w:r>
        <w:rPr>
          <w:sz w:val="20"/>
        </w:rPr>
        <w:t>1:12:10  age ki zarorat thi wahi ye new age hai molana sahib sahih hamd ke liye kya cheez rukawat</w:t>
      </w:r>
      <w:r>
        <w:br/>
      </w:r>
      <w:r>
        <w:rPr>
          <w:sz w:val="20"/>
        </w:rPr>
        <w:t>1:12:18  bani hai is ke bare mein bataein mein to samajhta hoon yahi bani ke ke aain waqt par</w:t>
      </w:r>
      <w:r>
        <w:br/>
      </w:r>
      <w:r>
        <w:rPr>
          <w:sz w:val="20"/>
        </w:rPr>
        <w:t>1:12:26  shaitan ne hum musalmanon ko negative thought mein phansa diya ke ye dushman hamare hain best hamara dushman</w:t>
      </w:r>
      <w:r>
        <w:br/>
      </w:r>
      <w:r>
        <w:rPr>
          <w:sz w:val="20"/>
        </w:rPr>
        <w:t>1:12:33  hai bohat hi hoshiyari ke sath shaitan ne divert kar diya isi zamane mein aap jante hain ke</w:t>
      </w:r>
      <w:r>
        <w:br/>
      </w:r>
      <w:r>
        <w:rPr>
          <w:sz w:val="20"/>
        </w:rPr>
        <w:t>1:12:41  jis zamane mein ye science ubhri hai yani 400 saal ke darmian science ka development 400 saal hua</w:t>
      </w:r>
      <w:r>
        <w:br/>
      </w:r>
      <w:r>
        <w:rPr>
          <w:sz w:val="20"/>
        </w:rPr>
        <w:t>1:12:49  hai isi darmian mein shaitan ne musalmanon ko mahan mein dal diya ye bhi to dushman tumhare hain</w:t>
      </w:r>
      <w:r>
        <w:br/>
      </w:r>
      <w:r>
        <w:rPr>
          <w:sz w:val="20"/>
        </w:rPr>
        <w:t>1:12:56  ye ye shaitani waswasa hai allazi waswasa fi sudoor al-nas to hamein naoozubillah kehna parega naooz</w:t>
      </w:r>
    </w:p>
    <w:p>
      <w:pPr>
        <w:pStyle w:val="Heading2"/>
      </w:pPr>
      <w:r>
        <w:t>Is Islamic Khilafat concept dajjaliat?</w:t>
      </w:r>
    </w:p>
    <w:p>
      <w:r>
        <w:rPr>
          <w:color w:val="666666"/>
          <w:sz w:val="18"/>
        </w:rPr>
        <w:t>Society &amp; Dawah · Problem of Dajjal 29 sept, 2019 - Maulana Wahiduddin Khan · 2m 06s · at 1:10:07 · https://youtu.be/PL-Kv-sE68w?t=4207</w:t>
      </w:r>
    </w:p>
    <w:p>
      <w:r>
        <w:rPr>
          <w:i/>
        </w:rPr>
        <w:t>“In our syllabus books we read Islamiyat. In the book we read many times that Islam is a complete way of life. Dr. Israr, who was a famous scholar, his teachings were also based on the fact that Muslims should emphasize Islamic system of Khilafat. I want to ask whether this concept of Islamic system of Khilafat is also dajjaliat?”</w:t>
      </w:r>
    </w:p>
    <w:p>
      <w:r>
        <w:rPr>
          <w:sz w:val="20"/>
        </w:rPr>
        <w:t>1:10:07  Maulana, agla sawal Pakistan se bheja hai Miss Shaista Ramzan ne. Unhon ne likha hai: "Maulana sahib, in our syllabus books we read Islamiyat.</w:t>
      </w:r>
      <w:r>
        <w:br/>
      </w:r>
      <w:r>
        <w:rPr>
          <w:sz w:val="20"/>
        </w:rPr>
        <w:t>1:10:20  in the book we read many times that Islam is a complete way of life. Dr. Israr, who was a famous scholar.</w:t>
      </w:r>
      <w:r>
        <w:br/>
      </w:r>
      <w:r>
        <w:rPr>
          <w:sz w:val="20"/>
        </w:rPr>
        <w:t>1:10:29  His teachings were also based on the fact that Muslims should emphasize Islamic nizam-e-khilafat. I want to ask whether this concept of Islamic nizam-e-khilafat is also dajaliat." Yaqin, yaqin, yaqin,</w:t>
      </w:r>
      <w:r>
        <w:br/>
      </w:r>
      <w:r>
        <w:rPr>
          <w:sz w:val="20"/>
        </w:rPr>
        <w:t>1:10:48  ap agar is ko folo karte hain to ye kahiye ke main flan sahib ke nazariye ko manti hun, jaise daktar asrar ke nazariye ko manti hun.</w:t>
      </w:r>
      <w:r>
        <w:br/>
      </w:r>
      <w:r>
        <w:rPr>
          <w:sz w:val="20"/>
        </w:rPr>
        <w:t>1:10:58  un ka nam lijye, ap quran ka nam kyu lete hain, hadis ke nam kyu lete hain, islam ke nam kyu lete hain? ap to foloar hain ek insan ka, ko folo kar rahi hain jis ka nam hai daktar asrar.</w:t>
      </w:r>
      <w:r>
        <w:br/>
      </w:r>
      <w:r>
        <w:rPr>
          <w:sz w:val="20"/>
        </w:rPr>
        <w:t>1:11:13  to ap isi ka nam lijye to mujhe koi etraz nahi hoga.</w:t>
      </w:r>
    </w:p>
    <w:p>
      <w:pPr>
        <w:pStyle w:val="Heading2"/>
      </w:pPr>
      <w:r>
        <w:t>Is Partition in Islam's Name Wrong?</w:t>
      </w:r>
    </w:p>
    <w:p>
      <w:r>
        <w:rPr>
          <w:color w:val="666666"/>
          <w:sz w:val="18"/>
        </w:rPr>
        <w:t>Society &amp; Dawah · Islam and Violence October 12, 2014 · 2m 25s · at 1:06:53 · https://youtu.be/KmpXYZjPlj8?t=4013</w:t>
      </w:r>
    </w:p>
    <w:p>
      <w:r>
        <w:rPr>
          <w:i/>
        </w:rPr>
        <w:t>“Moulana, just for gaining knowledge, if I want to know whether partition of a country in the name of Islam is wrong, then how is it possible to increase the believers of Islam? Because as people accept the Islamic faith, their population will demand partition, as other believers would not like the faith and style of Islam. What is your comment?”</w:t>
      </w:r>
    </w:p>
    <w:p>
      <w:r>
        <w:rPr>
          <w:sz w:val="20"/>
        </w:rPr>
        <w:t>1:06:53  maulana, agla sawal dilli se hai shahab haider sahab ka, aur unhon ne likha hai: "maulana, just for gaining knowledge, if i want to know that if partition of a country in the name of islam is wrong, then how it is it possible to increase the believers of islam</w:t>
      </w:r>
      <w:r>
        <w:br/>
      </w:r>
      <w:r>
        <w:rPr>
          <w:sz w:val="20"/>
        </w:rPr>
        <w:t>1:07:15  ? because as people accept islamic faith, their population will demand for partition, as other believers would not like the faith and style of islam.</w:t>
      </w:r>
      <w:r>
        <w:br/>
      </w:r>
      <w:r>
        <w:rPr>
          <w:sz w:val="20"/>
        </w:rPr>
        <w:t>1:07:28  what is your comment?" dekhiye, yeh logic aap ki sahi nahi hai. basic baat yeh aap mujhe bataiye ke partition quran o hadith mein kahan likha hua hai?</w:t>
      </w:r>
      <w:r>
        <w:br/>
      </w:r>
      <w:r>
        <w:rPr>
          <w:sz w:val="20"/>
        </w:rPr>
        <w:t>1:07:39  rasool Allah ne kaha makkah bare mein kaha ke makkah mujhe partition kar ke adha hissa do, mujhe mein madine nahi jaunga. jab makkah walon ne pareshan kiya, aap madine chale gaye to aap kehte hain ke mujhe madina nahi jana, mujhe ek hissa partition kar ke do makkah ka, mein yahan rahunga, mera watan hai yeh.</w:t>
      </w:r>
      <w:r>
        <w:br/>
      </w:r>
      <w:r>
        <w:rPr>
          <w:sz w:val="20"/>
        </w:rPr>
        <w:t>1:08:00  to partition ka concept pehle quran o hadith mein nikaliye, phir is par baatein kahiye. yeh sab logic jo aap ki hai, bilkul irrelevant hai.</w:t>
      </w:r>
      <w:r>
        <w:br/>
      </w:r>
      <w:r>
        <w:rPr>
          <w:sz w:val="20"/>
        </w:rPr>
        <w:t>1:08:10  sab se pehla kaam yeh hai ke jo aadmi partition ko sahi samajhta hai, woh mujhe bataye ke quran o hadith mein kahan hai partition concept?</w:t>
      </w:r>
      <w:r>
        <w:br/>
      </w:r>
      <w:r>
        <w:rPr>
          <w:sz w:val="20"/>
        </w:rPr>
        <w:t>1:08:19  woh to hai hi nahi.</w:t>
      </w:r>
      <w:r>
        <w:br/>
      </w:r>
      <w:r>
        <w:rPr>
          <w:sz w:val="20"/>
        </w:rPr>
        <w:t>1:08:24  bilkul yeh yani ajnabi hai yeh tasawwur quran o hadith mein.</w:t>
      </w:r>
      <w:r>
        <w:br/>
      </w:r>
      <w:r>
        <w:rPr>
          <w:sz w:val="20"/>
        </w:rPr>
        <w:t>1:08:30  mein ne bar bar parha hai quran o hadith ko, sunnat rasool ko, mujhe to kahin mila nahi. kisi ko mila hai to mujhe bataye, woh kahan woh ayat hai, kahan woh hadith hai jahan partition ka tasawwur maujood hai?</w:t>
      </w:r>
      <w:r>
        <w:br/>
      </w:r>
      <w:r>
        <w:rPr>
          <w:sz w:val="20"/>
        </w:rPr>
        <w:t>1:08:47  islam yeh hai ke aap sare insano ko ek samjhein, sari dunya ko Allah ka banda samjhein, aur sab ko yeksan darje mein sab se mohabbat karein.</w:t>
      </w:r>
      <w:r>
        <w:br/>
      </w:r>
      <w:r>
        <w:rPr>
          <w:sz w:val="20"/>
        </w:rPr>
        <w:t>1:09:00  sab yeksan darje mein sab ke khair khwahon, aur ek hi cheez aap ka nishana hona chahiye, woh hai Allah ke bhagaon ko bachana. bas aur koi nishana nahi.</w:t>
      </w:r>
    </w:p>
    <w:p>
      <w:pPr>
        <w:pStyle w:val="Heading2"/>
      </w:pPr>
      <w:r>
        <w:t>Is Political Success from Patience and Piety?</w:t>
      </w:r>
    </w:p>
    <w:p>
      <w:r>
        <w:rPr>
          <w:color w:val="666666"/>
          <w:sz w:val="18"/>
        </w:rPr>
        <w:t>Society &amp; Dawah · Story of the Prophet Yusuf May 11, 2014 Maulana Wahiduddin Khan · 2m 38s · at 53:19 · https://youtu.be/2alsBthUWhw?t=3199</w:t>
      </w:r>
    </w:p>
    <w:p>
      <w:r>
        <w:rPr>
          <w:i/>
        </w:rPr>
        <w:t>“Some people think that the best that comes from patience and piety is political success. Is this understanding correct?”</w:t>
      </w:r>
    </w:p>
    <w:p>
      <w:r>
        <w:rPr>
          <w:sz w:val="20"/>
        </w:rPr>
        <w:t>53:19  maulana agla sawal bangalore se hai.</w:t>
      </w:r>
      <w:r>
        <w:br/>
      </w:r>
      <w:r>
        <w:rPr>
          <w:sz w:val="20"/>
        </w:rPr>
        <w:t>53:22  abrar mudassir sahab ne bheja hai. unhon ne likha hai: "maulana kuch log aisa samajhte hain ke sabr aur taqwa se jo best milne wala hai woh hai siyasi kamyabi.</w:t>
      </w:r>
      <w:r>
        <w:br/>
      </w:r>
      <w:r>
        <w:rPr>
          <w:sz w:val="20"/>
        </w:rPr>
        <w:t>53:37  maulana kya aisa samajhna sahi hai?" yeh to jhoot hai. jhoot mere paas koi lafz nahin is ke liye. jhoot main is liye keh raha hoon ke quran ki koi ayat pesh karen yeh log.</w:t>
      </w:r>
      <w:r>
        <w:br/>
      </w:r>
      <w:r>
        <w:rPr>
          <w:sz w:val="20"/>
        </w:rPr>
        <w:t>53:51  quran ki koi ayat pesh karen. main jo kuch bhi kehta hoon sab quran aur hadith ko le kar kehta hoon. koi baat aisi nahin kehta main jo quran aur hadith pe base karti ho.</w:t>
      </w:r>
      <w:r>
        <w:br/>
      </w:r>
      <w:r>
        <w:rPr>
          <w:sz w:val="20"/>
        </w:rPr>
        <w:t>54:02  yeh to khud sakhta dawayi hai. to jab tak woh apne dawe mein quran o hadith mein pesh karen tab to woh allah ke nazdeek jhoote hain. kuch nahin koi sar na paye is baat ka.</w:t>
      </w:r>
      <w:r>
        <w:br/>
      </w:r>
      <w:r>
        <w:rPr>
          <w:sz w:val="20"/>
        </w:rPr>
        <w:t>54:14  bilkul ek base le is baat se main sochta hoon is ko.</w:t>
      </w:r>
      <w:r>
        <w:br/>
      </w:r>
      <w:r>
        <w:rPr>
          <w:sz w:val="20"/>
        </w:rPr>
        <w:t>54:23  maulana agla. yaad rakhiye deen mein ek baat aap samajh li jiye. ek hadith hai: "man ahdatha fi amrina hadha ma lais minhu fa huwa raddun." jo aadmi hamare deen mein yani allah ke deen mein koi aisi baat nikale jo is mein na ho.</w:t>
      </w:r>
      <w:r>
        <w:br/>
      </w:r>
      <w:r>
        <w:rPr>
          <w:sz w:val="20"/>
        </w:rPr>
        <w:t>54:44  na ho ke maani hain quran o hadith se saabit na ho to woh rejected hai. woh rejected ki jayegi.</w:t>
      </w:r>
      <w:r>
        <w:br/>
      </w:r>
      <w:r>
        <w:rPr>
          <w:sz w:val="20"/>
        </w:rPr>
        <w:t>54:51  to yeh aisi baaten hain yeh sab nikal rakhi hain logon ne. jin logon ko siyasi hungama karna hai aur sadkon par dhoom machana hai woh aisi hadithon aisi baaten karte hain.</w:t>
      </w:r>
      <w:r>
        <w:br/>
      </w:r>
      <w:r>
        <w:rPr>
          <w:sz w:val="20"/>
        </w:rPr>
        <w:t>55:03  yeh to yeh to bidat se bhi buri cheez koi hai. dekhen ek hai bidat jis mein ke sirf naya pan hai. lekin koi kisi ko aap takleef nahin pahuncha rahe hain.</w:t>
      </w:r>
      <w:r>
        <w:br/>
      </w:r>
      <w:r>
        <w:rPr>
          <w:sz w:val="20"/>
        </w:rPr>
        <w:t>55:16  ek naya kaam aap kar rahe hain lekin koi takleef nahin pahuncha rahe hain. woh bidat hai.</w:t>
      </w:r>
      <w:r>
        <w:br/>
      </w:r>
      <w:r>
        <w:rPr>
          <w:sz w:val="20"/>
        </w:rPr>
        <w:t>55:21  lekin aisi bidat jis mein aap logon ko maaren, suicide bombing karen aur aur aur nafraten phailayen woh to yani worse than bidat hai woh.</w:t>
      </w:r>
      <w:r>
        <w:br/>
      </w:r>
      <w:r>
        <w:rPr>
          <w:sz w:val="20"/>
        </w:rPr>
        <w:t>55:32  isi mein yeh log mubtala hain. worse than bidat. aap dekhen ke aaj kal muslim countries mein kya ho raha hai. isi tasawwur ko le kar ke ladai lad rahe hain.</w:t>
      </w:r>
      <w:r>
        <w:br/>
      </w:r>
      <w:r>
        <w:rPr>
          <w:sz w:val="20"/>
        </w:rPr>
        <w:t>55:42  pachas pachas saal beet jaate hain ladai chale ja rahe hain. kisi ko yeh tofeeq nahin hoti ke ailan kare ke we were wrong. yeh koi kehta nahin.</w:t>
      </w:r>
      <w:r>
        <w:br/>
      </w:r>
      <w:r>
        <w:rPr>
          <w:sz w:val="20"/>
        </w:rPr>
        <w:t>55:53  mein to bohat sakht is mamle mein hoon.</w:t>
      </w:r>
    </w:p>
    <w:p>
      <w:pPr>
        <w:pStyle w:val="Heading2"/>
      </w:pPr>
      <w:r>
        <w:t>Is RSS an enemy of Islam?</w:t>
      </w:r>
    </w:p>
    <w:p>
      <w:r>
        <w:rPr>
          <w:color w:val="666666"/>
          <w:sz w:val="18"/>
        </w:rPr>
        <w:t>Society &amp; Dawah · Importance of Creative Thinking December 11, 2011 · 4m 30s · at 1:28:27 · https://youtu.be/jfML9Arb0S4?t=5307</w:t>
      </w:r>
    </w:p>
    <w:p>
      <w:r>
        <w:rPr>
          <w:i/>
        </w:rPr>
        <w:t>“Some Muslims say that RSS is an enemy of Islam. Is it correct to think so?”</w:t>
      </w:r>
    </w:p>
    <w:p>
      <w:r>
        <w:rPr>
          <w:sz w:val="20"/>
        </w:rPr>
        <w:t>1:28:27  maulana, un ke do aur sawal hain. un ka doosra sawal yeh hai: unhon ne likha hai ke kuch musalman yeh kehte hain ke rss islam ki dushman hai.</w:t>
      </w:r>
      <w:r>
        <w:br/>
      </w:r>
      <w:r>
        <w:rPr>
          <w:sz w:val="20"/>
        </w:rPr>
        <w:t>1:28:37  kya aisa samajhna theek hai? rss ki baat nahi, koi bhi dushman nahi. aadmi khud apna dushman zaroor hota hai.</w:t>
      </w:r>
      <w:r>
        <w:br/>
      </w:r>
      <w:r>
        <w:rPr>
          <w:sz w:val="20"/>
        </w:rPr>
        <w:t>1:28:46  baqi koi dushman nahi hai. na rss dushman hai, na yahoodi dushman hai, na america dushman hai. koi dushman nahi hai. yeh concept hi galat hai ke koi dushman hamara hai.</w:t>
      </w:r>
      <w:r>
        <w:br/>
      </w:r>
      <w:r>
        <w:rPr>
          <w:sz w:val="20"/>
        </w:rPr>
        <w:t>1:28:56  har aadmi apna khud dushman hai. matlab galat, galat yani galat feal kar ke khwamkhwah masle create karta hai.</w:t>
      </w:r>
      <w:r>
        <w:br/>
      </w:r>
      <w:r>
        <w:rPr>
          <w:sz w:val="20"/>
        </w:rPr>
        <w:t>1:29:04  to kehta hai ke falan dushman hai. main is concept ko nahi manta ke koi dushman hamara hai.</w:t>
      </w:r>
      <w:r>
        <w:br/>
      </w:r>
      <w:r>
        <w:rPr>
          <w:sz w:val="20"/>
        </w:rPr>
        <w:t>1:29:11  chahe rss ho, chahe yahoodi ho, chahe american ho, chahe koi bhi ho, main sab ko insan samajhta hoon. har ek ko bator insan, bator ek human being ke leta hoon.</w:t>
      </w:r>
      <w:r>
        <w:br/>
      </w:r>
      <w:r>
        <w:rPr>
          <w:sz w:val="20"/>
        </w:rPr>
        <w:t>1:29:25  agar us ki rai alag ho, meri rai alag ho to main phir discuss karunga us se. discuss karne ki mujhe azaadi hai.</w:t>
      </w:r>
      <w:r>
        <w:br/>
      </w:r>
      <w:r>
        <w:rPr>
          <w:sz w:val="20"/>
        </w:rPr>
        <w:t>1:29:33  dushman samhoon aur yeh samhoon ke woh conspiracy kar raha hai, yeh islam ki zabaan nahi hai. yeh islam ki zabaan nahi hai. quran mein sirf shaitan ko dushman bataya gaya hai, bas aur kisi ko nahi.</w:t>
      </w:r>
      <w:r>
        <w:br/>
      </w:r>
      <w:r>
        <w:rPr>
          <w:sz w:val="20"/>
        </w:rPr>
        <w:t>1:29:46  quran ke mutaliq kisi ke dushman koi hai to woh sirf shaitan hai, aur koi aur sab insan hain. baqi log</w:t>
      </w:r>
      <w:r>
        <w:br/>
      </w:r>
      <w:r>
        <w:rPr>
          <w:sz w:val="20"/>
        </w:rPr>
        <w:t>1:29:54  aap quran ko parhiye to shaitan ko bataya gaya ke woh tumhara dushman hai, aur kisi ko nahi bataya gaya hai ke woh tumhara dushman hai.</w:t>
      </w:r>
      <w:r>
        <w:br/>
      </w:r>
      <w:r>
        <w:rPr>
          <w:sz w:val="20"/>
        </w:rPr>
        <w:t>1:30:05  maulana, in ka aakhri sawal yeh tha ke hindu se aap ko kitni mohabbat hai? is par koi apna waqia bataein.</w:t>
      </w:r>
      <w:r>
        <w:br/>
      </w:r>
      <w:r>
        <w:rPr>
          <w:sz w:val="20"/>
        </w:rPr>
        <w:t>1:30:22  ab ab mein</w:t>
      </w:r>
      <w:r>
        <w:br/>
      </w:r>
      <w:r>
        <w:rPr>
          <w:sz w:val="20"/>
        </w:rPr>
        <w:t>1:30:23  kya bataon? mein to yaani hindu ka har ek se mohabbat karta hoon,</w:t>
      </w:r>
      <w:r>
        <w:br/>
      </w:r>
      <w:r>
        <w:rPr>
          <w:sz w:val="20"/>
        </w:rPr>
        <w:t>1:30:33  aur mujh se barh kar waqia rasool Allah ka batata hoon aap ko. mein mera to waqia to bhara hua hai, yaani meri zindagi mohabbat ke waqie se bhari hui hai.</w:t>
      </w:r>
      <w:r>
        <w:br/>
      </w:r>
      <w:r>
        <w:rPr>
          <w:sz w:val="20"/>
        </w:rPr>
        <w:t>1:30:43  mera nafrat ka koi koi dakhal nahi.</w:t>
      </w:r>
      <w:r>
        <w:br/>
      </w:r>
      <w:r>
        <w:rPr>
          <w:sz w:val="20"/>
        </w:rPr>
        <w:t>1:30:47  bohat se waqiat bata sakta hoon mein, lekin mein aap ko rasool Allah ka waqia batata hoon ke madine mein jab rasool Allah sallallahu alaihi wasallam hijrat kar gaye</w:t>
      </w:r>
      <w:r>
        <w:br/>
      </w:r>
      <w:r>
        <w:rPr>
          <w:sz w:val="20"/>
        </w:rPr>
        <w:t>1:30:59  to us waqt wahan par yahoodi hua karte thay. yaani yahudion ke kuch qabile thay jo madine mein rehte thay, jis ka naam asaf tha.</w:t>
      </w:r>
      <w:r>
        <w:br/>
      </w:r>
      <w:r>
        <w:rPr>
          <w:sz w:val="20"/>
        </w:rPr>
        <w:t>1:31:08  pehlay</w:t>
      </w:r>
      <w:r>
        <w:br/>
      </w:r>
      <w:r>
        <w:rPr>
          <w:sz w:val="20"/>
        </w:rPr>
        <w:t>1:31:10  to ek din aisa hua ke rasool Allah sallallahu alaihi wasallam madine mein ek maqam par thay to wahan samne se janaza guzra.</w:t>
      </w:r>
      <w:r>
        <w:br/>
      </w:r>
      <w:r>
        <w:rPr>
          <w:sz w:val="20"/>
        </w:rPr>
        <w:t>1:31:19  janaze ka jo jaloos hota hai na ke janaza janaza ja raha hai aur peechay log chal rahe hain, to yeh manzar tha.</w:t>
      </w:r>
      <w:r>
        <w:br/>
      </w:r>
      <w:r>
        <w:rPr>
          <w:sz w:val="20"/>
        </w:rPr>
        <w:t>1:31:27  is ko dekh kar rasool Allah sallallahu alaihi wasallam khare ho gaye. yaani is ko matlab respect, is ke respect mein khare ho gaye.</w:t>
      </w:r>
      <w:r>
        <w:br/>
      </w:r>
      <w:r>
        <w:rPr>
          <w:sz w:val="20"/>
        </w:rPr>
        <w:t>1:31:36  to ek sahabi ne kaha ke ke aey Khuda ke rasool, yeh to yahoodi ka janaza tha, koi musalman ka nahi tha. aap ne farmaya ke alaihi wasallam nafsan, kya woh insan nahi tha?</w:t>
      </w:r>
      <w:r>
        <w:br/>
      </w:r>
      <w:r>
        <w:rPr>
          <w:sz w:val="20"/>
        </w:rPr>
        <w:t>1:31:50  wazeh, wazeh, not a human being. to rasool Allah ne is yahoodi ko insan samjha. insan to har ek ko humein insan</w:t>
      </w:r>
      <w:r>
        <w:br/>
      </w:r>
      <w:r>
        <w:rPr>
          <w:sz w:val="20"/>
        </w:rPr>
        <w:t>1:32:00  samajhna hai, chahe yahoodi ho ya ya RSS ka aadmi ho ya kisi bhi group ka, kisi bhi qomiyat ka ho, aadmi woh insan hai.</w:t>
      </w:r>
      <w:r>
        <w:br/>
      </w:r>
      <w:r>
        <w:rPr>
          <w:sz w:val="20"/>
        </w:rPr>
        <w:t>1:32:10  hamare liye qabil-e-izazat hai. woh humein har ek se normal tareeqe se rehna hai. yeh is rasool Allah ke is waqie se nikalta hai.</w:t>
      </w:r>
      <w:r>
        <w:br/>
      </w:r>
      <w:r>
        <w:rPr>
          <w:sz w:val="20"/>
        </w:rPr>
        <w:t>1:32:19  hamara is pe, mera isi pe, mera tareeqa isi par hai, isi par amal karta hoon. aur meri zindagi aise waqiat se bhari hui</w:t>
      </w:r>
      <w:r>
        <w:br/>
      </w:r>
      <w:r>
        <w:rPr>
          <w:sz w:val="20"/>
        </w:rPr>
        <w:t>1:32:28  hai. ab is ko mein kya bataon? yahan par maulana, i would just like to say one thing to mr imran hassan ke i am from a hindu background, aur aap ne jitni mohabbat mere se kari hai, utni mohabbat shayad hamare parents ne bhi hum se nahi kari.</w:t>
      </w:r>
      <w:r>
        <w:br/>
      </w:r>
      <w:r>
        <w:rPr>
          <w:sz w:val="20"/>
        </w:rPr>
        <w:t>1:32:44  i bear witness to that. aaj hi mein ne kisi se kaha ke jab mein kahin jata hoon to mein rajat ke baghair nahi jata. sab se pehle poochta hoon ke rajat rahenge ya nahi rahenge?</w:t>
      </w:r>
      <w:r>
        <w:br/>
      </w:r>
      <w:r>
        <w:rPr>
          <w:sz w:val="20"/>
        </w:rPr>
        <w:t>1:32:55  aaj hi, aaj subah</w:t>
      </w:r>
    </w:p>
    <w:p>
      <w:pPr>
        <w:pStyle w:val="Heading2"/>
      </w:pPr>
      <w:r>
        <w:t>Is dawa necessary for entering paradise?</w:t>
      </w:r>
    </w:p>
    <w:p>
      <w:r>
        <w:rPr>
          <w:color w:val="666666"/>
          <w:sz w:val="18"/>
        </w:rPr>
        <w:t>Society &amp; Dawah · Divine Guidance November 20, 2016 · 2m 10s · at 49:08 · https://youtu.be/tbcloc-fvSE?t=2948</w:t>
      </w:r>
    </w:p>
    <w:p>
      <w:r>
        <w:rPr>
          <w:i/>
        </w:rPr>
        <w:t>“Would our entry in Paradise be doubtful unless and until we convey the message of God to humanity?”</w:t>
      </w:r>
    </w:p>
    <w:p>
      <w:r>
        <w:rPr>
          <w:sz w:val="20"/>
        </w:rPr>
        <w:t>49:08  Maulana, agla sawal ah Miss Shabana Ansari ne kiya hai Pakistan se.</w:t>
      </w:r>
      <w:r>
        <w:br/>
      </w:r>
      <w:r>
        <w:rPr>
          <w:sz w:val="20"/>
        </w:rPr>
        <w:t>49:13  aur unhon ne likha hai: "Moulana Sahib, would our entry in Paradise be doubtful unless and until we</w:t>
      </w:r>
      <w:r>
        <w:br/>
      </w:r>
      <w:r>
        <w:rPr>
          <w:sz w:val="20"/>
        </w:rPr>
        <w:t>49:18  convey the message of God to humanity?</w:t>
      </w:r>
      <w:r>
        <w:br/>
      </w:r>
      <w:r>
        <w:rPr>
          <w:sz w:val="20"/>
        </w:rPr>
        <w:t>49:23  What is your opinion on this?</w:t>
      </w:r>
      <w:r>
        <w:br/>
      </w:r>
      <w:r>
        <w:rPr>
          <w:sz w:val="20"/>
        </w:rPr>
        <w:t>49:29  " bhai, main Quran o Hadees ki roshni mein yahi keh sakta hoon ke dawat ke baghair insan</w:t>
      </w:r>
      <w:r>
        <w:br/>
      </w:r>
      <w:r>
        <w:rPr>
          <w:sz w:val="20"/>
        </w:rPr>
        <w:t>49:35  ka, yaani insan ka imaan mukammal nahi hota.</w:t>
      </w:r>
      <w:r>
        <w:br/>
      </w:r>
      <w:r>
        <w:rPr>
          <w:sz w:val="20"/>
        </w:rPr>
        <w:t>49:41  is liye dekhiye, momin ki aik sifat hai ke woh naseeh ho.</w:t>
      </w:r>
      <w:r>
        <w:br/>
      </w:r>
      <w:r>
        <w:rPr>
          <w:sz w:val="20"/>
        </w:rPr>
        <w:t>49:47  naseeh maani khair khwah.</w:t>
      </w:r>
      <w:r>
        <w:br/>
      </w:r>
      <w:r>
        <w:rPr>
          <w:sz w:val="20"/>
        </w:rPr>
        <w:t>49:53  momin ki aik sifat hai ke woh naseeh ho. khair khwah.</w:t>
      </w:r>
      <w:r>
        <w:br/>
      </w:r>
      <w:r>
        <w:rPr>
          <w:sz w:val="20"/>
        </w:rPr>
        <w:t>49:59  to aap ghor kijiye ke aik sacha momin, jis ko yeh daryaft ho ke jannat ka dakhla un</w:t>
      </w:r>
      <w:r>
        <w:br/>
      </w:r>
      <w:r>
        <w:rPr>
          <w:sz w:val="20"/>
        </w:rPr>
        <w:t>50:05  logon ke liye hai jo sache believer bane, jo God ko maane sache maano mein, to woh kaise</w:t>
      </w:r>
      <w:r>
        <w:br/>
      </w:r>
      <w:r>
        <w:rPr>
          <w:sz w:val="20"/>
        </w:rPr>
        <w:t>50:11  chup rahega? is ka khair khwahi ka jazba kahega ke daud daud ke pahunchao, batao, batao.</w:t>
      </w:r>
      <w:r>
        <w:br/>
      </w:r>
      <w:r>
        <w:rPr>
          <w:sz w:val="20"/>
        </w:rPr>
        <w:t>50:17  jab hum ne, jab hum madrasay mein parhte thay to balaghat ki kitab mein aik aik masla bataya gaya tha.</w:t>
      </w:r>
      <w:r>
        <w:br/>
      </w:r>
      <w:r>
        <w:rPr>
          <w:sz w:val="20"/>
        </w:rPr>
        <w:t>50:24  balaghat ki kitab mein ke agar aik andha aadmi ja raha hai aur samne kuwan hai to us</w:t>
      </w:r>
      <w:r>
        <w:br/>
      </w:r>
      <w:r>
        <w:rPr>
          <w:sz w:val="20"/>
        </w:rPr>
        <w:t>50:30  ke waqt sirf aik lafz bola jayega: "al-bir, al-bir, kuwan, kuwan." yeh nahi ke: "ae mere bhai,</w:t>
      </w:r>
      <w:r>
        <w:br/>
      </w:r>
      <w:r>
        <w:rPr>
          <w:sz w:val="20"/>
        </w:rPr>
        <w:t>50:36  ae buzurg, dunya bhar ke ilqab ke sath kahein: ya sheikh, ya sheikh." kuch nahi.</w:t>
      </w:r>
      <w:r>
        <w:br/>
      </w:r>
      <w:r>
        <w:rPr>
          <w:sz w:val="20"/>
        </w:rPr>
        <w:t>50:42  jaldi se chalaiye ke kuwan hai aap ke samne.</w:t>
      </w:r>
      <w:r>
        <w:br/>
      </w:r>
      <w:r>
        <w:rPr>
          <w:sz w:val="20"/>
        </w:rPr>
        <w:t>50:48  to is waqt musalmanon ko, jo imaan rakhte hain qayamat par, akhirat par, aur is baat par ke</w:t>
      </w:r>
      <w:r>
        <w:br/>
      </w:r>
      <w:r>
        <w:rPr>
          <w:sz w:val="20"/>
        </w:rPr>
        <w:t>50:54  insaniyat ki nijaat isi mein hai, to un ko bilkul isi spirit ke sath, "Albair, Albair" ke spirit</w:t>
      </w:r>
      <w:r>
        <w:br/>
      </w:r>
      <w:r>
        <w:rPr>
          <w:sz w:val="20"/>
        </w:rPr>
        <w:t>51:00  ke sath kaam karna chahiye.</w:t>
      </w:r>
      <w:r>
        <w:br/>
      </w:r>
      <w:r>
        <w:rPr>
          <w:sz w:val="20"/>
        </w:rPr>
        <w:t>51:06  yeh badqirat hai.</w:t>
      </w:r>
      <w:r>
        <w:br/>
      </w:r>
      <w:r>
        <w:rPr>
          <w:sz w:val="20"/>
        </w:rPr>
        <w:t>51:12  ji ji, Maulana.</w:t>
      </w:r>
    </w:p>
    <w:p>
      <w:pPr>
        <w:pStyle w:val="Heading2"/>
      </w:pPr>
      <w:r>
        <w:t>Is dawah work the highest good?</w:t>
      </w:r>
    </w:p>
    <w:p>
      <w:r>
        <w:rPr>
          <w:color w:val="666666"/>
          <w:sz w:val="18"/>
        </w:rPr>
        <w:t>Society &amp; Dawah · The Deeper Meaning of The Quran 18 Aug 2019 - Maulana Wahiduddin Khan · 2m 55s · at 49:22 · https://youtu.be/EYyhbiR_ZIQ?t=2962</w:t>
      </w:r>
    </w:p>
    <w:p>
      <w:r>
        <w:rPr>
          <w:i/>
        </w:rPr>
        <w:t>“Can we say that dawah work is the summum bonum?”</w:t>
      </w:r>
    </w:p>
    <w:p>
      <w:r>
        <w:rPr>
          <w:sz w:val="20"/>
        </w:rPr>
        <w:t>49:22  Maulana, agla sawal Dhampur se Mehtab Ali Nandro Sahab ne kiya hai. unhon ne aap se poocha hai keh kya hum yeh keh sakte hain keh dawah work is summum bonum?</w:t>
      </w:r>
      <w:r>
        <w:br/>
      </w:r>
      <w:r>
        <w:rPr>
          <w:sz w:val="20"/>
        </w:rPr>
        <w:t>49:40  nahi, yeh sahi term nahi hai. aap yun kahiye keh Islam jis tarah se, Islam mein jis tarah follow karna farz hai, aise hi is ko spread karna bhi farz hai.</w:t>
      </w:r>
      <w:r>
        <w:br/>
      </w:r>
      <w:r>
        <w:rPr>
          <w:sz w:val="20"/>
        </w:rPr>
        <w:t>49:57  yaani jis tarah Islam par amal karna farz hai, is tarah Islam ko phailana bhi farz hai. is tarah kahiye. Maulana, agla comment bheja hai Maulana Israr Khatib Sahab ne Chennai se.</w:t>
      </w:r>
      <w:r>
        <w:br/>
      </w:r>
      <w:r>
        <w:rPr>
          <w:sz w:val="20"/>
        </w:rPr>
        <w:t>50:10  unhon ne likha hai: "Malana, aaj aap ka article jo Times of India mein aaya hai, us ko parh kar mujhe laga keh aap hi ek Islamic scholar hain jo Kashmir ke baray mein hopeful aur positive hain,</w:t>
      </w:r>
      <w:r>
        <w:br/>
      </w:r>
      <w:r>
        <w:rPr>
          <w:sz w:val="20"/>
        </w:rPr>
        <w:t>50:26  jab keh saari ummat is ko le kar ek khauf mein hai. aap ne is article mein Kashmiriyon ko jo guidance di hai, us ko agar Kashmiri aur Muslim qabool karein toh un ke liye yeh guidance dunya aur akhirat ki kamyabi ka kamyabi ka zameen hoga, Insha Allah.</w:t>
      </w:r>
      <w:r>
        <w:br/>
      </w:r>
      <w:r>
        <w:rPr>
          <w:sz w:val="20"/>
        </w:rPr>
        <w:t>50:47  Insha Allah.</w:t>
      </w:r>
      <w:r>
        <w:br/>
      </w:r>
      <w:r>
        <w:rPr>
          <w:sz w:val="20"/>
        </w:rPr>
        <w:t>50:52  Maulana, agla comment bheja hai Maulana Iqbal Umri ne A Chennai se. unhon ne likha hai: "Arabi zabaan ki fazilat ke tasawwur ki wajah se madhu ki zabaan mein sahi dawati kaam nahi ho saka."</w:t>
      </w:r>
      <w:r>
        <w:br/>
      </w:r>
      <w:r>
        <w:rPr>
          <w:sz w:val="20"/>
        </w:rPr>
        <w:t>51:16  Okay, we will end</w:t>
      </w:r>
      <w:r>
        <w:br/>
      </w:r>
      <w:r>
        <w:rPr>
          <w:sz w:val="20"/>
        </w:rPr>
        <w:t>51:18  this session now. thank you.</w:t>
      </w:r>
    </w:p>
    <w:p>
      <w:pPr>
        <w:pStyle w:val="Heading2"/>
      </w:pPr>
      <w:r>
        <w:t>Is giving Dawah obligatory for all?</w:t>
      </w:r>
    </w:p>
    <w:p>
      <w:r>
        <w:rPr>
          <w:color w:val="666666"/>
          <w:sz w:val="18"/>
        </w:rPr>
        <w:t>Society &amp; Dawah · Forget the Grievances, January 01, 2017 · 2m 34s · at 45:00 · https://youtu.be/zW4q8dl2cmw?t=2700</w:t>
      </w:r>
    </w:p>
    <w:p>
      <w:r>
        <w:rPr>
          <w:i/>
        </w:rPr>
        <w:t>“Thanks for your advice on the third option. My question is: Is it obligatory for every Muslim to give Dawah? And if we give Dawah to...”</w:t>
      </w:r>
    </w:p>
    <w:p>
      <w:r>
        <w:rPr>
          <w:sz w:val="20"/>
        </w:rPr>
        <w:t>45:00  maulana, agla sawal dilli se kiya hai abrar ahmed sahab ne, aur unhon ne likha hai: "maulana sahab,</w:t>
      </w:r>
      <w:r>
        <w:br/>
      </w:r>
      <w:r>
        <w:rPr>
          <w:sz w:val="20"/>
        </w:rPr>
        <w:t>45:08  thanks for your advice on the third option.</w:t>
      </w:r>
      <w:r>
        <w:br/>
      </w:r>
      <w:r>
        <w:rPr>
          <w:sz w:val="20"/>
        </w:rPr>
        <w:t>45:11  my question is: is it obligatory for every muslim to give dawah? and if we give dawah to</w:t>
      </w:r>
      <w:r>
        <w:br/>
      </w:r>
      <w:r>
        <w:rPr>
          <w:sz w:val="20"/>
        </w:rPr>
        <w:t>45:19  non-Muslims and they get offended, then how should we deal with that situation? Please advise us." Mein</w:t>
      </w:r>
      <w:r>
        <w:br/>
      </w:r>
      <w:r>
        <w:rPr>
          <w:sz w:val="20"/>
        </w:rPr>
        <w:t>45:27  kahunga ke jis tareeqe se namaz har musalman ka farz hai, is tarah dawat bhi har musalman</w:t>
      </w:r>
      <w:r>
        <w:br/>
      </w:r>
      <w:r>
        <w:rPr>
          <w:sz w:val="20"/>
        </w:rPr>
        <w:t>45:34  ka farz hai.</w:t>
      </w:r>
      <w:r>
        <w:br/>
      </w:r>
      <w:r>
        <w:rPr>
          <w:sz w:val="20"/>
        </w:rPr>
        <w:t>45:36  har aurat, har mard ka, albattah ittaqu Allah wa ma istata'tum.</w:t>
      </w:r>
      <w:r>
        <w:br/>
      </w:r>
      <w:r>
        <w:rPr>
          <w:sz w:val="20"/>
        </w:rPr>
        <w:t>45:40  jis ki jitni bas ho, woh kare.</w:t>
      </w:r>
      <w:r>
        <w:br/>
      </w:r>
      <w:r>
        <w:rPr>
          <w:sz w:val="20"/>
        </w:rPr>
        <w:t>45:43  aur is zamane mein, jo ke print press ka zamana hai, to bas ki baat hi khatm ho</w:t>
      </w:r>
      <w:r>
        <w:br/>
      </w:r>
      <w:r>
        <w:rPr>
          <w:sz w:val="20"/>
        </w:rPr>
        <w:t>45:51  gayi.</w:t>
      </w:r>
      <w:r>
        <w:br/>
      </w:r>
      <w:r>
        <w:rPr>
          <w:sz w:val="20"/>
        </w:rPr>
        <w:t>45:52  ab to aap ne bag mein aap quran ka transfer rakh lijiye, jab koi mile, us ko de</w:t>
      </w:r>
      <w:r>
        <w:br/>
      </w:r>
      <w:r>
        <w:rPr>
          <w:sz w:val="20"/>
        </w:rPr>
        <w:t>46:00  dijiye.</w:t>
      </w:r>
      <w:r>
        <w:br/>
      </w:r>
      <w:r>
        <w:rPr>
          <w:sz w:val="20"/>
        </w:rPr>
        <w:t>46:02  all literature rakh lijiye islam ka, jahan koi mulaqat ho, woh de dijiye.</w:t>
      </w:r>
      <w:r>
        <w:br/>
      </w:r>
      <w:r>
        <w:rPr>
          <w:sz w:val="20"/>
        </w:rPr>
        <w:t>46:07  yaani is mein bas ki baat hi khatm ho gayi.</w:t>
      </w:r>
      <w:r>
        <w:br/>
      </w:r>
      <w:r>
        <w:rPr>
          <w:sz w:val="20"/>
        </w:rPr>
        <w:t>46:11  ab to har cheez bas mein ho gayi, bas mein ho gayi hai.</w:t>
      </w:r>
      <w:r>
        <w:br/>
      </w:r>
      <w:r>
        <w:rPr>
          <w:sz w:val="20"/>
        </w:rPr>
        <w:t>46:17  اور دوسری بات یہ ہے کہ وہ offend ہوں گے۔</w:t>
      </w:r>
      <w:r>
        <w:br/>
      </w:r>
      <w:r>
        <w:rPr>
          <w:sz w:val="20"/>
        </w:rPr>
        <w:t>46:22  وہ یہ فرضی بات ہے، کبھی کوئی offended نہیں ہوا تھا۔</w:t>
      </w:r>
      <w:r>
        <w:br/>
      </w:r>
      <w:r>
        <w:rPr>
          <w:sz w:val="20"/>
        </w:rPr>
        <w:t>46:26  hum to itni lambi muddat se dawah ka kaam kar rahe hain, aaj tak koi nahi mila ke</w:t>
      </w:r>
      <w:r>
        <w:br/>
      </w:r>
      <w:r>
        <w:rPr>
          <w:sz w:val="20"/>
        </w:rPr>
        <w:t>46:34  koi offend ho.</w:t>
      </w:r>
      <w:r>
        <w:br/>
      </w:r>
      <w:r>
        <w:rPr>
          <w:sz w:val="20"/>
        </w:rPr>
        <w:t>46:36  offend kyun hoga, bhai? Offend hoga aap qaumi baaton se, qaumi shikayatein shamil karein, is mein aap qaumi</w:t>
      </w:r>
      <w:r>
        <w:br/>
      </w:r>
      <w:r>
        <w:rPr>
          <w:sz w:val="20"/>
        </w:rPr>
        <w:t>46:43  ladai shamil karein, aap is mein qoumi mutalbe shamil karein, us ko le kar koi offend hoga.</w:t>
      </w:r>
      <w:r>
        <w:br/>
      </w:r>
      <w:r>
        <w:rPr>
          <w:sz w:val="20"/>
        </w:rPr>
        <w:t>46:51  quran se kyun offend hoga? humein to aate hain ke ek insan, ek insan nahi paya jo offend</w:t>
      </w:r>
      <w:r>
        <w:br/>
      </w:r>
      <w:r>
        <w:rPr>
          <w:sz w:val="20"/>
        </w:rPr>
        <w:t>46:58  ho quran ko le kar.</w:t>
      </w:r>
      <w:r>
        <w:br/>
      </w:r>
      <w:r>
        <w:rPr>
          <w:sz w:val="20"/>
        </w:rPr>
        <w:t>47:01  to log quran ko aur qoumi baaton ko milaye rehte hain.</w:t>
      </w:r>
      <w:r>
        <w:br/>
      </w:r>
      <w:r>
        <w:rPr>
          <w:sz w:val="20"/>
        </w:rPr>
        <w:t>47:05  jab koi offend hota hai to kehte hain ke dekho, quran se offend hua.</w:t>
      </w:r>
      <w:r>
        <w:br/>
      </w:r>
      <w:r>
        <w:rPr>
          <w:sz w:val="20"/>
        </w:rPr>
        <w:t>47:11  nahi, tumhari qoumi policyon se offend hua.</w:t>
      </w:r>
      <w:r>
        <w:br/>
      </w:r>
      <w:r>
        <w:rPr>
          <w:sz w:val="20"/>
        </w:rPr>
        <w:t>47:14  qoumi policy kya hai? musalmanon ki bas shikayat, protest, ladai, yeh sab se yeh sab hai grievances ka</w:t>
      </w:r>
      <w:r>
        <w:br/>
      </w:r>
      <w:r>
        <w:rPr>
          <w:sz w:val="20"/>
        </w:rPr>
        <w:t>47:22  izhaar.</w:t>
      </w:r>
      <w:r>
        <w:br/>
      </w:r>
      <w:r>
        <w:rPr>
          <w:sz w:val="20"/>
        </w:rPr>
        <w:t>47:23  to dono ko milaiye, dono ko alag kar dijiye.</w:t>
      </w:r>
      <w:r>
        <w:br/>
      </w:r>
      <w:r>
        <w:rPr>
          <w:sz w:val="20"/>
        </w:rPr>
        <w:t>47:27  to koi bhi insan nahi milega aap ko jo quran ko le kar offend ho.</w:t>
      </w:r>
    </w:p>
    <w:p>
      <w:pPr>
        <w:pStyle w:val="Heading2"/>
      </w:pPr>
      <w:r>
        <w:t>Is peaceful protest allowed in Islam?</w:t>
      </w:r>
    </w:p>
    <w:p>
      <w:r>
        <w:rPr>
          <w:color w:val="666666"/>
          <w:sz w:val="18"/>
        </w:rPr>
        <w:t>Society &amp; Dawah · Realization of God September 15, 2013 · 2m 25s · at 1:06:42 · https://youtu.be/CNEEeM5uyi8?t=4002</w:t>
      </w:r>
    </w:p>
    <w:p>
      <w:r>
        <w:rPr>
          <w:i/>
        </w:rPr>
        <w:t>“Moulana, you always guide people not to protest. My question is, is peaceful protest allowed in Islam?”</w:t>
      </w:r>
    </w:p>
    <w:p>
      <w:r>
        <w:rPr>
          <w:sz w:val="20"/>
        </w:rPr>
        <w:t>1:06:42  maulana, agla sawal mumbai se hai, mr kabir khan ka. unhon ne likha hai: "maulana sahib, you always guide people to not to protest.</w:t>
      </w:r>
      <w:r>
        <w:br/>
      </w:r>
      <w:r>
        <w:rPr>
          <w:sz w:val="20"/>
        </w:rPr>
        <w:t>1:06:55  my question is, is peaceful protest allowed in islam?" hargiz nahi, yeh bilkul ek ek yani galat kaam ko justify karne ke liye khoobsurat lafz bolna hai.</w:t>
      </w:r>
      <w:r>
        <w:br/>
      </w:r>
      <w:r>
        <w:rPr>
          <w:sz w:val="20"/>
        </w:rPr>
        <w:t>1:07:09  peaceful protest is nothing.</w:t>
      </w:r>
      <w:r>
        <w:br/>
      </w:r>
      <w:r>
        <w:rPr>
          <w:sz w:val="20"/>
        </w:rPr>
        <w:t>1:07:12  har har har protest ka reaction hota hai, har chahe woh peaceful ho, tab bhi yeh pooch bhi toh ek ek ek ek lafz hai.</w:t>
      </w:r>
      <w:r>
        <w:br/>
      </w:r>
      <w:r>
        <w:rPr>
          <w:sz w:val="20"/>
        </w:rPr>
        <w:t>1:07:22  bas koi koi kabhi bhi koi protest peaceful nahi hota. impossible hai ke peace protest koi peaceful ho</w:t>
      </w:r>
      <w:r>
        <w:br/>
      </w:r>
      <w:r>
        <w:rPr>
          <w:sz w:val="20"/>
        </w:rPr>
        <w:t>1:07:31  . yeh toh jhoota lafz hai, main us ko jhoota lafz kahunga. aur sab se bari baat yeh hai ke rasool Allah ke zamane mein makka mein 360 but rakhe hue the kaba mein.</w:t>
      </w:r>
      <w:r>
        <w:br/>
      </w:r>
      <w:r>
        <w:rPr>
          <w:sz w:val="20"/>
        </w:rPr>
        <w:t>1:07:43  woh kaba jo hazrat ibrahim ne banaya tha, hazrat ibrahim ne, hazrat ismail ne, do peghambaron ne banaya tha kaba. do peghambar kis ke liye?</w:t>
      </w:r>
      <w:r>
        <w:br/>
      </w:r>
      <w:r>
        <w:rPr>
          <w:sz w:val="20"/>
        </w:rPr>
        <w:t>1:07:52  tauheed ke liye. is mein zalimon ne la ke but rakh diya 360.</w:t>
      </w:r>
      <w:r>
        <w:br/>
      </w:r>
      <w:r>
        <w:rPr>
          <w:sz w:val="20"/>
        </w:rPr>
        <w:t>1:07:58  to aap rasool Allah ne protest kiya. aap bata sakte hain koi peaceful protest? jo log aise sawalat karte hain, main samajhta hoon ke un ko naam lene ka haq nahi hai islam ka.</w:t>
      </w:r>
      <w:r>
        <w:br/>
      </w:r>
      <w:r>
        <w:rPr>
          <w:sz w:val="20"/>
        </w:rPr>
        <w:t>1:08:09  woh kahein ke hum islam chhod diya, hum muhammad ko chhod diya. to boliye, yeh sab baatein islam ke naam lete hain, apne alfaaz bolte hain. main samajhta hoon ke woh aadmi jab tak aap islam ko chhod na de, yeh alfaaz bolne ka haq nahi rakhta.</w:t>
      </w:r>
      <w:r>
        <w:br/>
      </w:r>
      <w:r>
        <w:rPr>
          <w:sz w:val="20"/>
        </w:rPr>
        <w:t>1:08:23  us ko</w:t>
      </w:r>
      <w:r>
        <w:br/>
      </w:r>
      <w:r>
        <w:rPr>
          <w:sz w:val="20"/>
        </w:rPr>
        <w:t>1:08:25  yani us se bara waqea kya ho sakta hai ke kaba mein 360 but rakhe hue hon? rasool Allah dekhein, un ko apni aankh se 13 saal tak rozana rozana rozana aur kabhi aap ne protest nahi kiya, na peaceful, na koi sarr se kuch kuch bhi nahi.</w:t>
      </w:r>
      <w:r>
        <w:br/>
      </w:r>
      <w:r>
        <w:rPr>
          <w:sz w:val="20"/>
        </w:rPr>
        <w:t>1:08:42  to aap agar aap islam ko mante hain to us ko amal kijiye, nahi to ailan kar diya ke bhai mujhe islam se koi matlab nahi hai, mujhe apne apne nafs pe chalna hai, apne nafs ki khwahish pe chalna hai.</w:t>
      </w:r>
      <w:r>
        <w:br/>
      </w:r>
      <w:r>
        <w:rPr>
          <w:sz w:val="20"/>
        </w:rPr>
        <w:t>1:08:52  protest yaad rakhiye, protest ka talluq qatan ghair islami hai.</w:t>
      </w:r>
      <w:r>
        <w:br/>
      </w:r>
      <w:r>
        <w:rPr>
          <w:sz w:val="20"/>
        </w:rPr>
        <w:t>1:08:56  there is no protest of protest in islam. main sakht us ke khilaf hoon. main ne bohat likha hai us ke upar, aap chahein to parh lijiyega.</w:t>
      </w:r>
    </w:p>
    <w:p>
      <w:pPr>
        <w:pStyle w:val="Heading2"/>
      </w:pPr>
      <w:r>
        <w:t>Is reading Al-Risala once enough for dawah</w:t>
      </w:r>
    </w:p>
    <w:p>
      <w:r>
        <w:rPr>
          <w:color w:val="666666"/>
          <w:sz w:val="18"/>
        </w:rPr>
        <w:t>Society &amp; Dawah · The Straight Path October 30, 2011 Maulana Wahiduddin Khan · 3m 31s · at 1:51:19 · https://youtu.be/PKFHe82Jz58?t=6679</w:t>
      </w:r>
    </w:p>
    <w:p>
      <w:r>
        <w:rPr>
          <w:i/>
        </w:rPr>
        <w:t>“Generally people read Al-Risala and Al-Risala literature only once. After that they become satisfied with it. Is reading Al-Risala literature only once sufficient for dawah and intellectual development?”</w:t>
      </w:r>
    </w:p>
    <w:p>
      <w:r>
        <w:rPr>
          <w:sz w:val="20"/>
        </w:rPr>
        <w:t>1:51:19  woh Maulana, agla sawal hai Hafiz Muhammad Daniyal sahib ka Patna se.</w:t>
      </w:r>
      <w:r>
        <w:br/>
      </w:r>
      <w:r>
        <w:rPr>
          <w:sz w:val="20"/>
        </w:rPr>
        <w:t>1:51:26  unhone likha hai: "aam taur par log Al-Risala aur Al-Risala literature ko sirf ek bar padhte hain. is ke baad woh isi par mutmaeen ho jate hain.</w:t>
      </w:r>
      <w:r>
        <w:br/>
      </w:r>
      <w:r>
        <w:rPr>
          <w:sz w:val="20"/>
        </w:rPr>
        <w:t>1:51:37  kya sirf ek bar Al-Risala literature ko padhna dawat aur intellectual development ke liye kafi hai?" hargiz nahi.</w:t>
      </w:r>
      <w:r>
        <w:br/>
      </w:r>
      <w:r>
        <w:rPr>
          <w:sz w:val="20"/>
        </w:rPr>
        <w:t>1:51:46  main ne kai bar ek tajruba kiya ke ek aadmi mere paas aata hai, woh kehta hai ke main Risala padhta hoon.</w:t>
      </w:r>
      <w:r>
        <w:br/>
      </w:r>
      <w:r>
        <w:rPr>
          <w:sz w:val="20"/>
        </w:rPr>
        <w:t>1:51:55  to mein ne kaha kitni baar? unhon ne kaha aik baar. mein is se kehta hoon: "is se aik baar aur parh lijiyay mere samnay" aur phir mujhe aaiye poochun ga aap ko sawal.</w:t>
      </w:r>
      <w:r>
        <w:br/>
      </w:r>
      <w:r>
        <w:rPr>
          <w:sz w:val="20"/>
        </w:rPr>
        <w:t>1:52:04  to aik baar is ne parha tha apne ghar, aik baar is ne parha mere samnay, koi aik safha. phir mein ne poocha ke ab band kijiye, band karein, bataein kya is mein baat kahi gayi?</w:t>
      </w:r>
      <w:r>
        <w:br/>
      </w:r>
      <w:r>
        <w:rPr>
          <w:sz w:val="20"/>
        </w:rPr>
        <w:t>1:52:14  woh bata nahi paya. woh jab chahein aap tajurba kar lijiyay.</w:t>
      </w:r>
      <w:r>
        <w:br/>
      </w:r>
      <w:r>
        <w:rPr>
          <w:sz w:val="20"/>
        </w:rPr>
        <w:t>1:52:19  jis ne bhi risalay ke kisi mazmoon ko aik baar parha, woh samjha nahi. is ko aap poochein is se ke kya samjhe aap?</w:t>
      </w:r>
      <w:r>
        <w:br/>
      </w:r>
      <w:r>
        <w:rPr>
          <w:sz w:val="20"/>
        </w:rPr>
        <w:t>1:52:29  to woh jo bataye ga, phir us ko dekhiye, aap kuch ko kuch bata de ga, bata de ga. woh jab chahein tajurba kar lijiyay aap. to aisay log jo hain, woh is ka bhi zara olaye ka qurb, woh malam ya qurb parha magar nahi parha.</w:t>
      </w:r>
      <w:r>
        <w:br/>
      </w:r>
      <w:r>
        <w:rPr>
          <w:sz w:val="20"/>
        </w:rPr>
        <w:t>1:52:47  matlab is ke sath insaaf nahi kiya aap ne.</w:t>
      </w:r>
      <w:r>
        <w:br/>
      </w:r>
      <w:r>
        <w:rPr>
          <w:sz w:val="20"/>
        </w:rPr>
        <w:t>1:52:52  parhne wala woh hai ke parhne ke baad jab is se sawal kiya jaye ke is mein kya baat hai to theek theek is ko bata sakay. woh agar woh theek theek nahi bata sakta to woh nahi parha.</w:t>
      </w:r>
      <w:r>
        <w:br/>
      </w:r>
      <w:r>
        <w:rPr>
          <w:sz w:val="20"/>
        </w:rPr>
        <w:t>1:53:02  woh to mein is ko kahoon ke jo log samajhte hain ke un ko sachai mile aur un ke zehn ka development ho, to unhein risala ko kai baar parhna chahiye.</w:t>
      </w:r>
      <w:r>
        <w:br/>
      </w:r>
      <w:r>
        <w:rPr>
          <w:sz w:val="20"/>
        </w:rPr>
        <w:t>1:53:15  mein ne aik parhta hoon, aik mazmoon likha tha jis ne risala ko aik baar parha, us ne risala ko nahi parha. jis ne risala do baar parha, us ne bhi risala ko nahi parha.</w:t>
      </w:r>
      <w:r>
        <w:br/>
      </w:r>
      <w:r>
        <w:rPr>
          <w:sz w:val="20"/>
        </w:rPr>
        <w:t>1:53:25  jis ne risala kai baar parha, us ne risala ko parha. yeh mein baat tajurbe se likhi hai. mein ne baar baar mein tajurba kiya. kuch samajhte nahi log aik aik baar parhne se, kuch nahi.</w:t>
      </w:r>
      <w:r>
        <w:br/>
      </w:r>
      <w:r>
        <w:rPr>
          <w:sz w:val="20"/>
        </w:rPr>
        <w:t>1:53:35  is mein baat kuch rahe gi aur ntiyan kuch nikal lein ge.</w:t>
      </w:r>
      <w:r>
        <w:br/>
      </w:r>
      <w:r>
        <w:rPr>
          <w:sz w:val="20"/>
        </w:rPr>
        <w:t>1:53:41  to risala ko jo shakhs bhi chahta hai ke is mein jo baatein hain, risala mein wisdom ki baat hoti hai, wisdom baseerat.</w:t>
      </w:r>
      <w:r>
        <w:br/>
      </w:r>
      <w:r>
        <w:rPr>
          <w:sz w:val="20"/>
        </w:rPr>
        <w:t>1:53:50  to jo chahta hai ke is ko samjhe, to us ko chahiye khud apne sath hi insaaf hoga apne sath ke baar baar parhe woh.</w:t>
      </w:r>
    </w:p>
    <w:p>
      <w:pPr>
        <w:pStyle w:val="Heading2"/>
      </w:pPr>
      <w:r>
        <w:t>Is violence necessary for protests to work?</w:t>
      </w:r>
    </w:p>
    <w:p>
      <w:r>
        <w:rPr>
          <w:color w:val="666666"/>
          <w:sz w:val="18"/>
        </w:rPr>
        <w:t>Society &amp; Dawah · Why Violence 17 Nov 2019 - Maulana Wahiduddin Khan · 3m 08s · at 33:40 · https://youtu.be/W8ybr-qO96c?t=2020</w:t>
      </w:r>
    </w:p>
    <w:p>
      <w:r>
        <w:rPr>
          <w:i/>
        </w:rPr>
        <w:t>“People often say that violence becomes important as this is the best and the easiest way to get attention of authorities to consider the demands of protesters from Hong Kong to India to Europe and Asia. It has always worked. If there is no protest, then authorities will continue to do what they feel is right and will ignore the rightful demands of victims. What is your opinion as I feel protest means getting heard?”</w:t>
      </w:r>
    </w:p>
    <w:p>
      <w:r>
        <w:rPr>
          <w:sz w:val="20"/>
        </w:rPr>
        <w:t>33:40  yeh sawal bheja hai Sultan Ali sahib ne Kanpur se. unhone likha hai: "Maulana, people often say that violence becomes important as this is the best and the easiest way to get attention of authorities to consider the demands of protestors from Hong Kong to India to Europe and Asia.</w:t>
      </w:r>
      <w:r>
        <w:br/>
      </w:r>
      <w:r>
        <w:rPr>
          <w:sz w:val="20"/>
        </w:rPr>
        <w:t>34:08  it has always worked. if there is no protest, then authorities will continue to do what they feel is right and will ignore the rightful demands of victims.</w:t>
      </w:r>
      <w:r>
        <w:br/>
      </w:r>
      <w:r>
        <w:rPr>
          <w:sz w:val="20"/>
        </w:rPr>
        <w:t>34:21  what is your opinion as I feel protest means getting heard?" dekhiye, yeh bilkul baseless baat hai.</w:t>
      </w:r>
      <w:r>
        <w:br/>
      </w:r>
      <w:r>
        <w:rPr>
          <w:sz w:val="20"/>
        </w:rPr>
        <w:t>34:32  kahan work kiya violence ne? mujhe bataiye, kahan work kiya Kashmir mein? itna violence hua kahan work kiya Ayodhya mein?</w:t>
      </w:r>
      <w:r>
        <w:br/>
      </w:r>
      <w:r>
        <w:rPr>
          <w:sz w:val="20"/>
        </w:rPr>
        <w:t>34:45  itna violence hua Babri Masjid ke naam par kahan work kiya? kahin bhi violence ne work nahi kiya hai, nahi kiya hai, nahi kiya hai.</w:t>
      </w:r>
      <w:r>
        <w:br/>
      </w:r>
      <w:r>
        <w:rPr>
          <w:sz w:val="20"/>
        </w:rPr>
        <w:t>34:57  yeh hawai baat hai agar koi daawa karta hai to</w:t>
      </w:r>
      <w:r>
        <w:br/>
      </w:r>
      <w:r>
        <w:rPr>
          <w:sz w:val="20"/>
        </w:rPr>
        <w:t>35:04  violence work karta hi nahi hai na pehle karta tha rasool Allah ne dekhiye qabail ki jang ko khatam karne ke liye ek tarafah tor par un ki sharton ko maan liya hai</w:t>
      </w:r>
      <w:r>
        <w:br/>
      </w:r>
      <w:r>
        <w:rPr>
          <w:sz w:val="20"/>
        </w:rPr>
        <w:t>35:19  tab violence khatam hua hai</w:t>
      </w:r>
      <w:r>
        <w:br/>
      </w:r>
      <w:r>
        <w:rPr>
          <w:sz w:val="20"/>
        </w:rPr>
        <w:t>35:24  yeh to farzi baat hai Maulana agla comment bheja hai Sajid Ahmed Khan sahab ne Nagpur se unhone likha hai Maulana sahab you said today that no solution can be drawn by war</w:t>
      </w:r>
      <w:r>
        <w:br/>
      </w:r>
      <w:r>
        <w:rPr>
          <w:sz w:val="20"/>
        </w:rPr>
        <w:t>35:39  war is associated with two sided risk both the parties get harmed in the war so it is rejected today</w:t>
      </w:r>
      <w:r>
        <w:br/>
      </w:r>
      <w:r>
        <w:rPr>
          <w:sz w:val="20"/>
        </w:rPr>
        <w:t>35:49  the same is true in between two individuals violence has two sided risk both the persons are at equal risk</w:t>
      </w:r>
      <w:r>
        <w:br/>
      </w:r>
      <w:r>
        <w:rPr>
          <w:sz w:val="20"/>
        </w:rPr>
        <w:t>35:59  the best solution today is peaceful discussion i think the time has taught this lesson to all of us you are the only person who has discovered the secret this secret and encourage the masses and individuals to practice the peaceful activism</w:t>
      </w:r>
      <w:r>
        <w:br/>
      </w:r>
      <w:r>
        <w:rPr>
          <w:sz w:val="20"/>
        </w:rPr>
        <w:t>36:18  Jazak Allah May Allah keep us associated with this mission Ameen Tariq Badar sahab ne Pakistan se likha hai Maulana sahab this is really big news that in these two incidents Muslims didn't react and it is a big change in culture</w:t>
      </w:r>
      <w:r>
        <w:br/>
      </w:r>
      <w:r>
        <w:rPr>
          <w:sz w:val="20"/>
        </w:rPr>
        <w:t>36:37  and it looks like that we can divert Muslim efforts now for dawah work more opportunity for our work</w:t>
      </w:r>
    </w:p>
    <w:p>
      <w:pPr>
        <w:pStyle w:val="Heading2"/>
      </w:pPr>
      <w:r>
        <w:t>Islam and uneducated society misconception</w:t>
      </w:r>
    </w:p>
    <w:p>
      <w:r>
        <w:rPr>
          <w:color w:val="666666"/>
          <w:sz w:val="18"/>
        </w:rPr>
        <w:t>Society &amp; Dawah · Realistic Approach March 30, 2014 Maulana Wahiduddin Khan · 3m 42s · at 43:38 · https://youtu.be/K36UonBsGlA?t=2618</w:t>
      </w:r>
    </w:p>
    <w:p>
      <w:r>
        <w:rPr>
          <w:i/>
        </w:rPr>
        <w:t>“Many people say that Islam has produced an uneducated society as Muslim community has maximum number of illiterates and as a result poor people. I want to know your opinion on this.”</w:t>
      </w:r>
    </w:p>
    <w:p>
      <w:r>
        <w:rPr>
          <w:sz w:val="20"/>
        </w:rPr>
        <w:t>43:38  Maulana, yeh sawal Bihar se aaya hai. Javed sahib ne kiya hai, unho ne likha hai: "Many people say that Islam has produced an uneducated society as Muslim community has maximum number of illiterates and as a result poor people.</w:t>
      </w:r>
      <w:r>
        <w:br/>
      </w:r>
      <w:r>
        <w:rPr>
          <w:sz w:val="20"/>
        </w:rPr>
        <w:t>43:59  Maulana, I want to know your opinion on this." dekhiye, sab se bari ghalati yeh hai ke Islam aur musalman ko ek samajhna.</w:t>
      </w:r>
      <w:r>
        <w:br/>
      </w:r>
      <w:r>
        <w:rPr>
          <w:sz w:val="20"/>
        </w:rPr>
        <w:t>44:12  jaise yeh kitab jo main ne di hai, yeh kitab hai musalmanon ke bare mein, naam is ka hai "Iska Islam". Equate karte hain musalmanon ko Islam se.</w:t>
      </w:r>
      <w:r>
        <w:br/>
      </w:r>
      <w:r>
        <w:rPr>
          <w:sz w:val="20"/>
        </w:rPr>
        <w:t>44:25  toh Islam aaj bhi waise hi hai jis tarah ke woh Seventh Century mein tha. lekin musalman jo hain, doosri community ki tarah se un par bhi zawal aayega jo hadees mein aayi hai ke: "latatata'un sunana man kana qablakum" yahan bhi main kahunga ke is ko Modern Idiom badlie.</w:t>
      </w:r>
      <w:r>
        <w:br/>
      </w:r>
      <w:r>
        <w:rPr>
          <w:sz w:val="20"/>
        </w:rPr>
        <w:t>44:44  yani Traditional alfaaz ko Modern Idiom badlie. is ka matlab hai ke tum par bhi zawal aayega jis tarah yahood par zawal aaya. toh musalmanon ko aap samajhte hain ke waise hi musalman aaj bhi hain jo Seventh Century mein hi the?</w:t>
      </w:r>
      <w:r>
        <w:br/>
      </w:r>
      <w:r>
        <w:rPr>
          <w:sz w:val="20"/>
        </w:rPr>
        <w:t>44:57  yeh toh zawal yafta qaum hai. toh zawal yafta qaum yahi sab hoga. toh Islam jo hai as a Ideology intact hai.</w:t>
      </w:r>
      <w:r>
        <w:br/>
      </w:r>
      <w:r>
        <w:rPr>
          <w:sz w:val="20"/>
        </w:rPr>
        <w:t>45:07  lekin musalman toh un ka Degeneration ho chuka hai. zawal par aa chuka hai. is haqiqat ko manie. tab musalmanon mein koi naya daur shuru hoga.</w:t>
      </w:r>
      <w:r>
        <w:br/>
      </w:r>
      <w:r>
        <w:rPr>
          <w:sz w:val="20"/>
        </w:rPr>
        <w:t>45:17  agar aap samjhen ke musalman wahi hain jo hazar saal pehle the to kabhi koi islaah nahi ho gi. islam ko alag kijiye, musalmanon ko alag kijiye.</w:t>
      </w:r>
      <w:r>
        <w:br/>
      </w:r>
      <w:r>
        <w:rPr>
          <w:sz w:val="20"/>
        </w:rPr>
        <w:t>45:27  islam ek ideology hai, is ka ek book hai, is ka ek text hai, woh aaj bhi intact hai. aaj bhi wese hi jis tarah ke pehle tha.</w:t>
      </w:r>
      <w:r>
        <w:br/>
      </w:r>
      <w:r>
        <w:rPr>
          <w:sz w:val="20"/>
        </w:rPr>
        <w:t>45:36  lekin musalman jo ek community hain, woh un par chaudah so saal jab beet gaye to generation after generation un ke andar zawal aaya, zawal aaya, zawal aaya.</w:t>
      </w:r>
      <w:r>
        <w:br/>
      </w:r>
      <w:r>
        <w:rPr>
          <w:sz w:val="20"/>
        </w:rPr>
        <w:t>45:47  ab zawal ki aakhri had par hain woh.</w:t>
      </w:r>
      <w:r>
        <w:br/>
      </w:r>
      <w:r>
        <w:rPr>
          <w:sz w:val="20"/>
        </w:rPr>
        <w:t>45:52  to is ka matlab nahi ke zawal mein aa gaye to hum isi zawal hi mein rahen ge. nahi, phir un ki islaah ho sakti hai. lekin islaah kab ho gi?</w:t>
      </w:r>
      <w:r>
        <w:br/>
      </w:r>
      <w:r>
        <w:rPr>
          <w:sz w:val="20"/>
        </w:rPr>
        <w:t>46:00  jab aap tanqeed ko bura na manen. tanqeed ko islaah samjhen. islaah. musalmanon ki sab se bari museebat yeh hai ke woh tanqeed ko bura samajhte hain.</w:t>
      </w:r>
      <w:r>
        <w:br/>
      </w:r>
      <w:r>
        <w:rPr>
          <w:sz w:val="20"/>
        </w:rPr>
        <w:t>46:11  ek ek shakhs tanqeed ko bura samajhta hai. mister bhi, molvi bhi. jeddah mein tajruba kiya. chahe mister ho ya molvi ho.</w:t>
      </w:r>
      <w:r>
        <w:br/>
      </w:r>
      <w:r>
        <w:rPr>
          <w:sz w:val="20"/>
        </w:rPr>
        <w:t>46:19  tanqeed ko samajhte hain ke buri cheez hai. tanqeed hi to islaah ka aaghaz hai. tanqeed hi islaah ka aaghaz hai.</w:t>
      </w:r>
      <w:r>
        <w:br/>
      </w:r>
      <w:r>
        <w:rPr>
          <w:sz w:val="20"/>
        </w:rPr>
        <w:t>46:29  to tanqeed ko taboo mat samjhiye. is tanqeed ko sochiye ke is ne kehne wale ne kya kaha. baat par ghor kijiye.</w:t>
      </w:r>
      <w:r>
        <w:br/>
      </w:r>
      <w:r>
        <w:rPr>
          <w:sz w:val="20"/>
        </w:rPr>
        <w:t>46:39  yeh na dekhiye ke tanqeed hai. sare musalman bhi jeete hain apne aadi maqaabir mein. har ek ne aqaabir bana rakhe hain. isi mein jeete hain.</w:t>
      </w:r>
      <w:r>
        <w:br/>
      </w:r>
      <w:r>
        <w:rPr>
          <w:sz w:val="20"/>
        </w:rPr>
        <w:t>46:48  sare musalman. mister bhi, molvi bhi. is se aap log bahar nikaliye. to is haqeeqat ko achi tarah jaan lijiye ke islam alag hai, musalman alag hain.</w:t>
      </w:r>
      <w:r>
        <w:br/>
      </w:r>
      <w:r>
        <w:rPr>
          <w:sz w:val="20"/>
        </w:rPr>
        <w:t>47:01  islam intact hai, musalman zawal ka shikar ho chuke hain. aur musalman ko dobara nikalne ke liye zaroorat hai ke aap tanqeed karen.</w:t>
      </w:r>
      <w:r>
        <w:br/>
      </w:r>
      <w:r>
        <w:rPr>
          <w:sz w:val="20"/>
        </w:rPr>
        <w:t>47:10  un ka tanqidi jaiza len. critical study karen. tab ho ga naya aaghaz.</w:t>
      </w:r>
    </w:p>
    <w:p>
      <w:pPr>
        <w:pStyle w:val="Heading2"/>
      </w:pPr>
      <w:r>
        <w:t>Islam's stance on rebellion for freedom</w:t>
      </w:r>
    </w:p>
    <w:p>
      <w:r>
        <w:rPr>
          <w:color w:val="666666"/>
          <w:sz w:val="18"/>
        </w:rPr>
        <w:t>Society &amp; Dawah · Man and Paradise August 18, 2013 · 2m 19s · at 43:58 · https://youtu.be/v7eX25YAjDU?t=2638</w:t>
      </w:r>
    </w:p>
    <w:p>
      <w:r>
        <w:rPr>
          <w:i/>
        </w:rPr>
        <w:t>“Yesterday I was watching TV channel Al Jazeera, one Egyptian lady who was with the protesters was being asked by the reporter as to why she was with the protesters. She replied, 'I have a fancy home, I have a fancy car, but I don't enjoy freedom. My question is, does Islam allow to become a rebel to demand for freedom?'”</w:t>
      </w:r>
    </w:p>
    <w:p>
      <w:r>
        <w:rPr>
          <w:sz w:val="20"/>
        </w:rPr>
        <w:t>43:58  molana, agla sawal dilli se hai, doctor fareeda khanoom ka. unhon ne likha hai: "Yesterday I was watching TV channel Al Jazeera, one Egyptian lady who was with the protesters was being asked by the reporter as to why she was with the protesters.</w:t>
      </w:r>
      <w:r>
        <w:br/>
      </w:r>
      <w:r>
        <w:rPr>
          <w:sz w:val="20"/>
        </w:rPr>
        <w:t>44:17  She replied, 'I have a fancy home, I have a fancy car, but I don't enjoy freedom.</w:t>
      </w:r>
      <w:r>
        <w:br/>
      </w:r>
      <w:r>
        <w:rPr>
          <w:sz w:val="20"/>
        </w:rPr>
        <w:t>44:26  My question is, does Islam allow to become a rebel to demand for freedom?' bilkul, yeh mere nazdeek to haram hai.</w:t>
      </w:r>
      <w:r>
        <w:br/>
      </w:r>
      <w:r>
        <w:rPr>
          <w:sz w:val="20"/>
        </w:rPr>
        <w:t>44:35  haram kaun se freedom? kis cheez ko aap freedom kehte hain? kis cheez ko? yeh yeh jo bol rahi hai, woh woh bhi to freedom hai. yani ek hukoomat qaim hai, is mein aap bol rahe hain, yeh yeh bhi to freedom hai.</w:t>
      </w:r>
      <w:r>
        <w:br/>
      </w:r>
      <w:r>
        <w:rPr>
          <w:sz w:val="20"/>
        </w:rPr>
        <w:t>44:51  mein is ko galat samajhta hoon ke un ko freedom nahi thi. pehle bhi thi aur ab bhi hai.</w:t>
      </w:r>
      <w:r>
        <w:br/>
      </w:r>
      <w:r>
        <w:rPr>
          <w:sz w:val="20"/>
        </w:rPr>
        <w:t>44:59  jis cheez ki freedom, yani Islam ka tasawwur jo yeh hai ke aap aap Islam mein jo samm bonam hai, freedom nahi hai, woh hai peace.</w:t>
      </w:r>
      <w:r>
        <w:br/>
      </w:r>
      <w:r>
        <w:rPr>
          <w:sz w:val="20"/>
        </w:rPr>
        <w:t>45:14  yeh western concept hai ke woh freedom ko samm bonam mante hain. unlimited freedom Islam ka tasawwur yeh nahi</w:t>
      </w:r>
      <w:r>
        <w:br/>
      </w:r>
      <w:r>
        <w:rPr>
          <w:sz w:val="20"/>
        </w:rPr>
        <w:t>45:23  hai. Islam ki tasdeeq agar aap ko mawaqe ko avail karne ki opportunity khuli hui hai, is mein aap ko koi rukawat nahi hai, to wohi freedom Islam ke nazdeek kaafi hai.</w:t>
      </w:r>
      <w:r>
        <w:br/>
      </w:r>
      <w:r>
        <w:rPr>
          <w:sz w:val="20"/>
        </w:rPr>
        <w:t>45:37  to kaun sa freedom woh chahti hai? jo freedom woh chahti hai, woh Islam mein matloob hi nahi hai. to mein dekh, yeh ek bilkul galat baat hai, baseless baat hai ke un ko freedom nahi mili hui.</w:t>
      </w:r>
      <w:r>
        <w:br/>
      </w:r>
      <w:r>
        <w:rPr>
          <w:sz w:val="20"/>
        </w:rPr>
        <w:t>45:52  freedom na hoti to un ke paas car bhi na hoti, un ke paas ghar bhi na hota, bol bhi nahi sakti thi. woh</w:t>
      </w:r>
      <w:r>
        <w:br/>
      </w:r>
      <w:r>
        <w:rPr>
          <w:sz w:val="20"/>
        </w:rPr>
        <w:t>45:59  mein to samajhta hoon ke yeh is tarah ki jo baatein yeh log bol rahe hain, yani ke woh jante nahi ke freedom kya hai aur ghulami kya hai.</w:t>
      </w:r>
      <w:r>
        <w:br/>
      </w:r>
      <w:r>
        <w:rPr>
          <w:sz w:val="20"/>
        </w:rPr>
        <w:t>46:09  bas ek ek josh mein bol rahe hain, bas kuch bekhabari, bekhabar hain har cheez se. woh</w:t>
      </w:r>
    </w:p>
    <w:p>
      <w:pPr>
        <w:pStyle w:val="Heading2"/>
      </w:pPr>
      <w:r>
        <w:t>Islamic Sharia as Reformed Tribal Law?</w:t>
      </w:r>
    </w:p>
    <w:p>
      <w:r>
        <w:rPr>
          <w:color w:val="666666"/>
          <w:sz w:val="18"/>
        </w:rPr>
        <w:t>Society &amp; Dawah · Conversation with Maulana Wahiduddin Khan | October 01, 2017 · 2m 13s · at 29:50 · https://youtu.be/TmOYGd3rp2M?t=1790</w:t>
      </w:r>
    </w:p>
    <w:p>
      <w:r>
        <w:rPr>
          <w:i/>
        </w:rPr>
        <w:t>“Some of my friends have an opinion that Islamic Sharia is actually reformed Arab tribal law.”</w:t>
      </w:r>
    </w:p>
    <w:p>
      <w:r>
        <w:rPr>
          <w:sz w:val="20"/>
        </w:rPr>
        <w:t>29:50  Extremist na baniye. to sab peace hi peace hai. sab peace hi peace hai. yeh galat soch hai ke rai ke ikhtilaf se tashaddud aata hai. tashaddud aata hai ghulu se, jis ko kehte hain extremism. Maulana, agla sawal Riyaz Bha</w:t>
      </w:r>
      <w:r>
        <w:br/>
      </w:r>
      <w:r>
        <w:rPr>
          <w:sz w:val="20"/>
        </w:rPr>
        <w:t>30:20  t sahib ne srinagar se bheja hai.</w:t>
      </w:r>
      <w:r>
        <w:br/>
      </w:r>
      <w:r>
        <w:rPr>
          <w:sz w:val="20"/>
        </w:rPr>
        <w:t>30:25  unhon ne likha hai: "Some of my friends have an opinion that Islamic sharia is actually reformed Arab tribal law.</w:t>
      </w:r>
      <w:r>
        <w:br/>
      </w:r>
      <w:r>
        <w:rPr>
          <w:sz w:val="20"/>
        </w:rPr>
        <w:t>30:30  What is your opinion, Maulana sahib, on this?" nahi, sab yeh sab bilkul ghair ilmi sawal bhi hai,</w:t>
      </w:r>
      <w:r>
        <w:br/>
      </w:r>
      <w:r>
        <w:rPr>
          <w:sz w:val="20"/>
        </w:rPr>
        <w:t>30:35  ghair ilmi jawab bhi hai.</w:t>
      </w:r>
      <w:r>
        <w:br/>
      </w:r>
      <w:r>
        <w:rPr>
          <w:sz w:val="20"/>
        </w:rPr>
        <w:t>30:40  sharia wahi hai.</w:t>
      </w:r>
      <w:r>
        <w:br/>
      </w:r>
      <w:r>
        <w:rPr>
          <w:sz w:val="20"/>
        </w:rPr>
        <w:t>30:45  sharia ka jo</w:t>
      </w:r>
      <w:r>
        <w:br/>
      </w:r>
      <w:r>
        <w:rPr>
          <w:sz w:val="20"/>
        </w:rPr>
        <w:t>30:50  nikala hai, jo un jamaaton ne jo islami nizam ki alambardar hain, woh to ghulu ka case hai.</w:t>
      </w:r>
      <w:r>
        <w:br/>
      </w:r>
      <w:r>
        <w:rPr>
          <w:sz w:val="20"/>
        </w:rPr>
        <w:t>30:58  un ka jo tasawwur shariat ka, woh ghulu ka case hai.</w:t>
      </w:r>
      <w:r>
        <w:br/>
      </w:r>
      <w:r>
        <w:rPr>
          <w:sz w:val="20"/>
        </w:rPr>
        <w:t>31:05  warna shariat kya hai? jo quran o hadith mein wohi shariat hai? yeh tribal se kya talluq hai?</w:t>
      </w:r>
      <w:r>
        <w:br/>
      </w:r>
      <w:r>
        <w:rPr>
          <w:sz w:val="20"/>
        </w:rPr>
        <w:t>31:13  shariat jo hai, is ka koi yani is ka koi talluq</w:t>
      </w:r>
      <w:r>
        <w:br/>
      </w:r>
      <w:r>
        <w:rPr>
          <w:sz w:val="20"/>
        </w:rPr>
        <w:t>31:21  tribal culture se nahi hai.</w:t>
      </w:r>
      <w:r>
        <w:br/>
      </w:r>
      <w:r>
        <w:rPr>
          <w:sz w:val="20"/>
        </w:rPr>
        <w:t>31:27  woh woh wahi hai ke woh shariat mein, yani hadith mein ya quran mein jo baatein kahi gayi</w:t>
      </w:r>
      <w:r>
        <w:br/>
      </w:r>
      <w:r>
        <w:rPr>
          <w:sz w:val="20"/>
        </w:rPr>
        <w:t>31:33  hain, wohi shariat hai.</w:t>
      </w:r>
      <w:r>
        <w:br/>
      </w:r>
      <w:r>
        <w:rPr>
          <w:sz w:val="20"/>
        </w:rPr>
        <w:t>31:39  yeh to bilkul hi yani yeh yeh baatein jo kahi jati hain ke shariat jo hai, woh tribal</w:t>
      </w:r>
      <w:r>
        <w:br/>
      </w:r>
      <w:r>
        <w:rPr>
          <w:sz w:val="20"/>
        </w:rPr>
        <w:t>31:45  laws se talluq hai, is ka yeh bilkul</w:t>
      </w:r>
      <w:r>
        <w:br/>
      </w:r>
      <w:r>
        <w:rPr>
          <w:sz w:val="20"/>
        </w:rPr>
        <w:t>31:51  bilkul baseless baatein hain.</w:t>
      </w:r>
      <w:r>
        <w:br/>
      </w:r>
      <w:r>
        <w:rPr>
          <w:sz w:val="20"/>
        </w:rPr>
        <w:t>31:57  khwamkhwah ki baatein hain.</w:t>
      </w:r>
    </w:p>
    <w:p>
      <w:pPr>
        <w:pStyle w:val="Heading2"/>
      </w:pPr>
      <w:r>
        <w:t>Islamic government real or hypothetical</w:t>
      </w:r>
    </w:p>
    <w:p>
      <w:r>
        <w:rPr>
          <w:color w:val="666666"/>
          <w:sz w:val="18"/>
        </w:rPr>
        <w:t>Society &amp; Dawah · Example of the Prophet March 20, 2016 · 2m 53s · at 56:39 · https://youtu.be/79HmhzXU41w?t=3399</w:t>
      </w:r>
    </w:p>
    <w:p>
      <w:r>
        <w:rPr>
          <w:i/>
        </w:rPr>
        <w:t>“What is meant by Islamic government? Is it a real thing or a hypothetical? Islamic government is hypothetical, because neither in the Quran nor in Hadith is the word Islamic government mentioned.”</w:t>
      </w:r>
    </w:p>
    <w:p>
      <w:r>
        <w:rPr>
          <w:sz w:val="20"/>
        </w:rPr>
        <w:t>56:39  Maulana, in ka ek aur sawal hai, unhon ne likha hai ke islami hukumat se kya murad hai?</w:t>
      </w:r>
      <w:r>
        <w:br/>
      </w:r>
      <w:r>
        <w:rPr>
          <w:sz w:val="20"/>
        </w:rPr>
        <w:t>56:46  kya yeh koi haqeeqi cheez hai ya mufrada?</w:t>
      </w:r>
      <w:r>
        <w:br/>
      </w:r>
      <w:r>
        <w:rPr>
          <w:sz w:val="20"/>
        </w:rPr>
        <w:t>56:50  islami hukumat mufrada hi hai, kyunke na quran mein kahin islam hukumat ka lafz hai, na hadith mein.</w:t>
      </w:r>
      <w:r>
        <w:br/>
      </w:r>
      <w:r>
        <w:rPr>
          <w:sz w:val="20"/>
        </w:rPr>
        <w:t>56:59  dawat-e-islam batai kahan hai quran mein, kahan hadith mein hai? yeh baad ke zamaney mein musalmanon ne</w:t>
      </w:r>
      <w:r>
        <w:br/>
      </w:r>
      <w:r>
        <w:rPr>
          <w:sz w:val="20"/>
        </w:rPr>
        <w:t>57:06  yeh sab woh kiya hai, yani term banaye hain.</w:t>
      </w:r>
      <w:r>
        <w:br/>
      </w:r>
      <w:r>
        <w:rPr>
          <w:sz w:val="20"/>
        </w:rPr>
        <w:t>57:13  islam mein to sirf yeh hai ke</w:t>
      </w:r>
      <w:r>
        <w:br/>
      </w:r>
      <w:r>
        <w:rPr>
          <w:sz w:val="20"/>
        </w:rPr>
        <w:t>57:16  aadmi apne aap ko allah ka itaat guzar banaye,</w:t>
      </w:r>
      <w:r>
        <w:br/>
      </w:r>
      <w:r>
        <w:rPr>
          <w:sz w:val="20"/>
        </w:rPr>
        <w:t>57:21  peaceful dawat de,</w:t>
      </w:r>
      <w:r>
        <w:br/>
      </w:r>
      <w:r>
        <w:rPr>
          <w:sz w:val="20"/>
        </w:rPr>
        <w:t>57:24  jannat ke liye amal kare,</w:t>
      </w:r>
      <w:r>
        <w:br/>
      </w:r>
      <w:r>
        <w:rPr>
          <w:sz w:val="20"/>
        </w:rPr>
        <w:t>57:26  yeh hi sab hai.</w:t>
      </w:r>
      <w:r>
        <w:br/>
      </w:r>
      <w:r>
        <w:rPr>
          <w:sz w:val="20"/>
        </w:rPr>
        <w:t>57:28  agar halaat ke tehat kabhi</w:t>
      </w:r>
      <w:r>
        <w:br/>
      </w:r>
      <w:r>
        <w:rPr>
          <w:sz w:val="20"/>
        </w:rPr>
        <w:t>57:32  aisa hota hai ke muashre ke</w:t>
      </w:r>
      <w:r>
        <w:br/>
      </w:r>
      <w:r>
        <w:rPr>
          <w:sz w:val="20"/>
        </w:rPr>
        <w:t>57:36  overwhelming majority kisi tarz ki hukumat chahti hai to woh hukumat ban jaye gi wahan par.</w:t>
      </w:r>
      <w:r>
        <w:br/>
      </w:r>
      <w:r>
        <w:rPr>
          <w:sz w:val="20"/>
        </w:rPr>
        <w:t>57:41  kama takoon kazalik youla alaikum baqi target hargiz nahi hai.</w:t>
      </w:r>
      <w:r>
        <w:br/>
      </w:r>
      <w:r>
        <w:rPr>
          <w:sz w:val="20"/>
        </w:rPr>
        <w:t>57:46  jaisa ke maine arz kiya ke Allah Rasool Allah ne sahih nahi kaha gaya tha ke aqqam</w:t>
      </w:r>
      <w:r>
        <w:br/>
      </w:r>
      <w:r>
        <w:rPr>
          <w:sz w:val="20"/>
        </w:rPr>
        <w:t>57:51  dawat-e-islami nafs-e-shariat-e-islamiya yeh nahi kaha gaya tha.</w:t>
      </w:r>
      <w:r>
        <w:br/>
      </w:r>
      <w:r>
        <w:rPr>
          <w:sz w:val="20"/>
        </w:rPr>
        <w:t>57:56  toh yeh target hi nahi hai, yeh toh</w:t>
      </w:r>
      <w:r>
        <w:br/>
      </w:r>
      <w:r>
        <w:rPr>
          <w:sz w:val="20"/>
        </w:rPr>
        <w:t>57:59  mubtada target hai.</w:t>
      </w:r>
      <w:r>
        <w:br/>
      </w:r>
      <w:r>
        <w:rPr>
          <w:sz w:val="20"/>
        </w:rPr>
        <w:t>58:02  yeh mubtada target Islam ka target nahi hai.</w:t>
      </w:r>
      <w:r>
        <w:br/>
      </w:r>
      <w:r>
        <w:rPr>
          <w:sz w:val="20"/>
        </w:rPr>
        <w:t>58:05  is par maine bohat kaafi likha apni kitabon mein, aap parh sakte hain is ko.</w:t>
      </w:r>
      <w:r>
        <w:br/>
      </w:r>
      <w:r>
        <w:rPr>
          <w:sz w:val="20"/>
        </w:rPr>
        <w:t>58:10  Maulana, ek aur sawal aaya hai jo Pakistan team se jo us waqt dekh rahe hain, unhon ne</w:t>
      </w:r>
      <w:r>
        <w:br/>
      </w:r>
      <w:r>
        <w:rPr>
          <w:sz w:val="20"/>
        </w:rPr>
        <w:t>58:15  likha hai ke What is the process of developing clarity of mind about truth as we are living</w:t>
      </w:r>
      <w:r>
        <w:br/>
      </w:r>
      <w:r>
        <w:rPr>
          <w:sz w:val="20"/>
        </w:rPr>
        <w:t>58:23  in a society where many sects exist and each claims that he isright</w:t>
      </w:r>
      <w:r>
        <w:br/>
      </w:r>
      <w:r>
        <w:rPr>
          <w:sz w:val="20"/>
        </w:rPr>
        <w:t>58:29  what is your opinion on this? haan yeh bohat acha sawal hai mashallah. apne jo mera experience hai woh main samajhta hoon ke yeh ek ek do is ke pehlu hain. it is a two-fold mission.</w:t>
      </w:r>
      <w:r>
        <w:br/>
      </w:r>
      <w:r>
        <w:rPr>
          <w:sz w:val="20"/>
        </w:rPr>
        <w:t>58:51  number one. apne aap ko deconditioning karna. pehli cheez hai conditioning todna. deconditioning karna.</w:t>
      </w:r>
      <w:r>
        <w:br/>
      </w:r>
      <w:r>
        <w:rPr>
          <w:sz w:val="20"/>
        </w:rPr>
        <w:t>59:01  ing karna number one, aur number do is study.</w:t>
      </w:r>
      <w:r>
        <w:br/>
      </w:r>
      <w:r>
        <w:rPr>
          <w:sz w:val="20"/>
        </w:rPr>
        <w:t>59:06  deconditioning aur study hi woh cheez hai jis se aap is target ko achieve kar sakte hain.</w:t>
      </w:r>
      <w:r>
        <w:br/>
      </w:r>
      <w:r>
        <w:rPr>
          <w:sz w:val="20"/>
        </w:rPr>
        <w:t>59:13  isi se personality banegi, is se intellectual development hoga, is se tazkiya hoga, sab kuch is se</w:t>
      </w:r>
      <w:r>
        <w:br/>
      </w:r>
      <w:r>
        <w:rPr>
          <w:sz w:val="20"/>
        </w:rPr>
        <w:t>59:21  hoga. Toh deconditioning aur study, bas aur koi mere tajrube mein aur koi cheez nahi hai.</w:t>
      </w:r>
    </w:p>
    <w:p>
      <w:pPr>
        <w:pStyle w:val="Heading2"/>
      </w:pPr>
      <w:r>
        <w:t>Islamic perspective on human rights and freedom</w:t>
      </w:r>
    </w:p>
    <w:p>
      <w:r>
        <w:rPr>
          <w:color w:val="666666"/>
          <w:sz w:val="18"/>
        </w:rPr>
        <w:t>Society &amp; Dawah · Man and The Paradise August 11, 2013 Maulana Wahiduddin Khan · 3m 25s · at 1:12:49 · https://youtu.be/m8XdpnaS95U?t=4369</w:t>
      </w:r>
    </w:p>
    <w:p>
      <w:r>
        <w:rPr>
          <w:i/>
        </w:rPr>
        <w:t>“We often consider freedom as right and start demanding rights. What is the Islamic view on human rights?”</w:t>
      </w:r>
    </w:p>
    <w:p>
      <w:r>
        <w:rPr>
          <w:sz w:val="20"/>
        </w:rPr>
        <w:t>1:12:49  maulana, agla sawal dilli se hai. miss naghma siddiqui ka</w:t>
      </w:r>
      <w:r>
        <w:br/>
      </w:r>
      <w:r>
        <w:rPr>
          <w:sz w:val="20"/>
        </w:rPr>
        <w:t>1:12:53  , unhon ne aap se poocha hai: "we often consider freedom are right and start demanding rights. what is the islamic view on human rights?"</w:t>
      </w:r>
      <w:r>
        <w:br/>
      </w:r>
      <w:r>
        <w:rPr>
          <w:sz w:val="20"/>
        </w:rPr>
        <w:t>1:13:07  dekhiye, main to human right ke concept hi ko bilkul yani absurd samajhta hoon. jab se human rights ka concept dunya mein aaya hai, tab se evil barh gayi hain.</w:t>
      </w:r>
      <w:r>
        <w:br/>
      </w:r>
      <w:r>
        <w:rPr>
          <w:sz w:val="20"/>
        </w:rPr>
        <w:t>1:13:19  evil barh gayi hain kyunke har aadmi apne right maang raha hai, har aadmi ke right maang raha</w:t>
      </w:r>
      <w:r>
        <w:br/>
      </w:r>
      <w:r>
        <w:rPr>
          <w:sz w:val="20"/>
        </w:rPr>
        <w:t>1:13:23  hai. kis se maang rahe ho bhai? kis se maang rahe ho? kya samundaron se maang rahe ho? pahadon se maang rahe ho? kis se maang rahe ho right?</w:t>
      </w:r>
      <w:r>
        <w:br/>
      </w:r>
      <w:r>
        <w:rPr>
          <w:sz w:val="20"/>
        </w:rPr>
        <w:t>1:13:31  apne sitaron aur aur planet se maang rahe ho? insaan se maang rahe ho? to nateeja yeh kaha ke human rights means yani takrao, ladai.</w:t>
      </w:r>
      <w:r>
        <w:br/>
      </w:r>
      <w:r>
        <w:rPr>
          <w:sz w:val="20"/>
        </w:rPr>
        <w:t>1:13:43  human right ka concept jo hai, wahi to ladai paida karta hai. har aadmi chahta hai ke falan aadmi se mujhe right lena hai, ab us se ladte hain.</w:t>
      </w:r>
      <w:r>
        <w:br/>
      </w:r>
      <w:r>
        <w:rPr>
          <w:sz w:val="20"/>
        </w:rPr>
        <w:t>1:13:54  islam mein human duties ka concept hai, yaad rakhiye. islam mein human right ka concept nahi hai. human duties ya agar aap apni duty ko poora karein to right apne aap mil jaate hain.</w:t>
      </w:r>
      <w:r>
        <w:br/>
      </w:r>
      <w:r>
        <w:rPr>
          <w:sz w:val="20"/>
        </w:rPr>
        <w:t>1:14:07  kis se aap right maang rahe hain? jis se maang rahe hain, usi se ladna padta hai aap ko.</w:t>
      </w:r>
      <w:r>
        <w:br/>
      </w:r>
      <w:r>
        <w:rPr>
          <w:sz w:val="20"/>
        </w:rPr>
        <w:t>1:14:14  to har taraf isi human right ka jo concept hai, usi ne har taraf nafrat aur aur tashaddud aur gun culture, bomb culture tarah chal rakha hai.</w:t>
      </w:r>
      <w:r>
        <w:br/>
      </w:r>
      <w:r>
        <w:rPr>
          <w:sz w:val="20"/>
        </w:rPr>
        <w:t>1:14:24  yeh jitna gun culture, bomb culture hai, sab human right ki wajah se hai. yeh agar human duties ka concept ho to kuch bhi nahi hoga.</w:t>
      </w:r>
      <w:r>
        <w:br/>
      </w:r>
      <w:r>
        <w:rPr>
          <w:sz w:val="20"/>
        </w:rPr>
        <w:t>1:14:38  main is bilkul yani nahi maanta ke human right ka jo concept hai, is mein koi khair hai. sirf sharai shar is ke andar hai.</w:t>
      </w:r>
      <w:r>
        <w:br/>
      </w:r>
      <w:r>
        <w:rPr>
          <w:sz w:val="20"/>
        </w:rPr>
        <w:t>1:14:48  sirf human duties ka concept hona chahiye aur koi ek bhi nahi hai. mujhe maloom sari dunya mein sirf main hoon wahid shakhs jo human duties ki baat karta hoon kyunke ek bhi nahi hai jo jo human duties ki baatein karta ho.</w:t>
      </w:r>
      <w:r>
        <w:br/>
      </w:r>
      <w:r>
        <w:rPr>
          <w:sz w:val="20"/>
        </w:rPr>
        <w:t>1:15:05  yani jo hamara jo constitution hai, jo banaya gaya, to is mein human right to bohat sari theen, human duties theen hi nahi. is mein is ka wajood hi nahi tha.</w:t>
      </w:r>
      <w:r>
        <w:br/>
      </w:r>
      <w:r>
        <w:rPr>
          <w:sz w:val="20"/>
        </w:rPr>
        <w:t>1:15:16  yani human duties ka koi concept hi nahi tha hamare constitution mein. waise itna mota hamara constitution tha. to indira gandhi ke zamane mein is mein ek class barhaya gaya.</w:t>
      </w:r>
      <w:r>
        <w:br/>
      </w:r>
      <w:r>
        <w:rPr>
          <w:sz w:val="20"/>
        </w:rPr>
        <w:t>1:15:29  aukha nateeja kuch nahi kyunke ab bohat dair ho chuki thi.</w:t>
      </w:r>
      <w:r>
        <w:br/>
      </w:r>
      <w:r>
        <w:rPr>
          <w:sz w:val="20"/>
        </w:rPr>
        <w:t>1:15:32  saara society hamari right conscious ho chuki thi.</w:t>
      </w:r>
      <w:r>
        <w:br/>
      </w:r>
      <w:r>
        <w:rPr>
          <w:sz w:val="20"/>
        </w:rPr>
        <w:t>1:15:39  jab hamari society saara right conscious ho ho chuki thi, tab is mein duty ka ek class barhaya gaya. to woh bilkul bekar ho kar reh gaya. to bahar haal main samajhta hoon ke islam ka jo target hai,</w:t>
      </w:r>
      <w:r>
        <w:br/>
      </w:r>
      <w:r>
        <w:rPr>
          <w:sz w:val="20"/>
        </w:rPr>
        <w:t>1:15:55  woh hai duty conscious society banana. duty conscious insaan, insaan banana.</w:t>
      </w:r>
      <w:r>
        <w:br/>
      </w:r>
      <w:r>
        <w:rPr>
          <w:sz w:val="20"/>
        </w:rPr>
        <w:t>1:16:02  islam ka target yeh hai hi nahi ke right conscious society, right conscious insaan banaya jaye. yeh main samjha hoon quran o hadees ke mutalliq se.</w:t>
      </w:r>
    </w:p>
    <w:p>
      <w:pPr>
        <w:pStyle w:val="Heading2"/>
      </w:pPr>
      <w:r>
        <w:t>Islamic principle from Vatican principle for today</w:t>
      </w:r>
    </w:p>
    <w:p>
      <w:r>
        <w:rPr>
          <w:color w:val="666666"/>
          <w:sz w:val="18"/>
        </w:rPr>
        <w:t>Society &amp; Dawah · Formula of Human Life | March 13, 2016 · 3m 50s · at 58:44 · https://youtu.be/Et_ZQTYZzjU?t=3524</w:t>
      </w:r>
    </w:p>
    <w:p>
      <w:r>
        <w:rPr>
          <w:i/>
        </w:rPr>
        <w:t>“Today you mentioned about the Vatican principle. What can be the Islamic principle which should be adopted by the Muslim world today? What is your suggestion?”</w:t>
      </w:r>
    </w:p>
    <w:p>
      <w:r>
        <w:rPr>
          <w:sz w:val="20"/>
        </w:rPr>
        <w:t>58:44  مولانا، اگلا سوال لکھنو سے کیا ہے ظہور صاحب نے، اور ان کا سوال ہے کہ: "مولانا، today</w:t>
      </w:r>
      <w:r>
        <w:br/>
      </w:r>
      <w:r>
        <w:rPr>
          <w:sz w:val="20"/>
        </w:rPr>
        <w:t>58:50  You mentioned about the Vatican principle.</w:t>
      </w:r>
      <w:r>
        <w:br/>
      </w:r>
      <w:r>
        <w:rPr>
          <w:sz w:val="20"/>
        </w:rPr>
        <w:t>58:56  What can be the Islamic principle which should be adopted by the Muslim world today? What is your suggestion?</w:t>
      </w:r>
      <w:r>
        <w:br/>
      </w:r>
      <w:r>
        <w:rPr>
          <w:sz w:val="20"/>
        </w:rPr>
        <w:t>59:02  "What is this?" میں تو سمجھتا ہوں کہ ویٹیکن پرنسپل ایک پریکٹیکل پرنسپل ہے، اور ہمیں ہمیشہ ایپلیکیبل ہے۔</w:t>
      </w:r>
      <w:r>
        <w:br/>
      </w:r>
      <w:r>
        <w:rPr>
          <w:sz w:val="20"/>
        </w:rPr>
        <w:t>59:08  woh is ka taluq mazhab se nahi hai, is ka taluq law of nature se hai.</w:t>
      </w:r>
      <w:r>
        <w:br/>
      </w:r>
      <w:r>
        <w:rPr>
          <w:sz w:val="20"/>
        </w:rPr>
        <w:t>59:14  law of nature se.</w:t>
      </w:r>
      <w:r>
        <w:br/>
      </w:r>
      <w:r>
        <w:rPr>
          <w:sz w:val="20"/>
        </w:rPr>
        <w:t>59:20  rasool allah ke zamane mein aap dekhiye ke makka ke jo is zamane mein jo log makka mein</w:t>
      </w:r>
      <w:r>
        <w:br/>
      </w:r>
      <w:r>
        <w:rPr>
          <w:sz w:val="20"/>
        </w:rPr>
        <w:t>59:27  rule kar rahe the,</w:t>
      </w:r>
      <w:r>
        <w:br/>
      </w:r>
      <w:r>
        <w:rPr>
          <w:sz w:val="20"/>
        </w:rPr>
        <w:t>59:33  unhon ne kaha: "makka chhodna parega aap ko." to unhon ne kaha: "theek hai, hum chale jate</w:t>
      </w:r>
      <w:r>
        <w:br/>
      </w:r>
      <w:r>
        <w:rPr>
          <w:sz w:val="20"/>
        </w:rPr>
        <w:t>59:39  hain, madine se rehte hain." woh bhi to vatican tha.</w:t>
      </w:r>
      <w:r>
        <w:br/>
      </w:r>
      <w:r>
        <w:rPr>
          <w:sz w:val="20"/>
        </w:rPr>
        <w:t>59:45  madina was like a vatican.</w:t>
      </w:r>
      <w:r>
        <w:br/>
      </w:r>
      <w:r>
        <w:rPr>
          <w:sz w:val="20"/>
        </w:rPr>
        <w:t>59:52  vatican yani pope ne pure europe ko chhod kar ke vatican mein apna seat bana liya.</w:t>
      </w:r>
      <w:r>
        <w:br/>
      </w:r>
      <w:r>
        <w:rPr>
          <w:sz w:val="20"/>
        </w:rPr>
        <w:t>59:58  rasool allah sallallahu alaihi wasallam ne pure arab ko chhod kar ke madine mein seat bana liya. yani</w:t>
      </w:r>
      <w:r>
        <w:br/>
      </w:r>
      <w:r>
        <w:rPr>
          <w:sz w:val="20"/>
        </w:rPr>
        <w:t>1:00:04  اس کو بتاؤں گا، Vaticanization کہیے یا principle of Vatican کے، وہ وہی تھا۔</w:t>
      </w:r>
      <w:r>
        <w:br/>
      </w:r>
      <w:r>
        <w:rPr>
          <w:sz w:val="20"/>
        </w:rPr>
        <w:t>1:00:12  yeh to yeh law of nature hai, yeh law of nature hai.</w:t>
      </w:r>
      <w:r>
        <w:br/>
      </w:r>
      <w:r>
        <w:rPr>
          <w:sz w:val="20"/>
        </w:rPr>
        <w:t>1:00:19  aur mein samajhta hoon ke yeh law of nature jo hai, secular logon ke liye bhi hai.</w:t>
      </w:r>
      <w:r>
        <w:br/>
      </w:r>
      <w:r>
        <w:rPr>
          <w:sz w:val="20"/>
        </w:rPr>
        <w:t>1:00:27  What happened in Germany after the Second World War? Some</w:t>
      </w:r>
      <w:r>
        <w:br/>
      </w:r>
      <w:r>
        <w:rPr>
          <w:sz w:val="20"/>
        </w:rPr>
        <w:t>1:00:34  powers yani occupied east germany.</w:t>
      </w:r>
      <w:r>
        <w:br/>
      </w:r>
      <w:r>
        <w:rPr>
          <w:sz w:val="20"/>
        </w:rPr>
        <w:t>1:00:41  So German leaders have no option other than to content in West Germany.</w:t>
      </w:r>
      <w:r>
        <w:br/>
      </w:r>
      <w:r>
        <w:rPr>
          <w:sz w:val="20"/>
        </w:rPr>
        <w:t>1:00:48  to they accepted this formula.</w:t>
      </w:r>
      <w:r>
        <w:br/>
      </w:r>
      <w:r>
        <w:rPr>
          <w:sz w:val="20"/>
        </w:rPr>
        <w:t>1:00:54  as was formula, also formula of vatican.</w:t>
      </w:r>
      <w:r>
        <w:br/>
      </w:r>
      <w:r>
        <w:rPr>
          <w:sz w:val="20"/>
        </w:rPr>
        <w:t>1:01:01  yani east germany ko unhon ne de diya, un ko</w:t>
      </w:r>
      <w:r>
        <w:br/>
      </w:r>
      <w:r>
        <w:rPr>
          <w:sz w:val="20"/>
        </w:rPr>
        <w:t>1:01:07  jo jo doosri powers thin, aur khud woh west germany mein apna development ka kaam karne lage.</w:t>
      </w:r>
      <w:r>
        <w:br/>
      </w:r>
      <w:r>
        <w:rPr>
          <w:sz w:val="20"/>
        </w:rPr>
        <w:t>1:01:13  تو میں سمجھتا ہوں کہ principle of Vatican جو ہے، یہ یہ ایک بہت ہی wisdom کی بات</w:t>
      </w:r>
      <w:r>
        <w:br/>
      </w:r>
      <w:r>
        <w:rPr>
          <w:sz w:val="20"/>
        </w:rPr>
        <w:t>1:01:19  ہے، اور یہ سب کے لیے، religious لوگوں کے لیے، سخت religious لوگوں اور secular لوگوں کے لیے</w:t>
      </w:r>
      <w:r>
        <w:br/>
      </w:r>
      <w:r>
        <w:rPr>
          <w:sz w:val="20"/>
        </w:rPr>
        <w:t>1:01:25  bhi hai ke yeh wahi hai.</w:t>
      </w:r>
      <w:r>
        <w:br/>
      </w:r>
      <w:r>
        <w:rPr>
          <w:sz w:val="20"/>
        </w:rPr>
        <w:t>1:01:32  doosre lafzon mein</w:t>
      </w:r>
      <w:r>
        <w:br/>
      </w:r>
      <w:r>
        <w:rPr>
          <w:sz w:val="20"/>
        </w:rPr>
        <w:t>1:01:38  کہ: "Politics is the art of the possible." جو پاسیبل ہے، اس پر راضی ہو جاؤ۔</w:t>
      </w:r>
      <w:r>
        <w:br/>
      </w:r>
      <w:r>
        <w:rPr>
          <w:sz w:val="20"/>
        </w:rPr>
        <w:t>1:01:44  yani vaitikan prinsipal ka matlab hai jo pracktically jo paasebal hai, us par raazi ho jao.</w:t>
      </w:r>
      <w:r>
        <w:br/>
      </w:r>
      <w:r>
        <w:rPr>
          <w:sz w:val="20"/>
        </w:rPr>
        <w:t>1:01:51  dekhen, is ka yani itna achha example kirschan ne diya hai.</w:t>
      </w:r>
      <w:r>
        <w:br/>
      </w:r>
      <w:r>
        <w:rPr>
          <w:sz w:val="20"/>
        </w:rPr>
        <w:t>1:01:57  main main yeh kahunga itna achha example ke poore Europe mein un ki dab dabe tha, us ko</w:t>
      </w:r>
      <w:r>
        <w:br/>
      </w:r>
      <w:r>
        <w:rPr>
          <w:sz w:val="20"/>
        </w:rPr>
        <w:t>1:02:04  chhod kar ke vaitikan par raazi ho gaye,</w:t>
      </w:r>
      <w:r>
        <w:br/>
      </w:r>
      <w:r>
        <w:rPr>
          <w:sz w:val="20"/>
        </w:rPr>
        <w:t>1:02:10  jo shayad 110 ekad hai ghaliban.</w:t>
      </w:r>
      <w:r>
        <w:br/>
      </w:r>
      <w:r>
        <w:rPr>
          <w:sz w:val="20"/>
        </w:rPr>
        <w:t>1:02:16  to main samajhta hoon ke yeh prinsipal aik law of nature pe base karta hai, aur yeh secular</w:t>
      </w:r>
      <w:r>
        <w:br/>
      </w:r>
      <w:r>
        <w:rPr>
          <w:sz w:val="20"/>
        </w:rPr>
        <w:t>1:02:22  logon ke liye bhi hai, lejis logon ke liye bhi hai, sab ke liye.</w:t>
      </w:r>
      <w:r>
        <w:br/>
      </w:r>
      <w:r>
        <w:rPr>
          <w:sz w:val="20"/>
        </w:rPr>
        <w:t>1:02:28  lekin is ka aik bohat hi historical example chounke vaitikan hai, is liye main is ko refer kiya.</w:t>
      </w:r>
    </w:p>
    <w:p>
      <w:pPr>
        <w:pStyle w:val="Heading2"/>
      </w:pPr>
      <w:r>
        <w:t>Islamic solution for global political violence</w:t>
      </w:r>
    </w:p>
    <w:p>
      <w:r>
        <w:rPr>
          <w:color w:val="666666"/>
          <w:sz w:val="18"/>
        </w:rPr>
        <w:t>Society &amp; Dawah · Man and Paradise August 18, 2013 · 2m 11s · at 59:28 · https://youtu.be/v7eX25YAjDU?t=3568</w:t>
      </w:r>
    </w:p>
    <w:p>
      <w:r>
        <w:rPr>
          <w:i/>
        </w:rPr>
        <w:t>“Maulana, what is the solution in Islam for communal violence in Kashmir, the violence ignited by demands for separate states in India, and the global unrest due to political violence in other countries of the world, so that the world can become a ground for peace?”</w:t>
      </w:r>
    </w:p>
    <w:p>
      <w:r>
        <w:rPr>
          <w:sz w:val="20"/>
        </w:rPr>
        <w:t>59:28  maulana, agla sawal Delhi se hai, Miss Razia ka, Jamiya Millia Islamia se. unhone likha hai: "Maulana sahib, Kashmir ki sanpradayik hinsa aur Hindustan mein alag rajyon ki maang ko le kar bhadki hinsa,</w:t>
      </w:r>
      <w:r>
        <w:br/>
      </w:r>
      <w:r>
        <w:rPr>
          <w:sz w:val="20"/>
        </w:rPr>
        <w:t>59:45  aur vishwa ke doosre deshon ki rajnitik hinsa ke karan jo vaishvik ashanti ka mahaul hai, uska Islam mein kya hal hai</w:t>
      </w:r>
      <w:r>
        <w:br/>
      </w:r>
      <w:r>
        <w:rPr>
          <w:sz w:val="20"/>
        </w:rPr>
        <w:t>59:55  taaki vishwa shanti ki sarzameen ban jaye?" is par to main bahut likh chuka hoon, bahut zyada likh chuka hoon ke Islam mein political maamle mein status quo mein ye hai hi nahi jo kar rahe hain ye log.</w:t>
      </w:r>
      <w:r>
        <w:br/>
      </w:r>
      <w:r>
        <w:rPr>
          <w:sz w:val="20"/>
        </w:rPr>
        <w:t>1:00:13  ye hai hi nahi. political maamle mein ye hai Islam ka tareeqa ke jo existing rule hai, us ko maan lijiye bas.</w:t>
      </w:r>
      <w:r>
        <w:br/>
      </w:r>
      <w:r>
        <w:rPr>
          <w:sz w:val="20"/>
        </w:rPr>
        <w:t>1:00:24  yaani daawa activism aur political status quo mein dawat is peaceful tareeqe se dawat kijiye, us ka aap ko haq hai.</w:t>
      </w:r>
      <w:r>
        <w:br/>
      </w:r>
      <w:r>
        <w:rPr>
          <w:sz w:val="20"/>
        </w:rPr>
        <w:t>1:00:35  lekin ye opposition ki party chalana aur phir tashaddud tak maamla pahunchana, phir band aur aur takraao karna, ye sab Islam mein nahi hai.</w:t>
      </w:r>
      <w:r>
        <w:br/>
      </w:r>
      <w:r>
        <w:rPr>
          <w:sz w:val="20"/>
        </w:rPr>
        <w:t>1:00:48  Islam mein bilkul nahi hai.</w:t>
      </w:r>
      <w:r>
        <w:br/>
      </w:r>
      <w:r>
        <w:rPr>
          <w:sz w:val="20"/>
        </w:rPr>
        <w:t>1:00:51  to Islam mein sirf peaceful tareeqe se apni baat karne ka aap ko haq hai. bas jahan tak hukumat ka maamla hai, hukumat se takrane ka parties of opposition ye Islam mein hai hi nahi.</w:t>
      </w:r>
      <w:r>
        <w:br/>
      </w:r>
      <w:r>
        <w:rPr>
          <w:sz w:val="20"/>
        </w:rPr>
        <w:t>1:01:06  yaani jod hi kat jaati hai.</w:t>
      </w:r>
      <w:r>
        <w:br/>
      </w:r>
      <w:r>
        <w:rPr>
          <w:sz w:val="20"/>
        </w:rPr>
        <w:t>1:01:08  yaani Islam mein jadd kat jaati hai aisi parties ki jo aakhir mein tashaddud jism mein hota hai aur gun aur bomb ka nabat aati hai. kyunke political activism jo hai ya opposition parties of opposition Islam mein nahi hai, bilkul nahi hai.</w:t>
      </w:r>
      <w:r>
        <w:br/>
      </w:r>
      <w:r>
        <w:rPr>
          <w:sz w:val="20"/>
        </w:rPr>
        <w:t>1:01:25  main ne is par bahut likha hai, aap meri kitabon mein ye maujood hai, aap padh lijiye. is ko kehte hain un islami fuqaha ke istilaah mein is ko kehte hain ke khurooj Islam mein haram hai.</w:t>
      </w:r>
      <w:r>
        <w:br/>
      </w:r>
      <w:r>
        <w:rPr>
          <w:sz w:val="20"/>
        </w:rPr>
        <w:t>1:01:34  khurooj ka matlab hota hai parties of opposition.</w:t>
      </w:r>
    </w:p>
    <w:p>
      <w:pPr>
        <w:pStyle w:val="Heading2"/>
      </w:pPr>
      <w:r>
        <w:t>Islamic vs national politics</w:t>
      </w:r>
    </w:p>
    <w:p>
      <w:r>
        <w:rPr>
          <w:color w:val="666666"/>
          <w:sz w:val="18"/>
        </w:rPr>
        <w:t>Society &amp; Dawah · Islam and Peace August 25, 2013 · 3m 54s · at 44:24 · https://youtu.be/WbBu4W6AUUs?t=2664</w:t>
      </w:r>
    </w:p>
    <w:p>
      <w:r>
        <w:rPr>
          <w:i/>
        </w:rPr>
        <w:t>“What is the difference between Islamic politics and national politics? Please explain.”</w:t>
      </w:r>
    </w:p>
    <w:p>
      <w:r>
        <w:rPr>
          <w:sz w:val="20"/>
        </w:rPr>
        <w:t>44:24  maulana, yeh sawal bangalore se aaya hai naseerullah sahab ka. unhon ne aap se poocha hai: islami siyasat aur qaumi siyasat mein farq kya hai?</w:t>
      </w:r>
      <w:r>
        <w:br/>
      </w:r>
      <w:r>
        <w:rPr>
          <w:sz w:val="20"/>
        </w:rPr>
        <w:t>44:35  is ke bare mein batayen.</w:t>
      </w:r>
      <w:r>
        <w:br/>
      </w:r>
      <w:r>
        <w:rPr>
          <w:sz w:val="20"/>
        </w:rPr>
        <w:t>44:39  islami siyasat koi hai hi nahin. yeh to ek bidat hai. yeh ek invited term hai, yeh mubtazila istilaah.</w:t>
      </w:r>
      <w:r>
        <w:br/>
      </w:r>
      <w:r>
        <w:rPr>
          <w:sz w:val="20"/>
        </w:rPr>
        <w:t>44:51  sare quran mein, sari hadith ke zakhire mein kahin bhi islami siyasat ka lafz istemal nahin hua. to is ko main bidat samajhta hoon.</w:t>
      </w:r>
      <w:r>
        <w:br/>
      </w:r>
      <w:r>
        <w:rPr>
          <w:sz w:val="20"/>
        </w:rPr>
        <w:t>45:01  jo musalman aaj kal chala rahe hain, woh qaumi siyasat hai. woh islami siyasat hai hi nahin. siyasat ko islamize karne ka concept quran o hadith mein nahin hai.</w:t>
      </w:r>
      <w:r>
        <w:br/>
      </w:r>
      <w:r>
        <w:rPr>
          <w:sz w:val="20"/>
        </w:rPr>
        <w:t>45:10  hamara kaam hai peaceful dawah work, woh bhi inzar o tafseer ki buniyadon par.</w:t>
      </w:r>
      <w:r>
        <w:br/>
      </w:r>
      <w:r>
        <w:rPr>
          <w:sz w:val="20"/>
        </w:rPr>
        <w:t>45:19  yani main samajhta hoon ke musalmanon ka sirf ek hi mission hai, woh hai ke to make people aware of the creation plan of God bas single point formula ke Allah ka mansha kya hai,</w:t>
      </w:r>
      <w:r>
        <w:br/>
      </w:r>
      <w:r>
        <w:rPr>
          <w:sz w:val="20"/>
        </w:rPr>
        <w:t>45:38  Allah ka takhleeqi mansooba kya hai, aur jannat kya hai, jahannum kya hai, marne ke baad insan ke sath kya muamla pesh aanay wala hai.</w:t>
      </w:r>
      <w:r>
        <w:br/>
      </w:r>
      <w:r>
        <w:rPr>
          <w:sz w:val="20"/>
        </w:rPr>
        <w:t>45:49  isi ko kehte hain inzar o tafseer. bas baqi cheezen jo halaat ke tehat hain, halaat ke tehat hain. koi islami siyasat nahin hai.</w:t>
      </w:r>
      <w:r>
        <w:br/>
      </w:r>
      <w:r>
        <w:rPr>
          <w:sz w:val="20"/>
        </w:rPr>
        <w:t>46:01  aur jo jo unhon ne istilahein banai hain, woh unhon ne bilashubah ek aisa kaam kiya jis ka unhein haq nahin tha ke quran mein hai ya yeh istilaah hadith mein hai.</w:t>
      </w:r>
      <w:r>
        <w:br/>
      </w:r>
      <w:r>
        <w:rPr>
          <w:sz w:val="20"/>
        </w:rPr>
        <w:t>46:11  to aap ne kaise bana liya? yeh to qaumi culture mein hai.</w:t>
      </w:r>
      <w:r>
        <w:br/>
      </w:r>
      <w:r>
        <w:rPr>
          <w:sz w:val="20"/>
        </w:rPr>
        <w:t>46:16  qaumi culture mein siyasat waghera ki istilahein chalti hain, islam mein nahin hai. islam mein sara muamla yeh hai ke aap akhirat ki buniyad par dawah work karen, peaceful andaaz mein.</w:t>
      </w:r>
      <w:r>
        <w:br/>
      </w:r>
      <w:r>
        <w:rPr>
          <w:sz w:val="20"/>
        </w:rPr>
        <w:t>46:34  is ke baad kya halaat pesh aate hain, is se aap ka agla program tay hoga. basically yahi yahi hai, bas aur is ke ilawa kuch bhi nahin.</w:t>
      </w:r>
      <w:r>
        <w:br/>
      </w:r>
      <w:r>
        <w:rPr>
          <w:sz w:val="20"/>
        </w:rPr>
        <w:t>46:44  to main is ko nahin manta ke islami siyasat naam ki koi cheez hai islam mein. main is ko nahin manta. agar koi kisi ko israr hai ke hai to woh quran o hadith se bataye.</w:t>
      </w:r>
      <w:r>
        <w:br/>
      </w:r>
      <w:r>
        <w:rPr>
          <w:sz w:val="20"/>
        </w:rPr>
        <w:t>46:58  main aap ko ek hadith aap ko sunata hoon. ek hadith hai ke kama takunoon kadhalika yool alaikum jaise tum hoge, waise tumhare ruler honge.</w:t>
      </w:r>
      <w:r>
        <w:br/>
      </w:r>
      <w:r>
        <w:rPr>
          <w:sz w:val="20"/>
        </w:rPr>
        <w:t>47:09  ruler is ka matlab kya hua?</w:t>
      </w:r>
      <w:r>
        <w:br/>
      </w:r>
      <w:r>
        <w:rPr>
          <w:sz w:val="20"/>
        </w:rPr>
        <w:t>47:13  ke hukumat jo hai, hukumat jo hai, woh yani society se emerge karti hai.</w:t>
      </w:r>
      <w:r>
        <w:br/>
      </w:r>
      <w:r>
        <w:rPr>
          <w:sz w:val="20"/>
        </w:rPr>
        <w:t>47:22  jaisi society, waisi hukumat. koi islam ka koi ek muqarrar norm nahin hai ke is ko le kar ke hum logon se ladein, ke hum aisi hukumat qaim karenge.</w:t>
      </w:r>
      <w:r>
        <w:br/>
      </w:r>
      <w:r>
        <w:rPr>
          <w:sz w:val="20"/>
        </w:rPr>
        <w:t>47:31  aisa kuch nahin hai ke ek aaj kal jo hai ke ek ek hum kehte hain ke hamara ek nizam hai, is nizam ko hamein qaim karna hai, is ke liye hum ladeinge.</w:t>
      </w:r>
      <w:r>
        <w:br/>
      </w:r>
      <w:r>
        <w:rPr>
          <w:sz w:val="20"/>
        </w:rPr>
        <w:t>47:41  yeh kaheen nahin quran o hadees mein hai. is ke bar aks jo formula hai, woh yeh hai ke ke tum logon mein dawat do, society banao.</w:t>
      </w:r>
      <w:r>
        <w:br/>
      </w:r>
      <w:r>
        <w:rPr>
          <w:sz w:val="20"/>
        </w:rPr>
        <w:t>47:53  jaisi society hogi, waisi is ke andar se emerge kare gi hukoomat. bas koi isi ko nishana bana kar ke ladna bharna, yeh islam mein nahin hai.</w:t>
      </w:r>
      <w:r>
        <w:br/>
      </w:r>
      <w:r>
        <w:rPr>
          <w:sz w:val="20"/>
        </w:rPr>
        <w:t>48:07  mein ne bar bar logon ko challenge kiya hai ke log batayein ke quran o hadees mein kahan hai islami siyasat ka formula. aaj tak kisi ne nahin bataya.</w:t>
      </w:r>
    </w:p>
    <w:p>
      <w:pPr>
        <w:pStyle w:val="Heading2"/>
      </w:pPr>
      <w:r>
        <w:t>Lack of teamwork among Muslims</w:t>
      </w:r>
    </w:p>
    <w:p>
      <w:r>
        <w:rPr>
          <w:color w:val="666666"/>
          <w:sz w:val="18"/>
        </w:rPr>
        <w:t>Society &amp; Dawah · The Problem of Evil December 4, 2011 · 2m 26s · at 1:34:23 · https://youtu.be/SMqtVjaGHfw?t=5663</w:t>
      </w:r>
    </w:p>
    <w:p>
      <w:r>
        <w:rPr>
          <w:i/>
        </w:rPr>
        <w:t>“Muslims lack organization and teamwork, while in Europe every work is done in an organized manner with teamwork. What is the reason for this?”</w:t>
      </w:r>
    </w:p>
    <w:p>
      <w:r>
        <w:rPr>
          <w:sz w:val="20"/>
        </w:rPr>
        <w:t>1:34:23  Maulana, agla sawal aaya hai Mr. Danial ka Patna, Bihar se. unhon ne likha hai: "musalmanon ke andar organization aur team work bahut kam paya jata hai, jabke Europe mein har kaam ko organized andaaz mein team work ke tehat kiya jata hai.</w:t>
      </w:r>
      <w:r>
        <w:br/>
      </w:r>
      <w:r>
        <w:rPr>
          <w:sz w:val="20"/>
        </w:rPr>
        <w:t>1:34:42  is ka sabab kya hai?" pehle Europe mein bhi nahin tha aisa, yani Renaissance se pehle Europe ka bahut bura haal tha.</w:t>
      </w:r>
      <w:r>
        <w:br/>
      </w:r>
      <w:r>
        <w:rPr>
          <w:sz w:val="20"/>
        </w:rPr>
        <w:t>1:34:54  mein samajhta hoon ke yeh sab se bara sabab hai scientific education, jo renaissance ke baad aai hai. Musalmanon mein badqismati hai ke scientific education taqreeban nahi ke barabar hai, hai hi nahi.</w:t>
      </w:r>
      <w:r>
        <w:br/>
      </w:r>
      <w:r>
        <w:rPr>
          <w:sz w:val="20"/>
        </w:rPr>
        <w:t>1:35:07  Musalmanon mein jo hai, jo cheezen hain, woh woh aadmi ke andar discipline discipline nahi laati, jazbatiyat paida karti hain.</w:t>
      </w:r>
      <w:r>
        <w:br/>
      </w:r>
      <w:r>
        <w:rPr>
          <w:sz w:val="20"/>
        </w:rPr>
        <w:t>1:35:16  yeh jahadi baat hai aur aur inshallah pass khitabat, debate, yeh sab cheezen.</w:t>
      </w:r>
      <w:r>
        <w:br/>
      </w:r>
      <w:r>
        <w:rPr>
          <w:sz w:val="20"/>
        </w:rPr>
        <w:t>1:35:23  to mein samajhta hoon ke ahl-e-Europe mein, mein khud pehle jo hai, unka bohat bura haal tha aur renaissance ke baad jab unki education aai, science certificate education, tab un mein bohat zabardast badlav aaya.</w:t>
      </w:r>
      <w:r>
        <w:br/>
      </w:r>
      <w:r>
        <w:rPr>
          <w:sz w:val="20"/>
        </w:rPr>
        <w:t>1:35:40  to wahi Musalmanon ko bhi karna hai. Badqismati se Musalmanon mein scientific education ka koi concept nahi, aaj bhi nahi hai.</w:t>
      </w:r>
      <w:r>
        <w:br/>
      </w:r>
      <w:r>
        <w:rPr>
          <w:sz w:val="20"/>
        </w:rPr>
        <w:t>1:35:48  bohat se baad koi samajhta hai kahin koi job lene ke liye, kuch degree lete lene ke liye, lekin degree se aage jo science ki ahmiyat hai, usko bilkul nahi jante woh log.</w:t>
      </w:r>
      <w:r>
        <w:br/>
      </w:r>
      <w:r>
        <w:rPr>
          <w:sz w:val="20"/>
        </w:rPr>
        <w:t>1:36:00  to mein samajhta hoon ke Musalmanon mein agar agar sahi bolana hai to scientific education ke bahar jayen.</w:t>
      </w:r>
      <w:r>
        <w:br/>
      </w:r>
      <w:r>
        <w:rPr>
          <w:sz w:val="20"/>
        </w:rPr>
        <w:t>1:36:08  jaise jo mulk hain, Pakistan, Iran waghera, Islami Jamhuriya kehte hain woh apne ko. Mein kehta hoon ke yeh yeh yeh khud apne aap mein ghair scientific baat hai.</w:t>
      </w:r>
      <w:r>
        <w:br/>
      </w:r>
      <w:r>
        <w:rPr>
          <w:sz w:val="20"/>
        </w:rPr>
        <w:t>1:36:18  Rasool Allah ne jab Madina ko Islami Jamhuriya nahi kaha to aap kahan ke kehne ka? to yeh mulk jo hain, in mein sab se zaroori tha yeh ke woh Islami Jamhuriya declare karne ke bajaye yeh kehte hain ke hamein education mein sari taqat lagana hai, khaas taur par scientific education mein.</w:t>
      </w:r>
      <w:r>
        <w:br/>
      </w:r>
      <w:r>
        <w:rPr>
          <w:sz w:val="20"/>
        </w:rPr>
        <w:t>1:36:33  yeh kahin bhi, yaani priority basis pe kahin bhi education ko liya nahi gaya.</w:t>
      </w:r>
      <w:r>
        <w:br/>
      </w:r>
      <w:r>
        <w:rPr>
          <w:sz w:val="20"/>
        </w:rPr>
        <w:t>1:36:38  koi Muslim country nahi hai jahan ke priority basis pe education ko liya gaya ho, jabke Europe mein liya. To mein samajhta hoon ke yeh asal wajah hai.</w:t>
      </w:r>
    </w:p>
    <w:p>
      <w:pPr>
        <w:pStyle w:val="Heading2"/>
      </w:pPr>
      <w:r>
        <w:t>Leadership for a discovering Muslim ummah</w:t>
      </w:r>
    </w:p>
    <w:p>
      <w:r>
        <w:rPr>
          <w:color w:val="666666"/>
          <w:sz w:val="18"/>
        </w:rPr>
        <w:t>Society &amp; Dawah · Revival of Muslim Ummah, February 4, 2013 · 4m 03s · at 1:12:03 · https://youtu.be/xB3MfWhLHoM?t=4323</w:t>
      </w:r>
    </w:p>
    <w:p>
      <w:r>
        <w:rPr>
          <w:i/>
        </w:rPr>
        <w:t>“If the Muslim ummah develops a discovering attitude instead of a defending attitude, then their struggle, da'wah, and discovering activities would require some sort of leadership. How should this leadership be and how should it work?”</w:t>
      </w:r>
    </w:p>
    <w:p>
      <w:r>
        <w:rPr>
          <w:sz w:val="20"/>
        </w:rPr>
        <w:t>1:12:03  to yeh middle man ka role jo hai, is ko yahan bataya gaya ummat-e-wasta. Maulana, agla sawal dilli se hai Miss S. Ahmed ka.</w:t>
      </w:r>
      <w:r>
        <w:br/>
      </w:r>
      <w:r>
        <w:rPr>
          <w:sz w:val="20"/>
        </w:rPr>
        <w:t>1:12:12  unhon ne likha hai: "Maulana sahib, if the Muslim ummah develops discovering attitude instead of their defending attitude, then their struggle aur daawa aur discovering activities would require some sort of leadership which can guide their ways.</w:t>
      </w:r>
      <w:r>
        <w:br/>
      </w:r>
      <w:r>
        <w:rPr>
          <w:sz w:val="20"/>
        </w:rPr>
        <w:t>1:12:32  so how should be this leadership and how should it work?" mere nazdeek musalman defend bhi nahi kar rahe. Defend to ek positive word hai, nahi bas doosron ko blame dete hain.</w:t>
      </w:r>
      <w:r>
        <w:br/>
      </w:r>
      <w:r>
        <w:rPr>
          <w:sz w:val="20"/>
        </w:rPr>
        <w:t>1:12:45  bas saara musalmanon ka jo neechay hai, woh stage ho ya un ka, yani jo printing press ka jo istemal kar rahe hain, woh dono jagah bas doosron ko blame dein.</w:t>
      </w:r>
      <w:r>
        <w:br/>
      </w:r>
      <w:r>
        <w:rPr>
          <w:sz w:val="20"/>
        </w:rPr>
        <w:t>1:13:00  defend to ek bohat oonchi baat hai. Musalman defend kahan kar rahe hain? Sachaa defence jo hai, woh bohat bari baat hoti hai.</w:t>
      </w:r>
      <w:r>
        <w:br/>
      </w:r>
      <w:r>
        <w:rPr>
          <w:sz w:val="20"/>
        </w:rPr>
        <w:t>1:13:09  musalman defence kar, defend, defend karna bhi nahi jante. Defence jo hai, ek bohat bara art hai. Musalman to bas react karte hain, react karte hain.</w:t>
      </w:r>
      <w:r>
        <w:br/>
      </w:r>
      <w:r>
        <w:rPr>
          <w:sz w:val="20"/>
        </w:rPr>
        <w:t>1:13:19  bas har cheez ka blame doosron ko dena, kuch bhi ho, bas doosron ko blame dena.</w:t>
      </w:r>
      <w:r>
        <w:br/>
      </w:r>
      <w:r>
        <w:rPr>
          <w:sz w:val="20"/>
        </w:rPr>
        <w:t>1:13:24  jaise India mein corner rights hote hain, bas jhat se blame denge police ko. Yeh bilkul galat hota hai, bilkul galat hota hai.</w:t>
      </w:r>
      <w:r>
        <w:br/>
      </w:r>
      <w:r>
        <w:rPr>
          <w:sz w:val="20"/>
        </w:rPr>
        <w:t>1:13:33  saare musalman chahe Mr ho ya Bol bhi, kya karte hain corner rights mein</w:t>
      </w:r>
      <w:r>
        <w:br/>
      </w:r>
      <w:r>
        <w:rPr>
          <w:sz w:val="20"/>
        </w:rPr>
        <w:t>1:13:38  . Dekhein, maine is pe kai article likhe hain. Corner right ki ek hi kahani hamesha hoti hai ke Hindu logon ke haan juloos ka riwaj hai, judge juloos woh nikalte hain.</w:t>
      </w:r>
      <w:r>
        <w:br/>
      </w:r>
      <w:r>
        <w:rPr>
          <w:sz w:val="20"/>
        </w:rPr>
        <w:t>1:13:51  to is mein kuch un ke slogan hote hain, kuch gaana bajana hota hai, aisa hota hai. To musalmanon ne ek jhoota nazariya bana rakha hai ke is se masjid ki behurmati hogi.</w:t>
      </w:r>
      <w:r>
        <w:br/>
      </w:r>
      <w:r>
        <w:rPr>
          <w:sz w:val="20"/>
        </w:rPr>
        <w:t>1:14:02  yeh bilkul galat baat hai. Koi sar fehrist ka Islam se koi is ka taluq nahi. To woh kahenge ke idhar hamari masjid hai, idhar tum mande ja rahe ho, is ko idhar se le jao.</w:t>
      </w:r>
      <w:r>
        <w:br/>
      </w:r>
      <w:r>
        <w:rPr>
          <w:sz w:val="20"/>
        </w:rPr>
        <w:t>1:14:12  to woh kehte hain ke hum ko le jayein, hum nahi le jayein ge idhar se. Ab police wahan maujood hoti hai, woh chahte hain ke police wahan roke, un ke route ko badle.</w:t>
      </w:r>
      <w:r>
        <w:br/>
      </w:r>
      <w:r>
        <w:rPr>
          <w:sz w:val="20"/>
        </w:rPr>
        <w:t>1:14:21  to police kaise badlenge? Nahi badal sakte. Police, police ko ikhtiyar nahi ke woh route badle. To kya karenge? Musalman pathar maar denge.</w:t>
      </w:r>
      <w:r>
        <w:br/>
      </w:r>
      <w:r>
        <w:rPr>
          <w:sz w:val="20"/>
        </w:rPr>
        <w:t>1:14:29  police ko pathar marenge ke yeh ooper side le rahi hai. Musalmanon mein yeh mind mein aa jayega. Un ka ke police wale police ko side le rahe hain aur pathar maar denge.</w:t>
      </w:r>
      <w:r>
        <w:br/>
      </w:r>
      <w:r>
        <w:rPr>
          <w:sz w:val="20"/>
        </w:rPr>
        <w:t>1:14:38  tab kya hoga? Phir kya hota hai? Pehle masla hota hai, yani procession versus Muslim, juloos versus Muslim.</w:t>
      </w:r>
      <w:r>
        <w:br/>
      </w:r>
      <w:r>
        <w:rPr>
          <w:sz w:val="20"/>
        </w:rPr>
        <w:t>1:14:51  lekin jaise hi ab musalman pathar maar dete hain police ko, phir masla kya ban jata hai? Police versus Muslim. Phir saari kahani badal jati hai, saari kahani badal jati hai is ke baad.</w:t>
      </w:r>
      <w:r>
        <w:br/>
      </w:r>
      <w:r>
        <w:rPr>
          <w:sz w:val="20"/>
        </w:rPr>
        <w:t>1:15:02  lekin koi ek bhi musalman rehne walon ki is ko khul kar is ko maane.</w:t>
      </w:r>
      <w:r>
        <w:br/>
      </w:r>
      <w:r>
        <w:rPr>
          <w:sz w:val="20"/>
        </w:rPr>
        <w:t>1:15:08  bas wohi wohi dohrate hain ke police ka zulm, police ka zulm, police ka zulm. Koi police zulm nahi maanta. Main sab musalmanon ki nadani se hota hai. Muslims are paid, Muslims are paying the price of their own state policies.</w:t>
      </w:r>
      <w:r>
        <w:br/>
      </w:r>
      <w:r>
        <w:rPr>
          <w:sz w:val="20"/>
        </w:rPr>
        <w:t>1:15:23  Muslims are paying the price of their own state policies.</w:t>
      </w:r>
      <w:r>
        <w:br/>
      </w:r>
      <w:r>
        <w:rPr>
          <w:sz w:val="20"/>
        </w:rPr>
        <w:t>1:15:29  z. Bhai, koi kehta nahi is baat ko. Bas doosron ko blame dena, RSS ko blame dena, BJP ko blame dena, police ko blame dena, administration ko blame dena.</w:t>
      </w:r>
      <w:r>
        <w:br/>
      </w:r>
      <w:r>
        <w:rPr>
          <w:sz w:val="20"/>
        </w:rPr>
        <w:t>1:15:38  yeh musalmanon ka mizaj ban gaya hai ke doosron ko blame dena. Yeh bohat zyada buri baat hai. Koi Allah ko bhar ke pasand nahi. Is ka saboot yeh hai ke musalman maare ja rahe hain.</w:t>
      </w:r>
      <w:r>
        <w:br/>
      </w:r>
      <w:r>
        <w:rPr>
          <w:sz w:val="20"/>
        </w:rPr>
        <w:t>1:15:48  phir nahi, blame dene ki policy kahan kaam hai? Ho rahi hai. Doosron ko blame de kar ke masla hal ho raha hai aap ka. To</w:t>
      </w:r>
      <w:r>
        <w:br/>
      </w:r>
      <w:r>
        <w:rPr>
          <w:sz w:val="20"/>
        </w:rPr>
        <w:t>1:15:58  beh-haal yeh poori Muslim thinking ko badalne ka mamla hai. Aise masla hal hal hone wala nahi hai.</w:t>
      </w:r>
    </w:p>
    <w:p>
      <w:pPr>
        <w:pStyle w:val="Heading2"/>
      </w:pPr>
      <w:r>
        <w:t>Learning from Christian missionary methods</w:t>
      </w:r>
    </w:p>
    <w:p>
      <w:r>
        <w:rPr>
          <w:color w:val="666666"/>
          <w:sz w:val="18"/>
        </w:rPr>
        <w:t>Society &amp; Dawah · The Problem of Evil December 4, 2011 · 2m 46s · at 1:44:36 · https://youtu.be/SMqtVjaGHfw?t=6276</w:t>
      </w:r>
    </w:p>
    <w:p>
      <w:r>
        <w:rPr>
          <w:i/>
        </w:rPr>
        <w:t>“You have written that Christians do missionary work in a very organized manner. What learning can a Muslim da’i (caller to Islam) gain from the experience of a Christian missionary? And what would be the method of that learning?”</w:t>
      </w:r>
    </w:p>
    <w:p>
      <w:r>
        <w:rPr>
          <w:sz w:val="20"/>
        </w:rPr>
        <w:t>1:44:36  saara mamla yahi hai ke kis mamle mein aadmi conscious hai, kis mamle mein ko usne apna karsan banaya hai. Maulana, agla sawal Mr. Daniyal ka aaya hai Patna, Bihar se.</w:t>
      </w:r>
      <w:r>
        <w:br/>
      </w:r>
      <w:r>
        <w:rPr>
          <w:sz w:val="20"/>
        </w:rPr>
        <w:t>1:44:47  unhon ne likha hai: "Aap ne likha hai ke Christians ke andar missionary work bohat organized andaaz mein hota hai.</w:t>
      </w:r>
      <w:r>
        <w:br/>
      </w:r>
      <w:r>
        <w:rPr>
          <w:sz w:val="20"/>
        </w:rPr>
        <w:t>1:44:56  aik Muslim daai Christian missionary ke experience se kya learning kar sakta hai? Is learning ka tareeqa kya hoga?"</w:t>
      </w:r>
      <w:r>
        <w:br/>
      </w:r>
      <w:r>
        <w:rPr>
          <w:sz w:val="20"/>
        </w:rPr>
        <w:t>1:45:06  tareeqa yeh hai ke aap usko janiye, usko apply kijiye apne kaam mein.</w:t>
      </w:r>
      <w:r>
        <w:br/>
      </w:r>
      <w:r>
        <w:rPr>
          <w:sz w:val="20"/>
        </w:rPr>
        <w:t>1:45:16  is mein to koi, mere khayal se, koi pecheeda baat nahi hai. Main to kai kitabein padhi hain isi mozu par ke kaise woh kaam karta hai. Abhi mere paas kitab hai ke woh kaise kaam karte hain,</w:t>
      </w:r>
      <w:r>
        <w:br/>
      </w:r>
      <w:r>
        <w:rPr>
          <w:sz w:val="20"/>
        </w:rPr>
        <w:t>1:45:31  aur "Adventures for God" aik kitab hai, misaal ke taur par.</w:t>
      </w:r>
      <w:r>
        <w:br/>
      </w:r>
      <w:r>
        <w:rPr>
          <w:sz w:val="20"/>
        </w:rPr>
        <w:t>1:45:37  to is par to bohat kitabein hain. Aap kisi bhi church mein chale jayenge to wahan aap dekh bhi sakte hain kaise kaam karte hain. Woh main aik martaba gaya wahan Turaik ke aik ilaqe mein,</w:t>
      </w:r>
      <w:r>
        <w:br/>
      </w:r>
      <w:r>
        <w:rPr>
          <w:sz w:val="20"/>
        </w:rPr>
        <w:t>1:45:51  to wahan baqayda jo aadmi Christianity ko qabool karta hai, to uska education, uski uski job, uski har cheez ko woh intezam karte hain.</w:t>
      </w:r>
      <w:r>
        <w:br/>
      </w:r>
      <w:r>
        <w:rPr>
          <w:sz w:val="20"/>
        </w:rPr>
        <w:t>1:46:05  woh</w:t>
      </w:r>
      <w:r>
        <w:br/>
      </w:r>
      <w:r>
        <w:rPr>
          <w:sz w:val="20"/>
        </w:rPr>
        <w:t>1:46:08  khaas taur par education dekhiye, aap itne bare paon mein phaila rakha unhon ne. To yeh sab cheezein aap kahin bhi dekh sakte hain. To main samajhta hoon ke woh bilashuba hamare namoona hain,</w:t>
      </w:r>
      <w:r>
        <w:br/>
      </w:r>
      <w:r>
        <w:rPr>
          <w:sz w:val="20"/>
        </w:rPr>
        <w:t>1:46:22  aur main samajhta hoon ke tareekh mein kisi ne bhi itna organized way mein dawat ka kaam nahi kiya jitna Christian log karte hain.</w:t>
      </w:r>
    </w:p>
    <w:p>
      <w:pPr>
        <w:pStyle w:val="Heading2"/>
      </w:pPr>
      <w:r>
        <w:t>Limits of open-mindedness and prophetic example</w:t>
      </w:r>
    </w:p>
    <w:p>
      <w:r>
        <w:rPr>
          <w:color w:val="666666"/>
          <w:sz w:val="18"/>
        </w:rPr>
        <w:t>Society &amp; Dawah · The Deeper Meaning of The Quran 18 Aug 2019 - Maulana Wahiduddin Khan · 2m 11s · at 37:32 · https://youtu.be/EYyhbiR_ZIQ?t=2252</w:t>
      </w:r>
    </w:p>
    <w:p>
      <w:r>
        <w:rPr>
          <w:i/>
        </w:rPr>
        <w:t>“Maulana, what is the difference between open-minded thinking and closed-minded thinking? I am asking this question because the case of Muslims is of closed-mindedness. They defend themselves saying that in Islam, if you become flexible or yield towards other faiths, then God will hold you accountable on the day of judgment. So Maulana, the question is: what are the limits to open-mindedness and is there an example from the life of Prophet and his companions?”</w:t>
      </w:r>
    </w:p>
    <w:p>
      <w:r>
        <w:rPr>
          <w:sz w:val="20"/>
        </w:rPr>
        <w:t>37:32  Maulana, agla sawal Ahmedabad se Faizan sahib ne bheja hai. Unhon ne likha hai: "Maulana, what is the difference between open-minded thinking and closed-minded thinking?</w:t>
      </w:r>
      <w:r>
        <w:br/>
      </w:r>
      <w:r>
        <w:rPr>
          <w:sz w:val="20"/>
        </w:rPr>
        <w:t>37:49  I am asking this question because the case of Muslims is of closed-mindedness. They defend themselves saying that in Islam, if you become flexible or yield towards other faiths, then God will hold you accountable on the day of judgment.</w:t>
      </w:r>
      <w:r>
        <w:br/>
      </w:r>
      <w:r>
        <w:rPr>
          <w:sz w:val="20"/>
        </w:rPr>
        <w:t>38:11  So Maulana, the question is: what are the limits to open-mindedness and is there an example from the life of Prophet and his companions?"</w:t>
      </w:r>
      <w:r>
        <w:br/>
      </w:r>
      <w:r>
        <w:rPr>
          <w:sz w:val="20"/>
        </w:rPr>
        <w:t>38:22  Dekhiye, knowledge ki koi limit nahi hoti, koi limit nahi. Khoob padhiye, khoob padhiye. Abhi maine jo bataya, wahi to tha ke musalmanon mein ek ta'assub paida ho gaya ke bas Arabic, bas Arabic, bas Arabic.</w:t>
      </w:r>
      <w:r>
        <w:br/>
      </w:r>
      <w:r>
        <w:rPr>
          <w:sz w:val="20"/>
        </w:rPr>
        <w:t>38:38  Doosri zubanon ke bare mein woh bias, bias ho gaye. Is se un ka dard narrow-mindedness aaya.</w:t>
      </w:r>
      <w:r>
        <w:br/>
      </w:r>
      <w:r>
        <w:rPr>
          <w:sz w:val="20"/>
        </w:rPr>
        <w:t>38:58  Mahboob bhai ne Mumbai se likha hai: "Maulana, whatever I know, based on that you are the only aalim who clears misconceptions among Muslims which are in vast numbers.</w:t>
      </w:r>
      <w:r>
        <w:br/>
      </w:r>
      <w:r>
        <w:rPr>
          <w:sz w:val="20"/>
        </w:rPr>
        <w:t>39:12  Maulana, you give us guidance with utmost clarity. Jazak Allah Maulana.</w:t>
      </w:r>
      <w:r>
        <w:br/>
      </w:r>
      <w:r>
        <w:rPr>
          <w:sz w:val="20"/>
        </w:rPr>
        <w:t>39:24  Miss Shabina Ali ne Pakistan, Miss Shabina Ali ne Kolkata se likha hai: "A very important lecture, Maulana. You have touched upon the topic which holds a lot of misconceptions,</w:t>
      </w:r>
      <w:r>
        <w:br/>
      </w:r>
      <w:r>
        <w:rPr>
          <w:sz w:val="20"/>
        </w:rPr>
        <w:t>39:37  and today it has been cleared thoroughly.</w:t>
      </w:r>
      <w:r>
        <w:br/>
      </w:r>
      <w:r>
        <w:rPr>
          <w:sz w:val="20"/>
        </w:rPr>
        <w:t>39:40  Thank you."</w:t>
      </w:r>
    </w:p>
    <w:p>
      <w:pPr>
        <w:pStyle w:val="Heading2"/>
      </w:pPr>
      <w:r>
        <w:t>Lord Mahavira idol defaced by mob</w:t>
      </w:r>
    </w:p>
    <w:p>
      <w:r>
        <w:rPr>
          <w:color w:val="666666"/>
          <w:sz w:val="18"/>
        </w:rPr>
        <w:t>Society &amp; Dawah · The Purpose of Existence-9th September 2012 · 2m 34s · at 1:44:22 · https://youtu.be/KxCy8m6k_MQ?t=6262</w:t>
      </w:r>
    </w:p>
    <w:p>
      <w:r>
        <w:rPr>
          <w:i/>
        </w:rPr>
        <w:t>“In the news 'Deewar-e-News' in Lucknow on August 17, 2012, it was mentioned that Lord Mahavira's idol was defaced by a mob of a few people.”</w:t>
      </w:r>
    </w:p>
    <w:p>
      <w:r>
        <w:rPr>
          <w:sz w:val="20"/>
        </w:rPr>
        <w:t>1:44:21  achha, theek hai.</w:t>
      </w:r>
      <w:r>
        <w:br/>
      </w:r>
      <w:r>
        <w:rPr>
          <w:sz w:val="20"/>
        </w:rPr>
        <w:t>1:44:22  ji, maulana, agla sawal raipur se hai idrees sahib ka.</w:t>
      </w:r>
      <w:r>
        <w:br/>
      </w:r>
      <w:r>
        <w:rPr>
          <w:sz w:val="20"/>
        </w:rPr>
        <w:t>1:44:27  انہوں نے لکھا ہے کہ: "There was a news in Lucknow in August 17, 2012, which mentioned that</w:t>
      </w:r>
      <w:r>
        <w:br/>
      </w:r>
      <w:r>
        <w:rPr>
          <w:sz w:val="20"/>
        </w:rPr>
        <w:t>1:44:35  Lord Mahavira's idol defaced by a mob of few people.</w:t>
      </w:r>
      <w:r>
        <w:br/>
      </w:r>
      <w:r>
        <w:rPr>
          <w:sz w:val="20"/>
        </w:rPr>
        <w:t>1:44:40  My question is: Does this kind of violent protest serve any of the purposes of the protesters? If</w:t>
      </w:r>
      <w:r>
        <w:br/>
      </w:r>
      <w:r>
        <w:rPr>
          <w:sz w:val="20"/>
        </w:rPr>
        <w:t>1:44:47  not, why this kind of protest is organized frequently? How the right-minded religious leaders and general people</w:t>
      </w:r>
      <w:r>
        <w:br/>
      </w:r>
      <w:r>
        <w:rPr>
          <w:sz w:val="20"/>
        </w:rPr>
        <w:t>1:44:55  belonging to the religion of this mob should react to correct the negative effects of such incidents?"</w:t>
      </w:r>
      <w:r>
        <w:br/>
      </w:r>
      <w:r>
        <w:rPr>
          <w:sz w:val="20"/>
        </w:rPr>
        <w:t>1:45:03  kindly comment.</w:t>
      </w:r>
      <w:r>
        <w:br/>
      </w:r>
      <w:r>
        <w:rPr>
          <w:sz w:val="20"/>
        </w:rPr>
        <w:t>1:45:04  dekhen, yeh yeh jo hai masla hai, yeh problem hai administration ka, hamara aap ka nahi hai.</w:t>
      </w:r>
      <w:r>
        <w:br/>
      </w:r>
      <w:r>
        <w:rPr>
          <w:sz w:val="20"/>
        </w:rPr>
        <w:t>1:45:12  hum aap khwah makhwah is pe statement dete hain.</w:t>
      </w:r>
      <w:r>
        <w:br/>
      </w:r>
      <w:r>
        <w:rPr>
          <w:sz w:val="20"/>
        </w:rPr>
        <w:t>1:45:15  yeh sirf administration ka masla hai.</w:t>
      </w:r>
      <w:r>
        <w:br/>
      </w:r>
      <w:r>
        <w:rPr>
          <w:sz w:val="20"/>
        </w:rPr>
        <w:t>1:45:18  yeh yeh ek india mein masla yeh zyada hai ke har aadmi lagta hai bolne is par.</w:t>
      </w:r>
      <w:r>
        <w:br/>
      </w:r>
      <w:r>
        <w:rPr>
          <w:sz w:val="20"/>
        </w:rPr>
        <w:t>1:45:25  har aadmi statement deta hai is ke upar.</w:t>
      </w:r>
      <w:r>
        <w:br/>
      </w:r>
      <w:r>
        <w:rPr>
          <w:sz w:val="20"/>
        </w:rPr>
        <w:t>1:45:29  main is ko administration ka masla samajhta hoon, intezamia ka masla.</w:t>
      </w:r>
      <w:r>
        <w:br/>
      </w:r>
      <w:r>
        <w:rPr>
          <w:sz w:val="20"/>
        </w:rPr>
        <w:t>1:45:33  aap ko suggestion ho to intezamia ko kahiye ke baqi akhbaron mein jo statement dete hain log, to</w:t>
      </w:r>
      <w:r>
        <w:br/>
      </w:r>
      <w:r>
        <w:rPr>
          <w:sz w:val="20"/>
        </w:rPr>
        <w:t>1:45:41  mera woh mizaj mizaj nahi hai.</w:t>
      </w:r>
      <w:r>
        <w:br/>
      </w:r>
      <w:r>
        <w:rPr>
          <w:sz w:val="20"/>
        </w:rPr>
        <w:t>1:45:44  woh main is ko jis ko kehte hain hindi mein prashasan, yeh prashasan ka masla hai.</w:t>
      </w:r>
      <w:r>
        <w:br/>
      </w:r>
      <w:r>
        <w:rPr>
          <w:sz w:val="20"/>
        </w:rPr>
        <w:t>1:45:51  maulana, yeh sawal tamil nadu se aya hai abu khadija sahib ka.</w:t>
      </w:r>
      <w:r>
        <w:br/>
      </w:r>
      <w:r>
        <w:rPr>
          <w:sz w:val="20"/>
        </w:rPr>
        <w:t>1:45:56  انہوں نے لکھا ہے: "مولانا صاحب، someone says giving the Quran or explaining Islam to murtad is</w:t>
      </w:r>
      <w:r>
        <w:br/>
      </w:r>
      <w:r>
        <w:rPr>
          <w:sz w:val="20"/>
        </w:rPr>
        <w:t>1:46:03  naat dawah work.</w:t>
      </w:r>
      <w:r>
        <w:br/>
      </w:r>
      <w:r>
        <w:rPr>
          <w:sz w:val="20"/>
        </w:rPr>
        <w:t>1:46:05  dawah work is when you make mado gayo shahada. " mado? shahada.</w:t>
      </w:r>
      <w:r>
        <w:br/>
      </w:r>
      <w:r>
        <w:rPr>
          <w:sz w:val="20"/>
        </w:rPr>
        <w:t>1:46:10  shahada.</w:t>
      </w:r>
      <w:r>
        <w:br/>
      </w:r>
      <w:r>
        <w:rPr>
          <w:sz w:val="20"/>
        </w:rPr>
        <w:t>1:46:11  achha, shahada.</w:t>
      </w:r>
      <w:r>
        <w:br/>
      </w:r>
      <w:r>
        <w:rPr>
          <w:sz w:val="20"/>
        </w:rPr>
        <w:t>1:46:13  shahada.</w:t>
      </w:r>
      <w:r>
        <w:br/>
      </w:r>
      <w:r>
        <w:rPr>
          <w:sz w:val="20"/>
        </w:rPr>
        <w:t>1:46:14  is this true statement? bilkul galat hai yeh.</w:t>
      </w:r>
      <w:r>
        <w:br/>
      </w:r>
      <w:r>
        <w:rPr>
          <w:sz w:val="20"/>
        </w:rPr>
        <w:t>1:46:18  yeh sare sahaba ne yeh kaam nahi kiya.</w:t>
      </w:r>
      <w:r>
        <w:br/>
      </w:r>
      <w:r>
        <w:rPr>
          <w:sz w:val="20"/>
        </w:rPr>
        <w:t>1:46:21  woh toh bakri bane hue the, khali padh padh sunate the.</w:t>
      </w:r>
      <w:r>
        <w:br/>
      </w:r>
      <w:r>
        <w:rPr>
          <w:sz w:val="20"/>
        </w:rPr>
        <w:t>1:46:26  kisi ko bandha hai, sare paighambaron ne yahi kiya.</w:t>
      </w:r>
      <w:r>
        <w:br/>
      </w:r>
      <w:r>
        <w:rPr>
          <w:sz w:val="20"/>
        </w:rPr>
        <w:t>1:46:30  paighambaron ne sunaya, bataya bas.</w:t>
      </w:r>
      <w:r>
        <w:br/>
      </w:r>
      <w:r>
        <w:rPr>
          <w:sz w:val="20"/>
        </w:rPr>
        <w:t>1:46:32  kisi kisi ne mara, beshtar logon ne nahi mara.</w:t>
      </w:r>
      <w:r>
        <w:br/>
      </w:r>
      <w:r>
        <w:rPr>
          <w:sz w:val="20"/>
        </w:rPr>
        <w:t>1:46:36  toh kya woh unhon ne dawah work nahi kiya? aap ne yani sare paighambaron ne sirf bataya bas</w:t>
      </w:r>
      <w:r>
        <w:br/>
      </w:r>
      <w:r>
        <w:rPr>
          <w:sz w:val="20"/>
        </w:rPr>
        <w:t>1:46:43  aur kya kiya? pahunchaya apni baat ko.</w:t>
      </w:r>
      <w:r>
        <w:br/>
      </w:r>
      <w:r>
        <w:rPr>
          <w:sz w:val="20"/>
        </w:rPr>
        <w:t>1:46:46  baqi shahadat toh iska apna choice hai, aap ka choice nahi hai.</w:t>
      </w:r>
      <w:r>
        <w:br/>
      </w:r>
      <w:r>
        <w:rPr>
          <w:sz w:val="20"/>
        </w:rPr>
        <w:t>1:46:52  ya iske koi sawalat, main isko sahi nahi samajhta.</w:t>
      </w:r>
    </w:p>
    <w:p>
      <w:pPr>
        <w:pStyle w:val="Heading2"/>
      </w:pPr>
      <w:r>
        <w:t>Love Islam hate America and tourist spots</w:t>
      </w:r>
    </w:p>
    <w:p>
      <w:r>
        <w:rPr>
          <w:color w:val="666666"/>
          <w:sz w:val="18"/>
        </w:rPr>
        <w:t>Society &amp; Dawah · Islam and Prophet of Islam 21st October 2012 · 2m 59s · at 1:12:08 · https://youtu.be/pg1Malshh6Y?t=4328</w:t>
      </w:r>
    </w:p>
    <w:p>
      <w:r>
        <w:rPr>
          <w:i/>
        </w:rPr>
        <w:t>“Love Islam, hate America. These holdings were placed in tourist spots in reaction to a recent movie produced in America.”</w:t>
      </w:r>
    </w:p>
    <w:p>
      <w:r>
        <w:rPr>
          <w:sz w:val="20"/>
        </w:rPr>
        <w:t>1:12:08  maulana, agla sawal kashmir se hai hamidullah hameed sahib ka.</w:t>
      </w:r>
      <w:r>
        <w:br/>
      </w:r>
      <w:r>
        <w:rPr>
          <w:sz w:val="20"/>
        </w:rPr>
        <w:t>1:12:13  unho'n ne likha hai: "lo islam hate america.</w:t>
      </w:r>
      <w:r>
        <w:br/>
      </w:r>
      <w:r>
        <w:rPr>
          <w:sz w:val="20"/>
        </w:rPr>
        <w:t>1:12:16  These hoardings were placed in tourist spots in reaction of recent movie produced in America.</w:t>
      </w:r>
      <w:r>
        <w:br/>
      </w:r>
      <w:r>
        <w:rPr>
          <w:sz w:val="20"/>
        </w:rPr>
        <w:t>1:12:23  "Can a Muslim hate a non-believer because of any excuse?" Dekhiye, law Islam bhi ek ek ek</w:t>
      </w:r>
      <w:r>
        <w:br/>
      </w:r>
      <w:r>
        <w:rPr>
          <w:sz w:val="20"/>
        </w:rPr>
        <w:t>1:12:31  aik ya'ni aik bilkul galat hai.</w:t>
      </w:r>
      <w:r>
        <w:br/>
      </w:r>
      <w:r>
        <w:rPr>
          <w:sz w:val="20"/>
        </w:rPr>
        <w:t>1:12:33  agar aap islam se love karein ge to logon se hate kar nahin sakte.</w:t>
      </w:r>
      <w:r>
        <w:br/>
      </w:r>
      <w:r>
        <w:rPr>
          <w:sz w:val="20"/>
        </w:rPr>
        <w:t>1:12:39  aap yeh namumkin hai ke aap islam se love karein, aap logon se hate karein.</w:t>
      </w:r>
      <w:r>
        <w:br/>
      </w:r>
      <w:r>
        <w:rPr>
          <w:sz w:val="20"/>
        </w:rPr>
        <w:t>1:12:46  aap islam se love karna aap ko doosron se mohabbat sikhaye ga.</w:t>
      </w:r>
      <w:r>
        <w:br/>
      </w:r>
      <w:r>
        <w:rPr>
          <w:sz w:val="20"/>
        </w:rPr>
        <w:t>1:12:51  kyun? aap quran ko parhiye, chapter 41 jo hai, hami alsajdah, is mein yeh ayat hai ke is</w:t>
      </w:r>
      <w:r>
        <w:br/>
      </w:r>
      <w:r>
        <w:rPr>
          <w:sz w:val="20"/>
        </w:rPr>
        <w:t>1:12:58  mein yeh ayat hai ke: "la tastaab al hasarat bil husn faiz alladhi baina ka bin wada kun wali hameem".</w:t>
      </w:r>
      <w:r>
        <w:br/>
      </w:r>
      <w:r>
        <w:rPr>
          <w:sz w:val="20"/>
        </w:rPr>
        <w:t>1:13:06  yani kisi ko agar tum pao ke tumhare sath uska sulook dushman wala sulook hai to tum</w:t>
      </w:r>
      <w:r>
        <w:br/>
      </w:r>
      <w:r>
        <w:rPr>
          <w:sz w:val="20"/>
        </w:rPr>
        <w:t>1:13:14  us ke sath dosti karo, tum uska acha sulook karo, phir woh dushman tumhara dost ban jayega</w:t>
      </w:r>
      <w:r>
        <w:br/>
      </w:r>
      <w:r>
        <w:rPr>
          <w:sz w:val="20"/>
        </w:rPr>
        <w:t>1:13:22  ga.</w:t>
      </w:r>
      <w:r>
        <w:br/>
      </w:r>
      <w:r>
        <w:rPr>
          <w:sz w:val="20"/>
        </w:rPr>
        <w:t>1:13:23  Faiz alladhi bayna ka wabayna ka wali humim.</w:t>
      </w:r>
      <w:r>
        <w:br/>
      </w:r>
      <w:r>
        <w:rPr>
          <w:sz w:val="20"/>
        </w:rPr>
        <w:t>1:13:27  us ke mutaliq dushman ko potential friend ke roop mein dekhna yeh hai Islam.</w:t>
      </w:r>
      <w:r>
        <w:br/>
      </w:r>
      <w:r>
        <w:rPr>
          <w:sz w:val="20"/>
        </w:rPr>
        <w:t>1:13:33  یعنی you have to see the your enemy enter enter, یعنی as a potential friend.</w:t>
      </w:r>
      <w:r>
        <w:br/>
      </w:r>
      <w:r>
        <w:rPr>
          <w:sz w:val="20"/>
        </w:rPr>
        <w:t>1:13:39  apne dushman ko potential friend ke roop mein dikhaiye, Islam hai.</w:t>
      </w:r>
      <w:r>
        <w:br/>
      </w:r>
      <w:r>
        <w:rPr>
          <w:sz w:val="20"/>
        </w:rPr>
        <w:t>1:13:44  toh jo log kehte hain ke lo Islam, yeh yeh bilkul galat keh rahe hain.</w:t>
      </w:r>
      <w:r>
        <w:br/>
      </w:r>
      <w:r>
        <w:rPr>
          <w:sz w:val="20"/>
        </w:rPr>
        <w:t>1:13:51  woh woh hate Islam ke in ke dilon mein hai.</w:t>
      </w:r>
      <w:r>
        <w:br/>
      </w:r>
      <w:r>
        <w:rPr>
          <w:sz w:val="20"/>
        </w:rPr>
        <w:t>1:13:55  Islam se mohabbat toh un ko nahi hai.</w:t>
      </w:r>
      <w:r>
        <w:br/>
      </w:r>
      <w:r>
        <w:rPr>
          <w:sz w:val="20"/>
        </w:rPr>
        <w:t>1:13:58  mohabbat hoti toh woh Quran se lete rahe ke kya karna chahiye humein.</w:t>
      </w:r>
      <w:r>
        <w:br/>
      </w:r>
      <w:r>
        <w:rPr>
          <w:sz w:val="20"/>
        </w:rPr>
        <w:t>1:14:04  Quran ko dekhte, padhte, Quran ko jab Quran mein saaf saaf hai ke tum dushman ko apna potential</w:t>
      </w:r>
      <w:r>
        <w:br/>
      </w:r>
      <w:r>
        <w:rPr>
          <w:sz w:val="20"/>
        </w:rPr>
        <w:t>1:14:12  friend samjho toh aap keh sakte hain, aisa kar sakte hain.</w:t>
      </w:r>
      <w:r>
        <w:br/>
      </w:r>
      <w:r>
        <w:rPr>
          <w:sz w:val="20"/>
        </w:rPr>
        <w:t>1:14:16  mein wahan gaya tha America toh wahan pe ek church mein mujhe bulaya gaya toh unhon ne kaha</w:t>
      </w:r>
      <w:r>
        <w:br/>
      </w:r>
      <w:r>
        <w:rPr>
          <w:sz w:val="20"/>
        </w:rPr>
        <w:t>1:14:24  کہ بائبل میں حضرت مسیح نے یہ کہا تھا کہ: "Love your enemy"۔</w:t>
      </w:r>
      <w:r>
        <w:br/>
      </w:r>
      <w:r>
        <w:rPr>
          <w:sz w:val="20"/>
        </w:rPr>
        <w:t>1:14:30  toh kya aap ke Quran mein bhi aisi taleem hai? Toh maine yeh ayat padhi, un ko</w:t>
      </w:r>
      <w:r>
        <w:br/>
      </w:r>
      <w:r>
        <w:rPr>
          <w:sz w:val="20"/>
        </w:rPr>
        <w:t>1:14:37  samne toh bohat khush hue woh ke Quran mein bhi yahi taleem hai.</w:t>
      </w:r>
      <w:r>
        <w:br/>
      </w:r>
      <w:r>
        <w:rPr>
          <w:sz w:val="20"/>
        </w:rPr>
        <w:t>1:14:43  is ayat ko aap ghor kijiye ke kitni zabardast zabardast ayat hai ke agar aap sach much Muslim</w:t>
      </w:r>
      <w:r>
        <w:br/>
      </w:r>
      <w:r>
        <w:rPr>
          <w:sz w:val="20"/>
        </w:rPr>
        <w:t>1:14:51  hain, sach much momin hain, sach much Quran ko manne wale hain toh aap ko chahiye ke aap</w:t>
      </w:r>
      <w:r>
        <w:br/>
      </w:r>
      <w:r>
        <w:rPr>
          <w:sz w:val="20"/>
        </w:rPr>
        <w:t>1:14:58  dushman ko potential friend ke roop mein dekhein, nahi toh aap Muslim nahi hain, nahi toh aap Quran</w:t>
      </w:r>
      <w:r>
        <w:br/>
      </w:r>
      <w:r>
        <w:rPr>
          <w:sz w:val="20"/>
        </w:rPr>
        <w:t>1:15:06  ko nahi mante.</w:t>
      </w:r>
    </w:p>
    <w:p>
      <w:pPr>
        <w:pStyle w:val="Heading2"/>
      </w:pPr>
      <w:r>
        <w:t>Lucknow High Court verdict opinion</w:t>
      </w:r>
    </w:p>
    <w:p>
      <w:r>
        <w:rPr>
          <w:color w:val="666666"/>
          <w:sz w:val="18"/>
        </w:rPr>
        <w:t>Society &amp; Dawah · Art of Crisis Management I 3 October, 2010 Maulana Wahiduddin Khan · 4m 40s · at 1:35:29 · https://youtu.be/mcJZ0YEOolk?t=5729</w:t>
      </w:r>
    </w:p>
    <w:p>
      <w:r>
        <w:rPr>
          <w:i/>
        </w:rPr>
        <w:t>“We feel we must accept the Lucknow High Court verdict. What is your opinion? How can we compel the Waqf Board for not going for appeal? Should a mosque be rebuilt at the joining to Ram Mandir? Kindly comment.”</w:t>
      </w:r>
    </w:p>
    <w:p>
      <w:r>
        <w:rPr>
          <w:sz w:val="20"/>
        </w:rPr>
        <w:t>1:35:29  Maulana, ek sawal aur poocha gaya hai Delhi se. Likhne wale ne apna naam nahi diya hai. Poocha hai ke "We feel we must accept Lucknow High Court verdict".</w:t>
      </w:r>
      <w:r>
        <w:br/>
      </w:r>
      <w:r>
        <w:rPr>
          <w:sz w:val="20"/>
        </w:rPr>
        <w:t>1:35:41  What is your opinion? How can we compel Waqf Board for not going for appeal?</w:t>
      </w:r>
      <w:r>
        <w:br/>
      </w:r>
      <w:r>
        <w:rPr>
          <w:sz w:val="20"/>
        </w:rPr>
        <w:t>1:35:49  Should a mosque be rebuilt at joining to Ram Mandir? Kindly comment. Dekhiye, aaj kal jo rujhan hai musalmanon ka, wo kya hai?</w:t>
      </w:r>
      <w:r>
        <w:br/>
      </w:r>
      <w:r>
        <w:rPr>
          <w:sz w:val="20"/>
        </w:rPr>
        <w:t>1:35:59  Musalmanon ka nahi, so called leaderon ka ke hum Supreme Court mein jayenge. Yeh bilkul stupid baat hai. Stupid,</w:t>
      </w:r>
      <w:r>
        <w:br/>
      </w:r>
      <w:r>
        <w:rPr>
          <w:sz w:val="20"/>
        </w:rPr>
        <w:t>1:36:09  yani agar abhi jo judgment aaya hai, is ko musalman samajhte hain ke musalmanon ke ke sath insaaf nahi hua hai, aur aur chahte hain ke Supreme Court mein jayein.</w:t>
      </w:r>
      <w:r>
        <w:br/>
      </w:r>
      <w:r>
        <w:rPr>
          <w:sz w:val="20"/>
        </w:rPr>
        <w:t>1:36:24  Jaise suppose Supreme Court ka ka judgment ek dam musalmanon ke haq mein ho jaye.</w:t>
      </w:r>
      <w:r>
        <w:br/>
      </w:r>
      <w:r>
        <w:rPr>
          <w:sz w:val="20"/>
        </w:rPr>
        <w:t>1:36:30  Suppose is judgment Supreme Court kar de ke wo jo zameen hai, wo sari ki sari musalmanon ko de di jaye. Farz kijiye, to aap samajhte hain ke aisa ho jayega?</w:t>
      </w:r>
      <w:r>
        <w:br/>
      </w:r>
      <w:r>
        <w:rPr>
          <w:sz w:val="20"/>
        </w:rPr>
        <w:t>1:36:44  Musalmanon ne 1985 mein isi mulk mein Shah Bano ke maamle mein jo kiya, wo bhool gaye.</w:t>
      </w:r>
      <w:r>
        <w:br/>
      </w:r>
      <w:r>
        <w:rPr>
          <w:sz w:val="20"/>
        </w:rPr>
        <w:t>1:36:55  Wo Shah Bano ke case jo tha, Supreme Court ne judgment diya apna. Supreme Court ne</w:t>
      </w:r>
      <w:r>
        <w:br/>
      </w:r>
      <w:r>
        <w:rPr>
          <w:sz w:val="20"/>
        </w:rPr>
        <w:t>1:37:02  aur saare musalmanon ke khilaaf khade hue, uth ke kaha ke hum nahi mante is ko. radd kar diya is faisle ko. to jo musalmanon ne kiya, woh hindu ke, yaani hindu ko is ka haq nahi hai.</w:t>
      </w:r>
      <w:r>
        <w:br/>
      </w:r>
      <w:r>
        <w:rPr>
          <w:sz w:val="20"/>
        </w:rPr>
        <w:t>1:37:16  agar musalman samajhte hain ke hamara right hai ke hum supreme court ke faisle ko na maanein, to aap ka aap samajhte hain ke hindu ka right nahi hai? yeh</w:t>
      </w:r>
      <w:r>
        <w:br/>
      </w:r>
      <w:r>
        <w:rPr>
          <w:sz w:val="20"/>
        </w:rPr>
        <w:t>1:37:25  to suppose supreme court faisla de de aap ke haq mein, tab bhi woh chalne wala nahi hai. koi hindu committee khadi ho jayegi ke hum nahi mante, jaise ke aap khade hue shabanon ke maamle mein.</w:t>
      </w:r>
      <w:r>
        <w:br/>
      </w:r>
      <w:r>
        <w:rPr>
          <w:sz w:val="20"/>
        </w:rPr>
        <w:t>1:37:36  yeh sab bilkul stepped baatein hain, ahmaqana baatein hain. kuch nahi, aap is ko full stop lagaiye, koi kaam mat lagaiye.</w:t>
      </w:r>
      <w:r>
        <w:br/>
      </w:r>
      <w:r>
        <w:rPr>
          <w:sz w:val="20"/>
        </w:rPr>
        <w:t>1:37:46  jo log yeh kehte hain ke out of court is ko decide kiya jaye, dono committee mil kar ke, woh is baat se ke aap phir kaam laga rahe hain.</w:t>
      </w:r>
      <w:r>
        <w:br/>
      </w:r>
      <w:r>
        <w:rPr>
          <w:sz w:val="20"/>
        </w:rPr>
        <w:t>1:37:56  jo yeh kehte hain ke supreme court mein hum jayein, is ka matlab hai woh kaam laga rahe hain. maine bar bar yeh kaha hai ke is mein kaam lagayein ge to lagta hi rahega kaam forever.</w:t>
      </w:r>
      <w:r>
        <w:br/>
      </w:r>
      <w:r>
        <w:rPr>
          <w:sz w:val="20"/>
        </w:rPr>
        <w:t>1:38:07  aap full stop lagaiye, kahin na kahin rok dijiye. bas is ko to ab jo ab jo sahi stand musalmanon ko hona chahiye, woh yeh hona chahiye ke court ke jo bhi faisle hote hain, us ko implement karne ki zimmedari hoti hai government ki,</w:t>
      </w:r>
      <w:r>
        <w:br/>
      </w:r>
      <w:r>
        <w:rPr>
          <w:sz w:val="20"/>
        </w:rPr>
        <w:t>1:38:23  administration ki. to jo faisla kiya hai court ne, ab ab court ke faisle ke baad ab jo kaam hai, government ka shuru hota hai.</w:t>
      </w:r>
      <w:r>
        <w:br/>
      </w:r>
      <w:r>
        <w:rPr>
          <w:sz w:val="20"/>
        </w:rPr>
        <w:t>1:38:33  government ko implement kare. agar government ke nazdeek faisle mein koi lacuna hai,</w:t>
      </w:r>
      <w:r>
        <w:br/>
      </w:r>
      <w:r>
        <w:rPr>
          <w:sz w:val="20"/>
        </w:rPr>
        <w:t>1:38:40  to us ko clarify karwaye khud government. government clarify karwaye phir se us se musalman se alag ho jaye. bilkul musalman ka role khatam ho gaya, aur kaam lagayein ge to kamaal lagta rahega, yahan tak ke aap barbaad hote rahein ge.</w:t>
      </w:r>
      <w:r>
        <w:br/>
      </w:r>
      <w:r>
        <w:rPr>
          <w:sz w:val="20"/>
        </w:rPr>
        <w:t>1:38:57  aur koi kahin bhi, yaani</w:t>
      </w:r>
      <w:r>
        <w:br/>
      </w:r>
      <w:r>
        <w:rPr>
          <w:sz w:val="20"/>
        </w:rPr>
        <w:t>1:39:01  kabhi kabhi bhi cheez se decide nahi hogi, kabhi bhi nahi hogi decide. yeh now aur never ka maamla hai, yaani aaj ya to aaj aap full stop laga dijiye, aur nahi to kabhi full stop nahi lagega.</w:t>
      </w:r>
      <w:r>
        <w:br/>
      </w:r>
      <w:r>
        <w:rPr>
          <w:sz w:val="20"/>
        </w:rPr>
        <w:t>1:39:16  maine 1992 mein kaha tha ke full stop lagao, aur kaam mat lagao, nahi to lagta ja ke kaam aayega. ek ke baad ek ke baad ek baat wahi ho raha hai. 60 baras se kaam lag rahe hain, to abhi 60 baras aur kaam lagte rahein ge.</w:t>
      </w:r>
      <w:r>
        <w:br/>
      </w:r>
      <w:r>
        <w:rPr>
          <w:sz w:val="20"/>
        </w:rPr>
        <w:t>1:39:31  kuch bhi nahi, musalman is maamle mein khamosh ho jayein, aur yeh maan lein ke adalat ka faisla jo hai, us ko</w:t>
      </w:r>
      <w:r>
        <w:br/>
      </w:r>
      <w:r>
        <w:rPr>
          <w:sz w:val="20"/>
        </w:rPr>
        <w:t>1:39:41  implement karna government ka kaam hai, woh kare. clarification chahiye government ko, to woh woh khud pooche court se. ab ab kaam government ka hai, musalmanon ka kuch bhi nahi hai.</w:t>
      </w:r>
      <w:r>
        <w:br/>
      </w:r>
      <w:r>
        <w:rPr>
          <w:sz w:val="20"/>
        </w:rPr>
        <w:t>1:39:55  maulana, yeh sawal matlab is se peace, is se peace qaim hoga, normality qaim hogi. hindu muslimon ke taalluqat jo hain, ab normal ho jayein ge, aur woh supreme hai.</w:t>
      </w:r>
      <w:r>
        <w:br/>
      </w:r>
      <w:r>
        <w:rPr>
          <w:sz w:val="20"/>
        </w:rPr>
        <w:t>1:40:05  isi ko main supreme samajhta hoon.</w:t>
      </w:r>
    </w:p>
    <w:p>
      <w:pPr>
        <w:pStyle w:val="Heading2"/>
      </w:pPr>
      <w:r>
        <w:t>Maintaining peace in nuclear age</w:t>
      </w:r>
    </w:p>
    <w:p>
      <w:r>
        <w:rPr>
          <w:color w:val="666666"/>
          <w:sz w:val="18"/>
        </w:rPr>
        <w:t>Society &amp; Dawah · Collective Repentance I Feb 24, 2013 Maulana Wahiduddin Khan · 2m 12s · at 1:03:07 · https://youtu.be/lkkolxAL38c?t=3787</w:t>
      </w:r>
    </w:p>
    <w:p>
      <w:r>
        <w:rPr>
          <w:i/>
        </w:rPr>
        <w:t>“Maulana, someone said this is the age of nuclear power, how can peace be maintained in such an environment? Every country displays its power, in such times, who has the responsibility for peace?”</w:t>
      </w:r>
    </w:p>
    <w:p>
      <w:r>
        <w:rPr>
          <w:sz w:val="20"/>
        </w:rPr>
        <w:t>1:03:07  maulana, yeh sawal tamil nadu se aaya hai maulana iqbal ahmad umri ka. unhone likha hai: "maulana, ek sahib ne kaha nuclear power ka daur hai, is mein peace ka mahol kaise barqarar ho sakta hai?</w:t>
      </w:r>
      <w:r>
        <w:br/>
      </w:r>
      <w:r>
        <w:rPr>
          <w:sz w:val="20"/>
        </w:rPr>
        <w:t>1:03:23  har mulk apni taqat ka muzahira karta hai, aise waqt mein peace ki zimmedari kis par hai?"</w:t>
      </w:r>
      <w:r>
        <w:br/>
      </w:r>
      <w:r>
        <w:rPr>
          <w:sz w:val="20"/>
        </w:rPr>
        <w:t>1:03:34  dekhein, yeh koi mehdood ke koi sawal nahi hai. yeh to aise hai ke koi kahe ke bhai shaitan ka daur hai to aap kaise islaah karein?</w:t>
      </w:r>
      <w:r>
        <w:br/>
      </w:r>
      <w:r>
        <w:rPr>
          <w:sz w:val="20"/>
        </w:rPr>
        <w:t>1:03:46  to nuclear nuclear power se pehle shaitan dunya mein aa chuka hai.</w:t>
      </w:r>
      <w:r>
        <w:br/>
      </w:r>
      <w:r>
        <w:rPr>
          <w:sz w:val="20"/>
        </w:rPr>
        <w:t>1:03:50  jab adam aaya to shaitan bhi aaya. jante hain, shaitan ne kaha tha ke "la tak la tanakru billah".</w:t>
      </w:r>
      <w:r>
        <w:br/>
      </w:r>
      <w:r>
        <w:rPr>
          <w:sz w:val="20"/>
        </w:rPr>
        <w:t>1:03:59  main majority ko nigal jaunga, solo kar loonga. to yeh to challenge ki dunya hai, yeh to rahega. nuclear power se</w:t>
      </w:r>
      <w:r>
        <w:br/>
      </w:r>
      <w:r>
        <w:rPr>
          <w:sz w:val="20"/>
        </w:rPr>
        <w:t>1:04:09  billion time bada challenge hai shaitan ka. yeh koi excuse nahi hai, yeh sab hota rahega. aap apni koshish kijiye.</w:t>
      </w:r>
      <w:r>
        <w:br/>
      </w:r>
      <w:r>
        <w:rPr>
          <w:sz w:val="20"/>
        </w:rPr>
        <w:t>1:04:20  shaitanon ki maujoodgi ki wajah se aisa nahi hua ke anbiya nahi aaye, hussain ne kaam nahi kiya.</w:t>
      </w:r>
      <w:r>
        <w:br/>
      </w:r>
      <w:r>
        <w:rPr>
          <w:sz w:val="20"/>
        </w:rPr>
        <w:t>1:04:26  is tarike se yeh sab jo dunya mein ho raha hai, is ki maujoodgi ke bawajood aap ko kaam karna hai. aur jis ko Allah taala tofeeq dega, us ki islaah hogi.</w:t>
      </w:r>
      <w:r>
        <w:br/>
      </w:r>
      <w:r>
        <w:rPr>
          <w:sz w:val="20"/>
        </w:rPr>
        <w:t>1:04:39  to yeh yeh yeh ek ek ek ek</w:t>
      </w:r>
      <w:r>
        <w:br/>
      </w:r>
      <w:r>
        <w:rPr>
          <w:sz w:val="20"/>
        </w:rPr>
        <w:t>1:04:43  ek intellectual shosha hai. bas aise log shoshe chhodte rehte hain. jab dunya Allah taala ne is tarah banai hai ke shaitan khuli azadi di, aap bolte hain use.</w:t>
      </w:r>
      <w:r>
        <w:br/>
      </w:r>
      <w:r>
        <w:rPr>
          <w:sz w:val="20"/>
        </w:rPr>
        <w:t>1:04:53  to aap ghaur kijiye ke shaitan ke jo koshishein hain, us ke muqable mein kya haqeeqat hai in koshishon ki.</w:t>
      </w:r>
      <w:r>
        <w:br/>
      </w:r>
      <w:r>
        <w:rPr>
          <w:sz w:val="20"/>
        </w:rPr>
        <w:t>1:05:00  yeh ke aap hawala de rahe hain, shaitan ki koshishein to billion time zyada khatarnak hain. phir bhi Allah ne farishte bheje, phir bhi Allah ne anbiya bheje, phir bhi Allah taala ne muslimeen khade kiye.</w:t>
      </w:r>
      <w:r>
        <w:br/>
      </w:r>
      <w:r>
        <w:rPr>
          <w:sz w:val="20"/>
        </w:rPr>
        <w:t>1:05:12  to aap koshish karte rahiye, koshish karte rahiye, koshish karte rahiye.</w:t>
      </w:r>
    </w:p>
    <w:p>
      <w:pPr>
        <w:pStyle w:val="Heading2"/>
      </w:pPr>
      <w:r>
        <w:t>Making Muslims Realize They Do Not Follow Islam</w:t>
      </w:r>
    </w:p>
    <w:p>
      <w:r>
        <w:rPr>
          <w:color w:val="666666"/>
          <w:sz w:val="18"/>
        </w:rPr>
        <w:t>Society &amp; Dawah · Art of Crisis Management October 3, 2010 · 3m 39s · at 1:54:58 · https://youtu.be/sKdyThFThXo?t=6898</w:t>
      </w:r>
    </w:p>
    <w:p>
      <w:r>
        <w:rPr>
          <w:i/>
        </w:rPr>
        <w:t>“How can Muslims be made to realize that they are not following Islamic principles?”</w:t>
      </w:r>
    </w:p>
    <w:p>
      <w:r>
        <w:rPr>
          <w:sz w:val="20"/>
        </w:rPr>
        <w:t>1:54:58  maulana, yeh sawal mis naghma siddiqi ne kiya hai nai dilli se. unhon ne poocha hai ke "haoo kain muslimz be made to realize that they are not following islamic principles?" bhai, wahi to hum log kar rahe hain.</w:t>
      </w:r>
      <w:r>
        <w:br/>
      </w:r>
      <w:r>
        <w:rPr>
          <w:sz w:val="20"/>
        </w:rPr>
        <w:t>1:55:15  literature phailaiye, arsal parhwaiye, kitabein parhwaiye, logon ko samjhaiye.</w:t>
      </w:r>
      <w:r>
        <w:br/>
      </w:r>
      <w:r>
        <w:rPr>
          <w:sz w:val="20"/>
        </w:rPr>
        <w:t>1:55:23  yeh to ek lamba process hai, ek lamba process hai.</w:t>
      </w:r>
      <w:r>
        <w:br/>
      </w:r>
      <w:r>
        <w:rPr>
          <w:sz w:val="20"/>
        </w:rPr>
        <w:t>1:55:34  ek majlis mein aap ne umeed kar sakte hain ke woh aadmi samajh lega is baat ko. is ko bohat kuch parhna parega, bohat kuch seekhna parega.</w:t>
      </w:r>
      <w:r>
        <w:br/>
      </w:r>
      <w:r>
        <w:rPr>
          <w:sz w:val="20"/>
        </w:rPr>
        <w:t>1:55:44  is ke mind ki yani deconditioning karni hogi.</w:t>
      </w:r>
      <w:r>
        <w:br/>
      </w:r>
      <w:r>
        <w:rPr>
          <w:sz w:val="20"/>
        </w:rPr>
        <w:t>1:55:48  har aadmi conditioning ka case hai aur deconditioning ek bohat hi zyada mushkil process hai. jab tak deconditioning na ho jaye, aadmi kuch nahi samjhega.</w:t>
      </w:r>
      <w:r>
        <w:br/>
      </w:r>
      <w:r>
        <w:rPr>
          <w:sz w:val="20"/>
        </w:rPr>
        <w:t>1:56:03  to yeh to ek lamba process hai, ek bohat hi, bohat bari ek ek ek campaign chalana hai aur subah sham sochna hai, subah sham isi ke liye ghulna hai,</w:t>
      </w:r>
      <w:r>
        <w:br/>
      </w:r>
      <w:r>
        <w:rPr>
          <w:sz w:val="20"/>
        </w:rPr>
        <w:t>1:56:17  subah sham isi ke liye planning karna hai. tab ja ke result niklega. aise result nikalne wala nahi hai. maulana, yeh sawal kiya hai maulana zikwan nadvi ne nai dilli se.</w:t>
      </w:r>
      <w:r>
        <w:br/>
      </w:r>
      <w:r>
        <w:rPr>
          <w:sz w:val="20"/>
        </w:rPr>
        <w:t>1:56:31  unhon ne aap se poocha hai ke kya maujooda musalmanon ko tehreek ke zariye reform ya change kiya ja sakta hai?</w:t>
      </w:r>
      <w:r>
        <w:br/>
      </w:r>
      <w:r>
        <w:rPr>
          <w:sz w:val="20"/>
        </w:rPr>
        <w:t>1:56:41  kya kisi degenerated ahl-e-kitab community ke bare mein aisa samajhna sahi hai? nahi, yeh to paighambar bhi nahi kar sakta ke poori poori community zinda kar de.</w:t>
      </w:r>
      <w:r>
        <w:br/>
      </w:r>
      <w:r>
        <w:rPr>
          <w:sz w:val="20"/>
        </w:rPr>
        <w:t>1:56:51  hazrat musa jo hain, sare yahudiyon ko zinda nahi kar sake. khud rasool allah sallallahu alaihi wasallam jo quraish the ya jo jo wahan arab ke log the, woh ibrahimi ummat apne ko samajhte the.</w:t>
      </w:r>
      <w:r>
        <w:br/>
      </w:r>
      <w:r>
        <w:rPr>
          <w:sz w:val="20"/>
        </w:rPr>
        <w:t>1:57:02  to ek ek fard thori ho gaya.</w:t>
      </w:r>
      <w:r>
        <w:br/>
      </w:r>
      <w:r>
        <w:rPr>
          <w:sz w:val="20"/>
        </w:rPr>
        <w:t>1:57:05  dekhiye, islah ka nateeja hum farz par nikalta hai, ijtima par nahi nikalta. chahe paighambar ka kaam ho ya hamara aap ka kaam ho, kuch fard ki islah ho jayegi aur sari ki sari community one to all ek dam is ka overhaul ho jaye.</w:t>
      </w:r>
      <w:r>
        <w:br/>
      </w:r>
      <w:r>
        <w:rPr>
          <w:sz w:val="20"/>
        </w:rPr>
        <w:t>1:57:25  aisa kabhi tareekh mein hua nahi, na aaj ho sakta hai. to hamara target fard hona chahiye, individual. hamara jo target hai, individual hona chahiye</w:t>
      </w:r>
      <w:r>
        <w:br/>
      </w:r>
      <w:r>
        <w:rPr>
          <w:sz w:val="20"/>
        </w:rPr>
        <w:t>1:57:38  aur individual level par aaj aaj bhi khuda ke fazl se yani logon ko islah ho rahi hai, logon ko sachai mil rahi hai.</w:t>
      </w:r>
    </w:p>
    <w:p>
      <w:pPr>
        <w:pStyle w:val="Heading2"/>
      </w:pPr>
      <w:r>
        <w:t>Making dawah culture a priority: what follows?</w:t>
      </w:r>
    </w:p>
    <w:p>
      <w:r>
        <w:rPr>
          <w:color w:val="666666"/>
          <w:sz w:val="18"/>
        </w:rPr>
        <w:t>Society &amp; Dawah · God Gives in Abundance 13 Oct 2019 - Maulana Wahiduddin Khan · 4m 18s · at 49:51 · https://youtu.be/eC4RaczXBzM?t=2991</w:t>
      </w:r>
    </w:p>
    <w:p>
      <w:r>
        <w:rPr>
          <w:i/>
        </w:rPr>
        <w:t>“If Muslims adopt dawah culture as a priority, then can we say that...”</w:t>
      </w:r>
    </w:p>
    <w:p>
      <w:r>
        <w:rPr>
          <w:sz w:val="20"/>
        </w:rPr>
        <w:t>49:51  ah, maulana, agla sawal bheja hai Ahmedabad se</w:t>
      </w:r>
      <w:r>
        <w:br/>
      </w:r>
      <w:r>
        <w:rPr>
          <w:sz w:val="20"/>
        </w:rPr>
        <w:t>49:56  Muhammad Meraj sahib ne.</w:t>
      </w:r>
      <w:r>
        <w:br/>
      </w:r>
      <w:r>
        <w:rPr>
          <w:sz w:val="20"/>
        </w:rPr>
        <w:t>49:57  انہوں نے لکھا ہے: "مولانا، if Muslims adopt Dawah culture as a priority, then can we say that</w:t>
      </w:r>
      <w:r>
        <w:br/>
      </w:r>
      <w:r>
        <w:rPr>
          <w:sz w:val="20"/>
        </w:rPr>
        <w:t>50:06  "Their worldly issues will also get resolved?"</w:t>
      </w:r>
      <w:r>
        <w:br/>
      </w:r>
      <w:r>
        <w:rPr>
          <w:sz w:val="20"/>
        </w:rPr>
        <w:t>50:09  I remember, there is a hadith which says that: "If you do God's work, then God will take</w:t>
      </w:r>
      <w:r>
        <w:br/>
      </w:r>
      <w:r>
        <w:rPr>
          <w:sz w:val="20"/>
        </w:rPr>
        <w:t>50:16  care of your worldly life as well."</w:t>
      </w:r>
      <w:r>
        <w:br/>
      </w:r>
      <w:r>
        <w:rPr>
          <w:sz w:val="20"/>
        </w:rPr>
        <w:t>50:19  is ko elaborate kar ke maulana sahib hum sab ko samjhayein.</w:t>
      </w:r>
      <w:r>
        <w:br/>
      </w:r>
      <w:r>
        <w:rPr>
          <w:sz w:val="20"/>
        </w:rPr>
        <w:t>50:24  dekhein, yeh hadith bilashubah sahih hai: "man ja'al al-humoom hammaan waahidan hamma akhirat kafahullah anhum bil dunya." lekin main phir kahunga ke apne criterion pe mat jana chahiye.</w:t>
      </w:r>
      <w:r>
        <w:br/>
      </w:r>
      <w:r>
        <w:rPr>
          <w:sz w:val="20"/>
        </w:rPr>
        <w:t>50:45  apne criterion pe mat jana chahiye. Allah ke criterion ko janiye, Allah ke plan ko janiye, aur phir aap payenge ke</w:t>
      </w:r>
      <w:r>
        <w:br/>
      </w:r>
      <w:r>
        <w:rPr>
          <w:sz w:val="20"/>
        </w:rPr>
        <w:t>51:00  Allah kabhi aap ko mayassar nahi karta. log karte yeh hain ke apna criterion un ko maloom hota hai, apne criterion ke mutabiq har cheez chalne lagte hain.</w:t>
      </w:r>
      <w:r>
        <w:br/>
      </w:r>
      <w:r>
        <w:rPr>
          <w:sz w:val="20"/>
        </w:rPr>
        <w:t>51:13  aisa nahi ho sakta, kabhi nahi ho sakta.</w:t>
      </w:r>
      <w:r>
        <w:br/>
      </w:r>
      <w:r>
        <w:rPr>
          <w:sz w:val="20"/>
        </w:rPr>
        <w:t>51:20  misalan, misal ke taur par, aap ko Allah ne paisa diya hai aur aap us ko kharch karte hain, kahan?</w:t>
      </w:r>
      <w:r>
        <w:br/>
      </w:r>
      <w:r>
        <w:rPr>
          <w:sz w:val="20"/>
        </w:rPr>
        <w:t>51:30  yahan jana, wahan jana, rishtedaron mein jane ke liye. misalan to aap umeed rakhein ke yeh kharch Allah ko qabool hoga.</w:t>
      </w:r>
      <w:r>
        <w:br/>
      </w:r>
      <w:r>
        <w:rPr>
          <w:sz w:val="20"/>
        </w:rPr>
        <w:t>51:41  kabhi nahi qabool ho sakta. aap apne paise ko Allah ke liye istemal karna parega, tab woh qabool hoga. paisa kharch karein apne rishtedaron mein milne ke liye, apne rishtedaron mein ja kar ke hawa karne ke liye.</w:t>
      </w:r>
      <w:r>
        <w:br/>
      </w:r>
      <w:r>
        <w:rPr>
          <w:sz w:val="20"/>
        </w:rPr>
        <w:t>51:59  to aap chahein ke woh Allah ka qabool ho jayega, to aisa nahi ho sakta, kabhi nahi ho sakta. Quran ki ek ayat bohat hi zyada darane wali hai,</w:t>
      </w:r>
      <w:r>
        <w:br/>
      </w:r>
      <w:r>
        <w:rPr>
          <w:sz w:val="20"/>
        </w:rPr>
        <w:t>52:15  woh nikali ayat: "kaan fil masroorah". woh kin kin logon ke bare mein hai? yeh</w:t>
      </w:r>
      <w:r>
        <w:br/>
      </w:r>
      <w:r>
        <w:rPr>
          <w:sz w:val="20"/>
        </w:rPr>
        <w:t>52:30  kin logon ke bare mein hai? "kaan fil masroorah".</w:t>
      </w:r>
      <w:r>
        <w:br/>
      </w:r>
      <w:r>
        <w:rPr>
          <w:sz w:val="20"/>
        </w:rPr>
        <w:t>52:40  jin logon ke bare mein jahannum ka faisla ho jayega: "innahu kaan fil ha masroorah". o Allah</w:t>
      </w:r>
      <w:r>
        <w:br/>
      </w:r>
      <w:r>
        <w:rPr>
          <w:sz w:val="20"/>
        </w:rPr>
        <w:t>52:48  , dekhein, aap ko khushi milti hai apne rishtedaron mein, apne umeed karein ke aap ko jannat walon mein dakhla milega.</w:t>
      </w:r>
      <w:r>
        <w:br/>
      </w:r>
      <w:r>
        <w:rPr>
          <w:sz w:val="20"/>
        </w:rPr>
        <w:t>53:00  to yeh bhool hai. jannat mein dakhla us ko milega jis ko khushi milti ho.</w:t>
      </w:r>
      <w:r>
        <w:br/>
      </w:r>
      <w:r>
        <w:rPr>
          <w:sz w:val="20"/>
        </w:rPr>
        <w:t>53:09  ahl-e-jannat mein, apne doston, apne rishtedaron mein, jis ko khushi milti ho,</w:t>
      </w:r>
    </w:p>
    <w:p>
      <w:pPr>
        <w:pStyle w:val="Heading2"/>
      </w:pPr>
      <w:r>
        <w:t>Managing things against spirit of CPS mission</w:t>
      </w:r>
    </w:p>
    <w:p>
      <w:r>
        <w:rPr>
          <w:color w:val="666666"/>
          <w:sz w:val="18"/>
        </w:rPr>
        <w:t>Society &amp; Dawah · Peace of Mind June 29, 2014 · 2m 07s · at 1:17:51 · https://youtu.be/oVwRc_FcAGk?t=4671</w:t>
      </w:r>
    </w:p>
    <w:p>
      <w:r>
        <w:rPr>
          <w:i/>
        </w:rPr>
        <w:t>“Please guide us, how should we manage things, if these are against the spirit of CPS mission?”</w:t>
      </w:r>
    </w:p>
    <w:p>
      <w:r>
        <w:rPr>
          <w:sz w:val="20"/>
        </w:rPr>
        <w:t>1:17:51  Maulānā, aglā sawāl Ḍākṭar Iqbāl Pardhān ne pūchā hai Dilī se, aur unhon ne pūchā hai āp se ke: "Maulānā, please guide us, how should we manage things, if these are against the spirit of CPS mission?" Bhaī sōchiyē, bas sōchiyē, hal ho jāēgā.</w:t>
      </w:r>
      <w:r>
        <w:br/>
      </w:r>
      <w:r>
        <w:rPr>
          <w:sz w:val="20"/>
        </w:rPr>
        <w:t>1:18:13  main to roz kartā hoon, main rozāna kartā hoon,</w:t>
      </w:r>
      <w:r>
        <w:br/>
      </w:r>
      <w:r>
        <w:rPr>
          <w:sz w:val="20"/>
        </w:rPr>
        <w:t>1:18:18  mujh se bhī rozāna logon ko shikāyatēñ hotī hain, pūch guchh mein nahin kartā. Hamārī family mein ek ṣāḥib thē, woh un kā mizāj thā pūch guchh, pūch guchh, pūch guchh.</w:t>
      </w:r>
      <w:r>
        <w:br/>
      </w:r>
      <w:r>
        <w:rPr>
          <w:sz w:val="20"/>
        </w:rPr>
        <w:t>1:18:30  zindagī bhar woh shikāyaton kī pūch guchh kartē rahē. Yeh merī apnī family mein thē, woh kahā kartē thē ke mere peṭ mein kyā kyā bātēñ bharī huī hain, mere andar shikāyat kī bātēñ.</w:t>
      </w:r>
      <w:r>
        <w:br/>
      </w:r>
      <w:r>
        <w:rPr>
          <w:sz w:val="20"/>
        </w:rPr>
        <w:t>1:18:45  is shikāyat kī bātōñ ke peṭ bhare huē thē, aur woh diary un ke pās thī, woh diary mein sab se ziyādah shikāyat kī bātēñ darj kartē thē, aur pūch guchh kartē thē.</w:t>
      </w:r>
      <w:r>
        <w:br/>
      </w:r>
      <w:r>
        <w:rPr>
          <w:sz w:val="20"/>
        </w:rPr>
        <w:t>1:18:55  woh main jāntā hoon jahāñ tak ek bhī shikāyat pūch guchh ke kar ke khatm nahīñ huī.</w:t>
      </w:r>
      <w:r>
        <w:br/>
      </w:r>
      <w:r>
        <w:rPr>
          <w:sz w:val="20"/>
        </w:rPr>
        <w:t>1:19:03  pūch guchh se kabhī shikāyat khatm nahīñ hotī, yād rakhiye. Āp kuchh kahēṅgē, ādmī kuchh kahēgā, āp kuchh kahēṅgē, ādmī kuchh kahēgā, chaltī rahēgī, bas.</w:t>
      </w:r>
      <w:r>
        <w:br/>
      </w:r>
      <w:r>
        <w:rPr>
          <w:sz w:val="20"/>
        </w:rPr>
        <w:t>1:19:14  to shikāyat ko CPS mein bardāsht nahin kar saktē āp. Jis ko shikāyat kā pasand hai to jāē, main nikālūñ. Bheṛ bakrī ke bahut se qaul hain, us mein shāmil ho jāē.</w:t>
      </w:r>
      <w:r>
        <w:br/>
      </w:r>
      <w:r>
        <w:rPr>
          <w:sz w:val="20"/>
        </w:rPr>
        <w:t>1:19:28  shikayat jis ko shikayat pasand hai aur pooch gach chahta hai, shikayat ke moamle mein shikayat ki wazahat chahta hai, to mein saaf kahoon ga ke dunya mein bohat se bheer bakri ke qol hain, is mein shamil ho jae.</w:t>
      </w:r>
      <w:r>
        <w:br/>
      </w:r>
      <w:r>
        <w:rPr>
          <w:sz w:val="20"/>
        </w:rPr>
        <w:t>1:19:38  wo CPS se is ka koi talluq nahi hai.</w:t>
      </w:r>
      <w:r>
        <w:br/>
      </w:r>
      <w:r>
        <w:rPr>
          <w:sz w:val="20"/>
        </w:rPr>
        <w:t>1:19:42  hum CPS mein in logon ko paida karna chahte hain jo jaise Hazrat Abu Abu Ansari ka qissa hai, Hazrat Aisha ka qissa hai, koi wazahat nahi.</w:t>
      </w:r>
      <w:r>
        <w:br/>
      </w:r>
      <w:r>
        <w:rPr>
          <w:sz w:val="20"/>
        </w:rPr>
        <w:t>1:19:54  khud apne ko is ko call karo, apne andar se.</w:t>
      </w:r>
    </w:p>
    <w:p>
      <w:pPr>
        <w:pStyle w:val="Heading2"/>
      </w:pPr>
      <w:r>
        <w:t>Marriage conduct without wasteful rituals</w:t>
      </w:r>
    </w:p>
    <w:p>
      <w:r>
        <w:rPr>
          <w:color w:val="666666"/>
          <w:sz w:val="18"/>
        </w:rPr>
        <w:t>Society &amp; Dawah · Living in a World of Competition October 24, 2010 · 4m 25s · at 1:09:27 · https://youtu.be/0DRVM8YxM5U?t=4167</w:t>
      </w:r>
    </w:p>
    <w:p>
      <w:r>
        <w:rPr>
          <w:i/>
        </w:rPr>
        <w:t>“The wedding rituals that are wasteful, a waste of time and money. Even after forbidding, people still do them and involve us, and if we don't get involved, they feel bad. How should the marriage of a boy and girl be conducted? Please include this in your talk and advise on it.”</w:t>
      </w:r>
    </w:p>
    <w:p>
      <w:r>
        <w:rPr>
          <w:sz w:val="20"/>
        </w:rPr>
        <w:t>1:09:27  yeh hi is ki ahmiyat hai. yani fazilat ki bajaye aap ahmiyat galat boliye to zyada sahi hoga mere nazdeek. Maulana, in ka ek sawal aur hai, unho ne likha hai ke shadi ki rasoomat jo fazool hoti hain,</w:t>
      </w:r>
      <w:r>
        <w:br/>
      </w:r>
      <w:r>
        <w:rPr>
          <w:sz w:val="20"/>
        </w:rPr>
        <w:t>1:09:43  waqt aur paise ki barbadi hoti hai. mana karne ke baad bhi log unhein karte hain aur hamein involve karte hain, na involve hone par bura mante hain.</w:t>
      </w:r>
      <w:r>
        <w:br/>
      </w:r>
      <w:r>
        <w:rPr>
          <w:sz w:val="20"/>
        </w:rPr>
        <w:t>1:09:55  larka aur larki ki shadi kis tarah honi chahiye? please aap apni hikmat se zaroor apni talk mein is isay shamil kar lijye aur is par kuch bataen.</w:t>
      </w:r>
      <w:r>
        <w:br/>
      </w:r>
      <w:r>
        <w:rPr>
          <w:sz w:val="20"/>
        </w:rPr>
        <w:t>1:10:08  bhai, is par to bohat likha hai hum ne. jo log hamara magazine risala parhte hain, woh jante hain ke jo shadiyon mein jo kuch kiya jata hai, woh mere nazdeek theek isi ayat ka, yani woh ayat apply hoti hai un ke upar</w:t>
      </w:r>
      <w:r>
        <w:br/>
      </w:r>
      <w:r>
        <w:rPr>
          <w:sz w:val="20"/>
        </w:rPr>
        <w:t>1:10:24  ke "in al-mubadhireen kanoo ikhwan al-shayateen". yeh tabzeer hai. tabzeer ka matlab chheentna, aap ka paisa aur chheentein idhar udhar, woh tabzeer hai.</w:t>
      </w:r>
      <w:r>
        <w:br/>
      </w:r>
      <w:r>
        <w:rPr>
          <w:sz w:val="20"/>
        </w:rPr>
        <w:t>1:10:35  to yeh paise ko chheentna hai. shadiyon mein jo kharch kiya jata hai, sab ka sab yaqeen kijiye ke bidat hai, khurafat hai. islam se koi talluq is ka nahi hai.</w:t>
      </w:r>
      <w:r>
        <w:br/>
      </w:r>
      <w:r>
        <w:rPr>
          <w:sz w:val="20"/>
        </w:rPr>
        <w:t>1:10:45  naam rakh rakha hai islam ka, yani kahin waleema is ka naam rakh rakha hai, kahin is tarah ka naam wahan se le le ke rakh rakhe hain.</w:t>
      </w:r>
      <w:r>
        <w:br/>
      </w:r>
      <w:r>
        <w:rPr>
          <w:sz w:val="20"/>
        </w:rPr>
        <w:t>1:10:55  ya yeh aur, yani yeh goya ke ghalati par sarkashi ka izafa hai. yeh ghalati par sarkashi ka izafa hai.</w:t>
      </w:r>
      <w:r>
        <w:br/>
      </w:r>
      <w:r>
        <w:rPr>
          <w:sz w:val="20"/>
        </w:rPr>
        <w:t>1:11:06  mein aik martaba aik aik maghribi mulk mein tha to mujhe wahan par aik aik aik aik taqarib mein le jaya gaya tha. bataya gaya ke wahan khutba ceremony hai, woh khutba ceremony.</w:t>
      </w:r>
      <w:r>
        <w:br/>
      </w:r>
      <w:r>
        <w:rPr>
          <w:sz w:val="20"/>
        </w:rPr>
        <w:t>1:11:19  ab wahan gaya to dhoop bachi hui thi, wahan par khane peene ki.</w:t>
      </w:r>
      <w:r>
        <w:br/>
      </w:r>
      <w:r>
        <w:rPr>
          <w:sz w:val="20"/>
        </w:rPr>
        <w:t>1:11:23  to khutba ke mani hote hain paigham mein nikah dena. khutba ke mani hain paigham mein nikah dena. to paigham mein nikah, yeh khutba ka lafz aya hai hadithon mein.</w:t>
      </w:r>
      <w:r>
        <w:br/>
      </w:r>
      <w:r>
        <w:rPr>
          <w:sz w:val="20"/>
        </w:rPr>
        <w:t>1:11:37  to is ka matlab thori hai ke aap wahan aik function ke roop mein karen. is ko wahan par dhoop machi hui thi, khane peene ke baad larka aur larki dono baithe hue the kursiyon par aur aik ajeeb ghareeb aik manzar tha wahan par.</w:t>
      </w:r>
      <w:r>
        <w:br/>
      </w:r>
      <w:r>
        <w:rPr>
          <w:sz w:val="20"/>
        </w:rPr>
        <w:t>1:11:50  to islam ka lafz khutba liya aur sab sara jahiliyat ki rasmein wahan par, sari rasmein jahiliyat ki. to yeh aik to musalman ghalati kar rahe hain aur sarkashi hai ke is ko islam ka naam lete hain.</w:t>
      </w:r>
      <w:r>
        <w:br/>
      </w:r>
      <w:r>
        <w:rPr>
          <w:sz w:val="20"/>
        </w:rPr>
        <w:t>1:12:05  aaj ke jo waleema jo hota hai, is ka islam se koi talluq nahi. jo barat hoti hai, islam se koi talluq nahi. jo khutba ceremony hoti hai, is ka islam se koi talluq nahi.</w:t>
      </w:r>
      <w:r>
        <w:br/>
      </w:r>
      <w:r>
        <w:rPr>
          <w:sz w:val="20"/>
        </w:rPr>
        <w:t>1:12:17  aap ko agar janna ho ke islam ka tareeqa kya hai to aap sahaba ki shadiyon ke halaat parhiye. rasool Allah ki larkiyon ne ki shadiyan kis tarah ki gayeen, woh parhiye.</w:t>
      </w:r>
      <w:r>
        <w:br/>
      </w:r>
      <w:r>
        <w:rPr>
          <w:sz w:val="20"/>
        </w:rPr>
        <w:t>1:12:30  yeh sab likha hua hai kitabon mein ke rasool Allah ne apni larkiyon ki shadi kaise ki, sahaba shadiyan kaise karte the.</w:t>
      </w:r>
      <w:r>
        <w:br/>
      </w:r>
      <w:r>
        <w:rPr>
          <w:sz w:val="20"/>
        </w:rPr>
        <w:t>1:12:40  yani mein aik aik misal arz karon ke aik aik sahabi the madina mein, un ka naam tha abdulrehman ibn auf.</w:t>
      </w:r>
      <w:r>
        <w:br/>
      </w:r>
      <w:r>
        <w:rPr>
          <w:sz w:val="20"/>
        </w:rPr>
        <w:t>1:12:51  to rasool Allah se log, sahaba jo choti si jagah thi, madina, madina to koi bari jagah thi nahi, to log milte julte the aapas mein, masjidon mein milte julte the.</w:t>
      </w:r>
      <w:r>
        <w:br/>
      </w:r>
      <w:r>
        <w:rPr>
          <w:sz w:val="20"/>
        </w:rPr>
        <w:t>1:13:01  to chand din woh milne ke liye nahi aye, chand din hi aye, aik do din. to rasool Allah ne poocha ke kahan the?</w:t>
      </w:r>
      <w:r>
        <w:br/>
      </w:r>
      <w:r>
        <w:rPr>
          <w:sz w:val="20"/>
        </w:rPr>
        <w:t>1:13:11  to unhon ne kaha mein ne shadi kar li hai. ab ghor kijiye ke madina to aaj kal lehaz se woh aik gaon tha, bas chota sa, aik chota sa, bohat hi chota sa town.</w:t>
      </w:r>
      <w:r>
        <w:br/>
      </w:r>
      <w:r>
        <w:rPr>
          <w:sz w:val="20"/>
        </w:rPr>
        <w:t>1:13:21  to wahan par unhon ne rasool Allah ko bulaya, na sahaba ko bulaya, aise hi bas shadi kar li kisi kisi se. wahan na waleema hai, na wahan khutba hai, na wahan par barat hai,</w:t>
      </w:r>
      <w:r>
        <w:br/>
      </w:r>
      <w:r>
        <w:rPr>
          <w:sz w:val="20"/>
        </w:rPr>
        <w:t>1:13:34  na wahan woh dhoom hai jo aaj kal hoti hai, na jahiz hai, kuch bhi nahi.</w:t>
      </w:r>
      <w:r>
        <w:br/>
      </w:r>
      <w:r>
        <w:rPr>
          <w:sz w:val="20"/>
        </w:rPr>
        <w:t>1:13:41  to islam ke jo tareeqa hai shadi ka, woh yeh hai. aaj kal jo musalmanon ka raij hai, woh sartaapa bidat hai, gunah hai, is mein koi shakk hi nahi, is mein koi shakk nahi hai.</w:t>
      </w:r>
    </w:p>
    <w:p>
      <w:pPr>
        <w:pStyle w:val="Heading2"/>
      </w:pPr>
      <w:r>
        <w:t>Maulana's view on blasphemy law</w:t>
      </w:r>
    </w:p>
    <w:p>
      <w:r>
        <w:rPr>
          <w:color w:val="666666"/>
          <w:sz w:val="18"/>
        </w:rPr>
        <w:t>Society &amp; Dawah · The Secular Contribution of Islam | April 16, 2017 · 3m 12s · at 1:01:32 · https://youtu.be/QV_HIq7KeaY?t=3692</w:t>
      </w:r>
    </w:p>
    <w:p>
      <w:r>
        <w:rPr>
          <w:i/>
        </w:rPr>
        <w:t>“What do you want to say about the law of blasphemy? I believe it is not in Islam but was made in the Abbasid period. Please explain.”</w:t>
      </w:r>
    </w:p>
    <w:p>
      <w:r>
        <w:rPr>
          <w:sz w:val="20"/>
        </w:rPr>
        <w:t>1:01:32  maulana, agla sawal pakistan se bheja hai ajmal sahab ne, unhone likha hai: maulana sahab, what do</w:t>
      </w:r>
      <w:r>
        <w:br/>
      </w:r>
      <w:r>
        <w:rPr>
          <w:sz w:val="20"/>
        </w:rPr>
        <w:t>1:01:38  You want to say about law of blasphemy? اس کے بارے میں بتائیں۔</w:t>
      </w:r>
      <w:r>
        <w:br/>
      </w:r>
      <w:r>
        <w:rPr>
          <w:sz w:val="20"/>
        </w:rPr>
        <w:t>1:01:44  law of blasphemy hai hi nahi islam mein, yeh to abbasi period mein bani bani hai. yeh yaad rakhiye, murtad ko qatl karna aur so called satab ko qatl karna, yeh hargiz hargiz islam nahi hai. hamare dono par likha hai tafseel se, yeh bana baat ko banaya gaya, na quran mein hai na hadith mein. yeh qanoon na to quran mein hai na hadith mein ke murtad ko mar dalo, nahi nahi karo quran mein, satam ko</w:t>
      </w:r>
      <w:r>
        <w:br/>
      </w:r>
      <w:r>
        <w:rPr>
          <w:sz w:val="20"/>
        </w:rPr>
        <w:t>1:02:14  maar dalo, nahi quran mein.</w:t>
      </w:r>
      <w:r>
        <w:br/>
      </w:r>
      <w:r>
        <w:rPr>
          <w:sz w:val="20"/>
        </w:rPr>
        <w:t>1:02:18  jo logon ne aise law banaye hain apne mulkon mein, woh jurm kiya hai, khud jurm kar rahe hain woh.</w:t>
      </w:r>
      <w:r>
        <w:br/>
      </w:r>
      <w:r>
        <w:rPr>
          <w:sz w:val="20"/>
        </w:rPr>
        <w:t>1:02:23  yani satam ke naam par, yeh murtad ke naam par jo qanoon banaye hain jin mulkon mein, un</w:t>
      </w:r>
      <w:r>
        <w:br/>
      </w:r>
      <w:r>
        <w:rPr>
          <w:sz w:val="20"/>
        </w:rPr>
        <w:t>1:02:27  mulkon ne khud jurm kiya hai.</w:t>
      </w:r>
      <w:r>
        <w:br/>
      </w:r>
      <w:r>
        <w:rPr>
          <w:sz w:val="20"/>
        </w:rPr>
        <w:t>1:02:31  yeh mulk khud pakde jayenge allah taala ke haan, kyunke dekhiye, chahe irtidad ka case ho ya</w:t>
      </w:r>
      <w:r>
        <w:br/>
      </w:r>
      <w:r>
        <w:rPr>
          <w:sz w:val="20"/>
        </w:rPr>
        <w:t>1:02:36  so called sato ka case ho, woh case hai difference of opinion ka case hai.</w:t>
      </w:r>
      <w:r>
        <w:br/>
      </w:r>
      <w:r>
        <w:rPr>
          <w:sz w:val="20"/>
        </w:rPr>
        <w:t>1:02:40  aap isse baat</w:t>
      </w:r>
      <w:r>
        <w:br/>
      </w:r>
      <w:r>
        <w:rPr>
          <w:sz w:val="20"/>
        </w:rPr>
        <w:t>1:02:44  kijiye, miliye isse, usko samjhaiye, kitaab pesh kijiye.</w:t>
      </w:r>
      <w:r>
        <w:br/>
      </w:r>
      <w:r>
        <w:rPr>
          <w:sz w:val="20"/>
        </w:rPr>
        <w:t>1:02:49  yeh musalman isko naam de rakha hai, yani yeh naam musalmanon ko diya hua hai.</w:t>
      </w:r>
      <w:r>
        <w:br/>
      </w:r>
      <w:r>
        <w:rPr>
          <w:sz w:val="20"/>
        </w:rPr>
        <w:t>1:02:53  irtidad aur sato yeh musalmanon ko diya hua naam hai, unke apne nazdeek toh woh difference of</w:t>
      </w:r>
      <w:r>
        <w:br/>
      </w:r>
      <w:r>
        <w:rPr>
          <w:sz w:val="20"/>
        </w:rPr>
        <w:t>1:02:57  opinion ka case hai.</w:t>
      </w:r>
      <w:r>
        <w:br/>
      </w:r>
      <w:r>
        <w:rPr>
          <w:sz w:val="20"/>
        </w:rPr>
        <w:t>1:03:01  woh unse aap pooche toh yeh nahi kahe ke hum hum apne ko irtidad kaise nahi batayenge</w:t>
      </w:r>
      <w:r>
        <w:br/>
      </w:r>
      <w:r>
        <w:rPr>
          <w:sz w:val="20"/>
        </w:rPr>
        <w:t>1:03:06  ge, woh na satam ka kaise batayenge.</w:t>
      </w:r>
      <w:r>
        <w:br/>
      </w:r>
      <w:r>
        <w:rPr>
          <w:sz w:val="20"/>
        </w:rPr>
        <w:t>1:03:10  woh yeh toh aap ne unko yeh naam de rakha hai, unke</w:t>
      </w:r>
      <w:r>
        <w:br/>
      </w:r>
      <w:r>
        <w:rPr>
          <w:sz w:val="20"/>
        </w:rPr>
        <w:t>1:03:14  apne nazdeek woh difference of opinion ka case hai. to aap un ko miliye, un ko samjhaiye, un ko kitab dijiye, un se guftagu kijiye narmi ke sath. maulana, agla ek comment lenge jis pe session ko khatam karenge. yeh comment bheja hai syed ahmad ali sahib ne new delhi se, unhon ne likha hai: maulana, its always delightful to attend your lectures. your words of wisdom if applied to our life</w:t>
      </w:r>
      <w:r>
        <w:br/>
      </w:r>
      <w:r>
        <w:rPr>
          <w:sz w:val="20"/>
        </w:rPr>
        <w:t>1:03:44  life, not just make it simple, but also beautifies our soul, which further helps to develop and strengthen the divine connection with God. may Allah grant you health. jazak Allah khair. so, we we will end the session today. we will be back next sunday same time. thank you.</w:t>
      </w:r>
    </w:p>
    <w:p>
      <w:pPr>
        <w:pStyle w:val="Heading2"/>
      </w:pPr>
      <w:r>
        <w:t>Meaning of Izharuddin and its implications</w:t>
      </w:r>
    </w:p>
    <w:p>
      <w:r>
        <w:rPr>
          <w:color w:val="666666"/>
          <w:sz w:val="18"/>
        </w:rPr>
        <w:t>Society &amp; Dawah · The Expression of Faith (Izhar e Deen) September 1, 2013 · 2m 43s · at 1:04:28 · https://youtu.be/muBDJ8a_8-0?t=3868</w:t>
      </w:r>
    </w:p>
    <w:p>
      <w:r>
        <w:rPr>
          <w:i/>
        </w:rPr>
        <w:t>“Is it right to say 'Izharuddin means to create such a world in which freedom and opportunities are open for peaceful people in the practical sense?'”</w:t>
      </w:r>
    </w:p>
    <w:p>
      <w:r>
        <w:rPr>
          <w:sz w:val="20"/>
        </w:rPr>
        <w:t>1:04:28  maulana agla sawal dilli se hai, miss naghma siddiqui ka. unhon ne likha hai: "Is it right to say 'Izharuddin means to create such a world in which freedom and opportunities are open for peaceful people in the practical sense?'" haan, sahi hai.</w:t>
      </w:r>
      <w:r>
        <w:br/>
      </w:r>
      <w:r>
        <w:rPr>
          <w:sz w:val="20"/>
        </w:rPr>
        <w:t>1:04:48  sirf is mein hukoomat aur shahadat shamil nahin hai. woh alag cheez hai, woh alag cheez hai.</w:t>
      </w:r>
      <w:r>
        <w:br/>
      </w:r>
      <w:r>
        <w:rPr>
          <w:sz w:val="20"/>
        </w:rPr>
        <w:t>1:04:56  "In terms of ideology, sare opportunities khul jayen.</w:t>
      </w:r>
      <w:r>
        <w:br/>
      </w:r>
      <w:r>
        <w:rPr>
          <w:sz w:val="20"/>
        </w:rPr>
        <w:t>1:05:03  "In terms of ideology, sare opportunities khul jayen, wahi idara deen hai. ab woh aaj poori tarah ho chuka hai. ab jo musalman lad rahe hain idhar udhar, woh zabardasti lad rahe hain.</w:t>
      </w:r>
      <w:r>
        <w:br/>
      </w:r>
      <w:r>
        <w:rPr>
          <w:sz w:val="20"/>
        </w:rPr>
        <w:t>1:05:16  hazrat abdullah ibn umar ne is zamane mein kaha tha ke ke jo cheez khatm ho chuki hai, us ko us ko musalman phir se shuru kar den gay.</w:t>
      </w:r>
      <w:r>
        <w:br/>
      </w:r>
      <w:r>
        <w:rPr>
          <w:sz w:val="20"/>
        </w:rPr>
        <w:t>1:05:26  to Allah taala ne jang ka khatma kar diya tha, lekin khud sakhta nazariya bana bana bana kar ladaai chhod di. ab gun culture, bomb culture, aur suicide bombing karte hain, yeh sab khud sakhta hai.</w:t>
      </w:r>
      <w:r>
        <w:br/>
      </w:r>
      <w:r>
        <w:rPr>
          <w:sz w:val="20"/>
        </w:rPr>
        <w:t>1:05:38  iska islam se koi talluq nahin. aaj ki duniya poore maanon mein aman ka daur hai. poore maanon mein aman ka daur aa chuka hai. koi ladaai ki zaroorat nahin hai.</w:t>
      </w:r>
      <w:r>
        <w:br/>
      </w:r>
      <w:r>
        <w:rPr>
          <w:sz w:val="20"/>
        </w:rPr>
        <w:t>1:05:50  khoob aap marfat hasil kijiyay, khoob dawat ka kaam kijiyay, khoob aap akhirat ko</w:t>
      </w:r>
      <w:r>
        <w:br/>
      </w:r>
      <w:r>
        <w:rPr>
          <w:sz w:val="20"/>
        </w:rPr>
        <w:t>1:06:02  ko daryaft kijiyay. yani har aitbaar se apne imaan ko, apne islam ko, apni marfat ko jitna chahen, is mein aap izafa karte chale jaiyay.</w:t>
      </w:r>
      <w:r>
        <w:br/>
      </w:r>
      <w:r>
        <w:rPr>
          <w:sz w:val="20"/>
        </w:rPr>
        <w:t>1:06:13  koi rukawat nahin hai.</w:t>
      </w:r>
      <w:r>
        <w:br/>
      </w:r>
      <w:r>
        <w:rPr>
          <w:sz w:val="20"/>
        </w:rPr>
        <w:t>1:06:14  yeh jo yeh jo rukawaten hain, woh woh hamare rehnamaon ke khud sakhta nazariye ke bana par hain. khud sakhta nazariya jis ka islam se koi talluq nahin.</w:t>
      </w:r>
      <w:r>
        <w:br/>
      </w:r>
      <w:r>
        <w:rPr>
          <w:sz w:val="20"/>
        </w:rPr>
        <w:t>1:06:26  koi jang ki zaroorat nahin hai aaj. kisi gun culture ki zaroorat nahin hai. kisi suicide bombing ki zaroorat nahin hai. sare mawaqe khul chuke hain. marfat ke mawaqe bhi hain aur dawat ke mawaqe bhi hain.</w:t>
      </w:r>
      <w:r>
        <w:br/>
      </w:r>
      <w:r>
        <w:rPr>
          <w:sz w:val="20"/>
        </w:rPr>
        <w:t>1:06:38  koi rukawat nahin hai.</w:t>
      </w:r>
      <w:r>
        <w:br/>
      </w:r>
      <w:r>
        <w:rPr>
          <w:sz w:val="20"/>
        </w:rPr>
        <w:t>1:06:40  jo record ki baat karta hai, woh modern age ko nahin janta. yahi log hain jo jin ko kaha gaya: "man kana fi hathihi al-ummah fa-fi al-akhirati ummah" .</w:t>
      </w:r>
      <w:r>
        <w:br/>
      </w:r>
      <w:r>
        <w:rPr>
          <w:sz w:val="20"/>
        </w:rPr>
        <w:t>1:06:51  modern age se mukammal taur par bekhabar hain woh log jo kehte hain ke modern age jo hai, musalmanon ka dushman hai. mukammal taur par bekhabar. modern age to musalmanon ka, yani islam ka mufeed ban kar zahir hua.</w:t>
      </w:r>
      <w:r>
        <w:br/>
      </w:r>
      <w:r>
        <w:rPr>
          <w:sz w:val="20"/>
        </w:rPr>
        <w:t>1:07:03  modern age islam ka mufeed hai, helper hai, supporter hai.</w:t>
      </w:r>
    </w:p>
    <w:p>
      <w:pPr>
        <w:pStyle w:val="Heading2"/>
      </w:pPr>
      <w:r>
        <w:t>Meaning of Wisdom of Dawa and its importance</w:t>
      </w:r>
    </w:p>
    <w:p>
      <w:r>
        <w:rPr>
          <w:color w:val="666666"/>
          <w:sz w:val="18"/>
        </w:rPr>
        <w:t>Society &amp; Dawah · How to Develop Pratical Wisdom May 5, 2024 · 2m 14s · at 40:33 · https://youtu.be/QIKxtH-MyMM?t=2433</w:t>
      </w:r>
    </w:p>
    <w:p>
      <w:r>
        <w:rPr>
          <w:i/>
        </w:rPr>
        <w:t>“What is the meaning of 'Wisdom of Dawa'? And how has Maulana clarified its importance to the Ummah?”</w:t>
      </w:r>
    </w:p>
    <w:p>
      <w:r>
        <w:rPr>
          <w:sz w:val="20"/>
        </w:rPr>
        <w:t>40:33  Iqbal, Maulana Iqbal Umri ne Chennai se likha hai ke wisdom of life par bohat acha session ho raha hai. mera sawal yeh hai ke wisdom of dawah ka matlab kya hai?</w:t>
      </w:r>
      <w:r>
        <w:br/>
      </w:r>
      <w:r>
        <w:rPr>
          <w:sz w:val="20"/>
        </w:rPr>
        <w:t>40:45  Maulana ne ummat ko is ki ahmiyat kahan tak wazeh ki is ke bare mein bataein. dekhiye yeh to hamari zimmedari hai.</w:t>
      </w:r>
      <w:r>
        <w:br/>
      </w:r>
      <w:r>
        <w:rPr>
          <w:sz w:val="20"/>
        </w:rPr>
        <w:t>40:57  Rasool Allah Salallaho Alaihi Wasallam ne ashaab ko address kiya aur kaha ke mere paigham ko sari dunya mein pohncha do. to yeh to hamari zimmedari hai aur hamein pohnchana hai.</w:t>
      </w:r>
      <w:r>
        <w:br/>
      </w:r>
      <w:r>
        <w:rPr>
          <w:sz w:val="20"/>
        </w:rPr>
        <w:t>41:07  agar hum nahi pohnchate to hamari pooch hogi akhirat mein. to mujhe to yahi samajh mein aata hai. ji apa yeh ek sawal bheja hai Dr. Jyoti Malhotra ne Delhi se.</w:t>
      </w:r>
      <w:r>
        <w:br/>
      </w:r>
      <w:r>
        <w:rPr>
          <w:sz w:val="20"/>
        </w:rPr>
        <w:t>41:20  unhone likha hai is wisdom given to few or to everyone</w:t>
      </w:r>
      <w:r>
        <w:br/>
      </w:r>
      <w:r>
        <w:rPr>
          <w:sz w:val="20"/>
        </w:rPr>
        <w:t>41:25  and how is wisdom different from truth? please advise.</w:t>
      </w:r>
      <w:r>
        <w:br/>
      </w:r>
      <w:r>
        <w:rPr>
          <w:sz w:val="20"/>
        </w:rPr>
        <w:t>41:34  wisdom dekhiye jaise har cheez hai. seeker the seeker kya one who? seekth find bible mein hai shayad. ji ji to har cheez ke liye seeker banna chahiye.</w:t>
      </w:r>
      <w:r>
        <w:br/>
      </w:r>
      <w:r>
        <w:rPr>
          <w:sz w:val="20"/>
        </w:rPr>
        <w:t>41:45  jab seeker hum banenge tabhi hum mehnat bhi karenge aur tabhi hamein Khuda ki madad aayegi.</w:t>
      </w:r>
      <w:r>
        <w:br/>
      </w:r>
      <w:r>
        <w:rPr>
          <w:sz w:val="20"/>
        </w:rPr>
        <w:t>41:52  to is dunya mein hum koi bhi kaam Khuda ki madad ke baghair nahi kar sakte. to is ke liye serious hona padega, distraction ko khatam karna padega aur jo hai ke ghaur o fikr karna padega.</w:t>
      </w:r>
      <w:r>
        <w:br/>
      </w:r>
      <w:r>
        <w:rPr>
          <w:sz w:val="20"/>
        </w:rPr>
        <w:t>42:06  to study karna padega, yeh sab karna padega tabhi wisdom milegi. ji to wisdom aur kya keh rahe hain? sachai. ji kya haan?</w:t>
      </w:r>
      <w:r>
        <w:br/>
      </w:r>
      <w:r>
        <w:rPr>
          <w:sz w:val="20"/>
        </w:rPr>
        <w:t>42:15  are they different or the same? truth to alag hai, truth to alag</w:t>
      </w:r>
      <w:r>
        <w:br/>
      </w:r>
      <w:r>
        <w:rPr>
          <w:sz w:val="20"/>
        </w:rPr>
        <w:t>42:22  hai. wisdom ke zariye se hum truth ko samajhte hain. truth ko paane ke liye wisdom zaroori hai. ji hmm ji apa agla comment bheja hai Dr. Aslam Khan Sahab ne Saharanpur se.</w:t>
      </w:r>
      <w:r>
        <w:br/>
      </w:r>
      <w:r>
        <w:rPr>
          <w:sz w:val="20"/>
        </w:rPr>
        <w:t>42:34  unhone likha hai practical wisdom is the ability to make sound judgment and decisions in practical matters based on deep understanding, patience and experience</w:t>
      </w:r>
    </w:p>
    <w:p>
      <w:pPr>
        <w:pStyle w:val="Heading2"/>
      </w:pPr>
      <w:r>
        <w:t>Media perceptions and Muslim extremes</w:t>
      </w:r>
    </w:p>
    <w:p>
      <w:r>
        <w:rPr>
          <w:color w:val="666666"/>
          <w:sz w:val="18"/>
        </w:rPr>
        <w:t>Society &amp; Dawah · The Crises Management September 18, 2011 · 3m 19s · at 1:17:32 · https://youtu.be/s3cYFtQZwzw?t=4652</w:t>
      </w:r>
    </w:p>
    <w:p>
      <w:r>
        <w:rPr>
          <w:i/>
        </w:rPr>
        <w:t>“A lot of perceptions about crisis is formed by the media and the perception of media is more often manipulated. Therefore many times Muslims go in extremes either by complete approval of media perception or its complete denial. What is the solution to this?”</w:t>
      </w:r>
    </w:p>
    <w:p>
      <w:r>
        <w:rPr>
          <w:sz w:val="20"/>
        </w:rPr>
        <w:t>1:17:32  logon ki mizaj badle to phir achi baat hai is mein rai ki baat to hai nahi mister shantanu ne dilli se yeh sawal likha hai unhon ne likha hai ke a lot of perceptions about crises is formed by the media and the perception of media is more than often manipulated</w:t>
      </w:r>
      <w:r>
        <w:br/>
      </w:r>
      <w:r>
        <w:rPr>
          <w:sz w:val="20"/>
        </w:rPr>
        <w:t>1:17:54  deir for mini times muslims go on extremes either by complete approval of media perception or its complete denial what is the solution to this solution yeh hai ke aap musalmanon ko blame dijiye abhi bhi aap media ko blame de rahe hain yeh to ghalati hai ke har har baat ko daalte hain kai police ke upar kai media ke upar kai falan ke upar phir musalman pe kyun nahi daalte aap</w:t>
      </w:r>
      <w:r>
        <w:br/>
      </w:r>
      <w:r>
        <w:rPr>
          <w:sz w:val="20"/>
        </w:rPr>
        <w:t>1:18:23  yeh kaun sa sochne ka tareeqa hai yeh bohat hi ghair scientific ghair quranic illogical tareeqa hai is</w:t>
      </w:r>
      <w:r>
        <w:br/>
      </w:r>
      <w:r>
        <w:rPr>
          <w:sz w:val="20"/>
        </w:rPr>
        <w:t>1:18:33  se kuch nahi hone wala hai yani musalman ghalati karte hain aur dalte hain media ke upar aap</w:t>
      </w:r>
      <w:r>
        <w:br/>
      </w:r>
      <w:r>
        <w:rPr>
          <w:sz w:val="20"/>
        </w:rPr>
        <w:t>1:18:39  yani musalman apni aql ke liye istemal karte hain apni aql kyun nahi istemal kar sakte yeh</w:t>
      </w:r>
      <w:r>
        <w:br/>
      </w:r>
      <w:r>
        <w:rPr>
          <w:sz w:val="20"/>
        </w:rPr>
        <w:t>1:18:46  musalmanon ko allah ne to aql nahi di hai aql ko istemal karen media mein kya chupta hai</w:t>
      </w:r>
      <w:r>
        <w:br/>
      </w:r>
      <w:r>
        <w:rPr>
          <w:sz w:val="20"/>
        </w:rPr>
        <w:t>1:18:51  isko chhodie aap apni aql se sochiye</w:t>
      </w:r>
      <w:r>
        <w:br/>
      </w:r>
      <w:r>
        <w:rPr>
          <w:sz w:val="20"/>
        </w:rPr>
        <w:t>1:18:54  quran se sochiye quran se quran mein saaf saaf yeh hai ke jaisa tum karoge waisa tum ko milega yeh excuse nahi hai is se zyada excuse ke media ko blame den aur musalmanon ko aap bacha len yeh koi excuse nahi hai Maulana in ka jo sawal hai woh is tarah pooch rahe hain ke kai baar yeh jo perception hai yeh media start kar deti hai karne de</w:t>
      </w:r>
      <w:r>
        <w:br/>
      </w:r>
      <w:r>
        <w:rPr>
          <w:sz w:val="20"/>
        </w:rPr>
        <w:t>1:19:19  jiye is ko haan karne dijiye woh kuch bhi karen woh bhi industry hai woh ek industry hai apne hisab se karegi woh aap is ko excuse kyun banate hain humm hum to nahi hum bhi media hum pe asar nahi lete media ka apni aqal istemal karte hain</w:t>
      </w:r>
      <w:r>
        <w:br/>
      </w:r>
      <w:r>
        <w:rPr>
          <w:sz w:val="20"/>
        </w:rPr>
        <w:t>1:19:38  media to karega bhai woh to industry hai ji</w:t>
      </w:r>
      <w:r>
        <w:br/>
      </w:r>
      <w:r>
        <w:rPr>
          <w:sz w:val="20"/>
        </w:rPr>
        <w:t>1:19:44  Mr Muhammad Shamik Khan ne Delhi se sawal kiya hai</w:t>
      </w:r>
      <w:r>
        <w:br/>
      </w:r>
      <w:r>
        <w:rPr>
          <w:sz w:val="20"/>
        </w:rPr>
        <w:t>1:19:49  unhon ne likha hai today muslims are looked upon as terrorists in this context how can we apply the concept of crisis management mushkil koi terrorist kehta hai aap aap ghor kijiye mushkil sadhu log jante hain to koi nahi kehta main ek terrorist hoon jo tashaddud tashaddud karta hai us ko kehte hain to tashaddud chhod dijiye</w:t>
      </w:r>
      <w:r>
        <w:br/>
      </w:r>
      <w:r>
        <w:rPr>
          <w:sz w:val="20"/>
        </w:rPr>
        <w:t>1:20:18  jo log society bombing karte hain un ko aap condemn nahi karte yani saare ulma chup hain kyun chup hain bhai aaye din society bombing ki misalen aati hain chup kahin woh ulma</w:t>
      </w:r>
      <w:r>
        <w:br/>
      </w:r>
      <w:r>
        <w:rPr>
          <w:sz w:val="20"/>
        </w:rPr>
        <w:t>1:20:31  to woh log jo tashaddud karte hain ya woh log jo tashaddud ko advocacy karte hain woh log jo tashaddud ko justify karte hain un ko kaha jata hai mushkil koi nahi kehta kyunke main is condemn karta hoon</w:t>
      </w:r>
    </w:p>
    <w:p>
      <w:pPr>
        <w:pStyle w:val="Heading2"/>
      </w:pPr>
      <w:r>
        <w:t>Message for da'iz in Arab countries</w:t>
      </w:r>
    </w:p>
    <w:p>
      <w:r>
        <w:rPr>
          <w:color w:val="666666"/>
          <w:sz w:val="18"/>
        </w:rPr>
        <w:t>Society &amp; Dawah · Realistic Approach March 30, 2014 Maulana Wahiduddin Khan · 2m 41s · at 1:00:04 · https://youtu.be/K36UonBsGlA?t=3604</w:t>
      </w:r>
    </w:p>
    <w:p>
      <w:r>
        <w:rPr>
          <w:i/>
        </w:rPr>
        <w:t>“Mashallah, very comprehensive talk on realistic living. I request Maulana sahib to give a message for da'iz living in Arab countries.”</w:t>
      </w:r>
    </w:p>
    <w:p>
      <w:r>
        <w:rPr>
          <w:sz w:val="20"/>
        </w:rPr>
        <w:t>1:00:04  maulana, agla sawal damam se hai. mis ummat ul muiz ne kiya hai. unhon ne likha hai: "mashallah, very comprehensive talk on realistic living.</w:t>
      </w:r>
      <w:r>
        <w:br/>
      </w:r>
      <w:r>
        <w:rPr>
          <w:sz w:val="20"/>
        </w:rPr>
        <w:t>1:00:17  i request maulana sahib to give a message for daiz living in arab countries."</w:t>
      </w:r>
      <w:r>
        <w:br/>
      </w:r>
      <w:r>
        <w:rPr>
          <w:sz w:val="20"/>
        </w:rPr>
        <w:t>1:00:29  dekhiye, arab countries mein ek bohat bari opportunity hai jis ko musalman avail nahi kar rahe. woh kya hai? arab countries mein tail ki dolat hai.</w:t>
      </w:r>
      <w:r>
        <w:br/>
      </w:r>
      <w:r>
        <w:rPr>
          <w:sz w:val="20"/>
        </w:rPr>
        <w:t>1:00:41  wahan rozgar milta hai logon ko. to bohat ziyada log aa rahe hain bahir se. bohat ziyada. yaani ghair muslim bohat ziyada aa rahe hain.</w:t>
      </w:r>
      <w:r>
        <w:br/>
      </w:r>
      <w:r>
        <w:rPr>
          <w:sz w:val="20"/>
        </w:rPr>
        <w:t>1:00:53  aur tourist, yaani wahan par job karne wale, business karne wale aur tourist rozana billion billion aate jate hain.</w:t>
      </w:r>
      <w:r>
        <w:br/>
      </w:r>
      <w:r>
        <w:rPr>
          <w:sz w:val="20"/>
        </w:rPr>
        <w:t>1:01:03  in mein aap literature distribute kijiye. dawah literature un ke darmiyan distribute kijiye. is se zyada aasan kaam konsa hai?</w:t>
      </w:r>
      <w:r>
        <w:br/>
      </w:r>
      <w:r>
        <w:rPr>
          <w:sz w:val="20"/>
        </w:rPr>
        <w:t>1:01:12  sab se aasan kaam yeh hai ke aap printed book aap ke paas ho. aap ki pocket mein, aap ke bag mein. aur jahan aap dekhen kisi ko, us ko dijiye us ko.</w:t>
      </w:r>
      <w:r>
        <w:br/>
      </w:r>
      <w:r>
        <w:rPr>
          <w:sz w:val="20"/>
        </w:rPr>
        <w:t>1:01:24  har jagah aap ko milenge aise log jo aap ke liye madu hain. asal cheez yeh hai ke madu ka concept khatm ho gaya musalmanon se. warna arab dunya mein to bohat mawaqe hain, bohat mawaqe hain, bohat mawaqe hain.</w:t>
      </w:r>
      <w:r>
        <w:br/>
      </w:r>
      <w:r>
        <w:rPr>
          <w:sz w:val="20"/>
        </w:rPr>
        <w:t>1:01:39  misalan dekhiye, egypt hai. egypt mein bohat hi zyada tourism tha. kyon ke wahan bohat hi yaani ancient civilization hoti thi wahan par.</w:t>
      </w:r>
      <w:r>
        <w:br/>
      </w:r>
      <w:r>
        <w:rPr>
          <w:sz w:val="20"/>
        </w:rPr>
        <w:t>1:01:51  aur bohat hi qadeem tareen wahan par monument hain. bohat aate the. khwamkhwah military chala diya wahan par. ladai bhadai chhod diya. agar yeh musalman ladai bhadai na chhodte to wahan to yaani woh yeh surkh koton ko hasil karne ka mauqa tha.</w:t>
      </w:r>
      <w:r>
        <w:br/>
      </w:r>
      <w:r>
        <w:rPr>
          <w:sz w:val="20"/>
        </w:rPr>
        <w:t>1:02:07  yeh saare log jo aate hain bator tourist ke ya bator yaani business ke, un ke darmiyan aap islam phailaiye. aur sab se aasan yeh hai ke printed books apne paas rakhen, un ko dete rahiye, dete rahiye, dete rahiye.</w:t>
      </w:r>
      <w:r>
        <w:br/>
      </w:r>
      <w:r>
        <w:rPr>
          <w:sz w:val="20"/>
        </w:rPr>
        <w:t>1:02:22  un ki zaban mein, har ek ki zaban mein tayyar kijiye kitaben. asal mein asal cheez yeh hai ke logon ko lagta hai dawah ka incentive nahi hai.</w:t>
      </w:r>
      <w:r>
        <w:br/>
      </w:r>
      <w:r>
        <w:rPr>
          <w:sz w:val="20"/>
        </w:rPr>
        <w:t>1:02:31  dawah ka jazba nahi hai. yaani spirit of dawah lack kar rahi hai. na ke aap ne chhod diya aap dawah.</w:t>
      </w:r>
      <w:r>
        <w:br/>
      </w:r>
      <w:r>
        <w:rPr>
          <w:sz w:val="20"/>
        </w:rPr>
        <w:t>1:02:42  yeh hai masla.</w:t>
      </w:r>
    </w:p>
    <w:p>
      <w:pPr>
        <w:pStyle w:val="Heading2"/>
      </w:pPr>
      <w:r>
        <w:t>Message for diaspora in Arab countries</w:t>
      </w:r>
    </w:p>
    <w:p>
      <w:r>
        <w:rPr>
          <w:color w:val="666666"/>
          <w:sz w:val="18"/>
        </w:rPr>
        <w:t>Society &amp; Dawah · Realistic Approach 30 March, 2014 · 2m 41s · at 1:00:19 · https://youtu.be/HIFxmWWiEG4?t=3619</w:t>
      </w:r>
    </w:p>
    <w:p>
      <w:r>
        <w:rPr>
          <w:i/>
        </w:rPr>
        <w:t>“MashaAllah, very comprehensive talk on realistic living. I request Maulana sahib to give a message for dias living in Arab countries.”</w:t>
      </w:r>
    </w:p>
    <w:p>
      <w:r>
        <w:rPr>
          <w:sz w:val="20"/>
        </w:rPr>
        <w:t>1:00:19  maulana, agla sawal dammam se hai. miss ummat ul muiz ne kiya hai. unhon ne likha hai: "Maashallah, very comprehensive talk on realistic living.</w:t>
      </w:r>
      <w:r>
        <w:br/>
      </w:r>
      <w:r>
        <w:rPr>
          <w:sz w:val="20"/>
        </w:rPr>
        <w:t>1:00:31  I request Maulana sahib to give a message for da'wah living in Arab countries."</w:t>
      </w:r>
      <w:r>
        <w:br/>
      </w:r>
      <w:r>
        <w:rPr>
          <w:sz w:val="20"/>
        </w:rPr>
        <w:t>1:00:43  dekhiye, arab countries mein aik bohat bari opportunity hai jis ko musalman avail nahi kar rahe hain. woh kya hai? arab countries mein tail ki daulat hai, wahan rozgar milta hai logon ko.</w:t>
      </w:r>
      <w:r>
        <w:br/>
      </w:r>
      <w:r>
        <w:rPr>
          <w:sz w:val="20"/>
        </w:rPr>
        <w:t>1:00:58  to bohat ziyada log aa rahe hain bahar se, bohat ziyada yani</w:t>
      </w:r>
      <w:r>
        <w:br/>
      </w:r>
      <w:r>
        <w:rPr>
          <w:sz w:val="20"/>
        </w:rPr>
        <w:t>1:01:05  ghair muslim, bohat ziyada aa rahe hain aur tourist yani wahan par job karne wale, business karne wale aur tourist rozana billion billion aate jate hain.</w:t>
      </w:r>
      <w:r>
        <w:br/>
      </w:r>
      <w:r>
        <w:rPr>
          <w:sz w:val="20"/>
        </w:rPr>
        <w:t>1:01:17  in mein aap literature distribute kijiye, da'wah literature un ke darmiyan distribute kijiye. is se ziyada aasan kaam konsa hai?</w:t>
      </w:r>
      <w:r>
        <w:br/>
      </w:r>
      <w:r>
        <w:rPr>
          <w:sz w:val="20"/>
        </w:rPr>
        <w:t>1:01:27  sab se aasan kaam yeh hai ke aap printed book aap ke paas hon, aap ke pocket mein, aap ke bag mein, aur jahan aap dekhen, kisi ko is ko dijiye.</w:t>
      </w:r>
      <w:r>
        <w:br/>
      </w:r>
      <w:r>
        <w:rPr>
          <w:sz w:val="20"/>
        </w:rPr>
        <w:t>1:01:37  is ko har jagah aap ko milenge aise log jo aap ke liye mad'u hain. asal cheez hai ke mad'u concept khatam ho gaya musalmanon se, warna arab dunya mein to bohat mawaqe hain, bohat mawaqe hain, bohat mawaqe hain.</w:t>
      </w:r>
      <w:r>
        <w:br/>
      </w:r>
      <w:r>
        <w:rPr>
          <w:sz w:val="20"/>
        </w:rPr>
        <w:t>1:01:53  misal ke taur par dekhiye, Egypt hai. Egypt mein bohat hi ziyada tourism tha kyunke wahan bohat hi yani ancient relation hoti thi wahan par aur bohat hi qadeem tareen wahan par monument hain.</w:t>
      </w:r>
      <w:r>
        <w:br/>
      </w:r>
      <w:r>
        <w:rPr>
          <w:sz w:val="20"/>
        </w:rPr>
        <w:t>1:02:08  bohat aate the, khwamkhwah milte hain, chala diya wahan par ladai bhidai chhod diya. agar yeh musalman ladai bhidai na chhodte to wahan to yani wohi surkh koton ko hath karne ka moqa tha.</w:t>
      </w:r>
      <w:r>
        <w:br/>
      </w:r>
      <w:r>
        <w:rPr>
          <w:sz w:val="20"/>
        </w:rPr>
        <w:t>1:02:22  yeh saare log jo aate hain bator tourist ke ya bator yani business ke, un ke darmiyan aap Islam phailaiye. Aur sab se aasan yeh hai ke printed books apne paas rakhein, un ko dete rahiye, dete rahiye, dete rahiye.</w:t>
      </w:r>
      <w:r>
        <w:br/>
      </w:r>
      <w:r>
        <w:rPr>
          <w:sz w:val="20"/>
        </w:rPr>
        <w:t>1:02:36  un ki zaban mein, har ek ki zaban mein tayyar kijiye kitaben. Asal mein asal cheez yeh hai ke logon ke andar dawat ka incentive nahi hai, dawat ka jazba nahi hai.</w:t>
      </w:r>
      <w:r>
        <w:br/>
      </w:r>
      <w:r>
        <w:rPr>
          <w:sz w:val="20"/>
        </w:rPr>
        <w:t>1:02:49  yani spirit of dawah leak kar rahi hai, na ke aap choti aap dawah. Yeh hai masla.</w:t>
      </w:r>
    </w:p>
    <w:p>
      <w:pPr>
        <w:pStyle w:val="Heading2"/>
      </w:pPr>
      <w:r>
        <w:t>Message for family during communal tensions</w:t>
      </w:r>
    </w:p>
    <w:p>
      <w:r>
        <w:rPr>
          <w:color w:val="666666"/>
          <w:sz w:val="18"/>
        </w:rPr>
        <w:t>Society &amp; Dawah · From the Spiritual Tree September 8, 2013 Maulana Wahiduddin Khan · 3m 15s · at 49:19 · https://youtu.be/y4bObH7a_64?t=2959</w:t>
      </w:r>
    </w:p>
    <w:p>
      <w:r>
        <w:rPr>
          <w:i/>
        </w:rPr>
        <w:t>“In Muzaffarnagar, the communal riot that is happening is being called political interference. In such conditions, what message should I give to my family and my people?”</w:t>
      </w:r>
    </w:p>
    <w:p>
      <w:r>
        <w:rPr>
          <w:sz w:val="20"/>
        </w:rPr>
        <w:t>49:19  maulana yeh agla sawal aaya hai ans ka muzaffarnagar se. yeh kehte hain: "muzaffarnagar mein jo communal right ho raha hai, us ko log political interference keh rahe hain.</w:t>
      </w:r>
      <w:r>
        <w:br/>
      </w:r>
      <w:r>
        <w:rPr>
          <w:sz w:val="20"/>
        </w:rPr>
        <w:t>49:36  aise halaat mein mein apni family aur apne logon ko kya message pahunchaoon?" dekhein yeh to ek zaban hai ke bas political logon pe blame dena,</w:t>
      </w:r>
      <w:r>
        <w:br/>
      </w:r>
      <w:r>
        <w:rPr>
          <w:sz w:val="20"/>
        </w:rPr>
        <w:t>49:51  is tarah kabhi bhi masla khatam nahi hoga. hamare india mein hamesha mein koi bhi aap baat ho, dekho bhai is ko politicize kar rahe hain. bohat aasan formula hai doosre ke upar dalne ka, partitions par dalne ka.</w:t>
      </w:r>
      <w:r>
        <w:br/>
      </w:r>
      <w:r>
        <w:rPr>
          <w:sz w:val="20"/>
        </w:rPr>
        <w:t>50:06  koi baat ho, yeh is ko dekho politicize kiya ja raha hai, is ke peeche political logon ka hath hai, kuch nahi. yeh sab bas sochiye aap.</w:t>
      </w:r>
      <w:r>
        <w:br/>
      </w:r>
      <w:r>
        <w:rPr>
          <w:sz w:val="20"/>
        </w:rPr>
        <w:t>50:16  aap aap sirf aik aik kaam kijiye ke badi kon hai, shuru karne wala kon hai, is ko pata kijiye aur is ko ja kar condemn kijiye.</w:t>
      </w:r>
      <w:r>
        <w:br/>
      </w:r>
      <w:r>
        <w:rPr>
          <w:sz w:val="20"/>
        </w:rPr>
        <w:t>50:27  bas aur koi doosra kaam nahin. agar aap ki community ka aadmi hai to apni ghalti ko maniye, doosri community se maafi mangiye ke hamari company ne ghalti ki hai, hum maafi chahte hain, hum is ka samjha bujha kar theek karenge.</w:t>
      </w:r>
      <w:r>
        <w:br/>
      </w:r>
      <w:r>
        <w:rPr>
          <w:sz w:val="20"/>
        </w:rPr>
        <w:t>50:44  aur koi bhi hal nahin ke political logon ko aap blame dein, police ko blame dein aur admissions, admission blame dein, is se kuch hone wala nahin hai.</w:t>
      </w:r>
      <w:r>
        <w:br/>
      </w:r>
      <w:r>
        <w:rPr>
          <w:sz w:val="20"/>
        </w:rPr>
        <w:t>50:58  aap ko sirf yeh aik kaam karna hai ke ho is a beginner, yeh is ko pata karein kis ne shuru kiya hai.</w:t>
      </w:r>
      <w:r>
        <w:br/>
      </w:r>
      <w:r>
        <w:rPr>
          <w:sz w:val="20"/>
        </w:rPr>
        <w:t>51:10  islaah wahan hai, is is jis ne shuru kiya hai, is ko pakdiye, is ko samjhaiye, is ki</w:t>
      </w:r>
      <w:r>
        <w:br/>
      </w:r>
      <w:r>
        <w:rPr>
          <w:sz w:val="20"/>
        </w:rPr>
        <w:t>51:21  is ki taadeeb kijiye, agar zaroorat hai to. baqi yeh hai ke yaani apni company ke aadmi ki ki side aap lenge, doosri aadmi is ki side lega aur phir jhagda khatam nahin hoga.</w:t>
      </w:r>
      <w:r>
        <w:br/>
      </w:r>
      <w:r>
        <w:rPr>
          <w:sz w:val="20"/>
        </w:rPr>
        <w:t>51:41  to beharhal mein quran o hadees se jo samjha hoon woh yahi hai ke aisi halat mein</w:t>
      </w:r>
      <w:r>
        <w:br/>
      </w:r>
      <w:r>
        <w:rPr>
          <w:sz w:val="20"/>
        </w:rPr>
        <w:t>51:48  beginner ko talash karna chahiye</w:t>
      </w:r>
      <w:r>
        <w:br/>
      </w:r>
      <w:r>
        <w:rPr>
          <w:sz w:val="20"/>
        </w:rPr>
        <w:t>51:51  aur us ko samjhana chahiye</w:t>
      </w:r>
      <w:r>
        <w:br/>
      </w:r>
      <w:r>
        <w:rPr>
          <w:sz w:val="20"/>
        </w:rPr>
        <w:t>51:55  aur aindah logon ko batana chahiye ke ke</w:t>
      </w:r>
      <w:r>
        <w:br/>
      </w:r>
      <w:r>
        <w:rPr>
          <w:sz w:val="20"/>
        </w:rPr>
        <w:t>52:00  apne aap ko aisi karrawai se bachao jis se reaction ho aur fasad</w:t>
      </w:r>
      <w:r>
        <w:br/>
      </w:r>
      <w:r>
        <w:rPr>
          <w:sz w:val="20"/>
        </w:rPr>
        <w:t>52:07  ki soorat paida ho jaye aur koi hal nahi hai.</w:t>
      </w:r>
      <w:r>
        <w:br/>
      </w:r>
      <w:r>
        <w:rPr>
          <w:sz w:val="20"/>
        </w:rPr>
        <w:t>52:12  maulana yeh comment aaya hai doctor safina ka ajmer se. yeh kehti hain ke: "maulana thanks a lot for making us aware of the goal of our life.</w:t>
      </w:r>
      <w:r>
        <w:br/>
      </w:r>
      <w:r>
        <w:rPr>
          <w:sz w:val="20"/>
        </w:rPr>
        <w:t>52:23  otherwise we also would have been running for the material goal. thanks for making us discover the creation plan of god."</w:t>
      </w:r>
    </w:p>
    <w:p>
      <w:pPr>
        <w:pStyle w:val="Heading2"/>
      </w:pPr>
      <w:r>
        <w:t>Message to family during communal riots</w:t>
      </w:r>
    </w:p>
    <w:p>
      <w:r>
        <w:rPr>
          <w:color w:val="666666"/>
          <w:sz w:val="18"/>
        </w:rPr>
        <w:t>Society &amp; Dawah · From The Spiritual Tree September 8, 2013 · 3m 15s · at 48:42 · https://youtu.be/Vv6vf2N8YQA?t=2922</w:t>
      </w:r>
    </w:p>
    <w:p>
      <w:r>
        <w:rPr>
          <w:i/>
        </w:rPr>
        <w:t>“In Muzaffarnagar, there is communal rioting which people call political interference. What message should I give to my family and people in such conditions?”</w:t>
      </w:r>
    </w:p>
    <w:p>
      <w:r>
        <w:rPr>
          <w:sz w:val="20"/>
        </w:rPr>
        <w:t>48:42  maulana yeh agla sawal aaya hai Anas ka Muzaffarnagar se. yeh kehte hain Muzaffarnagar mein jo Communal Right ho raha hai us ko log Political Interference keh rahe hain.</w:t>
      </w:r>
      <w:r>
        <w:br/>
      </w:r>
      <w:r>
        <w:rPr>
          <w:sz w:val="20"/>
        </w:rPr>
        <w:t>48:59  aise halaat mein mein apni Family aur apne logon ko kya Message pohanchaoon? dekhen yeh to ek zuban hai ke bas Political logon par Blame dena.</w:t>
      </w:r>
      <w:r>
        <w:br/>
      </w:r>
      <w:r>
        <w:rPr>
          <w:sz w:val="20"/>
        </w:rPr>
        <w:t>49:14  is tarah kabhi bhi masla khatam nahi hoga. hamare Endium mein hamesha mein koi bhi baat ho dekho bhai is ko Polarize kar rahe hain. yeh bohat aasan formula hai doosre ke upar daalne ka.</w:t>
      </w:r>
      <w:r>
        <w:br/>
      </w:r>
      <w:r>
        <w:rPr>
          <w:sz w:val="20"/>
        </w:rPr>
        <w:t>49:27  Politicians par daalne ka.</w:t>
      </w:r>
      <w:r>
        <w:br/>
      </w:r>
      <w:r>
        <w:rPr>
          <w:sz w:val="20"/>
        </w:rPr>
        <w:t>49:29  koi koi baat ho yeh is ko dekho Polarize kiya ja raha hai. is ke peeche Political logon ka hath hai. kuch nahi yeh sab bas socheye aap.</w:t>
      </w:r>
      <w:r>
        <w:br/>
      </w:r>
      <w:r>
        <w:rPr>
          <w:sz w:val="20"/>
        </w:rPr>
        <w:t>49:39  aap aap sirf yeh ek kaam kijiye ke baghi kaun hai, shuru karne wala kaun hai, is ko pata kijiye aur is ko ja kar Condemn kijiye.</w:t>
      </w:r>
      <w:r>
        <w:br/>
      </w:r>
      <w:r>
        <w:rPr>
          <w:sz w:val="20"/>
        </w:rPr>
        <w:t>49:51  bas aur koi doosra kaam nahi. agar aap ki Community ka aadmi hai to apni ghalti ko maniye.</w:t>
      </w:r>
      <w:r>
        <w:br/>
      </w:r>
      <w:r>
        <w:rPr>
          <w:sz w:val="20"/>
        </w:rPr>
        <w:t>49:59  doosri Community se maafi mangiye ke hamari Company ne ghalti ki hai, hum maafi chahte hain, hum is ka samjha bujha kar theek karenge. aur koi bhi hal nahi ke Political logon par aap Blame dein, police par Blame dein aur Admissions Admission mein Blame dein, is se kuch hone wala nahi.</w:t>
      </w:r>
      <w:r>
        <w:br/>
      </w:r>
      <w:r>
        <w:rPr>
          <w:sz w:val="20"/>
        </w:rPr>
        <w:t>50:21  aap ko sirf yeh ek kaam karna hai ke Who is the Beginner?</w:t>
      </w:r>
      <w:r>
        <w:br/>
      </w:r>
      <w:r>
        <w:rPr>
          <w:sz w:val="20"/>
        </w:rPr>
        <w:t>50:28  yeh is ka pata karen. kis ne shuru kiya hai? islah wahan hai. is is jis ne shuru kiya hai is ko pakriye, is ko samjhaiye.</w:t>
      </w:r>
      <w:r>
        <w:br/>
      </w:r>
      <w:r>
        <w:rPr>
          <w:sz w:val="20"/>
        </w:rPr>
        <w:t>50:40  is ki</w:t>
      </w:r>
      <w:r>
        <w:br/>
      </w:r>
      <w:r>
        <w:rPr>
          <w:sz w:val="20"/>
        </w:rPr>
        <w:t>50:44  is ki taadeeb kijiye agar zaroorat hai to.</w:t>
      </w:r>
      <w:r>
        <w:br/>
      </w:r>
      <w:r>
        <w:rPr>
          <w:sz w:val="20"/>
        </w:rPr>
        <w:t>50:48  baqi yeh hai ke yani apni Company ke aadmi ki ki Side aap lenge, doosri aadmi is ki Side lega aur phir jhagda khatam nahi hoga.</w:t>
      </w:r>
      <w:r>
        <w:br/>
      </w:r>
      <w:r>
        <w:rPr>
          <w:sz w:val="20"/>
        </w:rPr>
        <w:t>51:04  to behraal mein Quran o Hadees se jo samjha hoon woh yahi hai ke aisi halat mein Beginner ko talash karna chahiye.</w:t>
      </w:r>
      <w:r>
        <w:br/>
      </w:r>
      <w:r>
        <w:rPr>
          <w:sz w:val="20"/>
        </w:rPr>
        <w:t>51:14  aur is ko samjhana chahiye. aur aindah logon ko batana chahiye ke ke apne aap ko aisi karrawai se bachao jis se Reaction ho aur fasad ki soorat paida ho jaye.</w:t>
      </w:r>
      <w:r>
        <w:br/>
      </w:r>
      <w:r>
        <w:rPr>
          <w:sz w:val="20"/>
        </w:rPr>
        <w:t>51:31  aur koi hal nahi hai.</w:t>
      </w:r>
      <w:r>
        <w:br/>
      </w:r>
      <w:r>
        <w:rPr>
          <w:sz w:val="20"/>
        </w:rPr>
        <w:t>51:35  Maulana yeh Comment aaya hai Doctor Safina ka Ajmer se. yeh kehti hain ke Maulana Thanks a lot for making us aware of the goal of our life.</w:t>
      </w:r>
      <w:r>
        <w:br/>
      </w:r>
      <w:r>
        <w:rPr>
          <w:sz w:val="20"/>
        </w:rPr>
        <w:t>51:46  Otherwise we also would have been running for the material goal. Thanks for making us discover the creation plan of God.</w:t>
      </w:r>
    </w:p>
    <w:p>
      <w:pPr>
        <w:pStyle w:val="Heading2"/>
      </w:pPr>
      <w:r>
        <w:t>Misconception about legal action system</w:t>
      </w:r>
    </w:p>
    <w:p>
      <w:r>
        <w:rPr>
          <w:color w:val="666666"/>
          <w:sz w:val="18"/>
        </w:rPr>
        <w:t>Society &amp; Dawah · How to Manage Controversy 10 Nov 2019 - Maulana Wahiduddin Khan · 2m 22s · at 47:57 · https://youtu.be/UafTzJXHrSA?t=2877</w:t>
      </w:r>
    </w:p>
    <w:p>
      <w:r>
        <w:rPr>
          <w:i/>
        </w:rPr>
        <w:t>“What misconception do those people have who want to continue the system by referring to legal action or law? Please explain.”</w:t>
      </w:r>
    </w:p>
    <w:p>
      <w:r>
        <w:rPr>
          <w:sz w:val="20"/>
        </w:rPr>
        <w:t>47:57  hib, jazaak allah." mashallah. maulana, agla sawal chennai se bheja hai maulana iqbal umri ne. unhon ne aap se poocha hai ke: "qanooni karwai ya qanoon ka hawala de kar jo nizam jari rakhna chahte hain, woh log kya maghalta rakhte hain?</w:t>
      </w:r>
      <w:r>
        <w:br/>
      </w:r>
      <w:r>
        <w:rPr>
          <w:sz w:val="20"/>
        </w:rPr>
        <w:t>48:16  is ki wazahat karein." dekhiye,</w:t>
      </w:r>
      <w:r>
        <w:br/>
      </w:r>
      <w:r>
        <w:rPr>
          <w:sz w:val="20"/>
        </w:rPr>
        <w:t>48:23  qanooni karwai ka yeh masla hi nahi tha jo tha.</w:t>
      </w:r>
      <w:r>
        <w:br/>
      </w:r>
      <w:r>
        <w:rPr>
          <w:sz w:val="20"/>
        </w:rPr>
        <w:t>48:30  qanooni karwai kisi ek fard ke bare mein hoti hai. koi ijtimai masla ho to us mein qanoon ka</w:t>
      </w:r>
      <w:r>
        <w:br/>
      </w:r>
      <w:r>
        <w:rPr>
          <w:sz w:val="20"/>
        </w:rPr>
        <w:t>48:42  qanoon ki ek had hai, ek limit hai. misaal ke taur par log parha parhwa chhodte hain diwali mein. ab adalat woh case lagaye le jayein, is se parha parhwa nahi band hoga,</w:t>
      </w:r>
      <w:r>
        <w:br/>
      </w:r>
      <w:r>
        <w:rPr>
          <w:sz w:val="20"/>
        </w:rPr>
        <w:t>48:57  kabhi nahi band hoga. parha parhwa ek ek qomi masla hai, poori poori qaum is ko sacrifice ki hui hai.</w:t>
      </w:r>
      <w:r>
        <w:br/>
      </w:r>
      <w:r>
        <w:rPr>
          <w:sz w:val="20"/>
        </w:rPr>
        <w:t>49:12  to aap dekhein ke jo tareeqa aap ikhtiyar karne ja rahe hain, woh wahan applicable ho ke hai ke nahi hai? applicable ho ke hai ke nahi hai?</w:t>
      </w:r>
      <w:r>
        <w:br/>
      </w:r>
      <w:r>
        <w:rPr>
          <w:sz w:val="20"/>
        </w:rPr>
        <w:t>49:27  yeh jo masla tha ya hai, woh</w:t>
      </w:r>
      <w:r>
        <w:br/>
      </w:r>
      <w:r>
        <w:rPr>
          <w:sz w:val="20"/>
        </w:rPr>
        <w:t>49:34  woh to do group ke darmiyan nizaam ka masla hai. to do group ko aap manage kijiyay.</w:t>
      </w:r>
      <w:r>
        <w:br/>
      </w:r>
      <w:r>
        <w:rPr>
          <w:sz w:val="20"/>
        </w:rPr>
        <w:t>49:54  yeh mein awwal din se kar raha hoon, aaj hi se nahin. Maulana, agla comment bheja hai Ms Sahar Saleem ne Delhi se. unhon ne likha hai: "its always hard how to respond appropriately when defensive hurt or critical</w:t>
      </w:r>
      <w:r>
        <w:br/>
      </w:r>
      <w:r>
        <w:rPr>
          <w:sz w:val="20"/>
        </w:rPr>
        <w:t>50:10  . today after this talk, my take away is: moving forward by stepping back, the master formula. may Allah guide us</w:t>
      </w:r>
    </w:p>
    <w:p>
      <w:pPr>
        <w:pStyle w:val="Heading2"/>
      </w:pPr>
      <w:r>
        <w:t>Mission as revival of Gandhi's mission</w:t>
      </w:r>
    </w:p>
    <w:p>
      <w:r>
        <w:rPr>
          <w:color w:val="666666"/>
          <w:sz w:val="18"/>
        </w:rPr>
        <w:t>Society &amp; Dawah · Politics and Nation Building May 19, 2013 · 2m 54s · at 54:24 · https://youtu.be/kmiMGq0Ki2Q?t=3264</w:t>
      </w:r>
    </w:p>
    <w:p>
      <w:r>
        <w:rPr>
          <w:i/>
        </w:rPr>
        <w:t>“In an interview in April 20, you have related your mission as a revival of Gandhi's mission. This creates confusion in masses. Kindly elaborate your viewpoint in light of your interview.”</w:t>
      </w:r>
    </w:p>
    <w:p>
      <w:r>
        <w:rPr>
          <w:sz w:val="20"/>
        </w:rPr>
        <w:t>54:24  yani result oriented aap ban jayein to bas sab kuch theek ho jayega Maulana agla sawal Kashmir se hai Muhammad Saleem Mir Sahab ka unhone likha hai in an interview in April 20 you have related your mission as a revival of Gandhi's mission this creates confusion in masses</w:t>
      </w:r>
      <w:r>
        <w:br/>
      </w:r>
      <w:r>
        <w:rPr>
          <w:sz w:val="20"/>
        </w:rPr>
        <w:t>54:51  kindly elaborate your viewpoint in light of your interview nahi nahi yeh galat hai aap ne kis context mein main ne kaha hai kya baat kahi hai usko lekar aap ne socha nahi</w:t>
      </w:r>
      <w:r>
        <w:br/>
      </w:r>
      <w:r>
        <w:rPr>
          <w:sz w:val="20"/>
        </w:rPr>
        <w:t>55:09  dekhiye India mein jo secular society hai India mein jo secular samaj hai India mein jo secular nizam hai uske lehaz se maine yeh baat kahi hai ke Mahatma Gandhi ka jo tareeqa tha woh tha non violent activism</w:t>
      </w:r>
      <w:r>
        <w:br/>
      </w:r>
      <w:r>
        <w:rPr>
          <w:sz w:val="20"/>
        </w:rPr>
        <w:t>55:30  non violent activism mein Mahatma Gandhi ka natija yeh bhi tha kisi se nafrat na karo nafrat ko bhi Gandhi violent samajhte the</w:t>
      </w:r>
      <w:r>
        <w:br/>
      </w:r>
      <w:r>
        <w:rPr>
          <w:sz w:val="20"/>
        </w:rPr>
        <w:t>55:40  to maine yeh baat kahi thi India ke context mein Islam ke context mein nahi</w:t>
      </w:r>
      <w:r>
        <w:br/>
      </w:r>
      <w:r>
        <w:rPr>
          <w:sz w:val="20"/>
        </w:rPr>
        <w:t>55:47  islam ke context mein nahi kaha tha main ne is india ke context ke india mein jo secular society hai jis ki majority hindu hai jahan secular log hukumat kar rahe hain aur jo gandhi ko mante hain to main ne kaha ke azadi se pehle jo gandhi ka usool tha usi ko aaj bhi raaij kijiye</w:t>
      </w:r>
      <w:r>
        <w:br/>
      </w:r>
      <w:r>
        <w:rPr>
          <w:sz w:val="20"/>
        </w:rPr>
        <w:t>56:11  pure maano mein aaimah nan al wailent activism yaad rakhiye mahatma gandhi ka jo nan wailent activism tha us mein sirf tashaddud hi nahi violence tha nafrat bhi violence thi heat bhi violence tha aur yeh jo tod phod karte hain log ke koi baat ho gayi to foran jalate phoonkte hain carain jala dete hain buildingen jala dete hain yeh sab gandhi ke nazariye ke khilaf tha</w:t>
      </w:r>
      <w:r>
        <w:br/>
      </w:r>
      <w:r>
        <w:rPr>
          <w:sz w:val="20"/>
        </w:rPr>
        <w:t>56:37  ap ko maloom hai ke gandhi jab tehreek chala rahe the apni</w:t>
      </w:r>
      <w:r>
        <w:br/>
      </w:r>
      <w:r>
        <w:rPr>
          <w:sz w:val="20"/>
        </w:rPr>
        <w:t>56:41  to un ke kuch volunteers jo hain bardoli mein thanay mein ghus gaye mahatma gandhi ke kuch volunteers</w:t>
      </w:r>
      <w:r>
        <w:br/>
      </w:r>
      <w:r>
        <w:rPr>
          <w:sz w:val="20"/>
        </w:rPr>
        <w:t>56:50  wahan aag aag laga di unhon ne to apni movement woh band kar di unhon ne</w:t>
      </w:r>
      <w:r>
        <w:br/>
      </w:r>
      <w:r>
        <w:rPr>
          <w:sz w:val="20"/>
        </w:rPr>
        <w:t>56:58  بند کر دی انہوں نے کہا کہ ہمارے ساتھی ابھی جانتے نہیں ہیں کہ peaceful activism کیسے</w:t>
      </w:r>
      <w:r>
        <w:br/>
      </w:r>
      <w:r>
        <w:rPr>
          <w:sz w:val="20"/>
        </w:rPr>
        <w:t>57:04  hoti hai thanay mein aag laga diya</w:t>
      </w:r>
      <w:r>
        <w:br/>
      </w:r>
      <w:r>
        <w:rPr>
          <w:sz w:val="20"/>
        </w:rPr>
        <w:t>57:08  to india ke context mein maine yeh baat kahi thi ke india mein zaroorat hai ke isi</w:t>
      </w:r>
      <w:r>
        <w:br/>
      </w:r>
      <w:r>
        <w:rPr>
          <w:sz w:val="20"/>
        </w:rPr>
        <w:t>57:13  ko revive kiya jaye phir se gandhi ke tareeqay ko uss ko ap islam ke context mein mat</w:t>
      </w:r>
    </w:p>
    <w:p>
      <w:pPr>
        <w:pStyle w:val="Heading2"/>
      </w:pPr>
      <w:r>
        <w:t>Modern Crusades without naming</w:t>
      </w:r>
    </w:p>
    <w:p>
      <w:r>
        <w:rPr>
          <w:color w:val="666666"/>
          <w:sz w:val="18"/>
        </w:rPr>
        <w:t>Society &amp; Dawah · The Secular Contribution of Islam | April 16, 2017 · 2m 05s · at 46:05 · https://youtu.be/QV_HIq7KeaY?t=2765</w:t>
      </w:r>
    </w:p>
    <w:p>
      <w:r>
        <w:rPr>
          <w:i/>
        </w:rPr>
        <w:t>“You said Crusaders did not take the option of revenge and went in the direction of non-political field, but today can't we say that the West has again started Crusades without naming it as Crusades?”</w:t>
      </w:r>
    </w:p>
    <w:p>
      <w:r>
        <w:rPr>
          <w:sz w:val="20"/>
        </w:rPr>
        <w:t>46:05  ji Maulana, agla sawal abdul wahab sahab ne kiya hai lucknow se, unhone likha hai: Maulana, you said</w:t>
      </w:r>
      <w:r>
        <w:br/>
      </w:r>
      <w:r>
        <w:rPr>
          <w:sz w:val="20"/>
        </w:rPr>
        <w:t>46:15  Crusaders did not take the option of revenge and went in the direction of non-political field, but today can't we</w:t>
      </w:r>
      <w:r>
        <w:br/>
      </w:r>
      <w:r>
        <w:rPr>
          <w:sz w:val="20"/>
        </w:rPr>
        <w:t>46:25  say that the West has again started Crusades without naming it as Crusades?</w:t>
      </w:r>
      <w:r>
        <w:br/>
      </w:r>
      <w:r>
        <w:rPr>
          <w:sz w:val="20"/>
        </w:rPr>
        <w:t>46:30  otherwise, why are they doing so much violence in the Muslim world?</w:t>
      </w:r>
      <w:r>
        <w:br/>
      </w:r>
      <w:r>
        <w:rPr>
          <w:sz w:val="20"/>
        </w:rPr>
        <w:t>46:35  what is your opinion on this? yeh bilkul hi intehai had tak be saros baat hai.</w:t>
      </w:r>
      <w:r>
        <w:br/>
      </w:r>
      <w:r>
        <w:rPr>
          <w:sz w:val="20"/>
        </w:rPr>
        <w:t>46:40  unhone harghiz Crusade nahi choda.</w:t>
      </w:r>
      <w:r>
        <w:br/>
      </w:r>
      <w:r>
        <w:rPr>
          <w:sz w:val="20"/>
        </w:rPr>
        <w:t>46:45  musalmanon ne inteqam ka policy ikhtiyar ki hai.</w:t>
      </w:r>
      <w:r>
        <w:br/>
      </w:r>
      <w:r>
        <w:rPr>
          <w:sz w:val="20"/>
        </w:rPr>
        <w:t>46:50  jagah jagah bomb marte hain, jahan dekhiye bomb marte hain. woh to</w:t>
      </w:r>
      <w:r>
        <w:br/>
      </w:r>
      <w:r>
        <w:rPr>
          <w:sz w:val="20"/>
        </w:rPr>
        <w:t>46:55  retaliate karte hain, woh to control kar rahe hain.</w:t>
      </w:r>
      <w:r>
        <w:br/>
      </w:r>
      <w:r>
        <w:rPr>
          <w:sz w:val="20"/>
        </w:rPr>
        <w:t>46:59  kitne bade falsehood mein jee rahe hain musalman.</w:t>
      </w:r>
      <w:r>
        <w:br/>
      </w:r>
      <w:r>
        <w:rPr>
          <w:sz w:val="20"/>
        </w:rPr>
        <w:t>47:03  saari duniya ke musalman isi falsehood mein jee rahe hain.</w:t>
      </w:r>
      <w:r>
        <w:br/>
      </w:r>
      <w:r>
        <w:rPr>
          <w:sz w:val="20"/>
        </w:rPr>
        <w:t>47:07  apne ko is falsehood se nikaliye.</w:t>
      </w:r>
      <w:r>
        <w:br/>
      </w:r>
      <w:r>
        <w:rPr>
          <w:sz w:val="20"/>
        </w:rPr>
        <w:t>47:10  yeh ek shaitani thinking hai yeh ke jo blame jata hai musalmanon par, woh blame daal rahe hain</w:t>
      </w:r>
      <w:r>
        <w:br/>
      </w:r>
      <w:r>
        <w:rPr>
          <w:sz w:val="20"/>
        </w:rPr>
        <w:t>47:14  aap West par.</w:t>
      </w:r>
      <w:r>
        <w:br/>
      </w:r>
      <w:r>
        <w:rPr>
          <w:sz w:val="20"/>
        </w:rPr>
        <w:t>47:18  West ne harghiz harghiz Crusade ko nahi choda hai.</w:t>
      </w:r>
      <w:r>
        <w:br/>
      </w:r>
      <w:r>
        <w:rPr>
          <w:sz w:val="20"/>
        </w:rPr>
        <w:t>47:22  musalmanon ne chhod rakha hai</w:t>
      </w:r>
      <w:r>
        <w:br/>
      </w:r>
      <w:r>
        <w:rPr>
          <w:sz w:val="20"/>
        </w:rPr>
        <w:t>47:26  society bombing, society bombing, society bombing. To wo control kar rahe hain, kyun nahi control karenge wo? 9/11 kis ne kiya? To wo chahenge ke 9/11 dobara repeat na ho. West chahta hai ke 9/11 dobara repeat na ho. Aap chahte hain ke Ram Mandir, wo Babri Masjid dobara repeat na ho. Sare musalman ye chahte hain ke Babri Masjid dobara repeat na ho. Aise wo chahte hain ke 9/11 dobara repeat na ho.</w:t>
      </w:r>
      <w:r>
        <w:br/>
      </w:r>
      <w:r>
        <w:rPr>
          <w:sz w:val="20"/>
        </w:rPr>
        <w:t>47:56  is falsehood se bahar aaiye.</w:t>
      </w:r>
      <w:r>
        <w:br/>
      </w:r>
      <w:r>
        <w:rPr>
          <w:sz w:val="20"/>
        </w:rPr>
        <w:t>48:01  mera dekhiye, bahut badi ghalati hai.</w:t>
      </w:r>
      <w:r>
        <w:br/>
      </w:r>
      <w:r>
        <w:rPr>
          <w:sz w:val="20"/>
        </w:rPr>
        <w:t>48:06  Allah is is is qism ki soch ko kabhi qabool nahi karega.</w:t>
      </w:r>
    </w:p>
    <w:p>
      <w:pPr>
        <w:pStyle w:val="Heading2"/>
      </w:pPr>
      <w:r>
        <w:t>Most Effective Method of Dawah</w:t>
      </w:r>
    </w:p>
    <w:p>
      <w:r>
        <w:rPr>
          <w:color w:val="666666"/>
          <w:sz w:val="18"/>
        </w:rPr>
        <w:t>Society &amp; Dawah · Example of the Prophet March 20, 2016 · 4m 47s · at 1:06:49 · https://youtu.be/79HmhzXU41w?t=4009</w:t>
      </w:r>
    </w:p>
    <w:p>
      <w:r>
        <w:rPr>
          <w:i/>
        </w:rPr>
        <w:t>“In the light of your experience, what is the most effective method of Dawah?”</w:t>
      </w:r>
    </w:p>
    <w:p>
      <w:r>
        <w:rPr>
          <w:sz w:val="20"/>
        </w:rPr>
        <w:t>1:06:49  Maulana, un ka ek aur sawal hai, unhon ne aap se poocha hai ke apne tajrube ki roshni</w:t>
      </w:r>
      <w:r>
        <w:br/>
      </w:r>
      <w:r>
        <w:rPr>
          <w:sz w:val="20"/>
        </w:rPr>
        <w:t>1:06:54  mein farmayen ke dawat ka mo'asir tareen tareeqa kya hai? dekhiye, mo'asir tareeqa wahi hai jo quran mein</w:t>
      </w:r>
      <w:r>
        <w:br/>
      </w:r>
      <w:r>
        <w:rPr>
          <w:sz w:val="20"/>
        </w:rPr>
        <w:t>1:07:02  bataya gaya, inni lakum naasih.</w:t>
      </w:r>
      <w:r>
        <w:br/>
      </w:r>
      <w:r>
        <w:rPr>
          <w:sz w:val="20"/>
        </w:rPr>
        <w:t>1:07:06  yani da'i ka kalma yeh hona chahiye ke mein tumhara khair khwah hoon.</w:t>
      </w:r>
      <w:r>
        <w:br/>
      </w:r>
      <w:r>
        <w:rPr>
          <w:sz w:val="20"/>
        </w:rPr>
        <w:t>1:07:11  inni lakum naasih.</w:t>
      </w:r>
      <w:r>
        <w:br/>
      </w:r>
      <w:r>
        <w:rPr>
          <w:sz w:val="20"/>
        </w:rPr>
        <w:t>1:07:13  is ka mani yeh hai ke da'i aakhri had tak positive ho, kabhi woh kisi baat, mad'u ki</w:t>
      </w:r>
      <w:r>
        <w:br/>
      </w:r>
      <w:r>
        <w:rPr>
          <w:sz w:val="20"/>
        </w:rPr>
        <w:t>1:07:20  koi baat par offend na ho,</w:t>
      </w:r>
      <w:r>
        <w:br/>
      </w:r>
      <w:r>
        <w:rPr>
          <w:sz w:val="20"/>
        </w:rPr>
        <w:t>1:07:23  woh negative thinking is ke andar na pai jaye.</w:t>
      </w:r>
      <w:r>
        <w:br/>
      </w:r>
      <w:r>
        <w:rPr>
          <w:sz w:val="20"/>
        </w:rPr>
        <w:t>1:07:28  yahi sab. ab mujhe to bohat ziyada faida hua hai apne is mizaj ki wajah se ke mein</w:t>
      </w:r>
      <w:r>
        <w:br/>
      </w:r>
      <w:r>
        <w:rPr>
          <w:sz w:val="20"/>
        </w:rPr>
        <w:t>1:07:34  kisi ki baaton se kabhi, yani offend nahi hota, kabhi bhi nahi.</w:t>
      </w:r>
      <w:r>
        <w:br/>
      </w:r>
      <w:r>
        <w:rPr>
          <w:sz w:val="20"/>
        </w:rPr>
        <w:t>1:07:40  sochta hoon, jaise ek misaal maine batayi thi is se pehle yahan ke mein lucknow mein ek</w:t>
      </w:r>
      <w:r>
        <w:br/>
      </w:r>
      <w:r>
        <w:rPr>
          <w:sz w:val="20"/>
        </w:rPr>
        <w:t>1:07:47  patr bla ek sahib se, bohat hi</w:t>
      </w:r>
      <w:r>
        <w:br/>
      </w:r>
      <w:r>
        <w:rPr>
          <w:sz w:val="20"/>
        </w:rPr>
        <w:t>1:07:51  ultra modern thay woh, woh</w:t>
      </w:r>
      <w:r>
        <w:br/>
      </w:r>
      <w:r>
        <w:rPr>
          <w:sz w:val="20"/>
        </w:rPr>
        <w:t>1:07:55  philosophy ki study ki thi unhon ne</w:t>
      </w:r>
      <w:r>
        <w:br/>
      </w:r>
      <w:r>
        <w:rPr>
          <w:sz w:val="20"/>
        </w:rPr>
        <w:t>1:07:59  aur history bhi parhi thi unhon ne.</w:t>
      </w:r>
      <w:r>
        <w:br/>
      </w:r>
      <w:r>
        <w:rPr>
          <w:sz w:val="20"/>
        </w:rPr>
        <w:t>1:08:02  to unhon ne baat cheet ke douran kaha ke agar muhammad ko,</w:t>
      </w:r>
      <w:r>
        <w:br/>
      </w:r>
      <w:r>
        <w:rPr>
          <w:sz w:val="20"/>
        </w:rPr>
        <w:t>1:08:09  sirf muhammad kaha tha unhon ne, yahan to mujhe maloom hua ke dilli mein ek sath gaye baat</w:t>
      </w:r>
      <w:r>
        <w:br/>
      </w:r>
      <w:r>
        <w:rPr>
          <w:sz w:val="20"/>
        </w:rPr>
        <w:t>1:08:14  karne ke liye islam ke bare mein, unhon ne kaha muhammad sahib, muhammad sahib.</w:t>
      </w:r>
      <w:r>
        <w:br/>
      </w:r>
      <w:r>
        <w:rPr>
          <w:sz w:val="20"/>
        </w:rPr>
        <w:t>1:08:18  to woh musalman bigar gaye is se, tum muhammad sahib kehte ho, hamare paighambar ki gustakhi karte ho.</w:t>
      </w:r>
      <w:r>
        <w:br/>
      </w:r>
      <w:r>
        <w:rPr>
          <w:sz w:val="20"/>
        </w:rPr>
        <w:t>1:08:26  to mein, unhon ne muhammad kaha tha sirf, unhon ne kaha tha ke</w:t>
      </w:r>
      <w:r>
        <w:br/>
      </w:r>
      <w:r>
        <w:rPr>
          <w:sz w:val="20"/>
        </w:rPr>
        <w:t>1:08:31  muhammad ko agar tareekh se nikal liya jaye to tareekh mein kya kami reh jaye gi?</w:t>
      </w:r>
      <w:r>
        <w:br/>
      </w:r>
      <w:r>
        <w:rPr>
          <w:sz w:val="20"/>
        </w:rPr>
        <w:t>1:08:40  muhammad ko agar history se nikal liya jaye to history mein kya kami reh jaye gi? to apparently</w:t>
      </w:r>
      <w:r>
        <w:br/>
      </w:r>
      <w:r>
        <w:rPr>
          <w:sz w:val="20"/>
        </w:rPr>
        <w:t>1:08:45  it was</w:t>
      </w:r>
      <w:r>
        <w:br/>
      </w:r>
      <w:r>
        <w:rPr>
          <w:sz w:val="20"/>
        </w:rPr>
        <w:t>1:08:46  And it was a provocative statement, پر مجھے کچھ نہیں ہوا۔</w:t>
      </w:r>
      <w:r>
        <w:br/>
      </w:r>
      <w:r>
        <w:rPr>
          <w:sz w:val="20"/>
        </w:rPr>
        <w:t>1:08:52  mein sochne laga, yaqeen kijiye ke mein do saal tak socha maine is par aur study ki</w:t>
      </w:r>
      <w:r>
        <w:br/>
      </w:r>
      <w:r>
        <w:rPr>
          <w:sz w:val="20"/>
        </w:rPr>
        <w:t>1:08:58  maine. do saal tak socha aur study ki, phir meri woh kitab ek chhap kitab chhap chuki</w:t>
      </w:r>
      <w:r>
        <w:br/>
      </w:r>
      <w:r>
        <w:rPr>
          <w:sz w:val="20"/>
        </w:rPr>
        <w:t>1:09:04  hai urdu mein, english mein,</w:t>
      </w:r>
      <w:r>
        <w:br/>
      </w:r>
      <w:r>
        <w:rPr>
          <w:sz w:val="20"/>
        </w:rPr>
        <w:t>1:09:07  islam islam dor khalq, english mein hai islam the creator of modern age.</w:t>
      </w:r>
      <w:r>
        <w:br/>
      </w:r>
      <w:r>
        <w:rPr>
          <w:sz w:val="20"/>
        </w:rPr>
        <w:t>1:09:18  to ab koi aadmi, doosra aadmi hai to woh apni rai bolega, apni rai sochega, bolne</w:t>
      </w:r>
      <w:r>
        <w:br/>
      </w:r>
      <w:r>
        <w:rPr>
          <w:sz w:val="20"/>
        </w:rPr>
        <w:t>1:09:25  dijiye, sochne dijiye is ko.</w:t>
      </w:r>
      <w:r>
        <w:br/>
      </w:r>
      <w:r>
        <w:rPr>
          <w:sz w:val="20"/>
        </w:rPr>
        <w:t>1:09:27  aap is ki baat ko</w:t>
      </w:r>
      <w:r>
        <w:br/>
      </w:r>
      <w:r>
        <w:rPr>
          <w:sz w:val="20"/>
        </w:rPr>
        <w:t>1:09:30  sun kar ke</w:t>
      </w:r>
      <w:r>
        <w:br/>
      </w:r>
      <w:r>
        <w:rPr>
          <w:sz w:val="20"/>
        </w:rPr>
        <w:t>1:09:32  sirf, yani khair khwahi ka andaaz mein lijiye is ki baat ko aur gehrai mein jaiye.</w:t>
      </w:r>
      <w:r>
        <w:br/>
      </w:r>
      <w:r>
        <w:rPr>
          <w:sz w:val="20"/>
        </w:rPr>
        <w:t>1:09:42  mere bohat se article aise hain jo</w:t>
      </w:r>
      <w:r>
        <w:br/>
      </w:r>
      <w:r>
        <w:rPr>
          <w:sz w:val="20"/>
        </w:rPr>
        <w:t>1:09:45  bane hain isi tareeqe se ke kisi ne ab koi remark diya islam ke khilaaf ya rasool Allah</w:t>
      </w:r>
      <w:r>
        <w:br/>
      </w:r>
      <w:r>
        <w:rPr>
          <w:sz w:val="20"/>
        </w:rPr>
        <w:t>1:09:53  ke khilaaf, to mein ghussa nahi hua, mein is par sochne laga, study karne laga mein.</w:t>
      </w:r>
      <w:r>
        <w:br/>
      </w:r>
      <w:r>
        <w:rPr>
          <w:sz w:val="20"/>
        </w:rPr>
        <w:t>1:09:59  yahan tak ke bohat bari bari haqiqaten mere samne aain.</w:t>
      </w:r>
      <w:r>
        <w:br/>
      </w:r>
      <w:r>
        <w:rPr>
          <w:sz w:val="20"/>
        </w:rPr>
        <w:t>1:10:06  to mein sochta hoon ke dawat ka tareeqa</w:t>
      </w:r>
      <w:r>
        <w:br/>
      </w:r>
      <w:r>
        <w:rPr>
          <w:sz w:val="20"/>
        </w:rPr>
        <w:t>1:10:10  ke do hi point hain, yeh hai ke dawat ko khalis quran o hadees ki roshni mein pesh</w:t>
      </w:r>
      <w:r>
        <w:br/>
      </w:r>
      <w:r>
        <w:rPr>
          <w:sz w:val="20"/>
        </w:rPr>
        <w:t>1:10:16  kia jaye. Hamari aik qaumi jo soch hai, is ko alag kar ke,</w:t>
      </w:r>
      <w:r>
        <w:br/>
      </w:r>
      <w:r>
        <w:rPr>
          <w:sz w:val="20"/>
        </w:rPr>
        <w:t>1:10:22  hamari apni jo qaumi soch hai, is se bilkul alag kar ke, sirf quran o hadees ki roshni</w:t>
      </w:r>
      <w:r>
        <w:br/>
      </w:r>
      <w:r>
        <w:rPr>
          <w:sz w:val="20"/>
        </w:rPr>
        <w:t>1:10:27  mein dawat pesh pesh karna.</w:t>
      </w:r>
      <w:r>
        <w:br/>
      </w:r>
      <w:r>
        <w:rPr>
          <w:sz w:val="20"/>
        </w:rPr>
        <w:t>1:10:30  aur doosri yeh hai ke hum</w:t>
      </w:r>
      <w:r>
        <w:br/>
      </w:r>
      <w:r>
        <w:rPr>
          <w:sz w:val="20"/>
        </w:rPr>
        <w:t>1:10:33  madu ko poora ijazat dijiye, jo chahe kahe woh, aap kabhi bhi ghussa na hon is ke upar,</w:t>
      </w:r>
      <w:r>
        <w:br/>
      </w:r>
      <w:r>
        <w:rPr>
          <w:sz w:val="20"/>
        </w:rPr>
        <w:t>1:10:40  aur thande tareeqe se sochen.</w:t>
      </w:r>
      <w:r>
        <w:br/>
      </w:r>
      <w:r>
        <w:rPr>
          <w:sz w:val="20"/>
        </w:rPr>
        <w:t>1:10:43  yeh do point hain mere nazdeek, yani effective dawah work ka.</w:t>
      </w:r>
      <w:r>
        <w:br/>
      </w:r>
      <w:r>
        <w:rPr>
          <w:sz w:val="20"/>
        </w:rPr>
        <w:t>1:10:49  Maulana, before we proceed with more questions, I would also like, I would also request you to make</w:t>
      </w:r>
      <w:r>
        <w:br/>
      </w:r>
      <w:r>
        <w:rPr>
          <w:sz w:val="20"/>
        </w:rPr>
        <w:t>1:10:56  Special dua for Dr. Waqar Alam Sahab and Khwaja Qalibuddin Sahab from USA, as it</w:t>
      </w:r>
      <w:r>
        <w:br/>
      </w:r>
      <w:r>
        <w:rPr>
          <w:sz w:val="20"/>
        </w:rPr>
        <w:t>1:11:04  was initially Dr. Waqar Alam who made his trip to Pakistan and to identify your followers in Islam</w:t>
      </w:r>
      <w:r>
        <w:br/>
      </w:r>
      <w:r>
        <w:rPr>
          <w:sz w:val="20"/>
        </w:rPr>
        <w:t>1:11:11  abad, Peshawar, Karachi, Lahore, and then after that Khawaja Qalibuddin Sahab and Dr. Alam, they both went</w:t>
      </w:r>
      <w:r>
        <w:br/>
      </w:r>
      <w:r>
        <w:rPr>
          <w:sz w:val="20"/>
        </w:rPr>
        <w:t>1:11:19  They, they connected the Ar-Risala readers, participated in book fairs, donated the books in libraries, and today alhamdulillah</w:t>
      </w:r>
      <w:r>
        <w:br/>
      </w:r>
      <w:r>
        <w:rPr>
          <w:sz w:val="20"/>
        </w:rPr>
        <w:t>1:11:27  Everybody is working in very organized way.</w:t>
      </w:r>
      <w:r>
        <w:br/>
      </w:r>
      <w:r>
        <w:rPr>
          <w:sz w:val="20"/>
        </w:rPr>
        <w:t>1:11:30  So I would request you to do also special dua for both of them, inshallah.</w:t>
      </w:r>
    </w:p>
    <w:p>
      <w:pPr>
        <w:pStyle w:val="Heading2"/>
      </w:pPr>
      <w:r>
        <w:t>Musharraf's statement on retaliation vs patience</w:t>
      </w:r>
    </w:p>
    <w:p>
      <w:r>
        <w:rPr>
          <w:color w:val="666666"/>
          <w:sz w:val="18"/>
        </w:rPr>
        <w:t>Society &amp; Dawah · Importance of Patience October 26, 2014 · 3m 06s · at 49:02 · https://youtu.be/XdOlp9-fPG0?t=2942</w:t>
      </w:r>
    </w:p>
    <w:p>
      <w:r>
        <w:rPr>
          <w:i/>
        </w:rPr>
        <w:t>“Recently in a television interview, former President of Pakistan General Pervez Musharraf said that 'We are Muslims, we know how to give a befitting reply.' He said this in reference to a question on the Kashmir issue. It is these statements which make Muslim youth think that retaliation is the way in Islam and not patience.”</w:t>
      </w:r>
    </w:p>
    <w:p>
      <w:r>
        <w:rPr>
          <w:sz w:val="20"/>
        </w:rPr>
        <w:t>49:02  Maulana, agla sawal kya hai Kashmir se Hamza sahib ne, aur unhone likha hai: "Maulana, recently in a television interview, former president of Pakistan General Pervez Musharraf said that we are Muslims, we know how to give a befitting reply.</w:t>
      </w:r>
      <w:r>
        <w:br/>
      </w:r>
      <w:r>
        <w:rPr>
          <w:sz w:val="20"/>
        </w:rPr>
        <w:t>49:25  He said this in reference to a question on Kashmir issue.</w:t>
      </w:r>
      <w:r>
        <w:br/>
      </w:r>
      <w:r>
        <w:rPr>
          <w:sz w:val="20"/>
        </w:rPr>
        <w:t>49:30  It is the statements which makes Muslim youth think that retaliation is the way in Islam and not patience.</w:t>
      </w:r>
      <w:r>
        <w:br/>
      </w:r>
      <w:r>
        <w:rPr>
          <w:sz w:val="20"/>
        </w:rPr>
        <w:t>49:39  Maulana, what is your opinion on this?" Dekhiye, logon ko yeh bataiye ke chahe General Pervez Musharraf hon ya koi aur ho, jab woh koi baat kehta hai to aap Quran mein is ka reference dhoondiye.</w:t>
      </w:r>
      <w:r>
        <w:br/>
      </w:r>
      <w:r>
        <w:rPr>
          <w:sz w:val="20"/>
        </w:rPr>
        <w:t>49:55  Agar woh available hai to poochhein un se ke tum jo baat kar rahe ho, woh Quran mein kahan likhi hui hai?</w:t>
      </w:r>
      <w:r>
        <w:br/>
      </w:r>
      <w:r>
        <w:rPr>
          <w:sz w:val="20"/>
        </w:rPr>
        <w:t>50:04  Un se poochhein, telephone kar ke, internet ke zariye se mil kar ke, jaise bhi apne mindset se log bolte hain.</w:t>
      </w:r>
      <w:r>
        <w:br/>
      </w:r>
      <w:r>
        <w:rPr>
          <w:sz w:val="20"/>
        </w:rPr>
        <w:t>50:13  Apne apne mind se to jab tak woh Quran ka koi reference na dein, un ki baat ko bilkul ek yani letter bin mein daal dijiye.</w:t>
      </w:r>
      <w:r>
        <w:br/>
      </w:r>
      <w:r>
        <w:rPr>
          <w:sz w:val="20"/>
        </w:rPr>
        <w:t>50:26  Un ki baat ko aap</w:t>
      </w:r>
      <w:r>
        <w:br/>
      </w:r>
      <w:r>
        <w:rPr>
          <w:sz w:val="20"/>
        </w:rPr>
        <w:t>50:30  Letter bin mein daal dijiye.</w:t>
      </w:r>
      <w:r>
        <w:br/>
      </w:r>
      <w:r>
        <w:rPr>
          <w:sz w:val="20"/>
        </w:rPr>
        <w:t>50:34  Main hairaan hoon ke kaise log kisi ek kehne par rai bana lete hain. To bhaiya, aap kahein ke hum Quran ko nahi mante, hum Quran se hamara koi matlab nahi hai.</w:t>
      </w:r>
      <w:r>
        <w:br/>
      </w:r>
      <w:r>
        <w:rPr>
          <w:sz w:val="20"/>
        </w:rPr>
        <w:t>50:45  Yaani Quran bhi mante hain aur woh ek kisi ki ulti seedhi baat ko hi paal lete hain.</w:t>
      </w:r>
      <w:r>
        <w:br/>
      </w:r>
      <w:r>
        <w:rPr>
          <w:sz w:val="20"/>
        </w:rPr>
        <w:t>50:53  Aisa har statement jo koi aadmi deta hai, woh aap ke liye test hai. Aap ke test hai ke aap kisi kehne par na manen, balkeh Quran mein is ka reference dhoondhen.</w:t>
      </w:r>
      <w:r>
        <w:br/>
      </w:r>
      <w:r>
        <w:rPr>
          <w:sz w:val="20"/>
        </w:rPr>
        <w:t>51:04  Agar Quran se woh theek nikla hai to manen, to na manen, woh aap ka test hai. Bajaye is ke ke koi is ke kehne ke peeche daudein, aap yeh koshish karein ke aap test mein poore utren.</w:t>
      </w:r>
      <w:r>
        <w:br/>
      </w:r>
      <w:r>
        <w:rPr>
          <w:sz w:val="20"/>
        </w:rPr>
        <w:t>51:19  har aadmi, chahe koi bhi ho, us ko us ki baat ko quran par jaancha jayega. agar quran ke mutabiq hai to liya jayega, nahi to nahi.</w:t>
      </w:r>
      <w:r>
        <w:br/>
      </w:r>
      <w:r>
        <w:rPr>
          <w:sz w:val="20"/>
        </w:rPr>
        <w:t>51:33  aur main samajhta hoon parvez musharraf ki jo main kaha, wo wo main beharhaal ma'raz wo hai, yaani rhetoric jo kehte hain, rhetoric hai, is ke ilawa kuch bhi nahi, sirf rhetoric hai.</w:t>
      </w:r>
      <w:r>
        <w:br/>
      </w:r>
      <w:r>
        <w:rPr>
          <w:sz w:val="20"/>
        </w:rPr>
        <w:t>51:48  sawal yeh hai ke parvez musharraf ki zabani mein to kehte hain waqiat hue, to wahan kyun nahi wo jeete? wo jeet nahi sake, wo to yeh to rhetoric hai.</w:t>
      </w:r>
      <w:r>
        <w:br/>
      </w:r>
      <w:r>
        <w:rPr>
          <w:sz w:val="20"/>
        </w:rPr>
        <w:t>51:59  musalman rhetoric ke peeche daurte hain, ajeeb o ghareeb muamla hai ke musalmanon ki badai ke rhetoric ke peeche daurte hain. wo yeh nahi sochte ke is ki haqeeqat kya hai.</w:t>
      </w:r>
    </w:p>
    <w:p>
      <w:pPr>
        <w:pStyle w:val="Heading2"/>
      </w:pPr>
      <w:r>
        <w:t>Muslim integration and dealing with extremists</w:t>
      </w:r>
    </w:p>
    <w:p>
      <w:r>
        <w:rPr>
          <w:color w:val="666666"/>
          <w:sz w:val="18"/>
        </w:rPr>
        <w:t>Society &amp; Dawah · Study of The Quran 23 June 2019 - Maulana Wahiduddin Khan · 4m 17s · at 40:02 · https://youtu.be/tFQnqhFtPko?t=2402</w:t>
      </w:r>
    </w:p>
    <w:p>
      <w:r>
        <w:rPr>
          <w:i/>
        </w:rPr>
        <w:t>“How can Muslims integrate positively with non-Muslims to create harmony? Would it be right for Muslims to disown Muslims who negatively interpret Islam?”</w:t>
      </w:r>
    </w:p>
    <w:p>
      <w:r>
        <w:rPr>
          <w:sz w:val="20"/>
        </w:rPr>
        <w:t>40:02  I will try to inculcate both of them to the best of my capacity. Inshallah." Maulana, agla sawal bheja hai Mr. Rajesh Bhatia ne.</w:t>
      </w:r>
      <w:r>
        <w:br/>
      </w:r>
      <w:r>
        <w:rPr>
          <w:sz w:val="20"/>
        </w:rPr>
        <w:t>40:15  Unhon ne location nahi likhi hai apni. Un ka sawal hai: "How can Muslims integrate positively with non-Muslims to create harmony?</w:t>
      </w:r>
      <w:r>
        <w:br/>
      </w:r>
      <w:r>
        <w:rPr>
          <w:sz w:val="20"/>
        </w:rPr>
        <w:t>40:27  Would it be right for Muslims to disown Muslims who negatively interpret Islam?"</w:t>
      </w:r>
      <w:r>
        <w:br/>
      </w:r>
      <w:r>
        <w:rPr>
          <w:sz w:val="20"/>
        </w:rPr>
        <w:t>40:41  Bhai, dekhiye, main to samajhta hoon ke zindagi ke do formulay hain. Har field mein woh apply kar rahe hain.</w:t>
      </w:r>
      <w:r>
        <w:br/>
      </w:r>
      <w:r>
        <w:rPr>
          <w:sz w:val="20"/>
        </w:rPr>
        <w:t>40:51  Aap aik formula yeh hai ke aisi field duniya mein hoti hai, aisi field jahan aap aur doosra aadmi dono aik raah ke hotay hain.</w:t>
      </w:r>
      <w:r>
        <w:br/>
      </w:r>
      <w:r>
        <w:rPr>
          <w:sz w:val="20"/>
        </w:rPr>
        <w:t>41:07  To is mein kya hota hai ke "I am right, you are also right." Maslan dekhiye, suraj</w:t>
      </w:r>
      <w:r>
        <w:br/>
      </w:r>
      <w:r>
        <w:rPr>
          <w:sz w:val="20"/>
        </w:rPr>
        <w:t>41:22  ab ab is zamane mein yeh mana jata hai ke suraj nahi ghoom raha hai, zameen ghoom rahi hai. To is mein kya hai? Is mein sab ka aik "I am right, you are also right." Yaani har jagah ke log yeh mante hain,</w:t>
      </w:r>
      <w:r>
        <w:br/>
      </w:r>
      <w:r>
        <w:rPr>
          <w:sz w:val="20"/>
        </w:rPr>
        <w:t>41:37  ehl-e-ilm ke suraj zameen suraj ke gird ghhoom rahi hai. to is mein yeh formula hai ke "i am right, you are also right." kuch aur field hai jis mein yeh formula nahi chalta.</w:t>
      </w:r>
      <w:r>
        <w:br/>
      </w:r>
      <w:r>
        <w:rPr>
          <w:sz w:val="20"/>
        </w:rPr>
        <w:t>41:56  to wahan par kya hota hai ke mutual,</w:t>
      </w:r>
      <w:r>
        <w:br/>
      </w:r>
      <w:r>
        <w:rPr>
          <w:sz w:val="20"/>
        </w:rPr>
        <w:t>42:04  yani mutual discussion hota hai, aapas mein samajhte hain baaton ko aur adjust karte hain ek doosre se.</w:t>
      </w:r>
      <w:r>
        <w:br/>
      </w:r>
      <w:r>
        <w:rPr>
          <w:sz w:val="20"/>
        </w:rPr>
        <w:t>42:16  yeh yeh bhi formula chal raha hai, dono formulay chal rahe hain. to aap ko jahan woh formula applicable dikhai parre ke "i am right, you are also right," us ko apply kijiye.</w:t>
      </w:r>
      <w:r>
        <w:br/>
      </w:r>
      <w:r>
        <w:rPr>
          <w:sz w:val="20"/>
        </w:rPr>
        <w:t>42:32  aur jahan yeh formula aap ko applicable maloom ho ke ke jis ko hum kehte hain ke "let us agree to disagree," yeh bhi ek formula hai.</w:t>
      </w:r>
      <w:r>
        <w:br/>
      </w:r>
      <w:r>
        <w:rPr>
          <w:sz w:val="20"/>
        </w:rPr>
        <w:t>42:49  "let us agree to disagree." to jahan woh aap ne qabool ho to woh woh apply kar lijiye. yeh to zindagi ka, yani zindagi mein hota hi hota hai.</w:t>
      </w:r>
      <w:r>
        <w:br/>
      </w:r>
      <w:r>
        <w:rPr>
          <w:sz w:val="20"/>
        </w:rPr>
        <w:t>43:00  aisa hai, hota hi hota hai ke kahin aap yeh formula apply karte hain, kahin woh formula apply karte hain. yani kahin to "let us agree to disagree" ka formula apply karte hain,</w:t>
      </w:r>
      <w:r>
        <w:br/>
      </w:r>
      <w:r>
        <w:rPr>
          <w:sz w:val="20"/>
        </w:rPr>
        <w:t>43:16  kahin yeh formula ke "i am right, you are also right." to yeh yeh koi masla nahi hai. jis jis field mein aap deal kar rahe hon, us ko samajh lein ke woh kis kis field ki ka woh baat hai.</w:t>
      </w:r>
      <w:r>
        <w:br/>
      </w:r>
      <w:r>
        <w:rPr>
          <w:sz w:val="20"/>
        </w:rPr>
        <w:t>43:38  wahan woh apply kar lijiye. mein to aise hi karta hoon. mein dono, dono, dono field mein se mujhe har aadmi ki taraf mujhe bhi nipatna parta hai.</w:t>
      </w:r>
      <w:r>
        <w:br/>
      </w:r>
      <w:r>
        <w:rPr>
          <w:sz w:val="20"/>
        </w:rPr>
        <w:t>43:54  to mein dono mein se ek formula apply kar leta hoon. to is mein, is mein, is mein mushkil kya hai?</w:t>
      </w:r>
      <w:r>
        <w:br/>
      </w:r>
      <w:r>
        <w:rPr>
          <w:sz w:val="20"/>
        </w:rPr>
        <w:t>44:08  mein to koi real problem nahi samajhta is ko.</w:t>
      </w:r>
    </w:p>
    <w:p>
      <w:pPr>
        <w:pStyle w:val="Heading2"/>
      </w:pPr>
      <w:r>
        <w:t>Muslim leaders misguide Ummah in name of Islam</w:t>
      </w:r>
    </w:p>
    <w:p>
      <w:r>
        <w:rPr>
          <w:color w:val="666666"/>
          <w:sz w:val="18"/>
        </w:rPr>
        <w:t>Society &amp; Dawah · Forget the Grievances, January 01, 2017 · 2m 54s · at 53:28 · https://youtu.be/zW4q8dl2cmw?t=3208</w:t>
      </w:r>
    </w:p>
    <w:p>
      <w:r>
        <w:rPr>
          <w:i/>
        </w:rPr>
        <w:t>“Moulana, you said we should have a new beginning, but the problem is that these Muslim leaders will continue to misguide Ummah in the name of Islam.”</w:t>
      </w:r>
    </w:p>
    <w:p>
      <w:r>
        <w:rPr>
          <w:sz w:val="20"/>
        </w:rPr>
        <w:t>53:28  maulana, agla sawal kiya hai firoz khan ne lucknow se, unho ne likha hai: "maulana, you said we</w:t>
      </w:r>
      <w:r>
        <w:br/>
      </w:r>
      <w:r>
        <w:rPr>
          <w:sz w:val="20"/>
        </w:rPr>
        <w:t>53:36  should have a new beginning, but the problem is that these Muslim leaders will continue to misguide</w:t>
      </w:r>
      <w:r>
        <w:br/>
      </w:r>
      <w:r>
        <w:rPr>
          <w:sz w:val="20"/>
        </w:rPr>
        <w:t>53:44  ummah in the name of islam.</w:t>
      </w:r>
      <w:r>
        <w:br/>
      </w:r>
      <w:r>
        <w:rPr>
          <w:sz w:val="20"/>
        </w:rPr>
        <w:t>53:46  so unless they change, the new opportunities can not be availed.</w:t>
      </w:r>
      <w:r>
        <w:br/>
      </w:r>
      <w:r>
        <w:rPr>
          <w:sz w:val="20"/>
        </w:rPr>
        <w:t>53:51  kindly advise that how can we change these so called muslim leaders? " dekhen, yeh koi problem nahi hai.</w:t>
      </w:r>
      <w:r>
        <w:br/>
      </w:r>
      <w:r>
        <w:rPr>
          <w:sz w:val="20"/>
        </w:rPr>
        <w:t>53:59  hamare leaderon se bohat hi bara ek leader hai iblis, woh sari duniya ko baqayda laga hua hai.</w:t>
      </w:r>
      <w:r>
        <w:br/>
      </w:r>
      <w:r>
        <w:rPr>
          <w:sz w:val="20"/>
        </w:rPr>
        <w:t>54:06  koi excuse nahi hai.</w:t>
      </w:r>
      <w:r>
        <w:br/>
      </w:r>
      <w:r>
        <w:rPr>
          <w:sz w:val="20"/>
        </w:rPr>
        <w:t>54:08  apni aql ko istemal kijiye.</w:t>
      </w:r>
      <w:r>
        <w:br/>
      </w:r>
      <w:r>
        <w:rPr>
          <w:sz w:val="20"/>
        </w:rPr>
        <w:t>54:10  aap ke paas jo aql hai, woh sab sab bari cheez hai, us ko istemal kijiye.</w:t>
      </w:r>
      <w:r>
        <w:br/>
      </w:r>
      <w:r>
        <w:rPr>
          <w:sz w:val="20"/>
        </w:rPr>
        <w:t>54:17  aap iblis ka koi excuse nahi bana sakte.</w:t>
      </w:r>
      <w:r>
        <w:br/>
      </w:r>
      <w:r>
        <w:rPr>
          <w:sz w:val="20"/>
        </w:rPr>
        <w:t>54:20  aap aise kisi leader ka excuse nahi bana sakte.</w:t>
      </w:r>
      <w:r>
        <w:br/>
      </w:r>
      <w:r>
        <w:rPr>
          <w:sz w:val="20"/>
        </w:rPr>
        <w:t>54:24  aap apni aql ko istemal kijiye, bas.</w:t>
      </w:r>
      <w:r>
        <w:br/>
      </w:r>
      <w:r>
        <w:rPr>
          <w:sz w:val="20"/>
        </w:rPr>
        <w:t>54:27  میرا ماننا ہے کہ if you are good excuse, don't use it.</w:t>
      </w:r>
      <w:r>
        <w:br/>
      </w:r>
      <w:r>
        <w:rPr>
          <w:sz w:val="20"/>
        </w:rPr>
        <w:t>54:32  okay, so we will end the session.</w:t>
      </w:r>
      <w:r>
        <w:br/>
      </w:r>
      <w:r>
        <w:rPr>
          <w:sz w:val="20"/>
        </w:rPr>
        <w:t>54:35  Just a reminder again that the World Book Fair would be starting at Pragati Maidan, New Delhi, from</w:t>
      </w:r>
      <w:r>
        <w:br/>
      </w:r>
      <w:r>
        <w:rPr>
          <w:sz w:val="20"/>
        </w:rPr>
        <w:t>54:43  Seventh of January and we'll continue till fifteenth of January.</w:t>
      </w:r>
      <w:r>
        <w:br/>
      </w:r>
      <w:r>
        <w:rPr>
          <w:sz w:val="20"/>
        </w:rPr>
        <w:t>54:47  cps international and good word books have taken a stall in hall number eighteen.</w:t>
      </w:r>
      <w:r>
        <w:br/>
      </w:r>
      <w:r>
        <w:rPr>
          <w:sz w:val="20"/>
        </w:rPr>
        <w:t>54:54  the stall number is thirty one and thirty two.</w:t>
      </w:r>
      <w:r>
        <w:br/>
      </w:r>
      <w:r>
        <w:rPr>
          <w:sz w:val="20"/>
        </w:rPr>
        <w:t>54:58  so we invite everyone to visit the good word stall and the cps stall.</w:t>
      </w:r>
      <w:r>
        <w:br/>
      </w:r>
      <w:r>
        <w:rPr>
          <w:sz w:val="20"/>
        </w:rPr>
        <w:t>55:05  also, if you want to volunteer for the dawah service, then please write to us on info</w:t>
      </w:r>
      <w:r>
        <w:br/>
      </w:r>
      <w:r>
        <w:rPr>
          <w:sz w:val="20"/>
        </w:rPr>
        <w:t>55:13  at cps global.org.</w:t>
      </w:r>
      <w:r>
        <w:br/>
      </w:r>
      <w:r>
        <w:rPr>
          <w:sz w:val="20"/>
        </w:rPr>
        <w:t>55:17  daily field team to stay back for further discussion on the same.</w:t>
      </w:r>
      <w:r>
        <w:br/>
      </w:r>
      <w:r>
        <w:rPr>
          <w:sz w:val="20"/>
        </w:rPr>
        <w:t>55:22  thank you, we will be back next week same time.</w:t>
      </w:r>
    </w:p>
    <w:p>
      <w:pPr>
        <w:pStyle w:val="Heading2"/>
      </w:pPr>
      <w:r>
        <w:t>Muslim leadership and modern age</w:t>
      </w:r>
    </w:p>
    <w:p>
      <w:r>
        <w:rPr>
          <w:color w:val="666666"/>
          <w:sz w:val="18"/>
        </w:rPr>
        <w:t>Society &amp; Dawah · Opportunities of the Modern Age | March 05, 2017 · 2m 03s · at 1:05:57 · https://youtu.be/Cv8QEwvQ_fY?t=3957</w:t>
      </w:r>
    </w:p>
    <w:p>
      <w:r>
        <w:rPr>
          <w:i/>
        </w:rPr>
        <w:t>“The present day Muslim leadership has been ignorant of the spirit of the modern age. Is this not the mechanism of counting numbers?”</w:t>
      </w:r>
    </w:p>
    <w:p>
      <w:r>
        <w:rPr>
          <w:sz w:val="20"/>
        </w:rPr>
        <w:t>1:05:57  bhi karenge ye depends upon the situation upon the possibility. Maulana agla sawal Srinagar se bheja</w:t>
      </w:r>
      <w:r>
        <w:br/>
      </w:r>
      <w:r>
        <w:rPr>
          <w:sz w:val="20"/>
        </w:rPr>
        <w:t>1:06:07  ہے ریاض بھٹ صاحب نے انہوں نے لکھا ہے: "The present-day Muslim leadership has been ignorant of</w:t>
      </w:r>
      <w:r>
        <w:br/>
      </w:r>
      <w:r>
        <w:rPr>
          <w:sz w:val="20"/>
        </w:rPr>
        <w:t>1:06:17  spirit of modern age is this is this not the mechanism of counting numbers that is</w:t>
      </w:r>
      <w:r>
        <w:br/>
      </w:r>
      <w:r>
        <w:rPr>
          <w:sz w:val="20"/>
        </w:rPr>
        <w:t>1:06:27  democracy rather than intellect which is responsible for it. What are your views Maulana Sahab on this?" matlab</w:t>
      </w:r>
      <w:r>
        <w:br/>
      </w:r>
      <w:r>
        <w:rPr>
          <w:sz w:val="20"/>
        </w:rPr>
        <w:t>1:06:35  wo democracy ko is pe is ka reason mante hain rather than intellect leadership ka to aap ke</w:t>
      </w:r>
      <w:r>
        <w:br/>
      </w:r>
      <w:r>
        <w:rPr>
          <w:sz w:val="20"/>
        </w:rPr>
        <w:t>1:06:42  dekhiye yeh bilkul ek ek bilkul ek yani bekhabari ki baat mein manta hoon is ko Iqbal</w:t>
      </w:r>
      <w:r>
        <w:br/>
      </w:r>
      <w:r>
        <w:rPr>
          <w:sz w:val="20"/>
        </w:rPr>
        <w:t>1:06:50  ne kaha tha jumhooriyat ke baray mein ke</w:t>
      </w:r>
      <w:r>
        <w:br/>
      </w:r>
      <w:r>
        <w:rPr>
          <w:sz w:val="20"/>
        </w:rPr>
        <w:t>1:06:58  baduon ko gunah karte hain to Allah ne kaha tha yeh bilkul be sarpe ki baat hai is</w:t>
      </w:r>
      <w:r>
        <w:br/>
      </w:r>
      <w:r>
        <w:rPr>
          <w:sz w:val="20"/>
        </w:rPr>
        <w:t>1:07:04  ka wisdom se koi talluq nahi hai gunai ka tareeqa ikhtiyar kiya jayega tolein kaise aap aap</w:t>
      </w:r>
      <w:r>
        <w:br/>
      </w:r>
      <w:r>
        <w:rPr>
          <w:sz w:val="20"/>
        </w:rPr>
        <w:t>1:07:10  ke paas koi tarazu hai ke aap kisi ke ikhlas ko tolein yeh to paighambar ke paas nahi</w:t>
      </w:r>
      <w:r>
        <w:br/>
      </w:r>
      <w:r>
        <w:rPr>
          <w:sz w:val="20"/>
        </w:rPr>
        <w:t>1:07:16  tha yani voters ke ikhlas ko tolein to aap ke paas koi tarazu aisa hai yeh to shayari</w:t>
      </w:r>
      <w:r>
        <w:br/>
      </w:r>
      <w:r>
        <w:rPr>
          <w:sz w:val="20"/>
        </w:rPr>
        <w:t>1:07:22  ki baat hai gunaya hi jayega kyunke tolne ka tarazu Allah ke</w:t>
      </w:r>
      <w:r>
        <w:br/>
      </w:r>
      <w:r>
        <w:rPr>
          <w:sz w:val="20"/>
        </w:rPr>
        <w:t>1:07:28  paas hota hai aap ke paas nahi hota unhone kaha tha Iqbal ne isi ko le ke</w:t>
      </w:r>
      <w:r>
        <w:br/>
      </w:r>
      <w:r>
        <w:rPr>
          <w:sz w:val="20"/>
        </w:rPr>
        <w:t>1:07:36  phir isi ko dohrate rehte hain log jumhooriyat jumhooriyat ek tarz hukumat ka hai ke jis mein bandon</w:t>
      </w:r>
      <w:r>
        <w:br/>
      </w:r>
      <w:r>
        <w:rPr>
          <w:sz w:val="20"/>
        </w:rPr>
        <w:t>1:07:44  ko gunah karte hain traao nahi karte yeh bilkul hi yani be meaning less baat hai kyunke aap</w:t>
      </w:r>
      <w:r>
        <w:br/>
      </w:r>
      <w:r>
        <w:rPr>
          <w:sz w:val="20"/>
        </w:rPr>
        <w:t>1:07:52  tol sakte nahi aap is ko Allah ke bas mein tolna aap gin hi nahi sakte hain aap</w:t>
      </w:r>
    </w:p>
    <w:p>
      <w:pPr>
        <w:pStyle w:val="Heading2"/>
      </w:pPr>
      <w:r>
        <w:t>Muslim parties hijacking the word dawah</w:t>
      </w:r>
    </w:p>
    <w:p>
      <w:r>
        <w:rPr>
          <w:color w:val="666666"/>
          <w:sz w:val="18"/>
        </w:rPr>
        <w:t>Society &amp; Dawah · Paradise Culture January 12, 2014 · 2m 05s · at 1:05:43 · https://youtu.be/Z3A6r7XjE00?t=3943</w:t>
      </w:r>
    </w:p>
    <w:p>
      <w:r>
        <w:rPr>
          <w:i/>
        </w:rPr>
        <w:t>“Maulana, today almost all Muslim parties are talking about dawah work. All these Jamaats are established with different motives, but not with the aim of dawah work. Some of them are trying to hijack the word dawah and trying to take credit for the work which was not their actual aim. And all this they are doing without declaring that their past policies were wrong.”</w:t>
      </w:r>
    </w:p>
    <w:p>
      <w:r>
        <w:rPr>
          <w:sz w:val="20"/>
        </w:rPr>
        <w:t>1:05:43  mahasha Allah, jazak Allah. maulana, agla sawal raichur se hai, zaheeruddin sahab ka. unhon ne likha hai: "maulana, today almost all muslim parties are talking about dawah work.</w:t>
      </w:r>
      <w:r>
        <w:br/>
      </w:r>
      <w:r>
        <w:rPr>
          <w:sz w:val="20"/>
        </w:rPr>
        <w:t>1:05:58  although these jamaat were established with different motives, but not with the aim of dawah work.</w:t>
      </w:r>
      <w:r>
        <w:br/>
      </w:r>
      <w:r>
        <w:rPr>
          <w:sz w:val="20"/>
        </w:rPr>
        <w:t>1:06:06  somehow they are trying to hijack the word dawah and trying to take credit for the work which was not their actual aim. and all this they are doing with without declaring that their past policies were wrong.</w:t>
      </w:r>
      <w:r>
        <w:br/>
      </w:r>
      <w:r>
        <w:rPr>
          <w:sz w:val="20"/>
        </w:rPr>
        <w:t>1:06:21  maulana, what do you have to say about this?" bhai, yeh to Allah taala ka mamla hai. hum ko aap ko apni duty anjam dena hai.</w:t>
      </w:r>
      <w:r>
        <w:br/>
      </w:r>
      <w:r>
        <w:rPr>
          <w:sz w:val="20"/>
        </w:rPr>
        <w:t>1:06:35  yani hum doosron ke liye last alayhim bamisatar, hum doosron ke liye darogha nahi hain. jo duty humein nazar aaye, quran o sunnat ke mutabiq humein us ko anjam dena hai.</w:t>
      </w:r>
      <w:r>
        <w:br/>
      </w:r>
      <w:r>
        <w:rPr>
          <w:sz w:val="20"/>
        </w:rPr>
        <w:t>1:06:51  dunya mein kabhi bhi aisa nahi ho sakta ke log bilkul aap ke nazariye ke mutabiq sahi se chalain. log dunya mein hamesha yeh</w:t>
      </w:r>
      <w:r>
        <w:br/>
      </w:r>
      <w:r>
        <w:rPr>
          <w:sz w:val="20"/>
        </w:rPr>
        <w:t>1:07:01  y sab karenge, pehle bhi kiya, aaj bhi karenge, kar rahe hain, aindah bhi karenge. to dunya ko aap badal nahi sakte. jo cheez aap ne batai aaj, woh pehle bhi thi, aaj aage bhi rahegi.</w:t>
      </w:r>
      <w:r>
        <w:br/>
      </w:r>
      <w:r>
        <w:rPr>
          <w:sz w:val="20"/>
        </w:rPr>
        <w:t>1:07:14  to bajaye is ke ke aap dunya ke liye, yani dunya ke liye is tarah se sochen, apne liye sochen ke mujhe Allah ne tofeeq di hai, sachai ka mujhe shaoor diya hai,</w:t>
      </w:r>
      <w:r>
        <w:br/>
      </w:r>
      <w:r>
        <w:rPr>
          <w:sz w:val="20"/>
        </w:rPr>
        <w:t>1:07:28  to mujhe woh usi kaam ko karna hai.</w:t>
      </w:r>
      <w:r>
        <w:br/>
      </w:r>
      <w:r>
        <w:rPr>
          <w:sz w:val="20"/>
        </w:rPr>
        <w:t>1:07:31  to apni duty ko yaad kijiye, yani apne aap ko duty conscious banaiye, right conscious mat banaiye.</w:t>
      </w:r>
      <w:r>
        <w:br/>
      </w:r>
      <w:r>
        <w:rPr>
          <w:sz w:val="20"/>
        </w:rPr>
        <w:t>1:07:42  yeh masle ka hal hai aur isi mein hamari nijat hai.</w:t>
      </w:r>
    </w:p>
    <w:p>
      <w:pPr>
        <w:pStyle w:val="Heading2"/>
      </w:pPr>
      <w:r>
        <w:t>Muslim's role in Islamic vs non-Islamic countries</w:t>
      </w:r>
    </w:p>
    <w:p>
      <w:r>
        <w:rPr>
          <w:color w:val="666666"/>
          <w:sz w:val="18"/>
        </w:rPr>
        <w:t>Society &amp; Dawah · Conversation with Maulana Wahiduddin Khan | October 01, 2017 · 4m 29s · at 21:05 · https://youtu.be/TmOYGd3rp2M?t=1265</w:t>
      </w:r>
    </w:p>
    <w:p>
      <w:r>
        <w:rPr>
          <w:i/>
        </w:rPr>
        <w:t>“Is the role of a Muslim different in an Islamic country like Pakistan as compared to his role in a non-Islamic country like USA, UK and India? What would you say to this?”</w:t>
      </w:r>
    </w:p>
    <w:p>
      <w:r>
        <w:rPr>
          <w:sz w:val="20"/>
        </w:rPr>
        <w:t>21:05  to aap sirf yeh sochiye ke woh din jab aayega jis ke bare mein kaha gaya hai ke "Yum yaqoomun naasu birab bil aalameen". Us din mera case kya hoga? Yaqeen par khada hone wala ya shakk o shubah par khada hone wala? Bas yahi asal baat hai. Maulana, agla sawal Tariq Badar sahib ne Pakistan se bheja hai. Unhon ne likha hai: "Is the role of Mus</w:t>
      </w:r>
      <w:r>
        <w:br/>
      </w:r>
      <w:r>
        <w:rPr>
          <w:sz w:val="20"/>
        </w:rPr>
        <w:t>21:35  lim different in Islamic country like Pakistan as compared to his role in non-Islamic country like USA, UK</w:t>
      </w:r>
      <w:r>
        <w:br/>
      </w:r>
      <w:r>
        <w:rPr>
          <w:sz w:val="20"/>
        </w:rPr>
        <w:t>21:41  aur India? What would you say to this?" mein nahin manta aisa.</w:t>
      </w:r>
      <w:r>
        <w:br/>
      </w:r>
      <w:r>
        <w:rPr>
          <w:sz w:val="20"/>
        </w:rPr>
        <w:t>21:48  bilkul nahin manta mein is ko.</w:t>
      </w:r>
      <w:r>
        <w:br/>
      </w:r>
      <w:r>
        <w:rPr>
          <w:sz w:val="20"/>
        </w:rPr>
        <w:t>21:54  har mulk mein ek hi kaam karna hai.</w:t>
      </w:r>
      <w:r>
        <w:br/>
      </w:r>
      <w:r>
        <w:rPr>
          <w:sz w:val="20"/>
        </w:rPr>
        <w:t>22:00  aur woh hai Allah rab al-alameen</w:t>
      </w:r>
      <w:r>
        <w:br/>
      </w:r>
      <w:r>
        <w:rPr>
          <w:sz w:val="20"/>
        </w:rPr>
        <w:t>22:07  ki wahdaniyat ka ailan.</w:t>
      </w:r>
      <w:r>
        <w:br/>
      </w:r>
      <w:r>
        <w:rPr>
          <w:sz w:val="20"/>
        </w:rPr>
        <w:t>22:12  jab aap yeh sochen ke har jagah koi amli program ko le kar sochen to lagega aap</w:t>
      </w:r>
      <w:r>
        <w:br/>
      </w:r>
      <w:r>
        <w:rPr>
          <w:sz w:val="20"/>
        </w:rPr>
        <w:t>22:18  ko ke har jagah amli program alag alag hai.</w:t>
      </w:r>
      <w:r>
        <w:br/>
      </w:r>
      <w:r>
        <w:rPr>
          <w:sz w:val="20"/>
        </w:rPr>
        <w:t>22:24  lekin aap sochen jab anzar ko le kar, anzar tafseer ko le kar to sirf ailan hi ek</w:t>
      </w:r>
      <w:r>
        <w:br/>
      </w:r>
      <w:r>
        <w:rPr>
          <w:sz w:val="20"/>
        </w:rPr>
        <w:t>22:29  wahid kaam kar pata hai.</w:t>
      </w:r>
      <w:r>
        <w:br/>
      </w:r>
      <w:r>
        <w:rPr>
          <w:sz w:val="20"/>
        </w:rPr>
        <w:t>22:35  chahe Pakistan ho, chahe America ho.</w:t>
      </w:r>
      <w:r>
        <w:br/>
      </w:r>
      <w:r>
        <w:rPr>
          <w:sz w:val="20"/>
        </w:rPr>
        <w:t>22:41  yani ailan ko le kar sochen, dawat ko le kar sochen.</w:t>
      </w:r>
      <w:r>
        <w:br/>
      </w:r>
      <w:r>
        <w:rPr>
          <w:sz w:val="20"/>
        </w:rPr>
        <w:t>22:45  dawat ka matlab hai ailan.</w:t>
      </w:r>
      <w:r>
        <w:br/>
      </w:r>
      <w:r>
        <w:rPr>
          <w:sz w:val="20"/>
        </w:rPr>
        <w:t>22:50  to woh to peaceful hai har jagah.</w:t>
      </w:r>
      <w:r>
        <w:br/>
      </w:r>
      <w:r>
        <w:rPr>
          <w:sz w:val="20"/>
        </w:rPr>
        <w:t>22:54  wahan na ladai hai, na bomb hai, na gun hai.</w:t>
      </w:r>
      <w:r>
        <w:br/>
      </w:r>
      <w:r>
        <w:rPr>
          <w:sz w:val="20"/>
        </w:rPr>
        <w:t>22:59  lekin hota yeh hai ke log dawat ka tasawwur in ka nahin hai.</w:t>
      </w:r>
      <w:r>
        <w:br/>
      </w:r>
      <w:r>
        <w:rPr>
          <w:sz w:val="20"/>
        </w:rPr>
        <w:t>23:03  anzar tafseer ke tasawwur ka nahin hai.</w:t>
      </w:r>
      <w:r>
        <w:br/>
      </w:r>
      <w:r>
        <w:rPr>
          <w:sz w:val="20"/>
        </w:rPr>
        <w:t>23:08  to har jagah woh koi na koi nikalay gaye hain ke falan dushman hai, is ko maro. falan</w:t>
      </w:r>
      <w:r>
        <w:br/>
      </w:r>
      <w:r>
        <w:rPr>
          <w:sz w:val="20"/>
        </w:rPr>
        <w:t>23:12  Islam ke khilaf hai, is ko qatal karo.</w:t>
      </w:r>
      <w:r>
        <w:br/>
      </w:r>
      <w:r>
        <w:rPr>
          <w:sz w:val="20"/>
        </w:rPr>
        <w:t>23:20  to asal baat yeh hai ke logon ne yahi baat nahi jaani ke islam ki bashriyat aik hi hai.</w:t>
      </w:r>
      <w:r>
        <w:br/>
      </w:r>
      <w:r>
        <w:rPr>
          <w:sz w:val="20"/>
        </w:rPr>
        <w:t>23:28  koi manta aik hi hai.</w:t>
      </w:r>
      <w:r>
        <w:br/>
      </w:r>
      <w:r>
        <w:rPr>
          <w:sz w:val="20"/>
        </w:rPr>
        <w:t>23:36  ya in aik hi sachai hai.</w:t>
      </w:r>
      <w:r>
        <w:br/>
      </w:r>
      <w:r>
        <w:rPr>
          <w:sz w:val="20"/>
        </w:rPr>
        <w:t>23:44  ab woh tauheed hai.</w:t>
      </w:r>
      <w:r>
        <w:br/>
      </w:r>
      <w:r>
        <w:rPr>
          <w:sz w:val="20"/>
        </w:rPr>
        <w:t>23:47  aur aik hi sachai hai jis ko hamein peaceful andaaz mein ailaan karna hai.</w:t>
      </w:r>
      <w:r>
        <w:br/>
      </w:r>
      <w:r>
        <w:rPr>
          <w:sz w:val="20"/>
        </w:rPr>
        <w:t>23:51  koi doosri baat pesh aati hai to woh doosre ki taraf se.</w:t>
      </w:r>
      <w:r>
        <w:br/>
      </w:r>
      <w:r>
        <w:rPr>
          <w:sz w:val="20"/>
        </w:rPr>
        <w:t>23:54  yaani tashaddud hua rasool Allah ki taraf se nahi hai.</w:t>
      </w:r>
      <w:r>
        <w:br/>
      </w:r>
      <w:r>
        <w:rPr>
          <w:sz w:val="20"/>
        </w:rPr>
        <w:t>23:57  doosre ki taraf se hua.</w:t>
      </w:r>
      <w:r>
        <w:br/>
      </w:r>
      <w:r>
        <w:rPr>
          <w:sz w:val="20"/>
        </w:rPr>
        <w:t>24:01  yahan to musalman khud hi tashaddud karte hain.</w:t>
      </w:r>
      <w:r>
        <w:br/>
      </w:r>
      <w:r>
        <w:rPr>
          <w:sz w:val="20"/>
        </w:rPr>
        <w:t>24:04  khud hi bomb maarte hain.</w:t>
      </w:r>
      <w:r>
        <w:br/>
      </w:r>
      <w:r>
        <w:rPr>
          <w:sz w:val="20"/>
        </w:rPr>
        <w:t>24:07  khud hi gun chalate hain.</w:t>
      </w:r>
      <w:r>
        <w:br/>
      </w:r>
      <w:r>
        <w:rPr>
          <w:sz w:val="20"/>
        </w:rPr>
        <w:t>24:11  khud hi suicide bomb</w:t>
      </w:r>
      <w:r>
        <w:br/>
      </w:r>
      <w:r>
        <w:rPr>
          <w:sz w:val="20"/>
        </w:rPr>
        <w:t>24:14  ing karte hain.</w:t>
      </w:r>
      <w:r>
        <w:br/>
      </w:r>
      <w:r>
        <w:rPr>
          <w:sz w:val="20"/>
        </w:rPr>
        <w:t>24:18  is ki wajah yeh hai ke logon ko pata hi nahi ke kya Allah taala ka kya matloob hai.</w:t>
      </w:r>
      <w:r>
        <w:br/>
      </w:r>
      <w:r>
        <w:rPr>
          <w:sz w:val="20"/>
        </w:rPr>
        <w:t>24:23  to jab bhi aap ko dawat ka tasawwur ho, inzaar taaseer ka tasawwur ho, ailaan haq ka tasawwur</w:t>
      </w:r>
      <w:r>
        <w:br/>
      </w:r>
      <w:r>
        <w:rPr>
          <w:sz w:val="20"/>
        </w:rPr>
        <w:t>24:27  ho to aik hi nishana hoga.</w:t>
      </w:r>
      <w:r>
        <w:br/>
      </w:r>
      <w:r>
        <w:rPr>
          <w:sz w:val="20"/>
        </w:rPr>
        <w:t>24:31  is mein koi do hi nahi hogi.</w:t>
      </w:r>
      <w:r>
        <w:br/>
      </w:r>
      <w:r>
        <w:rPr>
          <w:sz w:val="20"/>
        </w:rPr>
        <w:t>24:35  do, teen, chaar, paanch nahi hoga.</w:t>
      </w:r>
      <w:r>
        <w:br/>
      </w:r>
      <w:r>
        <w:rPr>
          <w:sz w:val="20"/>
        </w:rPr>
        <w:t>24:40  kyun ke nishane mein farq bana lete hain</w:t>
      </w:r>
      <w:r>
        <w:br/>
      </w:r>
      <w:r>
        <w:rPr>
          <w:sz w:val="20"/>
        </w:rPr>
        <w:t>24:44  log khud se.</w:t>
      </w:r>
      <w:r>
        <w:br/>
      </w:r>
      <w:r>
        <w:rPr>
          <w:sz w:val="20"/>
        </w:rPr>
        <w:t>24:54  is liye lagta hai ke haan yeh karna hai, wahan woh karna hai.</w:t>
      </w:r>
      <w:r>
        <w:br/>
      </w:r>
      <w:r>
        <w:rPr>
          <w:sz w:val="20"/>
        </w:rPr>
        <w:t>25:04  mere aziz, aik hi kaam hai, woh hai: "ya rasool Allah, yaani tableegh Allah peaceful tareeqe se." phir</w:t>
      </w:r>
      <w:r>
        <w:br/>
      </w:r>
      <w:r>
        <w:rPr>
          <w:sz w:val="20"/>
        </w:rPr>
        <w:t>25:14  yeh sawal khatam ho jayega ke mukhtalif mulkon mein alag alag program, har mulk mein aik hi program.</w:t>
      </w:r>
      <w:r>
        <w:br/>
      </w:r>
      <w:r>
        <w:rPr>
          <w:sz w:val="20"/>
        </w:rPr>
        <w:t>25:24  ab woh hai Allah ki jo wahdaniyat hai, is ka ailaan peaceful andaaz se. bas.</w:t>
      </w:r>
    </w:p>
    <w:p>
      <w:pPr>
        <w:pStyle w:val="Heading2"/>
      </w:pPr>
      <w:r>
        <w:t>Muslims accepting citizenship of non-Islamic countries</w:t>
      </w:r>
    </w:p>
    <w:p>
      <w:r>
        <w:rPr>
          <w:color w:val="666666"/>
          <w:sz w:val="18"/>
        </w:rPr>
        <w:t>Society &amp; Dawah · Islam and Violence October 12, 2014 · 3m 11s · at 1:11:00 · https://youtu.be/KmpXYZjPlj8?t=4260</w:t>
      </w:r>
    </w:p>
    <w:p>
      <w:r>
        <w:rPr>
          <w:i/>
        </w:rPr>
        <w:t>“Recently the Canadian government announced honorary citizenship for Malala Yousafzai. One of my friends mentioned to me that Malala Yousafzai should reject the citizenship because Islam commands that Muslims cannot accept citizenship of non-Islamic countries.”</w:t>
      </w:r>
    </w:p>
    <w:p>
      <w:r>
        <w:rPr>
          <w:sz w:val="20"/>
        </w:rPr>
        <w:t>1:11:00  maulana, agla sawal moradabad se farooq sahab ka hai, aur unhon ne likha hai ke: "recently the canada government announce the honorary citizenship for malala yousafzai.</w:t>
      </w:r>
      <w:r>
        <w:br/>
      </w:r>
      <w:r>
        <w:rPr>
          <w:sz w:val="20"/>
        </w:rPr>
        <w:t>1:11:14  one of my friend mention to me that malala yousafzai should reject the citizenship because islam commands that muslim can not accept citizenship of non islamic countries." yeh kahan?</w:t>
      </w:r>
      <w:r>
        <w:br/>
      </w:r>
      <w:r>
        <w:rPr>
          <w:sz w:val="20"/>
        </w:rPr>
        <w:t>1:11:30  yeh to bilkul laghu baat hai. kahan islam kehta hai ke wahan wahan wahan woh? yeh kahan se islam? kis kis quran mein likha hua hai? log apni laghu baaton ko islam ki taraf mansoob karte hain.</w:t>
      </w:r>
      <w:r>
        <w:br/>
      </w:r>
      <w:r>
        <w:rPr>
          <w:sz w:val="20"/>
        </w:rPr>
        <w:t>1:11:44  kahan quran mein likha hua hai ke kisi ke silsile mein? aur sare musalman jo ja ja kar ke amreeka ke selzar bane hue hain, woh jaiz hain ke najaiz hain?</w:t>
      </w:r>
      <w:r>
        <w:br/>
      </w:r>
      <w:r>
        <w:rPr>
          <w:sz w:val="20"/>
        </w:rPr>
        <w:t>1:11:55  aap is ko kyun malale ke oopar apply karte hain? dunya bhar ke musalmanon mein har ghar mein koi na koi ja kar ke wahan europe mein, amreeka mein basa hua, aur wahan ka selzership le rakhi hai.</w:t>
      </w:r>
      <w:r>
        <w:br/>
      </w:r>
      <w:r>
        <w:rPr>
          <w:sz w:val="20"/>
        </w:rPr>
        <w:t>1:12:06  is ne woh jaiz hai ke najaiz hai?</w:t>
      </w:r>
      <w:r>
        <w:br/>
      </w:r>
      <w:r>
        <w:rPr>
          <w:sz w:val="20"/>
        </w:rPr>
        <w:t>1:12:10  yeh sab bohat hi bohat hi ziyada galat baatein hain, aur bilashuba allah ki taraf pakad hogi. aise aise alfaaz bolne par pakad hogi allah taala ki.</w:t>
      </w:r>
      <w:r>
        <w:br/>
      </w:r>
      <w:r>
        <w:rPr>
          <w:sz w:val="20"/>
        </w:rPr>
        <w:t>1:12:20  yani million billion musalman ja ke wahan reh rahe hain, canada mein, amreeka mein, europe mein, aur selzership le rakhi hai. aur jo sahib ne yeh kaha, un ka bhi koi na koi rishtedar wahan maujood hoga.</w:t>
      </w:r>
      <w:r>
        <w:br/>
      </w:r>
      <w:r>
        <w:rPr>
          <w:sz w:val="20"/>
        </w:rPr>
        <w:t>1:12:36  mein samajhta hoon ke itne insincere ho gaye hain, muslim itne insincere ho gaye hain, is ki koi had o hisab nahin.</w:t>
      </w:r>
      <w:r>
        <w:br/>
      </w:r>
      <w:r>
        <w:rPr>
          <w:sz w:val="20"/>
        </w:rPr>
        <w:t>1:12:43  maulana, agla ek comment aur question hai jo maulana abdul basit umri ne bheja hai, doha qatar se. unhon ne likha hai: "maulana, kyun aisa hua ke musalman daur science se pehle to islam ki numaindagi karte hue dikhai dete hain, lekin daur science ke baad musalman islam ki numaindagi karne se aajiz hain?</w:t>
      </w:r>
      <w:r>
        <w:br/>
      </w:r>
      <w:r>
        <w:rPr>
          <w:sz w:val="20"/>
        </w:rPr>
        <w:t>1:13:10  sirf aap hi ek aalim hain jo jadeed mind ko address karte hain, aur aap ki kitabein aur taqreerein parh kar shukr aur islam par sabit qadmi paida hota hai.</w:t>
      </w:r>
      <w:r>
        <w:br/>
      </w:r>
      <w:r>
        <w:rPr>
          <w:sz w:val="20"/>
        </w:rPr>
        <w:t>1:13:24  science ne jo shukook o shubhat shubhat paida kiye thay, woh door hote hain."</w:t>
      </w:r>
      <w:r>
        <w:br/>
      </w:r>
      <w:r>
        <w:rPr>
          <w:sz w:val="20"/>
        </w:rPr>
        <w:t>1:13:32  asal mein dekhiye, jo jis ko kehte hain nauabadi daur, yani colonial colonializm, jis ko kehte hain, us se pehle musalmanon ka yeh haal nahin tha.</w:t>
      </w:r>
      <w:r>
        <w:br/>
      </w:r>
      <w:r>
        <w:rPr>
          <w:sz w:val="20"/>
        </w:rPr>
        <w:t>1:13:45  us ke baad yeh haal hua ke nafrat, nafrat, hate, hate. to colonial period ke baad jo nafratein aayin musalmanon mein, sare alam, har har aadmi, chahe mister ho ya maulvi, nafrat karne laga.</w:t>
      </w:r>
      <w:r>
        <w:br/>
      </w:r>
      <w:r>
        <w:rPr>
          <w:sz w:val="20"/>
        </w:rPr>
        <w:t>1:13:59  is ki wajah se yeh sab masle paida hue hain. is se pehle musalmanon mein aisa nahin tha.</w:t>
      </w:r>
    </w:p>
    <w:p>
      <w:pPr>
        <w:pStyle w:val="Heading2"/>
      </w:pPr>
      <w:r>
        <w:t>Muslims following Companions' violent aspect</w:t>
      </w:r>
    </w:p>
    <w:p>
      <w:r>
        <w:rPr>
          <w:color w:val="666666"/>
          <w:sz w:val="18"/>
        </w:rPr>
        <w:t>Society &amp; Dawah · Quran A Miracle June 01, 2014 · 2m 30s · at 1:05:04 · https://youtu.be/8KM3lDsj4PY?t=3904</w:t>
      </w:r>
    </w:p>
    <w:p>
      <w:r>
        <w:rPr>
          <w:i/>
        </w:rPr>
        <w:t>“Islam started a new process of peace and ideology whose result was to come much later. The Companions fought each other due to time and circumstances, but today's Muslim could not understand this new process and started following the violent aspect of the Companions. Today Muslims' method of war is exactly the same as that of the Companions but today's circumstances are not the same.”</w:t>
      </w:r>
    </w:p>
    <w:p>
      <w:r>
        <w:rPr>
          <w:sz w:val="20"/>
        </w:rPr>
        <w:t>1:05:04  molana agla sawal kiya hai shahnawaz zafar sahib ne dilli se. unhon ne likha hai ke islam ne peace aur ideology ka ek naya process shuru kiya jis ka result bohat baad ko aana tha.</w:t>
      </w:r>
      <w:r>
        <w:br/>
      </w:r>
      <w:r>
        <w:rPr>
          <w:sz w:val="20"/>
        </w:rPr>
        <w:t>1:05:20  sahaba ne waqt aur halaat ki wajah se ek doosre se jang ki. lekin aaj ka musalman islam ke is naye process ko samajh na saka aur sahaba ke violence wale pehlu ko hi follow karne laga.</w:t>
      </w:r>
      <w:r>
        <w:br/>
      </w:r>
      <w:r>
        <w:rPr>
          <w:sz w:val="20"/>
        </w:rPr>
        <w:t>1:05:36  aaj musalmanon ka tareeqa jang bilkul wahi hai jo sahaba ka tha lekin aaj halaat woh nahin hain jo sahaba ke waqt mein thay.</w:t>
      </w:r>
      <w:r>
        <w:br/>
      </w:r>
      <w:r>
        <w:rPr>
          <w:sz w:val="20"/>
        </w:rPr>
        <w:t>1:05:46  is ignorance ki wajah se aaj musalman peace ko daryaft na kar saka. molana is is ki wazahat karein. wahan pe kitabein jo likhi gayi is poore daur mein bohat hi ghalat numaindagi is mein hai.</w:t>
      </w:r>
      <w:r>
        <w:br/>
      </w:r>
      <w:r>
        <w:rPr>
          <w:sz w:val="20"/>
        </w:rPr>
        <w:t>1:06:01  jaise iqbal ka shair hai talwar woh shair hai ke teghon ke saaye mein kya hai woh pal kar jawan hue hain khanjar hilal ka hai quomi nasha hamara.</w:t>
      </w:r>
      <w:r>
        <w:br/>
      </w:r>
      <w:r>
        <w:rPr>
          <w:sz w:val="20"/>
        </w:rPr>
        <w:t>1:06:15  to isi qism ki kitabein yahan se wahan tak likhi gayi hain saari. aaj bhi likhi ja rahi hain. jis mein jihad ko highlight karte hain. ladai ko highlight karte hain.</w:t>
      </w:r>
      <w:r>
        <w:br/>
      </w:r>
      <w:r>
        <w:rPr>
          <w:sz w:val="20"/>
        </w:rPr>
        <w:t>1:06:25  abhi bhi musalmanon ka mizaj hai ke takrao ki baatein kijiye to bohat bheer akatha ho jaye gi. abhi bhi mizaj hai. to yeh ghalat numaindagi jo ki hai musalmanon ne is ka nateeja hai.</w:t>
      </w:r>
      <w:r>
        <w:br/>
      </w:r>
      <w:r>
        <w:rPr>
          <w:sz w:val="20"/>
        </w:rPr>
        <w:t>1:06:38  to hum ko lotna hoga peechay ki taraf. ek muhaddis ne bohat sahi kaha tha ke ala</w:t>
      </w:r>
      <w:r>
        <w:br/>
      </w:r>
      <w:r>
        <w:rPr>
          <w:sz w:val="20"/>
        </w:rPr>
        <w:t>1:06:50  bhi hua ke is ummat ke baad ke logon ka muamla bhi isi tareeqay se durust hoga jaise shuru ke logon ka muamla durust hua tha. to yeh beech mein jo qital aur badshahat aur empire aur jang hai yeh sab jo chalta raha is se peechay hatiye peechay hatiye peechay hatiye.</w:t>
      </w:r>
      <w:r>
        <w:br/>
      </w:r>
      <w:r>
        <w:rPr>
          <w:sz w:val="20"/>
        </w:rPr>
        <w:t>1:07:08  aur wahan jaiye jahan rasool allah ne jo peace ka yaani peaceful tareeqay se toheed ka kaam kiya tha.</w:t>
      </w:r>
      <w:r>
        <w:br/>
      </w:r>
      <w:r>
        <w:rPr>
          <w:sz w:val="20"/>
        </w:rPr>
        <w:t>1:07:18  is is model ko apnaiye. political model ko chodiye is model ko apnaiye. isi se yaani muamla durust hoga.</w:t>
      </w:r>
    </w:p>
    <w:p>
      <w:pPr>
        <w:pStyle w:val="Heading2"/>
      </w:pPr>
      <w:r>
        <w:t>Muslims with Ideological and Political Differences</w:t>
      </w:r>
    </w:p>
    <w:p>
      <w:r>
        <w:rPr>
          <w:color w:val="666666"/>
          <w:sz w:val="18"/>
        </w:rPr>
        <w:t>Society &amp; Dawah · Lessons from My Journey to Canada II January 10, 2016 · 3m 02s · at 1:02:48 · https://youtu.be/GHF2Ph3GW7A?t=3768</w:t>
      </w:r>
    </w:p>
    <w:p>
      <w:r>
        <w:rPr>
          <w:i/>
        </w:rPr>
        <w:t>“Maulana, I have seen many Muslims who have ideological and political differences.”</w:t>
      </w:r>
    </w:p>
    <w:p>
      <w:r>
        <w:rPr>
          <w:sz w:val="20"/>
        </w:rPr>
        <w:t>1:02:47  inkar ka case nahi hai</w:t>
      </w:r>
      <w:r>
        <w:br/>
      </w:r>
      <w:r>
        <w:rPr>
          <w:sz w:val="20"/>
        </w:rPr>
        <w:t>1:02:48  molana agla sawal</w:t>
      </w:r>
      <w:r>
        <w:br/>
      </w:r>
      <w:r>
        <w:rPr>
          <w:sz w:val="20"/>
        </w:rPr>
        <w:t>1:02:51  سری نگر سے مس کروتولین کا ہے، اور انہوں نے لکھا ہے کہ: "مولانا, have you seen many Muslims</w:t>
      </w:r>
      <w:r>
        <w:br/>
      </w:r>
      <w:r>
        <w:rPr>
          <w:sz w:val="20"/>
        </w:rPr>
        <w:t>1:03:00  ho have ideological aur political differences</w:t>
      </w:r>
      <w:r>
        <w:br/>
      </w:r>
      <w:r>
        <w:rPr>
          <w:sz w:val="20"/>
        </w:rPr>
        <w:t>1:03:04  with someone who has passed away, and they use accusing and abusive language for that person who</w:t>
      </w:r>
      <w:r>
        <w:br/>
      </w:r>
      <w:r>
        <w:rPr>
          <w:sz w:val="20"/>
        </w:rPr>
        <w:t>1:03:11  has died. They pronounce the judgment that God will cast him to hell, and while doing so they</w:t>
      </w:r>
      <w:r>
        <w:br/>
      </w:r>
      <w:r>
        <w:rPr>
          <w:sz w:val="20"/>
        </w:rPr>
        <w:t>1:03:19  justify it by quoting religion."</w:t>
      </w:r>
      <w:r>
        <w:br/>
      </w:r>
      <w:r>
        <w:rPr>
          <w:sz w:val="20"/>
        </w:rPr>
        <w:t>1:03:22  مولانا، what would be your advice to such people?</w:t>
      </w:r>
      <w:r>
        <w:br/>
      </w:r>
      <w:r>
        <w:rPr>
          <w:sz w:val="20"/>
        </w:rPr>
        <w:t>1:03:26  dekhen yeh to koi islam mein hai nahi</w:t>
      </w:r>
      <w:r>
        <w:br/>
      </w:r>
      <w:r>
        <w:rPr>
          <w:sz w:val="20"/>
        </w:rPr>
        <w:t>1:03:28  sahaba ne kabhi aisa kiya nahi</w:t>
      </w:r>
      <w:r>
        <w:br/>
      </w:r>
      <w:r>
        <w:rPr>
          <w:sz w:val="20"/>
        </w:rPr>
        <w:t>1:03:33  sahaba ne aisa nahi kiya</w:t>
      </w:r>
      <w:r>
        <w:br/>
      </w:r>
      <w:r>
        <w:rPr>
          <w:sz w:val="20"/>
        </w:rPr>
        <w:t>1:03:34  jo zinda log hain argument unke samne work karta hai</w:t>
      </w:r>
      <w:r>
        <w:br/>
      </w:r>
      <w:r>
        <w:rPr>
          <w:sz w:val="20"/>
        </w:rPr>
        <w:t>1:03:38  jo jo log mar gaye unka argument kya wo to sunne ke liye maujood nahi hai</w:t>
      </w:r>
      <w:r>
        <w:br/>
      </w:r>
      <w:r>
        <w:rPr>
          <w:sz w:val="20"/>
        </w:rPr>
        <w:t>1:03:44  agar koi unke khayalat se mutasir hai aur unki baton ko kehta hai ke yeh sahi</w:t>
      </w:r>
      <w:r>
        <w:br/>
      </w:r>
      <w:r>
        <w:rPr>
          <w:sz w:val="20"/>
        </w:rPr>
        <w:t>1:03:50  بات ہے، تو آج جو انسان ہے، اس کے mind کو address کرنے کے لیے آپ اس کو</w:t>
      </w:r>
      <w:r>
        <w:br/>
      </w:r>
      <w:r>
        <w:rPr>
          <w:sz w:val="20"/>
        </w:rPr>
        <w:t>1:03:56  iska analysis kar sakte hain</w:t>
      </w:r>
      <w:r>
        <w:br/>
      </w:r>
      <w:r>
        <w:rPr>
          <w:sz w:val="20"/>
        </w:rPr>
        <w:t>1:03:58  lekin jo chala gaya wo chala gaya</w:t>
      </w:r>
      <w:r>
        <w:br/>
      </w:r>
      <w:r>
        <w:rPr>
          <w:sz w:val="20"/>
        </w:rPr>
        <w:t>1:04:01  jo chala gaya usko</w:t>
      </w:r>
      <w:r>
        <w:br/>
      </w:r>
      <w:r>
        <w:rPr>
          <w:sz w:val="20"/>
        </w:rPr>
        <w:t>1:04:05  usko is se kya faida</w:t>
      </w:r>
      <w:r>
        <w:br/>
      </w:r>
      <w:r>
        <w:rPr>
          <w:sz w:val="20"/>
        </w:rPr>
        <w:t>1:04:07  par hadith mein yeh hai ke jo log mar gaye unko bura bhala na kaho</w:t>
      </w:r>
      <w:r>
        <w:br/>
      </w:r>
      <w:r>
        <w:rPr>
          <w:sz w:val="20"/>
        </w:rPr>
        <w:t>1:04:14  to dekhen do baaten alag alag hain</w:t>
      </w:r>
      <w:r>
        <w:br/>
      </w:r>
      <w:r>
        <w:rPr>
          <w:sz w:val="20"/>
        </w:rPr>
        <w:t>1:04:17  ek hai jo mar gaye jo sunne ke liye maujood nahi hain unko bura bhala kehna</w:t>
      </w:r>
      <w:r>
        <w:br/>
      </w:r>
      <w:r>
        <w:rPr>
          <w:sz w:val="20"/>
        </w:rPr>
        <w:t>1:04:24  aur doosri baat yeh hai ke unhone kitab likhi thi</w:t>
      </w:r>
      <w:r>
        <w:br/>
      </w:r>
      <w:r>
        <w:rPr>
          <w:sz w:val="20"/>
        </w:rPr>
        <w:t>1:04:28  unke khayalat abhi bhi libraryon mein maujood hain</w:t>
      </w:r>
      <w:r>
        <w:br/>
      </w:r>
      <w:r>
        <w:rPr>
          <w:sz w:val="20"/>
        </w:rPr>
        <w:t>1:04:32  isko padh kar koi is se</w:t>
      </w:r>
      <w:r>
        <w:br/>
      </w:r>
      <w:r>
        <w:rPr>
          <w:sz w:val="20"/>
        </w:rPr>
        <w:t>1:04:36  yani influence ho jata hai mutasir ho jata hai</w:t>
      </w:r>
      <w:r>
        <w:br/>
      </w:r>
      <w:r>
        <w:rPr>
          <w:sz w:val="20"/>
        </w:rPr>
        <w:t>1:04:40  to jo aaj zinda insan maujood hai uske samne unke khayalat ka tajziya karna</w:t>
      </w:r>
      <w:r>
        <w:br/>
      </w:r>
      <w:r>
        <w:rPr>
          <w:sz w:val="20"/>
        </w:rPr>
        <w:t>1:04:47  to mare hue logon ko bura bhala kehne se koi faida nahi</w:t>
      </w:r>
      <w:r>
        <w:br/>
      </w:r>
      <w:r>
        <w:rPr>
          <w:sz w:val="20"/>
        </w:rPr>
        <w:t>1:04:50  lekin zinda aadmi jo iske baaton se asar le kar isi ki dohra raha hai to is</w:t>
      </w:r>
      <w:r>
        <w:br/>
      </w:r>
      <w:r>
        <w:rPr>
          <w:sz w:val="20"/>
        </w:rPr>
        <w:t>1:04:56  ko to batana padega</w:t>
      </w:r>
      <w:r>
        <w:br/>
      </w:r>
      <w:r>
        <w:rPr>
          <w:sz w:val="20"/>
        </w:rPr>
        <w:t>1:05:00  is ko batana pare ga.</w:t>
      </w:r>
      <w:r>
        <w:br/>
      </w:r>
      <w:r>
        <w:rPr>
          <w:sz w:val="20"/>
        </w:rPr>
        <w:t>1:05:01  la tusub al-amwat, yeh hadith hai: "la tusub al-amwat".</w:t>
      </w:r>
      <w:r>
        <w:br/>
      </w:r>
      <w:r>
        <w:rPr>
          <w:sz w:val="20"/>
        </w:rPr>
        <w:t>1:05:07  tusub ya sub ka matlab to gaali dena, yani bura kehna.</w:t>
      </w:r>
      <w:r>
        <w:br/>
      </w:r>
      <w:r>
        <w:rPr>
          <w:sz w:val="20"/>
        </w:rPr>
        <w:t>1:05:11  maray maray huway logon ko bura na kaho.</w:t>
      </w:r>
      <w:r>
        <w:br/>
      </w:r>
      <w:r>
        <w:rPr>
          <w:sz w:val="20"/>
        </w:rPr>
        <w:t>1:05:17  la tusub al-amwat, yani maray huway logon ko bura na kaho.</w:t>
      </w:r>
      <w:r>
        <w:br/>
      </w:r>
      <w:r>
        <w:rPr>
          <w:sz w:val="20"/>
        </w:rPr>
        <w:t>1:05:20  is ka matlab yeh hai ke personal attack un logon par jo mar gaye, is se mana kiya</w:t>
      </w:r>
      <w:r>
        <w:br/>
      </w:r>
      <w:r>
        <w:rPr>
          <w:sz w:val="20"/>
        </w:rPr>
        <w:t>1:05:26  gaya. Lekin maray huway log jo hain, agar koi un se mutasir hai, to us ko bolna pare</w:t>
      </w:r>
      <w:r>
        <w:br/>
      </w:r>
      <w:r>
        <w:rPr>
          <w:sz w:val="20"/>
        </w:rPr>
        <w:t>1:05:34  ga. Masalan karobar sazinda nahi hai, lekin karobar ki soch jo hai, kitabon mein mojood hai.</w:t>
      </w:r>
      <w:r>
        <w:br/>
      </w:r>
      <w:r>
        <w:rPr>
          <w:sz w:val="20"/>
        </w:rPr>
        <w:t>1:05:40  koi is se mutasir ho kar isi ki baatein kare to hum ko tanqeed karna pare gi.</w:t>
      </w:r>
      <w:r>
        <w:br/>
      </w:r>
      <w:r>
        <w:rPr>
          <w:sz w:val="20"/>
        </w:rPr>
        <w:t>1:05:45  is ko yeh matlab hai is ka.</w:t>
      </w:r>
      <w:r>
        <w:br/>
      </w:r>
      <w:r>
        <w:rPr>
          <w:sz w:val="20"/>
        </w:rPr>
        <w:t>1:05:48  yeh bilkul logical hai, rational hai.</w:t>
      </w:r>
    </w:p>
    <w:p>
      <w:pPr>
        <w:pStyle w:val="Heading2"/>
      </w:pPr>
      <w:r>
        <w:t>Muslims' Failure to Recognize Democracy and Science</w:t>
      </w:r>
    </w:p>
    <w:p>
      <w:r>
        <w:rPr>
          <w:color w:val="666666"/>
          <w:sz w:val="18"/>
        </w:rPr>
        <w:t>Society &amp; Dawah · Age of Democracy May 25, 2014 · 3m 10s · at 1:06:04 · https://youtu.be/pyZy1-EhW1Q?t=3964</w:t>
      </w:r>
    </w:p>
    <w:p>
      <w:r>
        <w:rPr>
          <w:i/>
        </w:rPr>
        <w:t>“What is the root cause of Muslims' failure to recognize the age of democracy and the age of science? And how can they replan their activities?”</w:t>
      </w:r>
    </w:p>
    <w:p>
      <w:r>
        <w:rPr>
          <w:sz w:val="20"/>
        </w:rPr>
        <w:t>1:06:04  maulana, agla sawal roorkee se kiya hai sajid anwar sahib ne. unhon ne likha hai: "maulana, what is the root cause of muslims failure to recognize the age of democracy and the age of science?</w:t>
      </w:r>
      <w:r>
        <w:br/>
      </w:r>
      <w:r>
        <w:rPr>
          <w:sz w:val="20"/>
        </w:rPr>
        <w:t>1:06:19  and how can they replan their activities?" dekhiye, Allah taala ne musalmanon ko iqtidaar diya. unhon ne empire banaya.</w:t>
      </w:r>
      <w:r>
        <w:br/>
      </w:r>
      <w:r>
        <w:rPr>
          <w:sz w:val="20"/>
        </w:rPr>
        <w:t>1:06:31  woh tha kis liye? woh tha quran ki hifazat ke liye. tareekh batati hai keh pichli kitabein jo Allah ki taraf se aayin, woh mehfooz nahi rahien.</w:t>
      </w:r>
      <w:r>
        <w:br/>
      </w:r>
      <w:r>
        <w:rPr>
          <w:sz w:val="20"/>
        </w:rPr>
        <w:t>1:06:40  is ki wajah yeh kya thi keh pichlay jo anbiya thay, jo un ke saathi thay, un ko power nahi mila, political power nahi mila.</w:t>
      </w:r>
      <w:r>
        <w:br/>
      </w:r>
      <w:r>
        <w:rPr>
          <w:sz w:val="20"/>
        </w:rPr>
        <w:t>1:06:50  to main aap se arz kar chuka hoon keh pichlay zamanay mein dissent allowed nahi tha.</w:t>
      </w:r>
      <w:r>
        <w:br/>
      </w:r>
      <w:r>
        <w:rPr>
          <w:sz w:val="20"/>
        </w:rPr>
        <w:t>1:06:56  pura jo daur hai democracy ke pehlay ka, is mein dissent allowed nahi tha. is liye is ko khatam kar dete thay. woh to Allah taala ne insanon ko political power diya taakeh quran ko mehfooz kar sakein.</w:t>
      </w:r>
      <w:r>
        <w:br/>
      </w:r>
      <w:r>
        <w:rPr>
          <w:sz w:val="20"/>
        </w:rPr>
        <w:t>1:07:11  lekin aik lambi muddat tak, yani press ka daur aanay tak baqi raha yeh. to musalman ka obsession ban gaya power.</w:t>
      </w:r>
      <w:r>
        <w:br/>
      </w:r>
      <w:r>
        <w:rPr>
          <w:sz w:val="20"/>
        </w:rPr>
        <w:t>1:07:21  ab woh isi bare mein jee rahe hain. wohi political model, kingship model basa hua hai in ke dimagh mein.</w:t>
      </w:r>
      <w:r>
        <w:br/>
      </w:r>
      <w:r>
        <w:rPr>
          <w:sz w:val="20"/>
        </w:rPr>
        <w:t>1:07:27  ab in ko nai soch aana chahiye ke ab woh daur khatam ho gaya. jab quran mehfooz ho gaya to ab hamein is ki zaroorat nahi hai.</w:t>
      </w:r>
      <w:r>
        <w:br/>
      </w:r>
      <w:r>
        <w:rPr>
          <w:sz w:val="20"/>
        </w:rPr>
        <w:t>1:07:38  to rethink jab tak nahi karenge, jab tak apni ghalti ko daryaft nahi karenge, is ki mere khayal se islaah nahi ho sakti hai.</w:t>
      </w:r>
      <w:r>
        <w:br/>
      </w:r>
      <w:r>
        <w:rPr>
          <w:sz w:val="20"/>
        </w:rPr>
        <w:t>1:07:48  yeh ab musalmanon ko daryaft karna parega ke yeh ماضی ke obsession mein jee rahe hain.</w:t>
      </w:r>
      <w:r>
        <w:br/>
      </w:r>
      <w:r>
        <w:rPr>
          <w:sz w:val="20"/>
        </w:rPr>
        <w:t>1:07:54  maazi ka jo model tha, is model ko ke ab zaroorat hi nahi rahi, woh model khatam ho chuka. woh ab model doosra aa gaya. kyunke hamare jitne likhne wale hain, jitne hamare bolne wale hain, unhone isi ko pakka kiya hai.</w:t>
      </w:r>
      <w:r>
        <w:br/>
      </w:r>
      <w:r>
        <w:rPr>
          <w:sz w:val="20"/>
        </w:rPr>
        <w:t>1:08:09  one to all, jitne bhi likhne wale hain, chahe arab se paida hue hon, india mein paida hue hon, sab isi isi model ko pakka kiye chale ja rahe hain.</w:t>
      </w:r>
      <w:r>
        <w:br/>
      </w:r>
      <w:r>
        <w:rPr>
          <w:sz w:val="20"/>
        </w:rPr>
        <w:t>1:08:20  to awam kya</w:t>
      </w:r>
      <w:r>
        <w:br/>
      </w:r>
      <w:r>
        <w:rPr>
          <w:sz w:val="20"/>
        </w:rPr>
        <w:t>1:08:21  karein? ab chalen, maashrat ko to aql khud khud to hoti nahi. aur jo likhne wala aur bolne wala tabqa hai, woh isi ko pakka kar raha hai, isi ko pakka kar raha hai.</w:t>
      </w:r>
      <w:r>
        <w:br/>
      </w:r>
      <w:r>
        <w:rPr>
          <w:sz w:val="20"/>
        </w:rPr>
        <w:t>1:08:32  misal ke taur par dekhiye, ameer shirk barsaran ki kitab hai, is ka title hai ke "limaza ta'akhkhar al-muslimun wa taqaddama ghayruhu?" musalman kyun peeche reh gaye, doosre log kyun aage ho gaye?</w:t>
      </w:r>
      <w:r>
        <w:br/>
      </w:r>
      <w:r>
        <w:rPr>
          <w:sz w:val="20"/>
        </w:rPr>
        <w:t>1:08:46  to is mein kehte hain jihad, jihad bar qata. yeh yeh is liye ke woh jante hain, unhone yeh yahi jante hain ke main lar lar kar ek hukoomat qaim karoon.</w:t>
      </w:r>
      <w:r>
        <w:br/>
      </w:r>
      <w:r>
        <w:rPr>
          <w:sz w:val="20"/>
        </w:rPr>
        <w:t>1:08:55  yeh jante hi nahi ke democracy mein to ladne ki zaroorat hi nahi hai.</w:t>
      </w:r>
      <w:r>
        <w:br/>
      </w:r>
      <w:r>
        <w:rPr>
          <w:sz w:val="20"/>
        </w:rPr>
        <w:t>1:09:00  saari opportunity khuli hui hain har ek aadmi ke liye.</w:t>
      </w:r>
      <w:r>
        <w:br/>
      </w:r>
      <w:r>
        <w:rPr>
          <w:sz w:val="20"/>
        </w:rPr>
        <w:t>1:09:05  to rethinking musalmanon mein nahi aayi, is wajah se woh kisi cheez ko daryaft nahi kar sake.</w:t>
      </w:r>
    </w:p>
    <w:p>
      <w:pPr>
        <w:pStyle w:val="Heading2"/>
      </w:pPr>
      <w:r>
        <w:t>Muslims' excuse to spread Quran</w:t>
      </w:r>
    </w:p>
    <w:p>
      <w:r>
        <w:rPr>
          <w:color w:val="666666"/>
          <w:sz w:val="18"/>
        </w:rPr>
        <w:t>Society &amp; Dawah · Dars-e-Quran, Chapter 25, V. 1 (Spreading Quran) September 9, 2018 · 3m 04s · at 59:36 · https://youtu.be/zf3V6LP2Qg0?t=3576</w:t>
      </w:r>
    </w:p>
    <w:p>
      <w:r>
        <w:rPr>
          <w:i/>
        </w:rPr>
        <w:t>“Can we say that in the present age, where Christians are spreading Bible in every corner of the world, Muslims have no excuse not to spread the Quran?”</w:t>
      </w:r>
    </w:p>
    <w:p>
      <w:r>
        <w:rPr>
          <w:sz w:val="20"/>
        </w:rPr>
        <w:t>59:36  Maulana, unhon ne ek aur sawal poocha hai ke Maulana, can we say that in the present age, where Christians are spreading Bible in every corner of the world?</w:t>
      </w:r>
      <w:r>
        <w:br/>
      </w:r>
      <w:r>
        <w:rPr>
          <w:sz w:val="20"/>
        </w:rPr>
        <w:t>59:47  muslims have no excuse not to spread the quran. bilashuba, koi excuse nahi hai, koi excuse nahi hai, not at all.</w:t>
      </w:r>
      <w:r>
        <w:br/>
      </w:r>
      <w:r>
        <w:rPr>
          <w:sz w:val="20"/>
        </w:rPr>
        <w:t>1:00:05  Maulana, ek sawal aur hai, yeh bheja hai Farhan Yusuf ne Srinagar se. Maulana, is mein likha hai: As Maulana Sahib, you preached it that there is only one legitimate form of war and that is war fought in defence.</w:t>
      </w:r>
      <w:r>
        <w:br/>
      </w:r>
      <w:r>
        <w:rPr>
          <w:sz w:val="20"/>
        </w:rPr>
        <w:t>1:00:23  other than this, there are no legitimate grounds for war at all in islam.</w:t>
      </w:r>
      <w:r>
        <w:br/>
      </w:r>
      <w:r>
        <w:rPr>
          <w:sz w:val="20"/>
        </w:rPr>
        <w:t>1:00:29  this was mentioned in spirit of islam magazine in august issue 2018, but i found it in contrast to the words 75 of chapter four, which reads:</w:t>
      </w:r>
      <w:r>
        <w:br/>
      </w:r>
      <w:r>
        <w:rPr>
          <w:sz w:val="20"/>
        </w:rPr>
        <w:t>1:00:44  and why is that you don't fight in the cause of god and of those who being weak, are all treated and oppressed men, women and children, whose cry is: our lord, rescue us from this town, whose people are oppressors, and raise for us from your self, one who will protect and raise for us from your self, one who will help.</w:t>
      </w:r>
      <w:r>
        <w:br/>
      </w:r>
      <w:r>
        <w:rPr>
          <w:sz w:val="20"/>
        </w:rPr>
        <w:t>1:01:11  this verse makes it compulsory for a muslim government to wage war against, if all other peaceful methods fail, the ones who have oppressed some other community.</w:t>
      </w:r>
      <w:r>
        <w:br/>
      </w:r>
      <w:r>
        <w:rPr>
          <w:sz w:val="20"/>
        </w:rPr>
        <w:t>1:01:24  kahan woh operation hai? yeh to jhooti baat hai, aaj kisi qisam ki koi rukawat nahin. woh aik temporary jo halat thi, woh to khatam ho chuki.</w:t>
      </w:r>
      <w:r>
        <w:br/>
      </w:r>
      <w:r>
        <w:rPr>
          <w:sz w:val="20"/>
        </w:rPr>
        <w:t>1:01:36  quran ki is aayat mein aik temporary halat ka zikr hai, woh to khatam ho chuki. ab to azadi, azadi hai. yani kitna mujrimana kaam hai ke aap apni beta beti ke liye aap jante hain ke khoob azadi ki parho,</w:t>
      </w:r>
      <w:r>
        <w:br/>
      </w:r>
      <w:r>
        <w:rPr>
          <w:sz w:val="20"/>
        </w:rPr>
        <w:t>1:01:52  parh parh kar taraqqi karo, yeh to jante hain aap. aur yahan aap ko nahin pata hai ke azadi hai ke islam ko phailao, quran ko phailao. yani kaise musalman hain yeh ke woh darte nahin ke Allah taala se poocha jayega ke tum ko yeh khabar thi ke is zamane mein aap ke bachon ke liye azadi hai,</w:t>
      </w:r>
      <w:r>
        <w:br/>
      </w:r>
      <w:r>
        <w:rPr>
          <w:sz w:val="20"/>
        </w:rPr>
        <w:t>1:02:11  rozgar ki, education ki, aur khoob apne bachon ko khoob taraqqi karwa rahe thay? aur yeh pata nahin tha aap ko ke quran ke phailane ki azadi hai?</w:t>
      </w:r>
      <w:r>
        <w:br/>
      </w:r>
      <w:r>
        <w:rPr>
          <w:sz w:val="20"/>
        </w:rPr>
        <w:t>1:02:22  aise logon ko hazar saal tak koday maray jayenge, yaad rakhiye. yani apne bachon ke liye khoob khabar hai in ko ke aaj ke zamane mein taraqqi ka moqa hai, lekin quran ke baray mein unhein khabar nahin hai.</w:t>
      </w:r>
    </w:p>
    <w:p>
      <w:pPr>
        <w:pStyle w:val="Heading2"/>
      </w:pPr>
      <w:r>
        <w:t>Muslims' fighting as hurdle to dawah</w:t>
      </w:r>
    </w:p>
    <w:p>
      <w:r>
        <w:rPr>
          <w:color w:val="666666"/>
          <w:sz w:val="18"/>
        </w:rPr>
        <w:t>Society &amp; Dawah · Discovery of Modern Age I 10th Feb. 13 · 3m 54s · at 1:26:01 · https://youtu.be/Yp5T0KacY84?t=5161</w:t>
      </w:r>
    </w:p>
    <w:p>
      <w:r>
        <w:rPr>
          <w:i/>
        </w:rPr>
        <w:t>“In past Muslims had to fight to remove the hurdles in dawah work. These days Muslims fighting is one of the biggest hurdle in the doing dawah work.”</w:t>
      </w:r>
    </w:p>
    <w:p>
      <w:r>
        <w:rPr>
          <w:sz w:val="20"/>
        </w:rPr>
        <w:t>1:26:01  maulana, agla sawal rae pur se hai idrees sahab ka.</w:t>
      </w:r>
      <w:r>
        <w:br/>
      </w:r>
      <w:r>
        <w:rPr>
          <w:sz w:val="20"/>
        </w:rPr>
        <w:t>1:26:05  unhon ne likha hai: "in past muslims had to fight to remove the hurdles in dawah work.</w:t>
      </w:r>
      <w:r>
        <w:br/>
      </w:r>
      <w:r>
        <w:rPr>
          <w:sz w:val="20"/>
        </w:rPr>
        <w:t>1:26:12  These days Muslims fighting is one of the biggest hurdle in the doing Dawah work.</w:t>
      </w:r>
      <w:r>
        <w:br/>
      </w:r>
      <w:r>
        <w:rPr>
          <w:sz w:val="20"/>
        </w:rPr>
        <w:t>1:26:19  the hurdles in dawah work is not external but internal, and that is the conduct of muslims.</w:t>
      </w:r>
      <w:r>
        <w:br/>
      </w:r>
      <w:r>
        <w:rPr>
          <w:sz w:val="20"/>
        </w:rPr>
        <w:t>1:26:26  Muslims are regarded as the troublemaker in the world and misfit for society.</w:t>
      </w:r>
      <w:r>
        <w:br/>
      </w:r>
      <w:r>
        <w:rPr>
          <w:sz w:val="20"/>
        </w:rPr>
        <w:t>1:26:33  My question is, question is: Is it right to conclude that the right way to follow the ideology</w:t>
      </w:r>
      <w:r>
        <w:br/>
      </w:r>
      <w:r>
        <w:rPr>
          <w:sz w:val="20"/>
        </w:rPr>
        <w:t>1:26:40  of profit and continuation of profits mission would be to be the custodian and promoter of peace, justice,</w:t>
      </w:r>
      <w:r>
        <w:br/>
      </w:r>
      <w:r>
        <w:rPr>
          <w:sz w:val="20"/>
        </w:rPr>
        <w:t>1:26:48  education and well wishing for all? what is your comment?" ke maulana, pehle jo jaise aap ne kai</w:t>
      </w:r>
      <w:r>
        <w:br/>
      </w:r>
      <w:r>
        <w:rPr>
          <w:sz w:val="20"/>
        </w:rPr>
        <w:t>1:26:56  بار بتایا کہ religious persecution کو انہوں نے مسلمان دعویٰ ورک اس لیے نہیں کر پاتے تھے کیونکہ</w:t>
      </w:r>
      <w:r>
        <w:br/>
      </w:r>
      <w:r>
        <w:rPr>
          <w:sz w:val="20"/>
        </w:rPr>
        <w:t>1:27:03  religious persecution tha.</w:t>
      </w:r>
      <w:r>
        <w:br/>
      </w:r>
      <w:r>
        <w:rPr>
          <w:sz w:val="20"/>
        </w:rPr>
        <w:t>1:27:05  But woh khatam hone ke baad ab aaj biggest hurdle woh khud hain kyunki aapas mein itne zyada</w:t>
      </w:r>
      <w:r>
        <w:br/>
      </w:r>
      <w:r>
        <w:rPr>
          <w:sz w:val="20"/>
        </w:rPr>
        <w:t>1:27:13  reaction hote hain, ladaiyan hoti hain.</w:t>
      </w:r>
      <w:r>
        <w:br/>
      </w:r>
      <w:r>
        <w:rPr>
          <w:sz w:val="20"/>
        </w:rPr>
        <w:t>1:27:16  تو وہ یہ پوچھنا چاہ رہے ہیں کہ کیا صحیح طریقہ Prophet کی سنت کو فالو کرنے کا</w:t>
      </w:r>
      <w:r>
        <w:br/>
      </w:r>
      <w:r>
        <w:rPr>
          <w:sz w:val="20"/>
        </w:rPr>
        <w:t>1:27:23  yahi hoga ke woh peace ko promote karen, education ko promote karen? yeh sawal clear nahi hai.</w:t>
      </w:r>
      <w:r>
        <w:br/>
      </w:r>
      <w:r>
        <w:rPr>
          <w:sz w:val="20"/>
        </w:rPr>
        <w:t>1:27:31  beshak nahi hai.</w:t>
      </w:r>
      <w:r>
        <w:br/>
      </w:r>
      <w:r>
        <w:rPr>
          <w:sz w:val="20"/>
        </w:rPr>
        <w:t>1:27:32  ji, beshak nahi hai.</w:t>
      </w:r>
      <w:r>
        <w:br/>
      </w:r>
      <w:r>
        <w:rPr>
          <w:sz w:val="20"/>
        </w:rPr>
        <w:t>1:27:35  clear nahi hai.</w:t>
      </w:r>
      <w:r>
        <w:br/>
      </w:r>
      <w:r>
        <w:rPr>
          <w:sz w:val="20"/>
        </w:rPr>
        <w:t>1:27:36  maulana, doosra sawal lete hain jo khalid ansari ka hai noida se.</w:t>
      </w:r>
      <w:r>
        <w:br/>
      </w:r>
      <w:r>
        <w:rPr>
          <w:sz w:val="20"/>
        </w:rPr>
        <w:t>1:27:41  انہوں نے لکھا ہے: "مولانا، one of my acquaintances who is an IFS officer in a</w:t>
      </w:r>
      <w:r>
        <w:br/>
      </w:r>
      <w:r>
        <w:rPr>
          <w:sz w:val="20"/>
        </w:rPr>
        <w:t>1:27:49  series of interactions got stuck on the logical explanation of the purpose of creation.</w:t>
      </w:r>
      <w:r>
        <w:br/>
      </w:r>
      <w:r>
        <w:rPr>
          <w:sz w:val="20"/>
        </w:rPr>
        <w:t>1:27:55  I managed to open one of your lectures that you delivered a few months ago.</w:t>
      </w:r>
      <w:r>
        <w:br/>
      </w:r>
      <w:r>
        <w:rPr>
          <w:sz w:val="20"/>
        </w:rPr>
        <w:t>1:28:01  You trace the history of thought and specifically talked about philosopher Thales and how the thought progressed to</w:t>
      </w:r>
      <w:r>
        <w:br/>
      </w:r>
      <w:r>
        <w:rPr>
          <w:sz w:val="20"/>
        </w:rPr>
        <w:t>1:28:09  galileo and newton.</w:t>
      </w:r>
      <w:r>
        <w:br/>
      </w:r>
      <w:r>
        <w:rPr>
          <w:sz w:val="20"/>
        </w:rPr>
        <w:t>1:28:10  What drew his attention is your specific mention of the model of thought, mythological, philosophical and intelligent design</w:t>
      </w:r>
      <w:r>
        <w:br/>
      </w:r>
      <w:r>
        <w:rPr>
          <w:sz w:val="20"/>
        </w:rPr>
        <w:t>1:28:18  and how Quran talks about the meaning and the purpose of creation.</w:t>
      </w:r>
      <w:r>
        <w:br/>
      </w:r>
      <w:r>
        <w:rPr>
          <w:sz w:val="20"/>
        </w:rPr>
        <w:t>1:28:23  Now, your lecture CD is with the gentleman and out of curiosity he listened to it over</w:t>
      </w:r>
      <w:r>
        <w:br/>
      </w:r>
      <w:r>
        <w:rPr>
          <w:sz w:val="20"/>
        </w:rPr>
        <w:t>1:28:31  six times.</w:t>
      </w:r>
      <w:r>
        <w:br/>
      </w:r>
      <w:r>
        <w:rPr>
          <w:sz w:val="20"/>
        </w:rPr>
        <w:t>1:28:32  مولانا، I want to share with what he said after three months: the world is blind, especially the</w:t>
      </w:r>
      <w:r>
        <w:br/>
      </w:r>
      <w:r>
        <w:rPr>
          <w:sz w:val="20"/>
        </w:rPr>
        <w:t>1:28:40  Muslims who fail to recognize the amazing wisdom of Maulana Wahiduddin Khan who is a special gift</w:t>
      </w:r>
      <w:r>
        <w:br/>
      </w:r>
      <w:r>
        <w:rPr>
          <w:sz w:val="20"/>
        </w:rPr>
        <w:t>1:28:48  of god to the mankind of this age." jazak allah.</w:t>
      </w:r>
      <w:r>
        <w:br/>
      </w:r>
      <w:r>
        <w:rPr>
          <w:sz w:val="20"/>
        </w:rPr>
        <w:t>1:28:52  okay, we we'll end the session now.</w:t>
      </w:r>
      <w:r>
        <w:br/>
      </w:r>
      <w:r>
        <w:rPr>
          <w:sz w:val="20"/>
        </w:rPr>
        <w:t>1:28:55  thank you.</w:t>
      </w:r>
    </w:p>
    <w:p>
      <w:pPr>
        <w:pStyle w:val="Heading2"/>
      </w:pPr>
      <w:r>
        <w:t>Muslims' loss of intellectual base</w:t>
      </w:r>
    </w:p>
    <w:p>
      <w:r>
        <w:rPr>
          <w:color w:val="666666"/>
          <w:sz w:val="18"/>
        </w:rPr>
        <w:t>Society &amp; Dawah · Realisation of God January 19, 2014 · 3m 33s · at 46:26 · https://youtu.be/uIn3AfDkk6Y?t=2786</w:t>
      </w:r>
    </w:p>
    <w:p>
      <w:r>
        <w:rPr>
          <w:i/>
        </w:rPr>
        <w:t>“Why did the Muslims lose their intellectual base even after they had Quranic guidance?”</w:t>
      </w:r>
    </w:p>
    <w:p>
      <w:r>
        <w:rPr>
          <w:sz w:val="20"/>
        </w:rPr>
        <w:t>46:26  Maulana agla sawal Ajmer se aya hai Dr. Safina Tabassum ka. unhon ne likha hai: "Maulana, why did the Muslims lose their intellectual base even after they had Quranic guidance?"</w:t>
      </w:r>
      <w:r>
        <w:br/>
      </w:r>
      <w:r>
        <w:rPr>
          <w:sz w:val="20"/>
        </w:rPr>
        <w:t>46:45  dekhein, hadith mein aya hai ke "hubbuka al-shay' yu'mi wa yusimm"</w:t>
      </w:r>
      <w:r>
        <w:br/>
      </w:r>
      <w:r>
        <w:rPr>
          <w:sz w:val="20"/>
        </w:rPr>
        <w:t>46:55  yani kisi cheez ki dushmani, kisi cheez ki mohabbat tum ko</w:t>
      </w:r>
      <w:r>
        <w:br/>
      </w:r>
      <w:r>
        <w:rPr>
          <w:sz w:val="20"/>
        </w:rPr>
        <w:t>47:02  andha behra bana deti hai. "hubbuka al-shay' yu'mi wa yusimm" har cheez ki mohabbat tum ko andha behra bana deti hai.</w:t>
      </w:r>
      <w:r>
        <w:br/>
      </w:r>
      <w:r>
        <w:rPr>
          <w:sz w:val="20"/>
        </w:rPr>
        <w:t>47:12  to yeh qaidah hai, balaghat ka usool hai ke is ka aise jumlon mein is ka bar'aks hi is mein mazfoof hota hai.</w:t>
      </w:r>
      <w:r>
        <w:br/>
      </w:r>
      <w:r>
        <w:rPr>
          <w:sz w:val="20"/>
        </w:rPr>
        <w:t>47:23  matlab is mein yeh baat shamil hai ke "bughdhuka al-shay' yu'mi wa yusimm" yani kisi se aap ko nafrat ho jaye to aap us ke baray mein andhe bure ho jayenge.</w:t>
      </w:r>
      <w:r>
        <w:br/>
      </w:r>
      <w:r>
        <w:rPr>
          <w:sz w:val="20"/>
        </w:rPr>
        <w:t>47:35  to Musalmanon ko kuch qoumi shikayatein huin, kuch siyasat shikayatein huin. main dekhta hoon yeh shikayatein bilkul be mani hain, baseless hain. jo Musalmanon ko kuch qoumi shikayatein aur sari shikayatein hain, woh mere nazdeek is qabil hain ke un ko khandaq mein daal diya jaye.</w:t>
      </w:r>
      <w:r>
        <w:br/>
      </w:r>
      <w:r>
        <w:rPr>
          <w:sz w:val="20"/>
        </w:rPr>
        <w:t>47:50  kya shikayat kis baat ki?</w:t>
      </w:r>
      <w:r>
        <w:br/>
      </w:r>
      <w:r>
        <w:rPr>
          <w:sz w:val="20"/>
        </w:rPr>
        <w:t>47:52  lekin beharhal Musalmanon ko shikayat hui, siyasat shikayat, qoumi shikayat, madi shikayat. isi ki wajah se itna zyada manfi ho gaye ke dushman samajh liya, andhe bure ho gaye.</w:t>
      </w:r>
      <w:r>
        <w:br/>
      </w:r>
      <w:r>
        <w:rPr>
          <w:sz w:val="20"/>
        </w:rPr>
        <w:t>48:09  woh al-maghrib ke contribution</w:t>
      </w:r>
      <w:r>
        <w:br/>
      </w:r>
      <w:r>
        <w:rPr>
          <w:sz w:val="20"/>
        </w:rPr>
        <w:t>48:11  ke baray mein, yani bughdh, bughdh maghrib ki wajah se woh maghrib ke contribution ke baray mein andhe bure ho gaye. aur bughdh kyun hua?</w:t>
      </w:r>
      <w:r>
        <w:br/>
      </w:r>
      <w:r>
        <w:rPr>
          <w:sz w:val="20"/>
        </w:rPr>
        <w:t>48:22  qoumi buniyad par, siyasat buniyad par. jo mere nazdeek deathing tha. to main is mein saaf yeh baat kahunga, chahe kisi ko achi lage ya buri lage, kyunke mere nazdeek bohat bari haqeeqat hai jis ka elan hona chahiye.</w:t>
      </w:r>
      <w:r>
        <w:br/>
      </w:r>
      <w:r>
        <w:rPr>
          <w:sz w:val="20"/>
        </w:rPr>
        <w:t>48:38  agar is ka elan na kiya jaye to qayamat hi ruki rahe gi. saada baat nahi hai.</w:t>
      </w:r>
      <w:r>
        <w:br/>
      </w:r>
      <w:r>
        <w:rPr>
          <w:sz w:val="20"/>
        </w:rPr>
        <w:t>48:46  agar aap is ka elan na karein to qayamat aye gi nahi.</w:t>
      </w:r>
      <w:r>
        <w:br/>
      </w:r>
      <w:r>
        <w:rPr>
          <w:sz w:val="20"/>
        </w:rPr>
        <w:t>48:54  main bohat hi serious is mamle mein hoon. to Musalmanon ko apna bughdh bilkul khatam karna pare ga, apne manfi soch ko khatam karna pare ga.</w:t>
      </w:r>
      <w:r>
        <w:br/>
      </w:r>
      <w:r>
        <w:rPr>
          <w:sz w:val="20"/>
        </w:rPr>
        <w:t>49:05  yeh yeh dushman hai, woh</w:t>
      </w:r>
      <w:r>
        <w:br/>
      </w:r>
      <w:r>
        <w:rPr>
          <w:sz w:val="20"/>
        </w:rPr>
        <w:t>49:08  dushman hai. is nazariye ko bilkul hi mita dena pare ga taake Allah ke woh bande jinhon ne apni beshumar mehnatain keen, unhon ne apne aap ko qurban kiya, beshumar log is mein apne aap ko qurban kiya, unhon ne tab yeh cheezein daryaft huin.</w:t>
      </w:r>
      <w:r>
        <w:br/>
      </w:r>
      <w:r>
        <w:rPr>
          <w:sz w:val="20"/>
        </w:rPr>
        <w:t>49:28  to aap agar un ki daryaft ka etraaf na karein to yeh yeh shaitani kaam hoga.</w:t>
      </w:r>
      <w:r>
        <w:br/>
      </w:r>
      <w:r>
        <w:rPr>
          <w:sz w:val="20"/>
        </w:rPr>
        <w:t>49:34  shaitan para shakhs hai jis ne is sunnat ko qaim kiya ke mein etraaf nahi karta. to be etraafi ki sunnat shaitani sunnat hai.</w:t>
      </w:r>
      <w:r>
        <w:br/>
      </w:r>
      <w:r>
        <w:rPr>
          <w:sz w:val="20"/>
        </w:rPr>
        <w:t>49:45  musalman is ghar mein phanse hue hain, un ko is se bahar aana chahiye. be etraafi ki sunnat se jab is se bahar aayenge to un ka aage khulega.</w:t>
      </w:r>
      <w:r>
        <w:br/>
      </w:r>
      <w:r>
        <w:rPr>
          <w:sz w:val="20"/>
        </w:rPr>
        <w:t>49:54  phir woh dekhein ke aal maghrib ka contribution bohat zyada hai, bohat zyada hai, bohat zyada hai.</w:t>
      </w:r>
    </w:p>
    <w:p>
      <w:pPr>
        <w:pStyle w:val="Heading2"/>
      </w:pPr>
      <w:r>
        <w:t>Muslims' negative perception of openness</w:t>
      </w:r>
    </w:p>
    <w:p>
      <w:r>
        <w:rPr>
          <w:color w:val="666666"/>
          <w:sz w:val="18"/>
        </w:rPr>
        <w:t>Society &amp; Dawah · Divine Crusades December 14, 2014 · 2m 17s · at 46:19 · https://youtu.be/qZhY00S5LQg?t=2779</w:t>
      </w:r>
    </w:p>
    <w:p>
      <w:r>
        <w:rPr>
          <w:i/>
        </w:rPr>
        <w:t>“Why do Muslims take 'openness' in a negative sense? They only understand openness as unveiling (lack of hijab).”</w:t>
      </w:r>
    </w:p>
    <w:p>
      <w:r>
        <w:rPr>
          <w:sz w:val="20"/>
        </w:rPr>
        <w:t>46:19  mera agla sawal Maulana Iqbal Umri ka hai, jo abhi Mumbai mein hain aur yeh program dekh rahe hain.</w:t>
      </w:r>
      <w:r>
        <w:br/>
      </w:r>
      <w:r>
        <w:rPr>
          <w:sz w:val="20"/>
        </w:rPr>
        <w:t>46:25  aur unhon ne yeh sawal yeh kiya hai ke Maulana, openness ko musalman manfi maani mein kyun lete</w:t>
      </w:r>
      <w:r>
        <w:br/>
      </w:r>
      <w:r>
        <w:rPr>
          <w:sz w:val="20"/>
        </w:rPr>
        <w:t>46:31  hain? Openness ke maani sirf be pardagi samajhte hain.</w:t>
      </w:r>
      <w:r>
        <w:br/>
      </w:r>
      <w:r>
        <w:rPr>
          <w:sz w:val="20"/>
        </w:rPr>
        <w:t>46:37  yeh to blindness hai. Blindness hai.</w:t>
      </w:r>
      <w:r>
        <w:br/>
      </w:r>
      <w:r>
        <w:rPr>
          <w:sz w:val="20"/>
        </w:rPr>
        <w:t>46:43  Rasool Allah sal Allah alaihi wasallam ke zamane mein Makka mein jo aswaaq hote the, us mein yahi</w:t>
      </w:r>
      <w:r>
        <w:br/>
      </w:r>
      <w:r>
        <w:rPr>
          <w:sz w:val="20"/>
        </w:rPr>
        <w:t>46:49  sab hota tha.</w:t>
      </w:r>
      <w:r>
        <w:br/>
      </w:r>
      <w:r>
        <w:rPr>
          <w:sz w:val="20"/>
        </w:rPr>
        <w:t>46:55  auratein gaati bajati thin, circus hota tha, tamashe hote the.</w:t>
      </w:r>
      <w:r>
        <w:br/>
      </w:r>
      <w:r>
        <w:rPr>
          <w:sz w:val="20"/>
        </w:rPr>
        <w:t>47:01  to Rasool Allah ne kyun nahin samjha ke yeh to be pardagi hai? Yeh to wahan jaate the</w:t>
      </w:r>
      <w:r>
        <w:br/>
      </w:r>
      <w:r>
        <w:rPr>
          <w:sz w:val="20"/>
        </w:rPr>
        <w:t>47:07  aap, ja kar Quran sunate the.</w:t>
      </w:r>
      <w:r>
        <w:br/>
      </w:r>
      <w:r>
        <w:rPr>
          <w:sz w:val="20"/>
        </w:rPr>
        <w:t>47:13  kuch cheezon ko dekh ke problem ke roop mein dekhna, yeh blindness hai, blindness.</w:t>
      </w:r>
      <w:r>
        <w:br/>
      </w:r>
      <w:r>
        <w:rPr>
          <w:sz w:val="20"/>
        </w:rPr>
        <w:t>47:19  aur cheezon ko opposition ke roop mein dekhna, yeh is se Hazrat Akbar aap aankh wale hain.</w:t>
      </w:r>
      <w:r>
        <w:br/>
      </w:r>
      <w:r>
        <w:rPr>
          <w:sz w:val="20"/>
        </w:rPr>
        <w:t>47:25  to jo musalman openness ko samajhte hain, be pardagi, woh to blind hain.</w:t>
      </w:r>
      <w:r>
        <w:br/>
      </w:r>
      <w:r>
        <w:rPr>
          <w:sz w:val="20"/>
        </w:rPr>
        <w:t>47:31  is mein jo pehlu hai, opposition ka, is se be khabar hain.</w:t>
      </w:r>
      <w:r>
        <w:br/>
      </w:r>
      <w:r>
        <w:rPr>
          <w:sz w:val="20"/>
        </w:rPr>
        <w:t>47:37  They are blind.</w:t>
      </w:r>
      <w:r>
        <w:br/>
      </w:r>
      <w:r>
        <w:rPr>
          <w:sz w:val="20"/>
        </w:rPr>
        <w:t>47:44  dunya mein kabhi bhi aisa nahi hoga ke khair jo hai, pure shakal mein hoga. impossible hai.</w:t>
      </w:r>
      <w:r>
        <w:br/>
      </w:r>
      <w:r>
        <w:rPr>
          <w:sz w:val="20"/>
        </w:rPr>
        <w:t>47:49  hamesha khair ke sath kuch na kuch shar mila raha hai, mila rahega.</w:t>
      </w:r>
      <w:r>
        <w:br/>
      </w:r>
      <w:r>
        <w:rPr>
          <w:sz w:val="20"/>
        </w:rPr>
        <w:t>47:54  musalman jo shar ko dekh paate hain, khair ko nahi dekh paate.</w:t>
      </w:r>
      <w:r>
        <w:br/>
      </w:r>
      <w:r>
        <w:rPr>
          <w:sz w:val="20"/>
        </w:rPr>
        <w:t>47:59  yeh toh blindness hai.</w:t>
      </w:r>
      <w:r>
        <w:br/>
      </w:r>
      <w:r>
        <w:rPr>
          <w:sz w:val="20"/>
        </w:rPr>
        <w:t>48:04  hazrat umar ne kaha tha ke aqalmand woh hai jo yeh jaane ke shar mein khair kya hai.</w:t>
      </w:r>
      <w:r>
        <w:br/>
      </w:r>
      <w:r>
        <w:rPr>
          <w:sz w:val="20"/>
        </w:rPr>
        <w:t>48:10  allazi ya'rifu khaira ash-sharrain balkeh yeh kaha do shar dunya mein hain, us mein se lisar shar kaun</w:t>
      </w:r>
      <w:r>
        <w:br/>
      </w:r>
      <w:r>
        <w:rPr>
          <w:sz w:val="20"/>
        </w:rPr>
        <w:t>48:15  sa hai, yeh jaane.</w:t>
      </w:r>
      <w:r>
        <w:br/>
      </w:r>
      <w:r>
        <w:rPr>
          <w:sz w:val="20"/>
        </w:rPr>
        <w:t>48:20  yeh yeh hai islam ka mayar.</w:t>
      </w:r>
      <w:r>
        <w:br/>
      </w:r>
      <w:r>
        <w:rPr>
          <w:sz w:val="20"/>
        </w:rPr>
        <w:t>48:25  aaj kal ke jo musalman hain, jo bas be pardagi, duty, perseverance jante hain, woh toh bilkul blind</w:t>
      </w:r>
      <w:r>
        <w:br/>
      </w:r>
      <w:r>
        <w:rPr>
          <w:sz w:val="20"/>
        </w:rPr>
        <w:t>48:31  log hain, blind.</w:t>
      </w:r>
    </w:p>
    <w:p>
      <w:pPr>
        <w:pStyle w:val="Heading2"/>
      </w:pPr>
      <w:r>
        <w:t>Muslims' unawareness despite knowing Quran</w:t>
      </w:r>
    </w:p>
    <w:p>
      <w:r>
        <w:rPr>
          <w:color w:val="666666"/>
          <w:sz w:val="18"/>
        </w:rPr>
        <w:t>Society &amp; Dawah · Collective Repentance I Feb 24, 2013 Maulana Wahiduddin Khan · 3m 05s · at 1:00:02 · https://youtu.be/lkkolxAL38c?t=3602</w:t>
      </w:r>
    </w:p>
    <w:p>
      <w:r>
        <w:rPr>
          <w:i/>
        </w:rPr>
        <w:t>“In our day-to-day dawah activities, we often talk of giving the Quran to non-Muslims so that they may understand God's creation plan and discover the right path. In contrast, Muslims, despite knowing God's creation plan and the essence of the Quran, are leading their lives on the wrong path. My question is: what is the reason for this unawareness, and how can we address it?”</w:t>
      </w:r>
    </w:p>
    <w:p>
      <w:r>
        <w:rPr>
          <w:sz w:val="20"/>
        </w:rPr>
        <w:t>1:00:02  Maulana, yeh sawal Kashmir se aaya hai Aamir Jan Mori sahib ka. Unhon ne likha hai: "In a day to day dawah activities, we often talk of giving Quran to non-Muslims, so that they could understand the creation plan of God and discover the right path.</w:t>
      </w:r>
      <w:r>
        <w:br/>
      </w:r>
      <w:r>
        <w:rPr>
          <w:sz w:val="20"/>
        </w:rPr>
        <w:t>1:00:24  in contrast to it, muslims despite of knowing the creation plan of god and essence of quran, are leading their life in the wrong path." Maulana sahib, my question is: "what is the reason for this unawareness and how can we address it?"</w:t>
      </w:r>
      <w:r>
        <w:br/>
      </w:r>
      <w:r>
        <w:rPr>
          <w:sz w:val="20"/>
        </w:rPr>
        <w:t>1:00:43  dekhen, yeh islaah ka kaam bohat lambi koshish ke baad hota hai. Musalmanon ki islaah jo nahi hui, is ki wajah yeh hai ke saray musalmanon ko jo likhnay aur bolnay walay thay, aik taraf to kya kar rahay hain?</w:t>
      </w:r>
      <w:r>
        <w:br/>
      </w:r>
      <w:r>
        <w:rPr>
          <w:sz w:val="20"/>
        </w:rPr>
        <w:t>1:01:02  nafrat phaila rahay hain</w:t>
      </w:r>
      <w:r>
        <w:br/>
      </w:r>
      <w:r>
        <w:rPr>
          <w:sz w:val="20"/>
        </w:rPr>
        <w:t>1:01:06  ghair muslim ke khilaf, kafir ke khilaf, west ke khilaf. To nafrat ka jo zehn hai, woh rog ban jata hai islaah ke liye.</w:t>
      </w:r>
      <w:r>
        <w:br/>
      </w:r>
      <w:r>
        <w:rPr>
          <w:sz w:val="20"/>
        </w:rPr>
        <w:t>1:01:19  sab se bari rukawat jo hai musalmanon ke islam mein yeh hai ke un ki jo negative thinking hai,</w:t>
      </w:r>
      <w:r>
        <w:br/>
      </w:r>
      <w:r>
        <w:rPr>
          <w:sz w:val="20"/>
        </w:rPr>
        <w:t>1:01:25  jab tak aap negative thinking ko khatam na karein, tab tak koi islaah nahi ho sakti, kuch bhi islaah nahi ho sakti. har jagah negative thinking, aap ke kashmiri negative thinking hain, saare kashmiri jo hain negative thinking mein mubtala hain.</w:t>
      </w:r>
      <w:r>
        <w:br/>
      </w:r>
      <w:r>
        <w:rPr>
          <w:sz w:val="20"/>
        </w:rPr>
        <w:t>1:01:41  saare arab dunya,</w:t>
      </w:r>
      <w:r>
        <w:br/>
      </w:r>
      <w:r>
        <w:rPr>
          <w:sz w:val="20"/>
        </w:rPr>
        <w:t>1:01:43  koi na koi dushman daryaft kar rakha hai, har ek ne. har jagah ke logon ne ek kuch dushman daryaft kar rakha hai, us ko le kar ke negative bane hue hain.</w:t>
      </w:r>
      <w:r>
        <w:br/>
      </w:r>
      <w:r>
        <w:rPr>
          <w:sz w:val="20"/>
        </w:rPr>
        <w:t>1:01:55  dekhein, jab tak musalmanon ke andar se negative thinking khatam na ki jaye, tab tak koi islaah nahi ho sakti.</w:t>
      </w:r>
      <w:r>
        <w:br/>
      </w:r>
      <w:r>
        <w:rPr>
          <w:sz w:val="20"/>
        </w:rPr>
        <w:t>1:02:03  heer iz de starting point.</w:t>
      </w:r>
      <w:r>
        <w:br/>
      </w:r>
      <w:r>
        <w:rPr>
          <w:sz w:val="20"/>
        </w:rPr>
        <w:t>1:02:09  maulana, yeh sawal kiya hai makan khan sahib ne. unhone apni location nahi likhi hai, par un ka sawal yeh hai: "maulana, weather it is necessary to follow one maslak or i can follow the maslak ahle hadees</w:t>
      </w:r>
      <w:r>
        <w:br/>
      </w:r>
      <w:r>
        <w:rPr>
          <w:sz w:val="20"/>
        </w:rPr>
        <w:t>1:02:26  which does not follow any particular imam's maslak?" is ke bare mein aap batayein. is par dekhiye, hum ne tafseel se likha hai.</w:t>
      </w:r>
      <w:r>
        <w:br/>
      </w:r>
      <w:r>
        <w:rPr>
          <w:sz w:val="20"/>
        </w:rPr>
        <w:t>1:02:35  hamari kitab aap padh lijiye, is ka naam hai "tajdeed deen". pehle aap is kitab ko padhiye, phir sawal kijiye.</w:t>
      </w:r>
      <w:r>
        <w:br/>
      </w:r>
      <w:r>
        <w:rPr>
          <w:sz w:val="20"/>
        </w:rPr>
        <w:t>1:02:45  yeh jo yeh jo masle phailaye, is qism ke sawalat phailaye hue hain musalmanon mein, isi par yeh kitab hai "tajdeed deen".</w:t>
      </w:r>
      <w:r>
        <w:br/>
      </w:r>
      <w:r>
        <w:rPr>
          <w:sz w:val="20"/>
        </w:rPr>
        <w:t>1:02:55  to aap pehle is kitab ko padhiye, ek baar nahi, do baar padhiye, phir jo sawal aap ke zehen mein aata hai, woh woh sawal kijiye. main inshallah is ka jawab doonga.</w:t>
      </w:r>
    </w:p>
    <w:p>
      <w:pPr>
        <w:pStyle w:val="Heading2"/>
      </w:pPr>
      <w:r>
        <w:t>Nation first versus religion first</w:t>
      </w:r>
    </w:p>
    <w:p>
      <w:r>
        <w:rPr>
          <w:color w:val="666666"/>
          <w:sz w:val="18"/>
        </w:rPr>
        <w:t>Society &amp; Dawah · Nation Building On India's Republic Day Jan 26, 2020 Maulana Wahiduddin Khan · 2m 33s · at 39:52 · https://youtu.be/58CVocbLAb8?t=2392</w:t>
      </w:r>
    </w:p>
    <w:p>
      <w:r>
        <w:rPr>
          <w:i/>
        </w:rPr>
        <w:t>“Maulana, is it nation first or religion first?”</w:t>
      </w:r>
    </w:p>
    <w:p>
      <w:r>
        <w:rPr>
          <w:sz w:val="20"/>
        </w:rPr>
        <w:t>39:52  You have increased my spirit of struggle today even more. jazak Allah Maulana." Maulana agla sawal lena chahenge.</w:t>
      </w:r>
      <w:r>
        <w:br/>
      </w:r>
      <w:r>
        <w:rPr>
          <w:sz w:val="20"/>
        </w:rPr>
        <w:t>40:03  do logon ne kuch milte julte sawal kiye hain to hum dono sawal padhenge. pehla sawal Kanpur se hai Waseem Khan sahab ka.</w:t>
      </w:r>
      <w:r>
        <w:br/>
      </w:r>
      <w:r>
        <w:rPr>
          <w:sz w:val="20"/>
        </w:rPr>
        <w:t>40:13  unhone likha hai: "Maulana is nation first aur religion first.</w:t>
      </w:r>
      <w:r>
        <w:br/>
      </w:r>
      <w:r>
        <w:rPr>
          <w:sz w:val="20"/>
        </w:rPr>
        <w:t>40:19  What should be the order of the priority?" Mehtab Ahmed sahab ne Dhampur se kuch aisa hi sawal bheja hai. unhone likha hai: "Maulana sahab love of the mother land is it part of iman?</w:t>
      </w:r>
      <w:r>
        <w:br/>
      </w:r>
      <w:r>
        <w:rPr>
          <w:sz w:val="20"/>
        </w:rPr>
        <w:t>40:34  Please guide us."</w:t>
      </w:r>
      <w:r>
        <w:br/>
      </w:r>
      <w:r>
        <w:rPr>
          <w:sz w:val="20"/>
        </w:rPr>
        <w:t>40:38  dekhen ek hadith hai agarche kuch log is ko</w:t>
      </w:r>
      <w:r>
        <w:br/>
      </w:r>
      <w:r>
        <w:rPr>
          <w:sz w:val="20"/>
        </w:rPr>
        <w:t>40:45  zaeef batate hain</w:t>
      </w:r>
      <w:r>
        <w:br/>
      </w:r>
      <w:r>
        <w:rPr>
          <w:sz w:val="20"/>
        </w:rPr>
        <w:t>40:50  wo hai: "hubb ul watan min al iman." hubb ul watan min al iman. watan ki mohabbat iman ka juz hai.</w:t>
      </w:r>
      <w:r>
        <w:br/>
      </w:r>
      <w:r>
        <w:rPr>
          <w:sz w:val="20"/>
        </w:rPr>
        <w:t>41:04  to jab maine padha is hadith ko: "hubb ul watan min al iman." watan ki mohabbat iman ka juz hai.</w:t>
      </w:r>
      <w:r>
        <w:br/>
      </w:r>
      <w:r>
        <w:rPr>
          <w:sz w:val="20"/>
        </w:rPr>
        <w:t>41:15  to jab maine kuch bahut tafseel ki is rai ko padha ke yeh zaeef hai ya mauzu hai to maine meri meri nature ne meri meri fitrat hai us ne kaha ke yeh hadith agar hadith Rasool na ho tab bhi woh hadith fitrat hai.</w:t>
      </w:r>
      <w:r>
        <w:br/>
      </w:r>
      <w:r>
        <w:rPr>
          <w:sz w:val="20"/>
        </w:rPr>
        <w:t>41:39  yeh hadith bil farz agar hadith Rasool na ho tab bhi woh hadith fitrat hai. woh hum sab ke dil ki pukar hai.</w:t>
      </w:r>
      <w:r>
        <w:br/>
      </w:r>
      <w:r>
        <w:rPr>
          <w:sz w:val="20"/>
        </w:rPr>
        <w:t>41:53  hum sab ke dil ki pukar hai. kyunke watan ki mohabbat aise hi fitri hai jaise maa ki mohabbat. jis tarah aap ne maa ki mohabbat karte hain aise hi aap ke dil mein fitri taur par apne watan ki mohabbat aati hai.</w:t>
      </w:r>
      <w:r>
        <w:br/>
      </w:r>
      <w:r>
        <w:rPr>
          <w:sz w:val="20"/>
        </w:rPr>
        <w:t>42:12  wo part of part of nature hai wo. watan ki mohabbat part of nature hai.</w:t>
      </w:r>
    </w:p>
    <w:p>
      <w:pPr>
        <w:pStyle w:val="Heading2"/>
      </w:pPr>
      <w:r>
        <w:t>Nature and Changeability of Sharia Law</w:t>
      </w:r>
    </w:p>
    <w:p>
      <w:r>
        <w:rPr>
          <w:color w:val="666666"/>
          <w:sz w:val="18"/>
        </w:rPr>
        <w:t>Society &amp; Dawah · Spirit of the Age Nov 6, 2016 · 4m 06s · at 1:01:25 · https://youtu.be/QAW9LP53xQk?t=3685</w:t>
      </w:r>
    </w:p>
    <w:p>
      <w:r>
        <w:rPr>
          <w:i/>
        </w:rPr>
        <w:t>“What is Sharia law? How was it established? Is it possible to make any changes in Sharia? What is your opinion on this?”</w:t>
      </w:r>
    </w:p>
    <w:p>
      <w:r>
        <w:rPr>
          <w:sz w:val="20"/>
        </w:rPr>
        <w:t>1:01:25  maulana, agla sawal mister ajay dravidi ne kiya hai dilli se, aur unhon ne aap se poocha hai:</w:t>
      </w:r>
      <w:r>
        <w:br/>
      </w:r>
      <w:r>
        <w:rPr>
          <w:sz w:val="20"/>
        </w:rPr>
        <w:t>1:01:31  maulana sahib, what is sharia law? how was it established?</w:t>
      </w:r>
      <w:r>
        <w:br/>
      </w:r>
      <w:r>
        <w:rPr>
          <w:sz w:val="20"/>
        </w:rPr>
        <w:t>1:01:37  is it possible to make any changes in sharia? what is your opinion on this? yeh sharia law</w:t>
      </w:r>
      <w:r>
        <w:br/>
      </w:r>
      <w:r>
        <w:rPr>
          <w:sz w:val="20"/>
        </w:rPr>
        <w:t>1:01:42  ka jo lafz hai, yeh yeh is zamanay mein bola jata hai, koi sharia law aisa tha nahi</w:t>
      </w:r>
      <w:r>
        <w:br/>
      </w:r>
      <w:r>
        <w:rPr>
          <w:sz w:val="20"/>
        </w:rPr>
        <w:t>1:01:47  pehlay, fiqah thi, fiqah bohat kuch cheezon ke moamlay mein hai.</w:t>
      </w:r>
      <w:r>
        <w:br/>
      </w:r>
      <w:r>
        <w:rPr>
          <w:sz w:val="20"/>
        </w:rPr>
        <w:t>1:01:52  aur doosri baat yeh hai ke koi sharia law aisa nahi hai jo absolute ho.</w:t>
      </w:r>
      <w:r>
        <w:br/>
      </w:r>
      <w:r>
        <w:rPr>
          <w:sz w:val="20"/>
        </w:rPr>
        <w:t>1:01:57  aap ek aise mulk mein hain jahan ke secularism hai, jahan ke majority secularism believe karti hai, to</w:t>
      </w:r>
      <w:r>
        <w:br/>
      </w:r>
      <w:r>
        <w:rPr>
          <w:sz w:val="20"/>
        </w:rPr>
        <w:t>1:02:02  aap is ko mutabiq kijiye.</w:t>
      </w:r>
      <w:r>
        <w:br/>
      </w:r>
      <w:r>
        <w:rPr>
          <w:sz w:val="20"/>
        </w:rPr>
        <w:t>1:02:07  aap ka jo zaati mamlaat hain, namaz roza, us ko koi rukawat nahi.</w:t>
      </w:r>
      <w:r>
        <w:br/>
      </w:r>
      <w:r>
        <w:rPr>
          <w:sz w:val="20"/>
        </w:rPr>
        <w:t>1:02:12  to aap zaati mamlaat mein aap apne is par chaliye, namaz roza.</w:t>
      </w:r>
      <w:r>
        <w:br/>
      </w:r>
      <w:r>
        <w:rPr>
          <w:sz w:val="20"/>
        </w:rPr>
        <w:t>1:02:17  baqi law jo hai, law of land ko follow kijiye.</w:t>
      </w:r>
      <w:r>
        <w:br/>
      </w:r>
      <w:r>
        <w:rPr>
          <w:sz w:val="20"/>
        </w:rPr>
        <w:t>1:02:22  yani agar aap kisi secular country mein hain to aap law of land ko follow kijiye.</w:t>
      </w:r>
      <w:r>
        <w:br/>
      </w:r>
      <w:r>
        <w:rPr>
          <w:sz w:val="20"/>
        </w:rPr>
        <w:t>1:02:27  koi absolute status mein koi sharia law nahi hai.</w:t>
      </w:r>
      <w:r>
        <w:br/>
      </w:r>
      <w:r>
        <w:rPr>
          <w:sz w:val="20"/>
        </w:rPr>
        <w:t>1:02:32  absolute status mein woh hai jo namaz roza hai, us mein koi rukawat hi nahi hai.</w:t>
      </w:r>
      <w:r>
        <w:br/>
      </w:r>
      <w:r>
        <w:rPr>
          <w:sz w:val="20"/>
        </w:rPr>
        <w:t>1:02:37  ab aap parhiye, masjid mein na jana chahein to ghar mein parhiye.</w:t>
      </w:r>
      <w:r>
        <w:br/>
      </w:r>
      <w:r>
        <w:rPr>
          <w:sz w:val="20"/>
        </w:rPr>
        <w:t>1:02:42  to yeh do cheezein alag alag hain.</w:t>
      </w:r>
      <w:r>
        <w:br/>
      </w:r>
      <w:r>
        <w:rPr>
          <w:sz w:val="20"/>
        </w:rPr>
        <w:t>1:02:47  ek hai ibadat, ek hai law.</w:t>
      </w:r>
      <w:r>
        <w:br/>
      </w:r>
      <w:r>
        <w:rPr>
          <w:sz w:val="20"/>
        </w:rPr>
        <w:t>1:02:52  ibadat ke maamle mein koi rukawat hai hi nahi.</w:t>
      </w:r>
      <w:r>
        <w:br/>
      </w:r>
      <w:r>
        <w:rPr>
          <w:sz w:val="20"/>
        </w:rPr>
        <w:t>1:02:57  ibadat khane mein kijiye, chahe ghar mein kijiye, koi rukawat nahi.</w:t>
      </w:r>
      <w:r>
        <w:br/>
      </w:r>
      <w:r>
        <w:rPr>
          <w:sz w:val="20"/>
        </w:rPr>
        <w:t>1:03:02  aur jo law ka maamla hai, to law ke maamle mein aap jaan lijiye ke koi is qism</w:t>
      </w:r>
      <w:r>
        <w:br/>
      </w:r>
      <w:r>
        <w:rPr>
          <w:sz w:val="20"/>
        </w:rPr>
        <w:t>1:03:07  ki baat nahi hai ke aap ko kahin bhi hon, ek absolute status mein koi law aap ko</w:t>
      </w:r>
      <w:r>
        <w:br/>
      </w:r>
      <w:r>
        <w:rPr>
          <w:sz w:val="20"/>
        </w:rPr>
        <w:t>1:03:12  apne upar apply karna hai.</w:t>
      </w:r>
      <w:r>
        <w:br/>
      </w:r>
      <w:r>
        <w:rPr>
          <w:sz w:val="20"/>
        </w:rPr>
        <w:t>1:03:17  aisa harghaz nahi hai.</w:t>
      </w:r>
      <w:r>
        <w:br/>
      </w:r>
      <w:r>
        <w:rPr>
          <w:sz w:val="20"/>
        </w:rPr>
        <w:t>1:03:22  jo kahe galat kehta hai, woh yani fiqah ka ek accepted masla hai ke taghayyur al-ahkam bi taghayyur al-zaman wal-ahkam.</w:t>
      </w:r>
      <w:r>
        <w:br/>
      </w:r>
      <w:r>
        <w:rPr>
          <w:sz w:val="20"/>
        </w:rPr>
        <w:t>1:03:27  yani jaise halaat hon, waisa qanoon hai.</w:t>
      </w:r>
      <w:r>
        <w:br/>
      </w:r>
      <w:r>
        <w:rPr>
          <w:sz w:val="20"/>
        </w:rPr>
        <w:t>1:03:32  to India mein, mislan, India mein humein secular law hai.</w:t>
      </w:r>
      <w:r>
        <w:br/>
      </w:r>
      <w:r>
        <w:rPr>
          <w:sz w:val="20"/>
        </w:rPr>
        <w:t>1:03:37  to is ko, is ko, is ko ikhtiyar kijiye.</w:t>
      </w:r>
      <w:r>
        <w:br/>
      </w:r>
      <w:r>
        <w:rPr>
          <w:sz w:val="20"/>
        </w:rPr>
        <w:t>1:03:42  apne mamlaat ko yahan ke court mein settle kijiye.</w:t>
      </w:r>
      <w:r>
        <w:br/>
      </w:r>
      <w:r>
        <w:rPr>
          <w:sz w:val="20"/>
        </w:rPr>
        <w:t>1:03:47  harghaz yeh nahi ke aap yahan Islami hukumat qaim karein aur phir wahan qazi bithayein.</w:t>
      </w:r>
      <w:r>
        <w:br/>
      </w:r>
      <w:r>
        <w:rPr>
          <w:sz w:val="20"/>
        </w:rPr>
        <w:t>1:03:52  yeh bilkul yani galat hai jo aisa kehta hai.</w:t>
      </w:r>
      <w:r>
        <w:br/>
      </w:r>
      <w:r>
        <w:rPr>
          <w:sz w:val="20"/>
        </w:rPr>
        <w:t>1:03:57  is ki koi asal quran o hadees mein nahi hai.</w:t>
      </w:r>
      <w:r>
        <w:br/>
      </w:r>
      <w:r>
        <w:rPr>
          <w:sz w:val="20"/>
        </w:rPr>
        <w:t>1:04:02  molana, abhi abhi comment aaya hai doctor farida khanoom ka kolkatta se, aur unhon ne likha hai: "Today</w:t>
      </w:r>
      <w:r>
        <w:br/>
      </w:r>
      <w:r>
        <w:rPr>
          <w:sz w:val="20"/>
        </w:rPr>
        <w:t>1:04:07  I am in Calcutta watching molana live on the Facebook.</w:t>
      </w:r>
      <w:r>
        <w:br/>
      </w:r>
      <w:r>
        <w:rPr>
          <w:sz w:val="20"/>
        </w:rPr>
        <w:t>1:04:13  The voice is very clear, alhamdulillah. Here I addressed in Calcutta University and Bishops College. They greatly appreciated the peaceful message of Islam. They also want honestly to meet Maulana sahib.</w:t>
      </w:r>
      <w:r>
        <w:br/>
      </w:r>
      <w:r>
        <w:rPr>
          <w:sz w:val="20"/>
        </w:rPr>
        <w:t>1:04:31  The Calcutta CPS team is mashallah very strong and they are doing dawah work on a very big scale. Maulana sahib, please pray for them so that they may work more and more. "Allah taala madad farmaye in hazraat ki. Allah taala unka hami o nasir ho. Hum bhi dua karte hain. Maulana, agla comment bheja hai Maulana Farhad Ahmed sahib ne Delhi se, aur unhone likha hai: "Molana, for many days there was a question in my mind that what is the origin of the principle 'ignore the problem and avail the opportunities' which is mentioned in Quran. But your today's interpretation of 'رجز' that is 'ignore the problem' answered my question." Mashallah. Okay, so we will end this session today. We will be back next Sunday same time. Thank you.</w:t>
      </w:r>
    </w:p>
    <w:p>
      <w:pPr>
        <w:pStyle w:val="Heading2"/>
      </w:pPr>
      <w:r>
        <w:t>Nature and changeability of Sharia law</w:t>
      </w:r>
    </w:p>
    <w:p>
      <w:r>
        <w:rPr>
          <w:color w:val="666666"/>
          <w:sz w:val="18"/>
        </w:rPr>
        <w:t>Society &amp; Dawah · Spirit of the Age November 06, 2016 · 4m 58s · at 51:57 · https://youtu.be/URWoioUiDO4?t=3117</w:t>
      </w:r>
    </w:p>
    <w:p>
      <w:r>
        <w:rPr>
          <w:i/>
        </w:rPr>
        <w:t>“What is Sharia law? How was it established? Is it possible to make any changes in Sharia? What is your opinion on this?”</w:t>
      </w:r>
    </w:p>
    <w:p>
      <w:r>
        <w:rPr>
          <w:sz w:val="20"/>
        </w:rPr>
        <w:t>51:57  maulana, agla sawal mister ajay divedi ne kiya hai dilli se, aur unhon ne aap se poocha hai,</w:t>
      </w:r>
      <w:r>
        <w:br/>
      </w:r>
      <w:r>
        <w:rPr>
          <w:sz w:val="20"/>
        </w:rPr>
        <w:t>52:05  مولانا صاحب، what is Sharia law, how was it established, is it possible to make any changes in</w:t>
      </w:r>
      <w:r>
        <w:br/>
      </w:r>
      <w:r>
        <w:rPr>
          <w:sz w:val="20"/>
        </w:rPr>
        <w:t>52:12  sharia, what is your opinion on this.</w:t>
      </w:r>
      <w:r>
        <w:br/>
      </w:r>
      <w:r>
        <w:rPr>
          <w:sz w:val="20"/>
        </w:rPr>
        <w:t>52:15  yeh sharia law ka jo lafz hai, yeh yeh is zamane mein bola jata hai, koi sharia law</w:t>
      </w:r>
      <w:r>
        <w:br/>
      </w:r>
      <w:r>
        <w:rPr>
          <w:sz w:val="20"/>
        </w:rPr>
        <w:t>52:23  aisa tha nahi pehle, fiqh thi, fiqh bohat kuch cheezon ke mamle mein hai.</w:t>
      </w:r>
      <w:r>
        <w:br/>
      </w:r>
      <w:r>
        <w:rPr>
          <w:sz w:val="20"/>
        </w:rPr>
        <w:t>52:29  aur doosri baat yeh hai ke koi sharia law aisa nahi hai jo absolute ho.</w:t>
      </w:r>
      <w:r>
        <w:br/>
      </w:r>
      <w:r>
        <w:rPr>
          <w:sz w:val="20"/>
        </w:rPr>
        <w:t>52:35  aap ek aise mulk mein hain jahan ke secularism hai, jahan ke majority secularism believe karti hai, to</w:t>
      </w:r>
      <w:r>
        <w:br/>
      </w:r>
      <w:r>
        <w:rPr>
          <w:sz w:val="20"/>
        </w:rPr>
        <w:t>52:43  aap is ko mutabiq kijiye.</w:t>
      </w:r>
      <w:r>
        <w:br/>
      </w:r>
      <w:r>
        <w:rPr>
          <w:sz w:val="20"/>
        </w:rPr>
        <w:t>52:45  aap ka jo zaati mamlaat hain, namaz roza, is mein koi rukawat nahi, to aap zaati mamlaat mein</w:t>
      </w:r>
      <w:r>
        <w:br/>
      </w:r>
      <w:r>
        <w:rPr>
          <w:sz w:val="20"/>
        </w:rPr>
        <w:t>52:53  aap apne is par chaliye, namaz roza par.</w:t>
      </w:r>
      <w:r>
        <w:br/>
      </w:r>
      <w:r>
        <w:rPr>
          <w:sz w:val="20"/>
        </w:rPr>
        <w:t>52:56  baqi law jo hai, law law of land ko follow kijiye, yani agar aap kisi secular country mein</w:t>
      </w:r>
      <w:r>
        <w:br/>
      </w:r>
      <w:r>
        <w:rPr>
          <w:sz w:val="20"/>
        </w:rPr>
        <w:t>53:04  hain to aap law of land ko follow kijiye, koi absolute states mein koi sharia law nahi hai.</w:t>
      </w:r>
      <w:r>
        <w:br/>
      </w:r>
      <w:r>
        <w:rPr>
          <w:sz w:val="20"/>
        </w:rPr>
        <w:t>53:12  absolute states mein woh hai jo namaz roza hai, is mein koi rukawat hi nahi hai.</w:t>
      </w:r>
      <w:r>
        <w:br/>
      </w:r>
      <w:r>
        <w:rPr>
          <w:sz w:val="20"/>
        </w:rPr>
        <w:t>53:19  ab aap parhiye, masjid mein na jana chahein to ghar mein parhiye.</w:t>
      </w:r>
      <w:r>
        <w:br/>
      </w:r>
      <w:r>
        <w:rPr>
          <w:sz w:val="20"/>
        </w:rPr>
        <w:t>53:24  to yeh do cheezein alag alag hain, ek hai ibadat, ek hai law.</w:t>
      </w:r>
      <w:r>
        <w:br/>
      </w:r>
      <w:r>
        <w:rPr>
          <w:sz w:val="20"/>
        </w:rPr>
        <w:t>53:29  ibadat ke mamle mein koi rukawat hai hi nahi, ibadat khane mein kijiye, chahe ghar mein kijiye, koi</w:t>
      </w:r>
      <w:r>
        <w:br/>
      </w:r>
      <w:r>
        <w:rPr>
          <w:sz w:val="20"/>
        </w:rPr>
        <w:t>53:37  rukawat nahin.</w:t>
      </w:r>
      <w:r>
        <w:br/>
      </w:r>
      <w:r>
        <w:rPr>
          <w:sz w:val="20"/>
        </w:rPr>
        <w:t>53:39  aur jo law ka mamla hai, to law ke mamle mein aap jaan lijiye ke koi is qism</w:t>
      </w:r>
      <w:r>
        <w:br/>
      </w:r>
      <w:r>
        <w:rPr>
          <w:sz w:val="20"/>
        </w:rPr>
        <w:t>53:46  ki baat nahin hai ke aap ko kahin bhi hon, ek absolute status mein koi law aap ko</w:t>
      </w:r>
      <w:r>
        <w:br/>
      </w:r>
      <w:r>
        <w:rPr>
          <w:sz w:val="20"/>
        </w:rPr>
        <w:t>53:54  apne upar apply karna hai.</w:t>
      </w:r>
      <w:r>
        <w:br/>
      </w:r>
      <w:r>
        <w:rPr>
          <w:sz w:val="20"/>
        </w:rPr>
        <w:t>53:56  aisa hargiz nahin hai, jo kahe galat kehta hai, woh yaani fiqh ka ek accepted masla hai ke</w:t>
      </w:r>
      <w:r>
        <w:br/>
      </w:r>
      <w:r>
        <w:rPr>
          <w:sz w:val="20"/>
        </w:rPr>
        <w:t>54:04  taghayyur al-ahkam bi taghayyur al-zaman wal-makan, yaani jaise halaat hon, waisa qanoon hai.</w:t>
      </w:r>
      <w:r>
        <w:br/>
      </w:r>
      <w:r>
        <w:rPr>
          <w:sz w:val="20"/>
        </w:rPr>
        <w:t>54:09  to India mein, mislan, India mein hamein secular law hai, to us ko us ko us ko ikhtiyar</w:t>
      </w:r>
      <w:r>
        <w:br/>
      </w:r>
      <w:r>
        <w:rPr>
          <w:sz w:val="20"/>
        </w:rPr>
        <w:t>54:17  kijiye, apne mamlaat ko yahan ke court mein settle kijiye.</w:t>
      </w:r>
      <w:r>
        <w:br/>
      </w:r>
      <w:r>
        <w:rPr>
          <w:sz w:val="20"/>
        </w:rPr>
        <w:t>54:21  hargiz yeh nahin ke aap yahan Islami hukumat qaim karein aur phir wahan qazi bithayein, yeh bilkul yaani</w:t>
      </w:r>
      <w:r>
        <w:br/>
      </w:r>
      <w:r>
        <w:rPr>
          <w:sz w:val="20"/>
        </w:rPr>
        <w:t>54:29  galat hai jo aisa kehta hai, is ki koi asal Quran o Hadees mein nahin hai.</w:t>
      </w:r>
      <w:r>
        <w:br/>
      </w:r>
      <w:r>
        <w:rPr>
          <w:sz w:val="20"/>
        </w:rPr>
        <w:t>54:36  Maulana, abhi abhi comment aaya hai Dr. Fareeda Khanam ka, aah, Kolkata se, aur unhon ne likha hai,</w:t>
      </w:r>
      <w:r>
        <w:br/>
      </w:r>
      <w:r>
        <w:rPr>
          <w:sz w:val="20"/>
        </w:rPr>
        <w:t>54:44  today I am in Kolkata watching Maulana live on the Facebook, the voice is very clear, Alhamdulillah,</w:t>
      </w:r>
      <w:r>
        <w:br/>
      </w:r>
      <w:r>
        <w:rPr>
          <w:sz w:val="20"/>
        </w:rPr>
        <w:t>54:51  here I addressed in Kolkata University and Bishop's College, they greatly appreciated the peaceful message of Islam,</w:t>
      </w:r>
      <w:r>
        <w:br/>
      </w:r>
      <w:r>
        <w:rPr>
          <w:sz w:val="20"/>
        </w:rPr>
        <w:t>54:59  they also want honestly to meet Maulana sahib, the Kolkata CPS team is Mashallah very strong,</w:t>
      </w:r>
      <w:r>
        <w:br/>
      </w:r>
      <w:r>
        <w:rPr>
          <w:sz w:val="20"/>
        </w:rPr>
        <w:t>55:07  and they are doing dawah work on a very big scale, Maulana sahib, please pray for them so</w:t>
      </w:r>
      <w:r>
        <w:br/>
      </w:r>
      <w:r>
        <w:rPr>
          <w:sz w:val="20"/>
        </w:rPr>
        <w:t>55:15  that they may work more and more.</w:t>
      </w:r>
      <w:r>
        <w:br/>
      </w:r>
      <w:r>
        <w:rPr>
          <w:sz w:val="20"/>
        </w:rPr>
        <w:t>55:18  Allah taala madad farmaye in hazraat ki, Allah taala un ka hami o nasir ho, hum yeh dua</w:t>
      </w:r>
      <w:r>
        <w:br/>
      </w:r>
      <w:r>
        <w:rPr>
          <w:sz w:val="20"/>
        </w:rPr>
        <w:t>55:25  karte hain.</w:t>
      </w:r>
      <w:r>
        <w:br/>
      </w:r>
      <w:r>
        <w:rPr>
          <w:sz w:val="20"/>
        </w:rPr>
        <w:t>55:27  Maulana, agla comment bheja hai Maulana Farad Ahmed sahib ne Delhi se, aur unhon ne likha hai, Maulana,</w:t>
      </w:r>
      <w:r>
        <w:br/>
      </w:r>
      <w:r>
        <w:rPr>
          <w:sz w:val="20"/>
        </w:rPr>
        <w:t>55:35  for many days, there was a question in my mind, that what is the origin of the principle,</w:t>
      </w:r>
      <w:r>
        <w:br/>
      </w:r>
      <w:r>
        <w:rPr>
          <w:sz w:val="20"/>
        </w:rPr>
        <w:t>55:42  ignore the problem and avail the opportunities, which is mentioned in Quran, but your today interpretation of verses,</w:t>
      </w:r>
      <w:r>
        <w:br/>
      </w:r>
      <w:r>
        <w:rPr>
          <w:sz w:val="20"/>
        </w:rPr>
        <w:t>55:50  that is ignore the problem, answered my question.</w:t>
      </w:r>
      <w:r>
        <w:br/>
      </w:r>
      <w:r>
        <w:rPr>
          <w:sz w:val="20"/>
        </w:rPr>
        <w:t>55:53  masha'allah.</w:t>
      </w:r>
      <w:r>
        <w:br/>
      </w:r>
      <w:r>
        <w:rPr>
          <w:sz w:val="20"/>
        </w:rPr>
        <w:t>55:55  okay, so we we'll end the session today, we'll be back next sunday, same time, thank you.</w:t>
      </w:r>
    </w:p>
    <w:p>
      <w:pPr>
        <w:pStyle w:val="Heading2"/>
      </w:pPr>
      <w:r>
        <w:t>Necessity of tazkiyah, dawah, nation-building</w:t>
      </w:r>
    </w:p>
    <w:p>
      <w:r>
        <w:rPr>
          <w:color w:val="666666"/>
          <w:sz w:val="18"/>
        </w:rPr>
        <w:t>Society &amp; Dawah · An Intellectual Journey May 1, 2011 · 3m 22s · at 1:15:56 · https://youtu.be/AqjjyimoIqw?t=4556</w:t>
      </w:r>
    </w:p>
    <w:p>
      <w:r>
        <w:rPr>
          <w:i/>
        </w:rPr>
        <w:t>“Tazkiyah of individuals, divine dawah, and nation-building: are all three equally necessary?”</w:t>
      </w:r>
    </w:p>
    <w:p>
      <w:r>
        <w:rPr>
          <w:sz w:val="20"/>
        </w:rPr>
        <w:t>1:15:56  maulana iqbal umri ne bangalore se sawal kiya hai, unhone likha hai: "tazkiya afraad, ilahia dawat aur taameer millat, kya in teeno kamon ki ek jaisi zaroorat hai?" nahin, dekhiye, taameer millat ek alag kaam hai, woh qaumi kaam hai,</w:t>
      </w:r>
      <w:r>
        <w:br/>
      </w:r>
      <w:r>
        <w:rPr>
          <w:sz w:val="20"/>
        </w:rPr>
        <w:t>1:16:14  isko in do mein nahin shamil kar sakte aap. tazkiya aur ilahia dawat, yeh dono deeni kaam hain.</w:t>
      </w:r>
      <w:r>
        <w:br/>
      </w:r>
      <w:r>
        <w:rPr>
          <w:sz w:val="20"/>
        </w:rPr>
        <w:t>1:16:25  taameer millat qaumi kaam hai, iska koi talluq deen se nahin hai. tazkiya yeh hai ke apne aap ko purify karna, as an individual, aap jo ek fard hain, ek jo individual hain, uske andar jo negative thought aate hain, jo nafratein aati hain, shikayat aati hai, ghussa aata hai, inteqaam aata hai, tashaddud aata hai, us se apne ko purify karo, bachao apne aap ko.</w:t>
      </w:r>
      <w:r>
        <w:br/>
      </w:r>
      <w:r>
        <w:rPr>
          <w:sz w:val="20"/>
        </w:rPr>
        <w:t>1:16:52  100 percent positive response, 100 percent positive personality banao. positive personality banane ka naam hai tazkiya, yeh hai shakhsi aitbaar se.</w:t>
      </w:r>
      <w:r>
        <w:br/>
      </w:r>
      <w:r>
        <w:rPr>
          <w:sz w:val="20"/>
        </w:rPr>
        <w:t>1:17:04  aur ahya-e-dawat jo hai, woh ijtamai aitbaar se hai, yani doosron ke aitbaar se hai. apne aitbaar se zimmedari aap ki hai ke apne aap ko purified soul banao.</w:t>
      </w:r>
      <w:r>
        <w:br/>
      </w:r>
      <w:r>
        <w:rPr>
          <w:sz w:val="20"/>
        </w:rPr>
        <w:t>1:17:15  doosron ke aitbaar se zimmedari aap ki yeh hai ke aap isko creation plan of god jo hai, us se ba-khabar karo. bas yahi do hain. baqi taameer millat, woh qaumi kaam hai, woh koi karta hai to kare, nahin karta to use koi na jannat milegi na na koi, is se koi khuda ki rehmat ke darwaze khulenge.</w:t>
      </w:r>
      <w:r>
        <w:br/>
      </w:r>
      <w:r>
        <w:rPr>
          <w:sz w:val="20"/>
        </w:rPr>
        <w:t>1:17:31  iski wajah se woh qaumi kaam hai. woh asal kaam deen mein yahi do hain:</w:t>
      </w:r>
      <w:r>
        <w:br/>
      </w:r>
      <w:r>
        <w:rPr>
          <w:sz w:val="20"/>
        </w:rPr>
        <w:t>1:17:37  apne aap ko ek purified soul banana, har qism ki negativity se pak karna apne aap ko, aur doosron ko Allah ka jo takhleeqi mansooba hai, jo creation plan of god hai, us se ba-khabar karna.</w:t>
      </w:r>
      <w:r>
        <w:br/>
      </w:r>
      <w:r>
        <w:rPr>
          <w:sz w:val="20"/>
        </w:rPr>
        <w:t>1:17:52  yeh bhi ek puraman kaam hai, bilkul puraman. is is dawti kaam ka koi bhi talluq na siyasat se hai, na millat se hai, na yani qaum qaumi fakhr ko establish karne se hai, kuch bhi nahin.</w:t>
      </w:r>
      <w:r>
        <w:br/>
      </w:r>
      <w:r>
        <w:rPr>
          <w:sz w:val="20"/>
        </w:rPr>
        <w:t>1:18:05  jo aadmi dawat ko le kar qaumi fakhr establish kare, woh bilashuba batil par hai, is mein koi shakk nahin.</w:t>
      </w:r>
      <w:r>
        <w:br/>
      </w:r>
      <w:r>
        <w:rPr>
          <w:sz w:val="20"/>
        </w:rPr>
        <w:t>1:18:12  dawat ka talluq qaumi fakhr se hargiz nahin hai, hargiz nahin hai. woh aap logon ko yani ab sabit karen ke hamara mazhab sab se ooncha, hamari qaum sab se oonchi,</w:t>
      </w:r>
      <w:r>
        <w:br/>
      </w:r>
      <w:r>
        <w:rPr>
          <w:sz w:val="20"/>
        </w:rPr>
        <w:t>1:18:26  aur hamara quran sab se ooncha, aur logon ke fakhr ke nafsiyat ko ghiza dein, to yeh qaumi kaam hai, iska deen se koi talluq nahin. dawat khalisatan naam hai peaceful andaaz</w:t>
      </w:r>
      <w:r>
        <w:br/>
      </w:r>
      <w:r>
        <w:rPr>
          <w:sz w:val="20"/>
        </w:rPr>
        <w:t>1:18:39  mein Allah ke hidayat ko logon tak pahunchana, bas unki khair khwahi ke jazbe ke tehat, khalisatan unki khair khwahi ke jazbe ke tehat, taake woh jahannum se bachein aur jannat ka rasta unke liye,</w:t>
      </w:r>
      <w:r>
        <w:br/>
      </w:r>
      <w:r>
        <w:rPr>
          <w:sz w:val="20"/>
        </w:rPr>
        <w:t>1:18:53  jannat ke darwaze unke liye khulen. bas baqi jo taameer millat hai, woh woh qaumi kaam hai. jo kare to kare, na kare to na kare, yeh unka kaam hai.</w:t>
      </w:r>
      <w:r>
        <w:br/>
      </w:r>
      <w:r>
        <w:rPr>
          <w:sz w:val="20"/>
        </w:rPr>
        <w:t>1:19:04  hum hum is mein nahin involve ho sakte, isi liye h</w:t>
      </w:r>
      <w:r>
        <w:br/>
      </w:r>
      <w:r>
        <w:rPr>
          <w:sz w:val="20"/>
        </w:rPr>
        <w:t>1:19:08  um taameer millat ko ek qaumi kaam samajhte hain. jinko qaumi dilchaspi ho, woh karen. isko hum is mein apne ko shamil nahin karenge.</w:t>
      </w:r>
    </w:p>
    <w:p>
      <w:pPr>
        <w:pStyle w:val="Heading2"/>
      </w:pPr>
      <w:r>
        <w:t>Need for union of Muslim governments</w:t>
      </w:r>
    </w:p>
    <w:p>
      <w:r>
        <w:rPr>
          <w:color w:val="666666"/>
          <w:sz w:val="18"/>
        </w:rPr>
        <w:t>Society &amp; Dawah · The Expression of Faith (Izhar e Deen) September 1, 2013 · 2m 16s · at 53:53 · https://youtu.be/muBDJ8a_8-0?t=3233</w:t>
      </w:r>
    </w:p>
    <w:p>
      <w:r>
        <w:rPr>
          <w:i/>
        </w:rPr>
        <w:t>“Maulana, just like the United Nations, a union of Muslim governments is also necessary. How correct is it to think this way?”</w:t>
      </w:r>
    </w:p>
    <w:p>
      <w:r>
        <w:rPr>
          <w:sz w:val="20"/>
        </w:rPr>
        <w:t>53:53  maulana, agla sawal bangalore se hai, naseerullah sahab ka.</w:t>
      </w:r>
      <w:r>
        <w:br/>
      </w:r>
      <w:r>
        <w:rPr>
          <w:sz w:val="20"/>
        </w:rPr>
        <w:t>53:57  unhon ne likha hai: "maulana, aqwam mutahidda ki tarah muslim hukoomaton ka ittehad bhi zaroori hai. is tarah sochana kahan tak sahi hai?" bhai, aap alag se kyun sochte hain?</w:t>
      </w:r>
      <w:r>
        <w:br/>
      </w:r>
      <w:r>
        <w:rPr>
          <w:sz w:val="20"/>
        </w:rPr>
        <w:t>54:11  is ka hissa baniye. musalman abhi tak qawam-e-unaita ka hissa nahi hain. member to zaroor is ke hain, lekin wahan ja kar sirf apni apni qawm ki baatein karte hain.</w:t>
      </w:r>
      <w:r>
        <w:br/>
      </w:r>
      <w:r>
        <w:rPr>
          <w:sz w:val="20"/>
        </w:rPr>
        <w:t>54:20  insan ki baat nahi karte. yeh thinking hi galat hai ke musalman ko le kar sochna</w:t>
      </w:r>
      <w:r>
        <w:br/>
      </w:r>
      <w:r>
        <w:rPr>
          <w:sz w:val="20"/>
        </w:rPr>
        <w:t>54:27  saheeh hai ke saare insan ko le kar socho. main is thinking ko galat bhi samajhta hoon. muslim oriented thinking yeh saheeh thinking nahi hai.</w:t>
      </w:r>
      <w:r>
        <w:br/>
      </w:r>
      <w:r>
        <w:rPr>
          <w:sz w:val="20"/>
        </w:rPr>
        <w:t>54:38  hum bare bare logon ko is waqt suntay hain ke hazrat ko ummat ka bara dard tha. hazrat ko ummat ka dard kyun tha? bhai, insan ka dard kyun nahi tha? main jab parhta hoon bare bare logon ke ke halaat mein ke hazrat ko ummat ka bara dard tha to mujhe ta'ajjub hota hai.</w:t>
      </w:r>
      <w:r>
        <w:br/>
      </w:r>
      <w:r>
        <w:rPr>
          <w:sz w:val="20"/>
        </w:rPr>
        <w:t>54:53  rasool Allah ke baray mein to nahi parhtay hum aisa.</w:t>
      </w:r>
      <w:r>
        <w:br/>
      </w:r>
      <w:r>
        <w:rPr>
          <w:sz w:val="20"/>
        </w:rPr>
        <w:t>54:56  quran mein dekhiye, insan naas, insan naas bar bar aata hai. to aap ke andar saare insan ko le kar sochen, aap saare saare insan ko le kar sochen.</w:t>
      </w:r>
      <w:r>
        <w:br/>
      </w:r>
      <w:r>
        <w:rPr>
          <w:sz w:val="20"/>
        </w:rPr>
        <w:t>55:10  main dekhta hoon ke qawam-e-unaita mein jo muslim mumalik hain, wahan bhi woh bas un ko musalmani ki baatein karna aata hai. insan ki baat karna nahi aata un ko.</w:t>
      </w:r>
      <w:r>
        <w:br/>
      </w:r>
      <w:r>
        <w:rPr>
          <w:sz w:val="20"/>
        </w:rPr>
        <w:t>55:19  yeh soch bilkul galat hai aur is ka koi faida nahi. agar bana bhi na aap to woh ek ghetto hoga.</w:t>
      </w:r>
      <w:r>
        <w:br/>
      </w:r>
      <w:r>
        <w:rPr>
          <w:sz w:val="20"/>
        </w:rPr>
        <w:t>55:27  yaad rakhiye, musalman is waqt ghetto mentality mein jee rahe hain. un ki bastiyan ghetto bastiyan hain, un ki universityan ghetto university hain, un ke idaray ghetto idaray hain.</w:t>
      </w:r>
      <w:r>
        <w:br/>
      </w:r>
      <w:r>
        <w:rPr>
          <w:sz w:val="20"/>
        </w:rPr>
        <w:t>55:38  jis cheez se yahood nikal aaye, wahan musalman wapas chalay gaye hain. ek zamanah tha ke hindu yahudion ke jitnay sab hota tha, woh ghetto hota tha. un ke idaray ghetto idaray thay, un ki bastiyan ghetto bastiyan theen.</w:t>
      </w:r>
      <w:r>
        <w:br/>
      </w:r>
      <w:r>
        <w:rPr>
          <w:sz w:val="20"/>
        </w:rPr>
        <w:t>55:52  ab wohi musalmanon ka haal hai. to agar aisa idara bana sakay musalman to woh ghetto idara hoga. woh kisi kaam ka nahi hoga.</w:t>
      </w:r>
      <w:r>
        <w:br/>
      </w:r>
      <w:r>
        <w:rPr>
          <w:sz w:val="20"/>
        </w:rPr>
        <w:t>56:01  woh woh na musalman ke kaam hoga na insan ke kaam ka hoga.</w:t>
      </w:r>
    </w:p>
    <w:p>
      <w:pPr>
        <w:pStyle w:val="Heading2"/>
      </w:pPr>
      <w:r>
        <w:t>Neglect of spreading Quran today</w:t>
      </w:r>
    </w:p>
    <w:p>
      <w:r>
        <w:rPr>
          <w:color w:val="666666"/>
          <w:sz w:val="18"/>
        </w:rPr>
        <w:t>Society &amp; Dawah · Dars-e-Quran, Chapter 38, V. 29 (Contemplation on the Quran) | October 7, 2018 · 4m 25s · at 1:10:41 · https://youtu.be/bF57J8TD8no?t=4241</w:t>
      </w:r>
    </w:p>
    <w:p>
      <w:r>
        <w:rPr>
          <w:i/>
        </w:rPr>
        <w:t>“How did it happen that the work of spreading the Quran has been so neglected by people today?”</w:t>
      </w:r>
    </w:p>
    <w:p>
      <w:r>
        <w:rPr>
          <w:sz w:val="20"/>
        </w:rPr>
        <w:t>1:10:41  maulana, miss dania mustafa ne karachi pakistan se sawal bheja hai.</w:t>
      </w:r>
      <w:r>
        <w:br/>
      </w:r>
      <w:r>
        <w:rPr>
          <w:sz w:val="20"/>
        </w:rPr>
        <w:t>1:10:49  انہوں نے آپ سے پوچھا ہے کہ "مولانا صاحب، how did this happen that the work of spreading</w:t>
      </w:r>
      <w:r>
        <w:br/>
      </w:r>
      <w:r>
        <w:rPr>
          <w:sz w:val="20"/>
        </w:rPr>
        <w:t>1:10:57  Quran has been so neglected by people today?"</w:t>
      </w:r>
      <w:r>
        <w:br/>
      </w:r>
      <w:r>
        <w:rPr>
          <w:sz w:val="20"/>
        </w:rPr>
        <w:t>1:11:05  bhai, yeh mat sochiye, yeh ulta sochna hai.</w:t>
      </w:r>
      <w:r>
        <w:br/>
      </w:r>
      <w:r>
        <w:rPr>
          <w:sz w:val="20"/>
        </w:rPr>
        <w:t>1:11:10  یہ یہ precedent card before the horse ہے۔</w:t>
      </w:r>
      <w:r>
        <w:br/>
      </w:r>
      <w:r>
        <w:rPr>
          <w:sz w:val="20"/>
        </w:rPr>
        <w:t>1:11:15  bhai, aap agar dekhein ke woh kaam kam ho raha hai to aap apna time aur zyada dijiye,</w:t>
      </w:r>
      <w:r>
        <w:br/>
      </w:r>
      <w:r>
        <w:rPr>
          <w:sz w:val="20"/>
        </w:rPr>
        <w:t>1:11:20  aap aur zyada apni energy lagaiye.</w:t>
      </w:r>
      <w:r>
        <w:br/>
      </w:r>
      <w:r>
        <w:rPr>
          <w:sz w:val="20"/>
        </w:rPr>
        <w:t>1:11:25  yeh ulta soch rahe hain aap, yani doosron ko le kar soch rahe hain, apne ko le kar sochiye.</w:t>
      </w:r>
      <w:r>
        <w:br/>
      </w:r>
      <w:r>
        <w:rPr>
          <w:sz w:val="20"/>
        </w:rPr>
        <w:t>1:11:30  agar kisi kisi</w:t>
      </w:r>
      <w:r>
        <w:br/>
      </w:r>
      <w:r>
        <w:rPr>
          <w:sz w:val="20"/>
        </w:rPr>
        <w:t>1:11:35  basti mein farz kijiye ke masjid nahi hai, us waqt ba-jamaat namaz nahi hoti to yeh mat kijiye</w:t>
      </w:r>
      <w:r>
        <w:br/>
      </w:r>
      <w:r>
        <w:rPr>
          <w:sz w:val="20"/>
        </w:rPr>
        <w:t>1:11:43  ke haan masjid nahi hai, haan masjid nahi hai.</w:t>
      </w:r>
      <w:r>
        <w:br/>
      </w:r>
      <w:r>
        <w:rPr>
          <w:sz w:val="20"/>
        </w:rPr>
        <w:t>1:11:51  nahi, aap khud uthiye aur koi spot talash kijiye, is ke liye fundraising kijiye aur masjid bana daliye.</w:t>
      </w:r>
      <w:r>
        <w:br/>
      </w:r>
      <w:r>
        <w:rPr>
          <w:sz w:val="20"/>
        </w:rPr>
        <w:t>1:11:58  yani jab koi cheez lacking hai to aap ko apni zimmedari par</w:t>
      </w:r>
      <w:r>
        <w:br/>
      </w:r>
      <w:r>
        <w:rPr>
          <w:sz w:val="20"/>
        </w:rPr>
        <w:t>1:12:06  stick karna chahiye. Dr. Najma Siddiqui ne Delhi se comment bheja hai. Unhone likha hai: "Maulana, you are you are the only one who focuses on spirit of inquiry in religion. Reading Quran with spirit of inquiry to think, understand and get wisdom is the greatest thing I learned. Padhna nahi aata to sochna to aata hai. Socho, so</w:t>
      </w:r>
      <w:r>
        <w:br/>
      </w:r>
      <w:r>
        <w:rPr>
          <w:sz w:val="20"/>
        </w:rPr>
        <w:t>1:12:36  cho is also a great lesson." doctor hina ne london se likha hai: "jazak allah maulana, may allah give you a long life to fulfill this peaceful mission. amongst muslim, there is a general understanding that distribution of quran is not the duty of professional</w:t>
      </w:r>
      <w:r>
        <w:br/>
      </w:r>
      <w:r>
        <w:rPr>
          <w:sz w:val="20"/>
        </w:rPr>
        <w:t>1:13:06  z ho are working and doing jobs.</w:t>
      </w:r>
      <w:r>
        <w:br/>
      </w:r>
      <w:r>
        <w:rPr>
          <w:sz w:val="20"/>
        </w:rPr>
        <w:t>1:13:12  Only there are certain Muslims who are dedicated to Masjid or dedicated to deen who should do this job.</w:t>
      </w:r>
      <w:r>
        <w:br/>
      </w:r>
      <w:r>
        <w:rPr>
          <w:sz w:val="20"/>
        </w:rPr>
        <w:t>1:13:18  If people like doctors, teachers, engineers do this work, they are looked at with doubt that why are</w:t>
      </w:r>
      <w:r>
        <w:br/>
      </w:r>
      <w:r>
        <w:rPr>
          <w:sz w:val="20"/>
        </w:rPr>
        <w:t>1:13:24  Are they doing this? Are they paid? Are they radicalized? Are they psycho? Etc.</w:t>
      </w:r>
      <w:r>
        <w:br/>
      </w:r>
      <w:r>
        <w:rPr>
          <w:sz w:val="20"/>
        </w:rPr>
        <w:t>1:13:30  I was wondering whether in Christianity only P</w:t>
      </w:r>
      <w:r>
        <w:br/>
      </w:r>
      <w:r>
        <w:rPr>
          <w:sz w:val="20"/>
        </w:rPr>
        <w:t>1:13:36  "people connected directly with church do this job, or common people also take time out for this." Is</w:t>
      </w:r>
      <w:r>
        <w:br/>
      </w:r>
      <w:r>
        <w:rPr>
          <w:sz w:val="20"/>
        </w:rPr>
        <w:t>1:13:44  zamane mein to yeh kaam itna aasan hai.</w:t>
      </w:r>
      <w:r>
        <w:br/>
      </w:r>
      <w:r>
        <w:rPr>
          <w:sz w:val="20"/>
        </w:rPr>
        <w:t>1:13:51  aap doctor hain, engineer hain, dukandar hain, kuch bhi hain.</w:t>
      </w:r>
      <w:r>
        <w:br/>
      </w:r>
      <w:r>
        <w:rPr>
          <w:sz w:val="20"/>
        </w:rPr>
        <w:t>1:13:59  wahan par aik aik aik space, aik jagah bana lijiye aur wahan par aap quran mukhtalif zubanon mein</w:t>
      </w:r>
      <w:r>
        <w:br/>
      </w:r>
      <w:r>
        <w:rPr>
          <w:sz w:val="20"/>
        </w:rPr>
        <w:t>1:14:06  rakh dijiye.</w:t>
      </w:r>
      <w:r>
        <w:br/>
      </w:r>
      <w:r>
        <w:rPr>
          <w:sz w:val="20"/>
        </w:rPr>
        <w:t>1:14:14  jo aayenge aap ke paas log, woh apne aap hi lete rehte hain, aap hi lete rehte hain.</w:t>
      </w:r>
      <w:r>
        <w:br/>
      </w:r>
      <w:r>
        <w:rPr>
          <w:sz w:val="20"/>
        </w:rPr>
        <w:t>1:14:21  abhi hamare aik sahab hain, hamare aik saathi hain, aik doctor ke paas jate hain.</w:t>
      </w:r>
      <w:r>
        <w:br/>
      </w:r>
      <w:r>
        <w:rPr>
          <w:sz w:val="20"/>
        </w:rPr>
        <w:t>1:14:29  woh to unhon ne wahan par aik pamphlet rakhwa diya tha jis ka naam hai "purpose of life".</w:t>
      </w:r>
      <w:r>
        <w:br/>
      </w:r>
      <w:r>
        <w:rPr>
          <w:sz w:val="20"/>
        </w:rPr>
        <w:t>1:14:36  to doosri baar woh wahan gaye to doctor ne khud kaha, doctor ne khud kaha ke bhai yeh kitab to bahut popular ho rahi hai aur aur bhejiyega. to log to khud hi chahte hain, aap ab rakh to dijiye, aap apne jahan aap hain, wahan us ko rakh to dijiye, khud hi log lete rahenge."</w:t>
      </w:r>
    </w:p>
    <w:p>
      <w:pPr>
        <w:pStyle w:val="Heading2"/>
      </w:pPr>
      <w:r>
        <w:t>Neglecting peace and wisdom in lectures</w:t>
      </w:r>
    </w:p>
    <w:p>
      <w:r>
        <w:rPr>
          <w:color w:val="666666"/>
          <w:sz w:val="18"/>
        </w:rPr>
        <w:t>Society &amp; Dawah · The Problem of Evil December 4, 2011 · 4m 02s · at 1:11:13 · https://youtu.be/SMqtVjaGHfw?t=4273</w:t>
      </w:r>
    </w:p>
    <w:p>
      <w:r>
        <w:rPr>
          <w:i/>
        </w:rPr>
        <w:t>“Precious wisdom like the importance of peace and virtuous incidents like Hudaybiya, Prophet Yusuf and the idols of Mecca are ignored in your lectures. They mostly use the language of fanaticism and dogmatism.”</w:t>
      </w:r>
    </w:p>
    <w:p>
      <w:r>
        <w:rPr>
          <w:sz w:val="20"/>
        </w:rPr>
        <w:t>1:11:13  maulana, agla sawal aaya hai Mr Idrees ka Raipur</w:t>
      </w:r>
      <w:r>
        <w:br/>
      </w:r>
      <w:r>
        <w:rPr>
          <w:sz w:val="20"/>
        </w:rPr>
        <w:t>1:11:17  Sahib. unhon ne likha hai ke "precious wisdom like importance of peace and virtuous incidents like of Hudaybiyyah, Hazrat Yusuf and idols of Mecca are ignored in other taqreer.</w:t>
      </w:r>
      <w:r>
        <w:br/>
      </w:r>
      <w:r>
        <w:rPr>
          <w:sz w:val="20"/>
        </w:rPr>
        <w:t>1:11:33  they mostly use language of fanaticism and dogmatism</w:t>
      </w:r>
      <w:r>
        <w:br/>
      </w:r>
      <w:r>
        <w:rPr>
          <w:sz w:val="20"/>
        </w:rPr>
        <w:t>1:11:39  rather than quoting Quran and Hadith. they base their speech on stories and shakhsiyat and their audience appreciate.</w:t>
      </w:r>
      <w:r>
        <w:br/>
      </w:r>
      <w:r>
        <w:rPr>
          <w:sz w:val="20"/>
        </w:rPr>
        <w:t>1:11:49  please advise under this situation what is the appropriate way to start a process of improvement? should one start by approaching speaker or audience?" Kya main samjha nahi question ko?</w:t>
      </w:r>
      <w:r>
        <w:br/>
      </w:r>
      <w:r>
        <w:rPr>
          <w:sz w:val="20"/>
        </w:rPr>
        <w:t>1:12:04  maulana, woh yeh keh rahe hain ke aksar jo taqreer hoti hai jo yeh log karte hain, kis ki taqreer? meri taqreer? nahin, nahin, jo ulama ki taqreer hoti hai ya jo scholars ki taqreer hoti hai, yeh kehna chahiye na ke batana chahiye kis ki taqreer?</w:t>
      </w:r>
      <w:r>
        <w:br/>
      </w:r>
      <w:r>
        <w:rPr>
          <w:sz w:val="20"/>
        </w:rPr>
        <w:t>1:12:15  main samjha ek mere bare mein keh rahe</w:t>
      </w:r>
      <w:r>
        <w:br/>
      </w:r>
      <w:r>
        <w:rPr>
          <w:sz w:val="20"/>
        </w:rPr>
        <w:t>1:12:17  hain woh? nahin, nahin, nahin. hain ji, unhon ne woh shayad woh yahi kehna chah rahe hain. maulana, likha nahin hai unhon ne woh word. toh woh yeh keh rahe hain ke is mein woh woh sab cheezein ignore karte hain jo Hudaybiyyah incident hain.</w:t>
      </w:r>
      <w:r>
        <w:br/>
      </w:r>
      <w:r>
        <w:rPr>
          <w:sz w:val="20"/>
        </w:rPr>
        <w:t>1:12:30  haan, toh main ji ji, is mein yeh baat clear honi chahiye. main bhai samjha ke meri taqreer pe bol rahe hain woh. ji,</w:t>
      </w:r>
      <w:r>
        <w:br/>
      </w:r>
      <w:r>
        <w:rPr>
          <w:sz w:val="20"/>
        </w:rPr>
        <w:t>1:12:41  cheezein hamesha ambiguity rahengi. is liye quran mein hai "wa laqad arsalna ilaika ayatin bayyinat wa ma kafara billazina fatu fit taghuti wa yaktufuru billahi faqad dallal dalal بعيدا". yani cheezon par element of doubt ka parda hamesha hi rahega kyunke is ke baghair test nahin ho sakta.</w:t>
      </w:r>
      <w:r>
        <w:br/>
      </w:r>
      <w:r>
        <w:rPr>
          <w:sz w:val="20"/>
        </w:rPr>
        <w:t>1:12:57  agar aap chahein ke element of doubt na rahe toh yeh pass bolna hi hai. "that is part of creation plan".</w:t>
      </w:r>
      <w:r>
        <w:br/>
      </w:r>
      <w:r>
        <w:rPr>
          <w:sz w:val="20"/>
        </w:rPr>
        <w:t>1:13:04  toh woh toh rahega chahe ulama ki taqreer ho ya kitabein hon ya media ho. har jagah element of doubt rahega. aap kabhi bhi yeh umeed na rakhiye ke element of doubt jo hai woh khatam kar diya jayega.</w:t>
      </w:r>
      <w:r>
        <w:br/>
      </w:r>
      <w:r>
        <w:rPr>
          <w:sz w:val="20"/>
        </w:rPr>
        <w:t>1:13:17  ab aap apni aql ko istemal kijiye, apni power of analysis ko istemal kijiye. bas aur koi option nahin, doosra nahin hai. apni reason ko istemal kijiye.</w:t>
      </w:r>
      <w:r>
        <w:br/>
      </w:r>
      <w:r>
        <w:rPr>
          <w:sz w:val="20"/>
        </w:rPr>
        <w:t>1:13:30  ah</w:t>
      </w:r>
      <w:r>
        <w:br/>
      </w:r>
      <w:r>
        <w:rPr>
          <w:sz w:val="20"/>
        </w:rPr>
        <w:t>1:13:31  maulana, Raipur se hi Miss Shabana ka ek question aaya hai. unhon ne likha hai: "Maulana sahib, it is often mentioned that prepared mind is needed to grasp the message.</w:t>
      </w:r>
      <w:r>
        <w:br/>
      </w:r>
      <w:r>
        <w:rPr>
          <w:sz w:val="20"/>
        </w:rPr>
        <w:t>1:13:43  please advise if dai has any role in preparing mind. if yes, how it is done?"</w:t>
      </w:r>
      <w:r>
        <w:br/>
      </w:r>
      <w:r>
        <w:rPr>
          <w:sz w:val="20"/>
        </w:rPr>
        <w:t>1:13:52  dekhein, apne mind ko prepare karne ke liye sab se jo zaroori condition hai woh hai apne aap ko distraction se bachana.</w:t>
      </w:r>
      <w:r>
        <w:br/>
      </w:r>
      <w:r>
        <w:rPr>
          <w:sz w:val="20"/>
        </w:rPr>
        <w:t>1:14:03  misal ke taur par, maine dekha gharon mein ke auratein jo hain, un ka soul concern kaha jata hai: "bachche, bachche, bachche" ya "kitchen, kitchen, kitchen".</w:t>
      </w:r>
      <w:r>
        <w:br/>
      </w:r>
      <w:r>
        <w:rPr>
          <w:sz w:val="20"/>
        </w:rPr>
        <w:t>1:14:13  toh woh har waqt distraction hi mein jeeti hain. auratein toh koi mind prepare kis tarah hoga? mardon ka haal yeh hai ke "money, money, money" har waqt money hai.</w:t>
      </w:r>
      <w:r>
        <w:br/>
      </w:r>
      <w:r>
        <w:rPr>
          <w:sz w:val="20"/>
        </w:rPr>
        <w:t>1:14:22  toh koi kisi ko mind distract kiye hue hai, kisi ko is ke bachche distract kiye hue hain, kisi ko is ke political jo interest hai woh distract kiye hue hain.</w:t>
      </w:r>
      <w:r>
        <w:br/>
      </w:r>
      <w:r>
        <w:rPr>
          <w:sz w:val="20"/>
        </w:rPr>
        <w:t>1:14:32  toh woh toh hoga phir ke aadmi prepared mind nahin ho banega. toh agar aadmi chahta hai ke main prepared mind banu taake main cheezon ko grasp kar sakoon, yeh sab fawaid hasil kar sakoon, toh phir apne ko distraction se bachana padega.</w:t>
      </w:r>
      <w:r>
        <w:br/>
      </w:r>
      <w:r>
        <w:rPr>
          <w:sz w:val="20"/>
        </w:rPr>
        <w:t>1:14:49  yeh price toh deni hi padegi.</w:t>
      </w:r>
      <w:r>
        <w:br/>
      </w:r>
      <w:r>
        <w:rPr>
          <w:sz w:val="20"/>
        </w:rPr>
        <w:t>1:14:51  agar aadmi chahe ke main distract bhi hota rahu aur mujhe yani mera mind tayyar bhi ho jaye toh yeh toh "ae khayalast o malast o junoon" aisa hone wala nahin hai.</w:t>
      </w:r>
      <w:r>
        <w:br/>
      </w:r>
      <w:r>
        <w:rPr>
          <w:sz w:val="20"/>
        </w:rPr>
        <w:t>1:15:04  har cheez ki ek price hoti hai. woh zehn banane ki ek bhi ek price hai, woh hai apne ko distraction se bachana.</w:t>
      </w:r>
    </w:p>
    <w:p>
      <w:pPr>
        <w:pStyle w:val="Heading2"/>
      </w:pPr>
      <w:r>
        <w:t>Neutralizing Communal Polarization Formula</w:t>
      </w:r>
    </w:p>
    <w:p>
      <w:r>
        <w:rPr>
          <w:color w:val="666666"/>
          <w:sz w:val="18"/>
        </w:rPr>
        <w:t>Society &amp; Dawah · From the Spiritual Tree September 8, 2013 Maulana Wahiduddin Khan · 3m 52s · at 45:27 · https://youtu.be/y4bObH7a_64?t=2727</w:t>
      </w:r>
    </w:p>
    <w:p>
      <w:r>
        <w:rPr>
          <w:i/>
        </w:rPr>
        <w:t>“A seminar was held in neutralizing communal polarization in Saturday in Chennai. Team Chennai attended the program but didn't get any single formula. Maulana, we want your view on this topic.”</w:t>
      </w:r>
    </w:p>
    <w:p>
      <w:r>
        <w:rPr>
          <w:sz w:val="20"/>
        </w:rPr>
        <w:t>45:27  maulana yeh pehla sawal aaya hai chennai se maulana israr umri ka. ke kehte hain: "a seminar was held on neutralizing of communal polarization in saturday in chennai.</w:t>
      </w:r>
      <w:r>
        <w:br/>
      </w:r>
      <w:r>
        <w:rPr>
          <w:sz w:val="20"/>
        </w:rPr>
        <w:t>45:44  team chennai attended this program but they didn't get any single formula. maulana we want your view on this topic.</w:t>
      </w:r>
      <w:r>
        <w:br/>
      </w:r>
      <w:r>
        <w:rPr>
          <w:sz w:val="20"/>
        </w:rPr>
        <w:t>46:04  dekhein communal harmony har ek boli bolta hai us ki communal harmony to boli lekin har ek chahta hai us ki apni condition par har ek ki apni condition hai chahta hai ke doosra aadmi is ko accept kare.</w:t>
      </w:r>
      <w:r>
        <w:br/>
      </w:r>
      <w:r>
        <w:rPr>
          <w:sz w:val="20"/>
        </w:rPr>
        <w:t>46:23  mein is formula ko nahi manta.</w:t>
      </w:r>
      <w:r>
        <w:br/>
      </w:r>
      <w:r>
        <w:rPr>
          <w:sz w:val="20"/>
        </w:rPr>
        <w:t>46:28  mein ne dekhein jo formula jo islam ne diya hai wo sirf yeh hai ke khud aap problem create na karein bas.</w:t>
      </w:r>
      <w:r>
        <w:br/>
      </w:r>
      <w:r>
        <w:rPr>
          <w:sz w:val="20"/>
        </w:rPr>
        <w:t>46:39  lekin ek hadith hai ke: "wallah la yuman wallah la yuman wallah la yuman alladhi la yaman jaroqwa".</w:t>
      </w:r>
      <w:r>
        <w:br/>
      </w:r>
      <w:r>
        <w:rPr>
          <w:sz w:val="20"/>
        </w:rPr>
        <w:t>46:51  khuda qasam wo momin nahi hai, khuda qasam momin nahi hai, khuda qasam momin nahi hai jo apne padosi ke liye problem create kare.</w:t>
      </w:r>
      <w:r>
        <w:br/>
      </w:r>
      <w:r>
        <w:rPr>
          <w:sz w:val="20"/>
        </w:rPr>
        <w:t>47:03  dekhein yeh saada taur par religious formula nahi hai, yeh social harmony ka formula hai.</w:t>
      </w:r>
      <w:r>
        <w:br/>
      </w:r>
      <w:r>
        <w:rPr>
          <w:sz w:val="20"/>
        </w:rPr>
        <w:t>47:13  how to establish social harmony is ka formula hai, wo kya hai? apne aap ko problem create karne se bachaiye, is ke baad samaj mein harmony hogi.</w:t>
      </w:r>
      <w:r>
        <w:br/>
      </w:r>
      <w:r>
        <w:rPr>
          <w:sz w:val="20"/>
        </w:rPr>
        <w:t>47:27  doosron ka kehna hai ke tum karo, police kare, government kare, is se kuch hone wala nahi hai. har ek pass ek, har ek ke paas ek list hoti hai ke police yeh kare, government yeh kare, doosri community yeh kare, falan yeh kare, falan wo kare, kuch nahi.</w:t>
      </w:r>
      <w:r>
        <w:br/>
      </w:r>
      <w:r>
        <w:rPr>
          <w:sz w:val="20"/>
        </w:rPr>
        <w:t>47:43  simple formula hai ke aap khud ko is se bachaiye ke aap koi problem create karein doosron ke liye, bas is ke baad harmony hogi.</w:t>
      </w:r>
      <w:r>
        <w:br/>
      </w:r>
      <w:r>
        <w:rPr>
          <w:sz w:val="20"/>
        </w:rPr>
        <w:t>47:57  yahi formula diya gaya hai quran mein aur hadith mein.</w:t>
      </w:r>
      <w:r>
        <w:br/>
      </w:r>
      <w:r>
        <w:rPr>
          <w:sz w:val="20"/>
        </w:rPr>
        <w:t>48:04  aur is ke siwa koi bhi formula nahi, koi bhi formula nahi.</w:t>
      </w:r>
      <w:r>
        <w:br/>
      </w:r>
      <w:r>
        <w:rPr>
          <w:sz w:val="20"/>
        </w:rPr>
        <w:t>48:13  ek bohat hi zabardast ek ek ek sahabi ka qaul hai ke: "jo aadmi doosre ke chote sar par</w:t>
      </w:r>
      <w:r>
        <w:br/>
      </w:r>
      <w:r>
        <w:rPr>
          <w:sz w:val="20"/>
        </w:rPr>
        <w:t>48:33  ko bardasht nahi karega, us ko us ke bare sar ko bardasht karna parega". is ka matlab kya hai? agar bil farz samaj mein koi aadmi aap ko koi aisa waqia kare jis se aap ko takleef pahunche to us ko sabr ke khane mein daliye,</w:t>
      </w:r>
      <w:r>
        <w:br/>
      </w:r>
      <w:r>
        <w:rPr>
          <w:sz w:val="20"/>
        </w:rPr>
        <w:t>48:52  sabr ke khane mein. kyunke agar aap ne is se jawab al jawab ka issue banaya to kya hoga?</w:t>
      </w:r>
      <w:r>
        <w:br/>
      </w:r>
      <w:r>
        <w:rPr>
          <w:sz w:val="20"/>
        </w:rPr>
        <w:t>49:00  phir masla badhega. abhi agar kisi ne koi ek aap ke khilaf ek baat boli thi to us ke baad gun chalegi, bomb chalega. to mein dekh yahi social harmony ka formula hai aur koi doosra formula nahi.</w:t>
      </w:r>
    </w:p>
    <w:p>
      <w:pPr>
        <w:pStyle w:val="Heading2"/>
      </w:pPr>
      <w:r>
        <w:t>Non-violence in Japan vs Palestine</w:t>
      </w:r>
    </w:p>
    <w:p>
      <w:r>
        <w:rPr>
          <w:color w:val="666666"/>
          <w:sz w:val="18"/>
        </w:rPr>
        <w:t>Society &amp; Dawah · The Secret of Divine Wisdom September 2, 2012 · 2m 01s · at 1:26:11 · https://youtu.be/ZXQlrW7PqAE?t=5171</w:t>
      </w:r>
    </w:p>
    <w:p>
      <w:r>
        <w:rPr>
          <w:i/>
        </w:rPr>
        <w:t>“I told a big scholar that Japan succeeded by adopting non-violence while Palestinians adopted violence and are still suffering. He replied that Japan is just following America and Palestine is facing conspiracy. What is your view on this?”</w:t>
      </w:r>
    </w:p>
    <w:p>
      <w:r>
        <w:rPr>
          <w:sz w:val="20"/>
        </w:rPr>
        <w:t>1:26:11  to yeh to ek ek law of nature hai har aadmi ki duhai tajurba hai aur mukhtalif qomon ki misalein bhi is mein hain to is mein main main nahi samajhta kisi argument ki zaroorat hai maulana agla sawal tamil nadu se hai maulana farhad ahmed sahib ka</w:t>
      </w:r>
      <w:r>
        <w:br/>
      </w:r>
      <w:r>
        <w:rPr>
          <w:sz w:val="20"/>
        </w:rPr>
        <w:t>1:26:30  unho'n ne likha hai main ne ek baray 'alim ko kaha ke japan ne non violence ka rasta ikhtiyar kiya to kamyab ho gaya magar falasteen walon ne violence ka rasta ikhtiyar kiya to aj tak pareshan ho rahe hain yeh</w:t>
      </w:r>
      <w:r>
        <w:br/>
      </w:r>
      <w:r>
        <w:rPr>
          <w:sz w:val="20"/>
        </w:rPr>
        <w:t>1:26:47  baat sun kar unho'n ne kaha ke main japan ke ta'alluq se aisa nahi samajhta hoon balkeh woh amreeka ka dam chala hai aur falasteen mein dam chala hai aur falasteen mein sazish ho rahi hai is liye wahan abhi tak solution nahi aya hai is ke bare mein aap kya kahengay sir jhooti baatein hain ab log jhooti baatein to kuch bolay abhi ghar ko aap kahengay ke hathi hai to main kya karunga bat</w:t>
      </w:r>
      <w:r>
        <w:br/>
      </w:r>
      <w:r>
        <w:rPr>
          <w:sz w:val="20"/>
        </w:rPr>
        <w:t>1:27:13  aiye ek admi aa ke chala hai yahan par sab hathiyan baithi hui hain yahan par sab oont baithe hue hain to main kya karunga koi sir hai peer yeh koi logic hai is mein in baaton ka koi jawab nahi hai so is ki khamoshi ek ulti baat to kuch bhi kahiye aap is kamre mein ek martaba ek sahib aaye darwaze par yeh sacha qissa batata hoon aap ko darwaze pe khare hue aur darwaze pe dekh dekh ke chale gaye ja ke apne sathiyon se kaha ke</w:t>
      </w:r>
      <w:r>
        <w:br/>
      </w:r>
      <w:r>
        <w:rPr>
          <w:sz w:val="20"/>
        </w:rPr>
        <w:t>1:27:42  arey bhai wahan mein gaya tha woh to is mein kuch qalb laga</w:t>
      </w:r>
      <w:r>
        <w:br/>
      </w:r>
      <w:r>
        <w:rPr>
          <w:sz w:val="20"/>
        </w:rPr>
        <w:t>1:27:46  ab bataiye ke yeh hum is spirituality ki baat karte hain Allah ke khauf ki baat karte hain</w:t>
      </w:r>
      <w:r>
        <w:br/>
      </w:r>
      <w:r>
        <w:rPr>
          <w:sz w:val="20"/>
        </w:rPr>
        <w:t>1:27:52  dawat Allah ki baat karte hain aur unhein laga ke yeh qalb hai to is ka koi jawab</w:t>
      </w:r>
      <w:r>
        <w:br/>
      </w:r>
      <w:r>
        <w:rPr>
          <w:sz w:val="20"/>
        </w:rPr>
        <w:t>1:27:57  hai yeh to shaitan ki boliyan hain shaitan ki boliyan band nahi hongi is ka koi jawab</w:t>
      </w:r>
      <w:r>
        <w:br/>
      </w:r>
      <w:r>
        <w:rPr>
          <w:sz w:val="20"/>
        </w:rPr>
        <w:t>1:28:04  nahi siwaye is ke dua kiya jaye aise logon ke liye dua hota hai jawab nahi hota</w:t>
      </w:r>
    </w:p>
    <w:p>
      <w:pPr>
        <w:pStyle w:val="Heading2"/>
      </w:pPr>
      <w:r>
        <w:t>Obligation to establish Islamic empire</w:t>
      </w:r>
    </w:p>
    <w:p>
      <w:r>
        <w:rPr>
          <w:color w:val="666666"/>
          <w:sz w:val="18"/>
        </w:rPr>
        <w:t>Society &amp; Dawah · Double Standards of Present-Day Muslims August 6, 2017 · 2m 12s · at 49:00 · https://youtu.be/k1NcZQpHTyg?t=2940</w:t>
      </w:r>
    </w:p>
    <w:p>
      <w:r>
        <w:rPr>
          <w:i/>
        </w:rPr>
        <w:t>“Is it obligatory upon Muslims to establish an Islamic empire? Please elaborate.”</w:t>
      </w:r>
    </w:p>
    <w:p>
      <w:r>
        <w:rPr>
          <w:sz w:val="20"/>
        </w:rPr>
        <w:t>49:00  Maulana, agla sawal aya hai Bilal Ahmed sahib ka Kashmir se. un ke do sawal hain. Maulana, pehla sawal yeh hai ke "Is it obligatory upon Muslims to establish Islamic empire</w:t>
      </w:r>
      <w:r>
        <w:br/>
      </w:r>
      <w:r>
        <w:rPr>
          <w:sz w:val="20"/>
        </w:rPr>
        <w:t>49:14  ? Please elaborate." yeh hai hi nahi. Islamic park qaim karna hai hi nahi. yeh to jhooti baat hai. khwah is mein Quran mein, na Hadees mein ke Islamic park qaim karo, yeh to hai hi nahi.</w:t>
      </w:r>
      <w:r>
        <w:br/>
      </w:r>
      <w:r>
        <w:rPr>
          <w:sz w:val="20"/>
        </w:rPr>
        <w:t>49:28  yeh to baseless baat hai. obligatory to halanke hai hi nahi sarr se.</w:t>
      </w:r>
      <w:r>
        <w:br/>
      </w:r>
      <w:r>
        <w:rPr>
          <w:sz w:val="20"/>
        </w:rPr>
        <w:t>49:40  aur doosra sawal un ka hai Maulana. "You have interpreted that where the word qalb is used, it is human intellect." dekhen ji, is tarah ke jitne bhi alfaaz hain, sab mind ke maene mein hain.</w:t>
      </w:r>
      <w:r>
        <w:br/>
      </w:r>
      <w:r>
        <w:rPr>
          <w:sz w:val="20"/>
        </w:rPr>
        <w:t>49:53  chahe qalb ho ya sadr ho ya fuad ho, jitne alfaaz hain, sab se murad hai mind.</w:t>
      </w:r>
      <w:r>
        <w:br/>
      </w:r>
      <w:r>
        <w:rPr>
          <w:sz w:val="20"/>
        </w:rPr>
        <w:t>50:03  baqi jo heart hai, heart to sirf blood circulation ka zariya hai. us ke paas koi soch nahi hoti. yeh thinking heart ka koi wajood nahi hai.</w:t>
      </w:r>
      <w:r>
        <w:br/>
      </w:r>
      <w:r>
        <w:rPr>
          <w:sz w:val="20"/>
        </w:rPr>
        <w:t>50:14  to alfaaz mukhtalif istemal hue hain Quran majeed mein, lekin sab ko murad hai mind mein. Maulana, ek sahib ne likha hai, comment kiya hai aur ek question bhi kiya hai, lekin naam nahi diya hai.</w:t>
      </w:r>
      <w:r>
        <w:br/>
      </w:r>
      <w:r>
        <w:rPr>
          <w:sz w:val="20"/>
        </w:rPr>
        <w:t>50:25  Kashmir se hai yeh. Maulana "Today lecture was mind blowing." jazak Allah. aur un ka sawal yeh hai ke Maulana "What is the simple formula or simple way so that we can unite humanity on a single platform,</w:t>
      </w:r>
      <w:r>
        <w:br/>
      </w:r>
      <w:r>
        <w:rPr>
          <w:sz w:val="20"/>
        </w:rPr>
        <w:t>50:43  especially Muslim community?" dekhen, yeh yeh goal hi nahi hai ke humanity ko ek platform par layen.</w:t>
      </w:r>
      <w:r>
        <w:br/>
      </w:r>
      <w:r>
        <w:rPr>
          <w:sz w:val="20"/>
        </w:rPr>
        <w:t>50:52  goal yeh hai ke apne aap ko apna tazkiya kijiye. goal yeh hai ke apna tazkiya kijiye. "lilmulakhkhidhin munafarada" har insan akela akela Allah ke samne, yani accountable hoga.</w:t>
      </w:r>
    </w:p>
    <w:p>
      <w:pPr>
        <w:pStyle w:val="Heading2"/>
      </w:pPr>
      <w:r>
        <w:t>Obstacles in dawah work everywhere</w:t>
      </w:r>
    </w:p>
    <w:p>
      <w:r>
        <w:rPr>
          <w:color w:val="666666"/>
          <w:sz w:val="18"/>
        </w:rPr>
        <w:t>Society &amp; Dawah · Eid-al-Azha I October 13, 2013 · 2m 57s · at 1:01:00 · https://youtu.be/oy7zn-uODcU?t=3660</w:t>
      </w:r>
    </w:p>
    <w:p>
      <w:r>
        <w:rPr>
          <w:i/>
        </w:rPr>
        <w:t>“You say that there is no obstacle in the path of dawah, but from Islamic countries to non-Islamic countries, there are obstacles everywhere in doing dawah work. Please explain.”</w:t>
      </w:r>
    </w:p>
    <w:p>
      <w:r>
        <w:rPr>
          <w:sz w:val="20"/>
        </w:rPr>
        <w:t>1:01:00  quran translation by maulana sahib maulana agla sawal delhi se hai jameel akhtar sahib ka jameel akhtar sahib</w:t>
      </w:r>
      <w:r>
        <w:br/>
      </w:r>
      <w:r>
        <w:rPr>
          <w:sz w:val="20"/>
        </w:rPr>
        <w:t>1:01:07  ka unhon ne likha hai aap kehte hain ke dawat ke rastay mein koi rukawat nahi hai magar</w:t>
      </w:r>
      <w:r>
        <w:br/>
      </w:r>
      <w:r>
        <w:rPr>
          <w:sz w:val="20"/>
        </w:rPr>
        <w:t>1:01:15  islami mulk se le kar ghair islami mulk tak dawat kaam karne mein jagah jagah rukawatein hain aur</w:t>
      </w:r>
      <w:r>
        <w:br/>
      </w:r>
      <w:r>
        <w:rPr>
          <w:sz w:val="20"/>
        </w:rPr>
        <w:t>1:01:23  iski khabrein roz sunai deti hain is ke baray mein aap kya kahenge yeh bilkul galat</w:t>
      </w:r>
      <w:r>
        <w:br/>
      </w:r>
      <w:r>
        <w:rPr>
          <w:sz w:val="20"/>
        </w:rPr>
        <w:t>1:01:30  baat hai dawat ke rastay mein kahin rukawat nahi hai log chala rahe hain politics opposition is ke</w:t>
      </w:r>
      <w:r>
        <w:br/>
      </w:r>
      <w:r>
        <w:rPr>
          <w:sz w:val="20"/>
        </w:rPr>
        <w:t>1:01:38  khilaf hukumatain yani iqdam karti hain dawat ke liye kahan rukawat hai dawat nama hai peaceful peace</w:t>
      </w:r>
      <w:r>
        <w:br/>
      </w:r>
      <w:r>
        <w:rPr>
          <w:sz w:val="20"/>
        </w:rPr>
        <w:t>1:01:46  full da'wah work ka wahan kahin rukawat nahi hai lekin log kya kar rahe hain ke hukumaton ko</w:t>
      </w:r>
      <w:r>
        <w:br/>
      </w:r>
      <w:r>
        <w:rPr>
          <w:sz w:val="20"/>
        </w:rPr>
        <w:t>1:01:54  incite karna hukumaton ko mitana hukumaton ko dethrone karna yeh tareeqay chalate hain to is ke khilaf</w:t>
      </w:r>
      <w:r>
        <w:br/>
      </w:r>
      <w:r>
        <w:rPr>
          <w:sz w:val="20"/>
        </w:rPr>
        <w:t>1:02:01  hukumatain zahir hai retaliate karengi dunya ka koi mulk nahi hai including russia including china jahan peace</w:t>
      </w:r>
      <w:r>
        <w:br/>
      </w:r>
      <w:r>
        <w:rPr>
          <w:sz w:val="20"/>
        </w:rPr>
        <w:t>1:02:09  full da'wah work par koi rukawat ho lekin log kya karte hain ke har jagah jhanda utha lete</w:t>
      </w:r>
      <w:r>
        <w:br/>
      </w:r>
      <w:r>
        <w:rPr>
          <w:sz w:val="20"/>
        </w:rPr>
        <w:t>1:02:17  hain siyasat ka hundred sathi jhanda utha lete hain mislan china jo hai ek communist mulk hai wahan</w:t>
      </w:r>
      <w:r>
        <w:br/>
      </w:r>
      <w:r>
        <w:rPr>
          <w:sz w:val="20"/>
        </w:rPr>
        <w:t>1:02:24  koi rukawat nahi thi lekin shingkian gehra ek area jahan musalmanon ki majority hai to wahan jhanda utha</w:t>
      </w:r>
      <w:r>
        <w:br/>
      </w:r>
      <w:r>
        <w:rPr>
          <w:sz w:val="20"/>
        </w:rPr>
        <w:t>1:02:32  liya politics ka separate land to hukumat ne unki mukhalifatein ki to kehte hain ke dekho rukawat</w:t>
      </w:r>
      <w:r>
        <w:br/>
      </w:r>
      <w:r>
        <w:rPr>
          <w:sz w:val="20"/>
        </w:rPr>
        <w:t>1:02:40  dal rahe hain rukawat dawat ke liye nahi hai woh tumhari jhooti politics ke liye yani har jagah</w:t>
      </w:r>
      <w:r>
        <w:br/>
      </w:r>
      <w:r>
        <w:rPr>
          <w:sz w:val="20"/>
        </w:rPr>
        <w:t>1:02:48  yani be-maani qism ki politics chalai hui hain politics ke khilaf hoti hai na ke dawat ke</w:t>
      </w:r>
      <w:r>
        <w:br/>
      </w:r>
      <w:r>
        <w:rPr>
          <w:sz w:val="20"/>
        </w:rPr>
        <w:t>1:02:55  khilaf yeh bohat bari fallacy hai jis se musalman mubtala hain sari dunya mein har jagah yahi samajhte</w:t>
      </w:r>
      <w:r>
        <w:br/>
      </w:r>
      <w:r>
        <w:rPr>
          <w:sz w:val="20"/>
        </w:rPr>
        <w:t>1:03:03  hain log ke dekho bhai rukawat koi rukawat nahi hai bilkul bilashubah yeh jhooti baat hai ke rukawat</w:t>
      </w:r>
      <w:r>
        <w:br/>
      </w:r>
      <w:r>
        <w:rPr>
          <w:sz w:val="20"/>
        </w:rPr>
        <w:t>1:03:11  hai na america mein na china mein na russia mein na india mein lekin aap politics aap yani</w:t>
      </w:r>
      <w:r>
        <w:br/>
      </w:r>
      <w:r>
        <w:rPr>
          <w:sz w:val="20"/>
        </w:rPr>
        <w:t>1:03:18  jisko kehte hain politics of opposition chalayenge to hukumatain zahir hai ke aap ko khatra samjhe</w:t>
      </w:r>
      <w:r>
        <w:br/>
      </w:r>
      <w:r>
        <w:rPr>
          <w:sz w:val="20"/>
        </w:rPr>
        <w:t>1:03:26  ge apne liye isi liye maine kaha tha abhi ke yeh abal bajay maal ki politics hai</w:t>
      </w:r>
      <w:r>
        <w:br/>
      </w:r>
      <w:r>
        <w:rPr>
          <w:sz w:val="20"/>
        </w:rPr>
        <w:t>1:03:34  abal bajay maal ka jo yeh abal bajay maal ki politics ka result hai yeh dawat ka result</w:t>
      </w:r>
      <w:r>
        <w:br/>
      </w:r>
      <w:r>
        <w:rPr>
          <w:sz w:val="20"/>
        </w:rPr>
        <w:t>1:03:42  nahi hai hum is mulk mein da'wati kaam kar rahe hain aur sari dunya mein kar rahe hain</w:t>
      </w:r>
      <w:r>
        <w:br/>
      </w:r>
      <w:r>
        <w:rPr>
          <w:sz w:val="20"/>
        </w:rPr>
        <w:t>1:03:49  hamare sathi kuch in ko record nahi hai kuch bhi record nahi hai aj tak kahin record nahi</w:t>
      </w:r>
    </w:p>
    <w:p>
      <w:pPr>
        <w:pStyle w:val="Heading2"/>
      </w:pPr>
      <w:r>
        <w:t>Opinion on Lucknow High Court verdict and mosque</w:t>
      </w:r>
    </w:p>
    <w:p>
      <w:r>
        <w:rPr>
          <w:color w:val="666666"/>
          <w:sz w:val="18"/>
        </w:rPr>
        <w:t>Society &amp; Dawah · Art of Crisis Management October 3, 2010 · 4m 40s · at 1:35:42 · https://youtu.be/sKdyThFThXo?t=5742</w:t>
      </w:r>
    </w:p>
    <w:p>
      <w:r>
        <w:rPr>
          <w:i/>
        </w:rPr>
        <w:t>“We feel we must accept the Lucknow High Court verdict. What is your opinion? How can we compel the Waqf Board for not going for appeal? Should a mosque be rebuilt at the site joining the Ram Mandir?”</w:t>
      </w:r>
    </w:p>
    <w:p>
      <w:r>
        <w:rPr>
          <w:sz w:val="20"/>
        </w:rPr>
        <w:t>1:35:42  maulana, aik sawal aur poocha gaya hai dilli se. likhne walay ne apna naam nahin diya hai. poocha hai ke "we feel we must accept lucknow high court verdict.</w:t>
      </w:r>
      <w:r>
        <w:br/>
      </w:r>
      <w:r>
        <w:rPr>
          <w:sz w:val="20"/>
        </w:rPr>
        <w:t>1:35:54  what is your opinion?</w:t>
      </w:r>
      <w:r>
        <w:br/>
      </w:r>
      <w:r>
        <w:rPr>
          <w:sz w:val="20"/>
        </w:rPr>
        <w:t>1:35:56  how can we compel waqf board for not going for appeal? should a mosque be rebuilt at joining to ram mandir?" kindly comment.</w:t>
      </w:r>
      <w:r>
        <w:br/>
      </w:r>
      <w:r>
        <w:rPr>
          <w:sz w:val="20"/>
        </w:rPr>
        <w:t>1:36:07  dekhiye, aaj kal jo rujhan hai musalmanon ka hai, woh kya hai? musalmanon ka nahin, so called leaderon ka ke hum supreme court bajayen ge. yeh bilkul stepped baat hai, stepped.</w:t>
      </w:r>
      <w:r>
        <w:br/>
      </w:r>
      <w:r>
        <w:rPr>
          <w:sz w:val="20"/>
        </w:rPr>
        <w:t>1:36:21  yaani agar abhi jo judgment aaya hai, is ko musalman samajhte hain ke musalmanon ke ke sath insaaf nahin hua hai, aur aur chahte hain ke supreme court bajayen.</w:t>
      </w:r>
      <w:r>
        <w:br/>
      </w:r>
      <w:r>
        <w:rPr>
          <w:sz w:val="20"/>
        </w:rPr>
        <w:t>1:36:36  jaise suppose supreme court ka ka judgment aik dam musalmanon ke haq mein ho jaye. suppose is judgment supreme court kar de ke woh jo zameen hai, woh saari ki saari musalmanon ko de di jaye.</w:t>
      </w:r>
      <w:r>
        <w:br/>
      </w:r>
      <w:r>
        <w:rPr>
          <w:sz w:val="20"/>
        </w:rPr>
        <w:t>1:36:50  farz kijiye,</w:t>
      </w:r>
      <w:r>
        <w:br/>
      </w:r>
      <w:r>
        <w:rPr>
          <w:sz w:val="20"/>
        </w:rPr>
        <w:t>1:36:51  to aap samajhte hain ke aisa ho jayega?</w:t>
      </w:r>
      <w:r>
        <w:br/>
      </w:r>
      <w:r>
        <w:rPr>
          <w:sz w:val="20"/>
        </w:rPr>
        <w:t>1:36:56  musalmanon ne 1985 mein isi mulk mein shabanon ke muamle mein jo kiya, woh bhool gaye.</w:t>
      </w:r>
      <w:r>
        <w:br/>
      </w:r>
      <w:r>
        <w:rPr>
          <w:sz w:val="20"/>
        </w:rPr>
        <w:t>1:37:07  woh shabanon ke case jo tha, supreme court ne judgment diya apna, supreme court ne, aur saare musalmanon ke khilaaf khade hue, uth ke kaha ke hum nahi mante is ko,</w:t>
      </w:r>
      <w:r>
        <w:br/>
      </w:r>
      <w:r>
        <w:rPr>
          <w:sz w:val="20"/>
        </w:rPr>
        <w:t>1:37:20  radd kar diya is faisle ko. to jo musalmanon ne kiya, woh hindu ke yaani hindu ko is ka haq nahi hai. agar musalman samajhte hain ke hamara right hai ke hum supreme court ke faisle ko na manen, to aap kya aap samajhte hain ke hindu ka right nahi hai?</w:t>
      </w:r>
      <w:r>
        <w:br/>
      </w:r>
      <w:r>
        <w:rPr>
          <w:sz w:val="20"/>
        </w:rPr>
        <w:t>1:37:35  yeh to suppose supreme court faisla de de aap ke haq mein, tab bhi woh chalne wala nahi hai. to hindu committee khadi ho jayegi ke hum nahi mante, jaise ke aap khade hue shabanon ke muamle mein.</w:t>
      </w:r>
      <w:r>
        <w:br/>
      </w:r>
      <w:r>
        <w:rPr>
          <w:sz w:val="20"/>
        </w:rPr>
        <w:t>1:37:48  yeh sab bilkul stepped baaten hain, ahmaqana baaten hain, kuch nahi. aap is ko full stop lagaiye, koi kaam mat lagaiye.</w:t>
      </w:r>
      <w:r>
        <w:br/>
      </w:r>
      <w:r>
        <w:rPr>
          <w:sz w:val="20"/>
        </w:rPr>
        <w:t>1:37:59  jo log yeh kehte hain ke out of court is ko decide kiya jaye, dono committee mil kar ke, woh is baat se ke aap phir kaam laga rahe hain.</w:t>
      </w:r>
      <w:r>
        <w:br/>
      </w:r>
      <w:r>
        <w:rPr>
          <w:sz w:val="20"/>
        </w:rPr>
        <w:t>1:38:09  jo yeh kehte hain ke supreme court mein hum jayen, is ka matlab woh kaam laga rahe hain.</w:t>
      </w:r>
      <w:r>
        <w:br/>
      </w:r>
      <w:r>
        <w:rPr>
          <w:sz w:val="20"/>
        </w:rPr>
        <w:t>1:38:14  main ne bar bar yeh kaha hai ke is mein kaam lagayenge to lagta hi rahega kaam, forever. aap full stop lagaiye, kahin na kahin rok dijiye. bas to ab jo ab jo sahi stand musalmanon ka hona chahiye, woh yeh hona chahiye ke court ke jo bhi faisle hote hain,</w:t>
      </w:r>
      <w:r>
        <w:br/>
      </w:r>
      <w:r>
        <w:rPr>
          <w:sz w:val="20"/>
        </w:rPr>
        <w:t>1:38:32  us ko implement karne ki zimmedari hoti hai government ki, administration ki.</w:t>
      </w:r>
      <w:r>
        <w:br/>
      </w:r>
      <w:r>
        <w:rPr>
          <w:sz w:val="20"/>
        </w:rPr>
        <w:t>1:38:37  to jo faisla kiya hai court ne, ab ab court ke faisle ke baad ab jo kaam hai, government ka shuru hota hai.</w:t>
      </w:r>
      <w:r>
        <w:br/>
      </w:r>
      <w:r>
        <w:rPr>
          <w:sz w:val="20"/>
        </w:rPr>
        <w:t>1:38:45  government ko implement kare. agar government ke nazdeek faisle mein koi lacuna hai, to us ko clarify karwaye khud government.</w:t>
      </w:r>
      <w:r>
        <w:br/>
      </w:r>
      <w:r>
        <w:rPr>
          <w:sz w:val="20"/>
        </w:rPr>
        <w:t>1:38:57  government clarify karwaye phir se is se. musalman is se alag ho jayen, bilkul</w:t>
      </w:r>
      <w:r>
        <w:br/>
      </w:r>
      <w:r>
        <w:rPr>
          <w:sz w:val="20"/>
        </w:rPr>
        <w:t>1:39:01  musalman ka role khatam ho gaya. aur kaam lagayenge to kamal lagta rahega, yahan tak ke aap barbaad hote rahenge. aur koi kahin bhi yaani kabhi kabhi bhi cheez se decide nahi ho gaya, kabhi bhi nahi hogi decide.</w:t>
      </w:r>
      <w:r>
        <w:br/>
      </w:r>
      <w:r>
        <w:rPr>
          <w:sz w:val="20"/>
        </w:rPr>
        <w:t>1:39:18  yeh now and never ka muamla hai, yaani aaj ya to aaj aap full stop laga dijiye, aur nahi to kabhi full stop nahi lagega.</w:t>
      </w:r>
      <w:r>
        <w:br/>
      </w:r>
      <w:r>
        <w:rPr>
          <w:sz w:val="20"/>
        </w:rPr>
        <w:t>1:39:29  main ne 1952 mein bhi kaha tha ke full stop lagao aur kaam mat lagao, nahi to lagta ja ke kaam aaye, ek ke baad ek ke baad ek baat. wohi ho raha hai, 60 baras se kaam lag rahe hain, to abhi 60 baras aur kaam lagte rahenge,</w:t>
      </w:r>
      <w:r>
        <w:br/>
      </w:r>
      <w:r>
        <w:rPr>
          <w:sz w:val="20"/>
        </w:rPr>
        <w:t>1:39:43  kuch bhi nahi. musalman is muamle mein khamosh ho jayen, aur yeh man len ke adalat ka faisla jo hai, us ko implement karna government ka kaam hai, woh kare.</w:t>
      </w:r>
      <w:r>
        <w:br/>
      </w:r>
      <w:r>
        <w:rPr>
          <w:sz w:val="20"/>
        </w:rPr>
        <w:t>1:39:56  clarification chahiye government ko, to woh khud pooche court se. ab ab kaam government ka hai, musalmanon ka kuch bhi nahi hai. maulana, yeh sawal matlab is se peace, is se peace qaim hoga, normality qaim hogi.</w:t>
      </w:r>
      <w:r>
        <w:br/>
      </w:r>
      <w:r>
        <w:rPr>
          <w:sz w:val="20"/>
        </w:rPr>
        <w:t>1:40:12  hindu muslimon ke taalluqat jo hain, woh normal ho jayenge, aur woh supreme hai. woh isi ko main supreme samajhta hoon.</w:t>
      </w:r>
    </w:p>
    <w:p>
      <w:pPr>
        <w:pStyle w:val="Heading2"/>
      </w:pPr>
      <w:r>
        <w:t>Opinion on consumerism in the hall</w:t>
      </w:r>
    </w:p>
    <w:p>
      <w:r>
        <w:rPr>
          <w:color w:val="666666"/>
          <w:sz w:val="18"/>
        </w:rPr>
        <w:t>Society &amp; Dawah · Age of Consumerism January 6, 2013 · 2m 38s · at 1:18:21 · https://youtu.be/zJRZ1OKUhgA?t=4701</w:t>
      </w:r>
    </w:p>
    <w:p>
      <w:r>
        <w:rPr>
          <w:i/>
        </w:rPr>
        <w:t>“I can see lots of consumerism like Apple laptops, desktops, and Android phones in the hall. What is your opinion?”</w:t>
      </w:r>
    </w:p>
    <w:p>
      <w:r>
        <w:rPr>
          <w:sz w:val="20"/>
        </w:rPr>
        <w:t>1:18:21  maulana, unka ek aur sawal hai. unhone likha hai: "i can see here in the hall lots of consumerism like apple laptop, desktop and android mobile phones, etcetera.</w:t>
      </w:r>
      <w:r>
        <w:br/>
      </w:r>
      <w:r>
        <w:rPr>
          <w:sz w:val="20"/>
        </w:rPr>
        <w:t>1:18:34  they all are in front of your eyes. what is your opinion?" is mani mein aap ne meri baat samjhi nahi, aap ne suna bhi nahi meri baat ko. shayad aap apne mani mein jee rahe the, aap yahan nahi the, yahan par yahan nahi the.</w:t>
      </w:r>
      <w:r>
        <w:br/>
      </w:r>
      <w:r>
        <w:rPr>
          <w:sz w:val="20"/>
        </w:rPr>
        <w:t>1:18:48  aap aap</w:t>
      </w:r>
      <w:r>
        <w:br/>
      </w:r>
      <w:r>
        <w:rPr>
          <w:sz w:val="20"/>
        </w:rPr>
        <w:t>1:18:50  is se pehle jahan the, wahin abhi bhi wahin the. aap dekhiye, hamein hum ek commission chala rahe hain, ek global mission, international mission.</w:t>
      </w:r>
      <w:r>
        <w:br/>
      </w:r>
      <w:r>
        <w:rPr>
          <w:sz w:val="20"/>
        </w:rPr>
        <w:t>1:19:00  apni baat ko saare duniya mein pahunchana hai, to aap kaise pahunchayenge? yahan jitni cheezein aap dekhenge, sab zaroorat ki cheezein hain. yaani global modern communication jeete hain hum.</w:t>
      </w:r>
      <w:r>
        <w:br/>
      </w:r>
      <w:r>
        <w:rPr>
          <w:sz w:val="20"/>
        </w:rPr>
        <w:t>1:19:13  hamein ek global mission hum chala rahe hain, to kaise chalayenge? bataiye, is ke baghair chalayenge aap?</w:t>
      </w:r>
      <w:r>
        <w:br/>
      </w:r>
      <w:r>
        <w:rPr>
          <w:sz w:val="20"/>
        </w:rPr>
        <w:t>1:19:19  to ek cheez hoti hai, yaani apni shauk ko poora karna, apni khwahish ko poora karna, apni shaan o shaukat ko poora karna, woh ek alag cheez hai.</w:t>
      </w:r>
      <w:r>
        <w:br/>
      </w:r>
      <w:r>
        <w:rPr>
          <w:sz w:val="20"/>
        </w:rPr>
        <w:t>1:19:30  yeh to bilkul zaroorat ki cheezein hain. yeh mission ke aitbaar se dekhiye, is ko mission ke aitbaar se. mere khayal se aap yahan tashreef rakhte honge, lekin aap maujood nahi yahan par hain.</w:t>
      </w:r>
      <w:r>
        <w:br/>
      </w:r>
      <w:r>
        <w:rPr>
          <w:sz w:val="20"/>
        </w:rPr>
        <w:t>1:19:44  meri baaton ko suna nahi aap ne.</w:t>
      </w:r>
      <w:r>
        <w:br/>
      </w:r>
      <w:r>
        <w:rPr>
          <w:sz w:val="20"/>
        </w:rPr>
        <w:t>1:19:49  ek fard woh hai jo bas kahin kamre mein jee raha hai, uska maamla alag hai. lekin jo jo man of mission hai, uske maamlaat alag hote hain. man of mission ki zaroorat hai ke is waqt telephone ho, uske paas computer ho, uske paas laptop ho taake saari duniya mein apni baat ko pahuncha sake.</w:t>
      </w:r>
      <w:r>
        <w:br/>
      </w:r>
      <w:r>
        <w:rPr>
          <w:sz w:val="20"/>
        </w:rPr>
        <w:t>1:20:06  woh to aap aap is aitbaar se dekhiye ke meri personal life ko aap dekhiye, mere kamre mein ke main kaise rehta hoon.</w:t>
      </w:r>
      <w:r>
        <w:br/>
      </w:r>
      <w:r>
        <w:rPr>
          <w:sz w:val="20"/>
        </w:rPr>
        <w:t>1:20:17  mission ke aitbaar se main kya kar raha hoon, is ko is is se mat naapiye. aap meri jo personal life hai ke main kapda kaisa hai, meri kursi kaisi hai, mera khana kaisa hai, woh ek alag cheez hai.</w:t>
      </w:r>
      <w:r>
        <w:br/>
      </w:r>
      <w:r>
        <w:rPr>
          <w:sz w:val="20"/>
        </w:rPr>
        <w:t>1:20:31  is ko alag kar ke dekhiye. aur doosri ke mission ko chalane ke liye main kya kar raha hoon, woh ek alag cheez hai. ya to mission ko aap band kar dein.</w:t>
      </w:r>
      <w:r>
        <w:br/>
      </w:r>
      <w:r>
        <w:rPr>
          <w:sz w:val="20"/>
        </w:rPr>
        <w:t>1:20:41  yeh age jo hai, yeh is mein is age mein hum ko apni baat ko saari duniya tak pahunchana hai, to kaise pahunchayen? bataiye, most modern technique jo hai, woh hum istemaal karenge is ko kyunke woh hamare man ambition ki zaroorat hai.</w:t>
      </w:r>
      <w:r>
        <w:br/>
      </w:r>
      <w:r>
        <w:rPr>
          <w:sz w:val="20"/>
        </w:rPr>
        <w:t>1:20:56  woh</w:t>
      </w:r>
    </w:p>
    <w:p>
      <w:pPr>
        <w:pStyle w:val="Heading2"/>
      </w:pPr>
      <w:r>
        <w:t>Opposite effect of modern civilization</w:t>
      </w:r>
    </w:p>
    <w:p>
      <w:r>
        <w:rPr>
          <w:color w:val="666666"/>
          <w:sz w:val="18"/>
        </w:rPr>
        <w:t>Society &amp; Dawah · Discovery of Paradise March 22, 2015 · 2m 12s · at 58:06 · https://youtu.be/2axrfd7sZkE?t=3486</w:t>
      </w:r>
    </w:p>
    <w:p>
      <w:r>
        <w:rPr>
          <w:i/>
        </w:rPr>
        <w:t>“Modern civilization was supposed to make people happy and comfortable, but today we see more cases of depression, tension, suicide and murder. Why this opposite effect?”</w:t>
      </w:r>
    </w:p>
    <w:p>
      <w:r>
        <w:rPr>
          <w:sz w:val="20"/>
        </w:rPr>
        <w:t>58:06  maulana, agla sawal bangalore se kiya hai. maulana, agla sawal bangalore se kiya hai mr. ravi ne, aur unhon ne likha hai ke: "modern civilization was supposed to make people happy and comfortable,</w:t>
      </w:r>
      <w:r>
        <w:br/>
      </w:r>
      <w:r>
        <w:rPr>
          <w:sz w:val="20"/>
        </w:rPr>
        <w:t>58:23  but today we see more cases of depression, tension, suicide and murder.</w:t>
      </w:r>
      <w:r>
        <w:br/>
      </w:r>
      <w:r>
        <w:rPr>
          <w:sz w:val="20"/>
        </w:rPr>
        <w:t>58:30  This is much much more than when civilization was not so modern in earlier periods. Why this opposite effect?</w:t>
      </w:r>
      <w:r>
        <w:br/>
      </w:r>
      <w:r>
        <w:rPr>
          <w:sz w:val="20"/>
        </w:rPr>
        <w:t>58:40  واٹ از دا ریزن اکارڈنگ ٹو یو مولانا؟" دیکھیں، میرے علم میں تو کوئی بھی شخص نہیں جو یہ کلیم کرے کہ ماڈرن سویلائزیشن نے لوگوں کو ہیپینس دیا ہے۔</w:t>
      </w:r>
      <w:r>
        <w:br/>
      </w:r>
      <w:r>
        <w:rPr>
          <w:sz w:val="20"/>
        </w:rPr>
        <w:t>58:51  ایسا کوئی مجھے نہیں معلوم۔</w:t>
      </w:r>
      <w:r>
        <w:br/>
      </w:r>
      <w:r>
        <w:rPr>
          <w:sz w:val="20"/>
        </w:rPr>
        <w:t>58:55  ماڈرن سویلائزیشن چاہتی تھی دینا ہیپینس، یعنی لیکن مل گئی ہے، وہ چیز اچیو ہو گئی ہے۔</w:t>
      </w:r>
      <w:r>
        <w:br/>
      </w:r>
      <w:r>
        <w:rPr>
          <w:sz w:val="20"/>
        </w:rPr>
        <w:t>59:05  تو کوئی بھی نہیں کلیم کر</w:t>
      </w:r>
      <w:r>
        <w:br/>
      </w:r>
      <w:r>
        <w:rPr>
          <w:sz w:val="20"/>
        </w:rPr>
        <w:t>59:06  تا۔ جیسے مثال کے طور پر دیکھیں، لارڈ بارڈن رسل، جو برٹش پلاسفر ہے، کچھ کتاب ہے ہیپینس، اسی پر ہے۔</w:t>
      </w:r>
      <w:r>
        <w:br/>
      </w:r>
      <w:r>
        <w:rPr>
          <w:sz w:val="20"/>
        </w:rPr>
        <w:t>59:15  اس نے کہا کہ ہیپینس جو ہے، ہم نہیں پا سکے۔ ہیپینس شاید اچیوبلی نہیں ہے۔ تو ماڈرن سویلائزیشن نے انسان کے لیے کچھ نئی اپرچونیٹیز دی ہیں، یہ صحیح ہے۔</w:t>
      </w:r>
      <w:r>
        <w:br/>
      </w:r>
      <w:r>
        <w:rPr>
          <w:sz w:val="20"/>
        </w:rPr>
        <w:t>59:29  مثلاً، یہ جو ہے کمیونیکیشن پہلے نہیں تھا، لیکن یہ کہنا صحیح نہیں ہے کہ اس نے ہیپینس بھی دے دی۔</w:t>
      </w:r>
      <w:r>
        <w:br/>
      </w:r>
      <w:r>
        <w:rPr>
          <w:sz w:val="20"/>
        </w:rPr>
        <w:t>59:39  دے دی ہے، یہ تو کوئی بھی کلیم نہیں کرتا۔ میرے خیال سے چاہا تھا کہ ہیپینس دے دے سکے وہ، لیکن وہ یعنی پیکٹلی دے دیا انہوں نے۔</w:t>
      </w:r>
      <w:r>
        <w:br/>
      </w:r>
      <w:r>
        <w:rPr>
          <w:sz w:val="20"/>
        </w:rPr>
        <w:t>59:50  ایسا تو نہیں ہے، بلکہ اس تجربے سے پتہ چلتا ہے کہ مٹیریل سویلائزیشن کے سوا کچھ اور ہمیں چاہیے۔</w:t>
      </w:r>
      <w:r>
        <w:br/>
      </w:r>
      <w:r>
        <w:rPr>
          <w:sz w:val="20"/>
        </w:rPr>
        <w:t>1:00:01  جو مٹیریل کلچر ہے، یا مٹیریل سویلائزیشن ہے، یا مٹیریل ڈیولپمنٹ ہے، اس کے سوا کچھ اور ہمیں چاہیے، تب ہمیں ریئل ہیپینس ملے گی۔</w:t>
      </w:r>
      <w:r>
        <w:br/>
      </w:r>
      <w:r>
        <w:rPr>
          <w:sz w:val="20"/>
        </w:rPr>
        <w:t>1:00:12  اس ایکسپیرینس سے تو یہ بات ثابت ہوتی ہے۔</w:t>
      </w:r>
    </w:p>
    <w:p>
      <w:pPr>
        <w:pStyle w:val="Heading2"/>
      </w:pPr>
      <w:r>
        <w:t>Option for CPS members in Pakistan</w:t>
      </w:r>
    </w:p>
    <w:p>
      <w:r>
        <w:rPr>
          <w:color w:val="666666"/>
          <w:sz w:val="18"/>
        </w:rPr>
        <w:t>Society &amp; Dawah · Experience of Hyderabad CPS Meet December 1, 2013 · 2m 01s · at 1:06:53 · https://youtu.be/Y8mcxF2Lhyc?t=4013</w:t>
      </w:r>
    </w:p>
    <w:p>
      <w:r>
        <w:rPr>
          <w:i/>
        </w:rPr>
        <w:t>“What is the option for CPS members living in Pakistan regarding staying in Pakistan? Please explain.”</w:t>
      </w:r>
    </w:p>
    <w:p>
      <w:r>
        <w:rPr>
          <w:sz w:val="20"/>
        </w:rPr>
        <w:t>1:06:53  maulana, agla sawal pakistan se kiya hai aamir aamir bin yusuf sahib ne. unhon ne likha hai: "maulana sahib, jo cps ke members pakistan mein rehte hain, un ke liye pakistan mein rehne ka kya option hai?</w:t>
      </w:r>
      <w:r>
        <w:br/>
      </w:r>
      <w:r>
        <w:rPr>
          <w:sz w:val="20"/>
        </w:rPr>
        <w:t>1:07:09  is ke baray mein batayen." option ka kya matlab</w:t>
      </w:r>
      <w:r>
        <w:br/>
      </w:r>
      <w:r>
        <w:rPr>
          <w:sz w:val="20"/>
        </w:rPr>
        <w:t>1:07:13  bhai? woh yeh mein samajh nahin aaya. is sawal ka matlab hi nahin samajh mein aaya. option ka kya matlab bhai? aap jahan bhi rahen, aap ek hi sab ka woh apne liye marifat, doosre ki dawat hai.</w:t>
      </w:r>
      <w:r>
        <w:br/>
      </w:r>
      <w:r>
        <w:rPr>
          <w:sz w:val="20"/>
        </w:rPr>
        <w:t>1:07:29  ji chahe pakistan mein ho, india mein ho, option ki baat to yeh hai hi nahin. matlab jo zimmedari hai quran sunnat ke aitbar se, woh yeh hai ke mujhe apne liye marifat hasil karna hai.</w:t>
      </w:r>
      <w:r>
        <w:br/>
      </w:r>
      <w:r>
        <w:rPr>
          <w:sz w:val="20"/>
        </w:rPr>
        <w:t>1:07:43  isi marifat se ibadat, akhlaq sab paida hongi aur doosron ke liye dawat daai banna hai, khair khwah bankar ke. yeh yeh two point mission hai.</w:t>
      </w:r>
      <w:r>
        <w:br/>
      </w:r>
      <w:r>
        <w:rPr>
          <w:sz w:val="20"/>
        </w:rPr>
        <w:t>1:07:53  yeh marifat aur dawat, bhai woh bhi karen.</w:t>
      </w:r>
      <w:r>
        <w:br/>
      </w:r>
      <w:r>
        <w:rPr>
          <w:sz w:val="20"/>
        </w:rPr>
        <w:t>1:07:58  baqi wahan jo ladai bhadai ho rahi hai, main usko galat samajhta hoon. aur tarah tarah ki yaani ladaiyan wahan pe chal rahi hain.</w:t>
      </w:r>
      <w:r>
        <w:br/>
      </w:r>
      <w:r>
        <w:rPr>
          <w:sz w:val="20"/>
        </w:rPr>
        <w:t>1:08:08  aur sab se zyada tawakkud to yeh hai ke shatme rasool ka jo qanoon unke haan hai,</w:t>
      </w:r>
      <w:r>
        <w:br/>
      </w:r>
      <w:r>
        <w:rPr>
          <w:sz w:val="20"/>
        </w:rPr>
        <w:t>1:08:14  bas koi rumor kahin hogi ke isne rasool Allah ke shatme kiya hai aur ja ke marte hain, jalate hain, phoonkte hain. yeh to yaani yeh to bas bataoon ke koi iski mere paas alfaaz nahin ke kin alfaaz mein isko kardab karoon.</w:t>
      </w:r>
      <w:r>
        <w:br/>
      </w:r>
      <w:r>
        <w:rPr>
          <w:sz w:val="20"/>
        </w:rPr>
        <w:t>1:08:28  main isko islam ko badnaam karna hai, islam ke naam par islam ko badnaam karna hai.</w:t>
      </w:r>
      <w:r>
        <w:br/>
      </w:r>
      <w:r>
        <w:rPr>
          <w:sz w:val="20"/>
        </w:rPr>
        <w:t>1:08:37  is tarah ke qanoon ko main bilkul galat samajhta hoon.</w:t>
      </w:r>
      <w:r>
        <w:br/>
      </w:r>
      <w:r>
        <w:rPr>
          <w:sz w:val="20"/>
        </w:rPr>
        <w:t>1:08:41  yeh galat qanoon hai. yeh shayad mere rasool ki qatl, shayad iske peeche shah ibn taimiya ho ya koi bhi ho, behraal main isko galat samajhta hoon.</w:t>
      </w:r>
      <w:r>
        <w:br/>
      </w:r>
      <w:r>
        <w:rPr>
          <w:sz w:val="20"/>
        </w:rPr>
        <w:t>1:08:49  main ne kitab likhi hai.</w:t>
      </w:r>
    </w:p>
    <w:p>
      <w:pPr>
        <w:pStyle w:val="Heading2"/>
      </w:pPr>
      <w:r>
        <w:t>Origin of falsehood in community</w:t>
      </w:r>
    </w:p>
    <w:p>
      <w:r>
        <w:rPr>
          <w:color w:val="666666"/>
          <w:sz w:val="18"/>
        </w:rPr>
        <w:t>Society &amp; Dawah · Realistic Approach March 30, 2014 Maulana Wahiduddin Khan · 4m 51s · at 1:10:56 · https://youtu.be/K36UonBsGlA?t=4256</w:t>
      </w:r>
    </w:p>
    <w:p>
      <w:r>
        <w:rPr>
          <w:i/>
        </w:rPr>
        <w:t>“How does a sense of falsehood arise within a community?”</w:t>
      </w:r>
    </w:p>
    <w:p>
      <w:r>
        <w:rPr>
          <w:sz w:val="20"/>
        </w:rPr>
        <w:t>1:10:56  maulana, agla sawal dilli se kya hai miss raziya siddiqui ne. unhon ne aap se poocha hai: "how does a sense of falsehood arise within a community؟" is ke baray mein batayein.</w:t>
      </w:r>
      <w:r>
        <w:br/>
      </w:r>
      <w:r>
        <w:rPr>
          <w:sz w:val="20"/>
        </w:rPr>
        <w:t>1:11:12  dekhiye, yeh woh jo kaha tha woh stefire skilar ne, wohi is ka behtareen jawab hai ke paranoia.</w:t>
      </w:r>
      <w:r>
        <w:br/>
      </w:r>
      <w:r>
        <w:rPr>
          <w:sz w:val="20"/>
        </w:rPr>
        <w:t>1:11:24  angrezi mein ek lafz hai paranoia. yani paranoia develop karta hai. paranoia ka matlab hota hai.</w:t>
      </w:r>
      <w:r>
        <w:br/>
      </w:r>
      <w:r>
        <w:rPr>
          <w:sz w:val="20"/>
        </w:rPr>
        <w:t>1:11:35  jisko hum kehte hain persian mein padram sultan bood. mera baap badshah tha. to khud to kuch hai hi nahi.</w:t>
      </w:r>
      <w:r>
        <w:br/>
      </w:r>
      <w:r>
        <w:rPr>
          <w:sz w:val="20"/>
        </w:rPr>
        <w:t>1:11:46  baap badshah tha, us par fakhr kar rahe hain. yeh hai paranoia. yeh to jab bhi aadmi.</w:t>
      </w:r>
      <w:r>
        <w:br/>
      </w:r>
      <w:r>
        <w:rPr>
          <w:sz w:val="20"/>
        </w:rPr>
        <w:t>1:11:54  to musalmanon ka mamla yeh hai ke ek zamana tha ke un ki hukoomatein theen, un ka empire tha. unhon ne taj mahal banaya, lal qila banaya, qutub numa banaya.</w:t>
      </w:r>
      <w:r>
        <w:br/>
      </w:r>
      <w:r>
        <w:rPr>
          <w:sz w:val="20"/>
        </w:rPr>
        <w:t>1:12:03  ek daur tha woh. to ab to woh daur khatam ho gaya. ab to kuch bhi un ke paas nahi hai. lekin kitabein jo hamari likhi gayeen, mere nazdeek jitni kitabein likhi ja rahi theen is zamane ke, sab ne ek bohat bara yani ek bura kaam kiya apni qaum ke sath ke tareekh ke zariye unhein ubharna chaha.</w:t>
      </w:r>
      <w:r>
        <w:br/>
      </w:r>
      <w:r>
        <w:rPr>
          <w:sz w:val="20"/>
        </w:rPr>
        <w:t>1:12:27  yani tareekh ko yaad dila kar unhein ubharna chaha. yeh main hairaan hoon ke yeh logon ke paas aqal thi ke aqal ke siwa koi aur cheez un ke dimaghon mein thi. yeh guzri hui tareekh se aap kisi qaum ko ubharein ge to kya paida hoga?</w:t>
      </w:r>
      <w:r>
        <w:br/>
      </w:r>
      <w:r>
        <w:rPr>
          <w:sz w:val="20"/>
        </w:rPr>
        <w:t>1:12:40  yani false pride aaye ga. sare musalman is zamane ke jo hain, jo leader hain, jo leader hain, jo kitabein likhein, mujhe kisi ka exception nahi maloom ke mazi ki jo azmatein hain, us ko yaad dila kar ke unhein ubharna.</w:t>
      </w:r>
      <w:r>
        <w:br/>
      </w:r>
      <w:r>
        <w:rPr>
          <w:sz w:val="20"/>
        </w:rPr>
        <w:t>1:12:59  is se to false pride paida hoga. wohi paida hua. to musalmanon mein jo paranoic character hai, woh is ke zimmedar yahi muslim rehnuma, muslim writer aur muslim mustahiqeen hain.</w:t>
      </w:r>
      <w:r>
        <w:br/>
      </w:r>
      <w:r>
        <w:rPr>
          <w:sz w:val="20"/>
        </w:rPr>
        <w:t>1:13:15  aap musalmanon ki jo bhi kitab le ke padhiye, sab mein wohi mazi ki azmatein bayan ki jayengi. hum yeh thay, hum woh thay. hum yeh thay, hum woh thay.</w:t>
      </w:r>
      <w:r>
        <w:br/>
      </w:r>
      <w:r>
        <w:rPr>
          <w:sz w:val="20"/>
        </w:rPr>
        <w:t>1:13:27  hum hi thay, yani kya hai woh, hum hi chhaye hue thay sharq se ta gharb duniya mein.</w:t>
      </w:r>
      <w:r>
        <w:br/>
      </w:r>
      <w:r>
        <w:rPr>
          <w:sz w:val="20"/>
        </w:rPr>
        <w:t>1:13:36  hum hi chhaye hue thay sharq se ta gharb duniya mein. na tha pala kisi muslim ka duniya mein gira hum se.</w:t>
      </w:r>
      <w:r>
        <w:br/>
      </w:r>
      <w:r>
        <w:rPr>
          <w:sz w:val="20"/>
        </w:rPr>
        <w:t>1:13:47  to yahi cheez hai ke woh azmat jo chali gayi, us ko yaad dila kar ke aap unhein chahte hain, unhein revive karna.</w:t>
      </w:r>
      <w:r>
        <w:br/>
      </w:r>
      <w:r>
        <w:rPr>
          <w:sz w:val="20"/>
        </w:rPr>
        <w:t>1:13:57  to is se koi positive soch nahi aayegi. is se false pride aayega. wohi aa gaya musalmanon mein. is ke zimmedar wohi log hain jinhon ne is zamane mein musalmanon ko qadeem tareekh yaad dila kar ke unhein dobara ubharna chaha.</w:t>
      </w:r>
      <w:r>
        <w:br/>
      </w:r>
      <w:r>
        <w:rPr>
          <w:sz w:val="20"/>
        </w:rPr>
        <w:t>1:14:14  koi shayar ne kaha tha ke: "hudaira nawara talakh termiden chazooq naghma kamyabi hudaira teez tar mikhana cho mahmal na garan bini." yahi sab cheez hai jis ne musalmanon ko yeh halat kar rakhi hai.</w:t>
      </w:r>
      <w:r>
        <w:br/>
      </w:r>
      <w:r>
        <w:rPr>
          <w:sz w:val="20"/>
        </w:rPr>
        <w:t>1:14:29  yani jo musalman paranoic character ban gaye, is ki zimmedari khud un par nahi hai. un ke rehnumaon par hai. jinhon ne mamle ko samjhe baghair ek galat rehnumai deen unhein.</w:t>
      </w:r>
      <w:r>
        <w:br/>
      </w:r>
      <w:r>
        <w:rPr>
          <w:sz w:val="20"/>
        </w:rPr>
        <w:t>1:14:46  okay, we will end this session now</w:t>
      </w:r>
      <w:r>
        <w:br/>
      </w:r>
      <w:r>
        <w:rPr>
          <w:sz w:val="20"/>
        </w:rPr>
        <w:t>1:14:48  . thank you.</w:t>
      </w:r>
    </w:p>
    <w:p>
      <w:pPr>
        <w:pStyle w:val="Heading2"/>
      </w:pPr>
      <w:r>
        <w:t>Overcoming Tough Times for Muslims</w:t>
      </w:r>
    </w:p>
    <w:p>
      <w:r>
        <w:rPr>
          <w:color w:val="666666"/>
          <w:sz w:val="18"/>
        </w:rPr>
        <w:t>Society &amp; Dawah · The Age of Alternative April 24, 2016 · 2m 20s · at 51:52 · https://youtu.be/JoilI-TK4Ig?t=3112</w:t>
      </w:r>
    </w:p>
    <w:p>
      <w:r>
        <w:rPr>
          <w:i/>
        </w:rPr>
        <w:t>“Islam and Muslims are going through one of the toughest times ever. Any suggestion to get through this situation and be as respected as we all were before?”</w:t>
      </w:r>
    </w:p>
    <w:p>
      <w:r>
        <w:rPr>
          <w:sz w:val="20"/>
        </w:rPr>
        <w:t>51:52  koi weight nahi hai is ka. maulana, agla sawal lete hain jo zakariya fazil sahib ne bheja hai. unhon ne likha hai ke: "islam and muslims are going through one of the toughest time ever.</w:t>
      </w:r>
      <w:r>
        <w:br/>
      </w:r>
      <w:r>
        <w:rPr>
          <w:sz w:val="20"/>
        </w:rPr>
        <w:t>52:05  any suggestion to get through this situation and be as respected as we all were before?"</w:t>
      </w:r>
      <w:r>
        <w:br/>
      </w:r>
      <w:r>
        <w:rPr>
          <w:sz w:val="20"/>
        </w:rPr>
        <w:t>52:13  " main is ko nahi manta. toughest time nahi hai, best time hai. kahan toughest time hai?</w:t>
      </w:r>
      <w:r>
        <w:br/>
      </w:r>
      <w:r>
        <w:rPr>
          <w:sz w:val="20"/>
        </w:rPr>
        <w:t>52:23  main ek parhta hoon, hyderabad mein tha, ek jalsa tha musalmanon ka, yahi baat kahi gayi thi. to unhon ne kaha yahan itne sare log hain, koi ek shakhs khara ho kar kahe ke 47 se pehle is ki family bohat achhe halat mein thi, aaj barbaad halat mein hai.</w:t>
      </w:r>
      <w:r>
        <w:br/>
      </w:r>
      <w:r>
        <w:rPr>
          <w:sz w:val="20"/>
        </w:rPr>
        <w:t>52:40  ek ek ek shakhs hi khara hua to toughest kahan hai? time hai. har family jo hai, aaj pehle se behtar hai. har family pehle se behtar hai.</w:t>
      </w:r>
      <w:r>
        <w:br/>
      </w:r>
      <w:r>
        <w:rPr>
          <w:sz w:val="20"/>
        </w:rPr>
        <w:t>52:49  har masjid, har madrasa pehle se behtar hai. yeh kahan toughest kahan hai? yeh to ek ek rumour hai. kisi masjid mein jaiye, kisi madrasa mein jaiye, shandar buildingen ban rahi hain, pehle zyada student hain, pehle zyada un ke paas paisa hai,</w:t>
      </w:r>
      <w:r>
        <w:br/>
      </w:r>
      <w:r>
        <w:rPr>
          <w:sz w:val="20"/>
        </w:rPr>
        <w:t>53:05  bade bade jalse kar rahe hain. toughest kahan hai? yeh to yeh to bas rumour hai. toughest best time hai, yeh best time hai. maulana, aksar musalman is liye toughest time kehte hain kyunke har jagah media mein islam ko as a religion of violence bataya ja raha hai aur musalmanon ko musalman mehsoos karte hain ke un ko target kiya ja raha hai.</w:t>
      </w:r>
      <w:r>
        <w:br/>
      </w:r>
      <w:r>
        <w:rPr>
          <w:sz w:val="20"/>
        </w:rPr>
        <w:t>53:29  to is sense mein woh toughest time mante hain is ko. koi media yeh nahi kehta ke yeh islam is religion of violence.</w:t>
      </w:r>
      <w:r>
        <w:br/>
      </w:r>
      <w:r>
        <w:rPr>
          <w:sz w:val="20"/>
        </w:rPr>
        <w:t>53:38  woh khabron ko chhapta hai, aap news create karte hain, woh chhapta hai. aap bataiye kaun sa media hai jo yeh kehta hai ke islam is religion of violence?</w:t>
      </w:r>
      <w:r>
        <w:br/>
      </w:r>
      <w:r>
        <w:rPr>
          <w:sz w:val="20"/>
        </w:rPr>
        <w:t>53:47  kaun kehta hai woh? woh khabrein chhapte hain to aap khabrein create mat kijiye, aap bomb mat mariye, aap gun kachar mat chalaiye. to media jo hai, woh news agency hai.</w:t>
      </w:r>
      <w:r>
        <w:br/>
      </w:r>
      <w:r>
        <w:rPr>
          <w:sz w:val="20"/>
        </w:rPr>
        <w:t>54:03  news agency, woh koi fatwa dena engineer ka kaam nahi hai. to aap news create karte hain to news aati hai, news mat create kiye to nahi aayegi.</w:t>
      </w:r>
    </w:p>
    <w:p>
      <w:pPr>
        <w:pStyle w:val="Heading2"/>
      </w:pPr>
      <w:r>
        <w:t>Overcoming inhibitions for dawah</w:t>
      </w:r>
    </w:p>
    <w:p>
      <w:r>
        <w:rPr>
          <w:color w:val="666666"/>
          <w:sz w:val="18"/>
        </w:rPr>
        <w:t>Society &amp; Dawah · How God Manages Human History December 23, 2018 · 3m 35s · at 1:20:59 · https://youtu.be/j_yxigrCl5U?t=4859</w:t>
      </w:r>
    </w:p>
    <w:p>
      <w:r>
        <w:rPr>
          <w:i/>
        </w:rPr>
        <w:t>“How to overcome our inhibitions for doing da'wah work? Please explain about this.”</w:t>
      </w:r>
    </w:p>
    <w:p>
      <w:r>
        <w:rPr>
          <w:sz w:val="20"/>
        </w:rPr>
        <w:t>1:20:59  yeh toh in ka murad kya hai? specific tor par bataein. Maulana, agla sawal lena chahein ge. Yeh Mumbai se bheja hai Sajid Anwar sahib ne.</w:t>
      </w:r>
      <w:r>
        <w:br/>
      </w:r>
      <w:r>
        <w:rPr>
          <w:sz w:val="20"/>
        </w:rPr>
        <w:t>1:21:10  unhon ne likha hai: "Maulana! How to overcome our inhibitions for doing da'wah work? Is ke bare mein bataein." Bhai, inhibition kaun si?</w:t>
      </w:r>
      <w:r>
        <w:br/>
      </w:r>
      <w:r>
        <w:rPr>
          <w:sz w:val="20"/>
        </w:rPr>
        <w:t>1:21:21  is ko is ka toh naam liya nahi unhon ne. Maulana, aksar log hesitate karte hain Quran dene se ya baat karne se. Un ke zehn mein different different reasons aate hain is ko le ke.</w:t>
      </w:r>
      <w:r>
        <w:br/>
      </w:r>
      <w:r>
        <w:rPr>
          <w:sz w:val="20"/>
        </w:rPr>
        <w:t>1:21:33  toh general level pe kaise inhibitions ko? Yeh aisi hamari report ke mutabiq yeh koi koi fitne ki soorat nahi hai.</w:t>
      </w:r>
      <w:r>
        <w:br/>
      </w:r>
      <w:r>
        <w:rPr>
          <w:sz w:val="20"/>
        </w:rPr>
        <w:t>1:21:44  aka daka koi kisi ko hota hai toh is ko chhoriye.</w:t>
      </w:r>
      <w:r>
        <w:br/>
      </w:r>
      <w:r>
        <w:rPr>
          <w:sz w:val="20"/>
        </w:rPr>
        <w:t>1:21:50  misalan mein apna qissa batata hoon aap ko inhibition ka. Hum Poland gaye. Poland mein Christian ka ek program tha.</w:t>
      </w:r>
      <w:r>
        <w:br/>
      </w:r>
      <w:r>
        <w:rPr>
          <w:sz w:val="20"/>
        </w:rPr>
        <w:t>1:21:59  bade bade padri wahan aaye hue the. Toh woh baithe the kursi'on par. Toh wahan jo maine kaha manage karna seekhiye, toh wahan par yeh hua ke un ko pohanchaya jaye.</w:t>
      </w:r>
      <w:r>
        <w:br/>
      </w:r>
      <w:r>
        <w:rPr>
          <w:sz w:val="20"/>
        </w:rPr>
        <w:t>1:22:17  nahi, woh woh woh jo tha padri logon ko kuch oblation ho gaya ke Quran ko phaila rahe ho. Yahan toh hamara ruk gaya.</w:t>
      </w:r>
      <w:r>
        <w:br/>
      </w:r>
      <w:r>
        <w:rPr>
          <w:sz w:val="20"/>
        </w:rPr>
        <w:t>1:22:29  hamara ho gaya. Aap the us waqt? Ji ji ji. Aap bata dijiye woh kya hua tha. Toh it was a very aah, I mean an interesting incident.</w:t>
      </w:r>
      <w:r>
        <w:br/>
      </w:r>
      <w:r>
        <w:rPr>
          <w:sz w:val="20"/>
        </w:rPr>
        <w:t>1:22:38  In fact, it was aah, I would say a demonstration aah to all the CPS workers that how they should get creative aah when they are doing da'wah work and they should not get intimidated by the environment.</w:t>
      </w:r>
      <w:r>
        <w:br/>
      </w:r>
      <w:r>
        <w:rPr>
          <w:sz w:val="20"/>
        </w:rPr>
        <w:t>1:22:51  toh is doran aah bohat bari gathering thi jaise Maulana sahib bata rahe hain and there were leaders, top leaders, faith leaders from all over the world and it was a mammoth gathering.</w:t>
      </w:r>
      <w:r>
        <w:br/>
      </w:r>
      <w:r>
        <w:rPr>
          <w:sz w:val="20"/>
        </w:rPr>
        <w:t>1:23:03  toh is doran aah aah yeh hua ke kaise distribute karein Quran. Toh Sadia Khan aah aah ne bari creatively she went to aah the Christian faith leader who was the leader aah sitting there in the gathering and she went there and she bowed her head and she said: "Bless me Father</w:t>
      </w:r>
      <w:r>
        <w:br/>
      </w:r>
      <w:r>
        <w:rPr>
          <w:sz w:val="20"/>
        </w:rPr>
        <w:t>1:23:24  . Toh sar jhuka diya. Yeh da'i ne sar jhuka diya. Yeh hai taleem-e-qalb.</w:t>
      </w:r>
      <w:r>
        <w:br/>
      </w:r>
      <w:r>
        <w:rPr>
          <w:sz w:val="20"/>
        </w:rPr>
        <w:t>1:23:35  Maulana, is mein yeh bhi batana chahein ge ke is ka yeh impact hua ke aah woh almost for five ten seconds he kept looking at Sadia. He could not react and then he immediately took the Quran from Sadia and then he smiled aur us ke baad phir woh ek dam opportunity jo hai woh hum logon ke liye khul gayi aur hum log</w:t>
      </w:r>
    </w:p>
    <w:p>
      <w:pPr>
        <w:pStyle w:val="Heading2"/>
      </w:pPr>
      <w:r>
        <w:t>Pakistan's creation after two hundred years of war</w:t>
      </w:r>
    </w:p>
    <w:p>
      <w:r>
        <w:rPr>
          <w:color w:val="666666"/>
          <w:sz w:val="18"/>
        </w:rPr>
        <w:t>Society &amp; Dawah · The Lesson of History September 21, 2014 · 3m 34s · at 47:37 · https://youtu.be/aMVHLKMkhcQ?t=2857</w:t>
      </w:r>
    </w:p>
    <w:p>
      <w:r>
        <w:rPr>
          <w:i/>
        </w:rPr>
        <w:t>“For Pakistan it has always been said that it came into being after two hundred years of war.”</w:t>
      </w:r>
    </w:p>
    <w:p>
      <w:r>
        <w:rPr>
          <w:sz w:val="20"/>
        </w:rPr>
        <w:t>47:37  quran agla sawal doctor hanna ne karaya hai UK se.</w:t>
      </w:r>
      <w:r>
        <w:br/>
      </w:r>
      <w:r>
        <w:rPr>
          <w:sz w:val="20"/>
        </w:rPr>
        <w:t>47:41  unhon ne likha hai ke</w:t>
      </w:r>
      <w:r>
        <w:br/>
      </w:r>
      <w:r>
        <w:rPr>
          <w:sz w:val="20"/>
        </w:rPr>
        <w:t>47:44  For Pakistan it has always been said that it came into being after two hundred years of jang</w:t>
      </w:r>
      <w:r>
        <w:br/>
      </w:r>
      <w:r>
        <w:rPr>
          <w:sz w:val="20"/>
        </w:rPr>
        <w:t>47:52  azadi on twenty-seventh Ramadan after laila tul qadr so it was a reply from God of the long-standing duas</w:t>
      </w:r>
      <w:r>
        <w:br/>
      </w:r>
      <w:r>
        <w:rPr>
          <w:sz w:val="20"/>
        </w:rPr>
        <w:t>48:02  of millions of Muslim men, women, and children for a place where they could live as Muslims without</w:t>
      </w:r>
      <w:r>
        <w:br/>
      </w:r>
      <w:r>
        <w:rPr>
          <w:sz w:val="20"/>
        </w:rPr>
        <w:t>48:10  oppression.</w:t>
      </w:r>
      <w:r>
        <w:br/>
      </w:r>
      <w:r>
        <w:rPr>
          <w:sz w:val="20"/>
        </w:rPr>
        <w:t>48:11  So Muslims of Pakistan still believe this that it's a reply of their grandparents and forefathers' long-standing duas and prayers and hence connected to religion.</w:t>
      </w:r>
      <w:r>
        <w:br/>
      </w:r>
      <w:r>
        <w:rPr>
          <w:sz w:val="20"/>
        </w:rPr>
        <w:t>48:24  maulana, kaisi dua hai ke aaj to Pakistan mein aapas mein musalman is se bhi zyada lad rahe hain jitna ke India mein kaha jata tha ke hindu mus</w:t>
      </w:r>
      <w:r>
        <w:br/>
      </w:r>
      <w:r>
        <w:rPr>
          <w:sz w:val="20"/>
        </w:rPr>
        <w:t>48:36  alman ki jo batai jati thi, us se hazar guna zyada musalman hi aapas mein lad rahe hain Pakistan mein. yeh kaisi dua qabool hui aur kaisi Allah taala ne use kiya?</w:t>
      </w:r>
      <w:r>
        <w:br/>
      </w:r>
      <w:r>
        <w:rPr>
          <w:sz w:val="20"/>
        </w:rPr>
        <w:t>48:48  dekhen, mein ek bar tak gaya tha Iraq to wahan par mujhe ek ek Pakistani mile jo shia the aur woh, ya'ni meri umr ke the, woh senior the.</w:t>
      </w:r>
      <w:r>
        <w:br/>
      </w:r>
      <w:r>
        <w:rPr>
          <w:sz w:val="20"/>
        </w:rPr>
        <w:t>49:02  to unhon ne bataya ke mein paida hua tha Delhi mein, phir Pakistan bana to mein yahan aa gaya Pakistan. to wahan woh gaye the, woh safar mein kyunke wahan par mazar hai.</w:t>
      </w:r>
      <w:r>
        <w:br/>
      </w:r>
      <w:r>
        <w:rPr>
          <w:sz w:val="20"/>
        </w:rPr>
        <w:t>49:19  to mein ne un se poocha ke aap ne Pakistan ko bhi dekha hai aur India ko bhi dekha hai, dono mein kya farq hai?</w:t>
      </w:r>
      <w:r>
        <w:br/>
      </w:r>
      <w:r>
        <w:rPr>
          <w:sz w:val="20"/>
        </w:rPr>
        <w:t>49:29  yani pakistan banne se pehle ka india bhi dekha hai aur pakistan banne ka bhi daur dekha hai, aap ne kya farq hai? to aap yaqeen kijiyega, woh aadmi rone laga.</w:t>
      </w:r>
      <w:r>
        <w:br/>
      </w:r>
      <w:r>
        <w:rPr>
          <w:sz w:val="20"/>
        </w:rPr>
        <w:t>49:43  rone laga, ro kar us ne kaha ke mujhe to is ka is waqt koi farq nahi nazar aata ke india mein hindu muslim ladte the ya shia sunni lad rahe hain.</w:t>
      </w:r>
      <w:r>
        <w:br/>
      </w:r>
      <w:r>
        <w:rPr>
          <w:sz w:val="20"/>
        </w:rPr>
        <w:t>49:57  to yeh kaisi dua qabool hui?</w:t>
      </w:r>
      <w:r>
        <w:br/>
      </w:r>
      <w:r>
        <w:rPr>
          <w:sz w:val="20"/>
        </w:rPr>
        <w:t>49:59  yeh to false food mein jeete hain musalman, isi ki misaal yeh bhi hai. musalman false food mein jeete hain, is ki ek misaal yeh hai.</w:t>
      </w:r>
      <w:r>
        <w:br/>
      </w:r>
      <w:r>
        <w:rPr>
          <w:sz w:val="20"/>
        </w:rPr>
        <w:t>50:09  bilkul yeh ghalat hai ke pakistan ko duaon se bana hai. yani Allah taala ka matlab yeh nahi ke aap separate land banayein, ke aap Allah taala ka matlab hai ke saath jo hai islam phailayein, dawat work karein.</w:t>
      </w:r>
      <w:r>
        <w:br/>
      </w:r>
      <w:r>
        <w:rPr>
          <w:sz w:val="20"/>
        </w:rPr>
        <w:t>50:22  yeh to Allah ki marzi ke khilaf hai ke aap tukre tukre karein aur nateeja kya hoga? dawat ka kaam ruk j</w:t>
      </w:r>
      <w:r>
        <w:br/>
      </w:r>
      <w:r>
        <w:rPr>
          <w:sz w:val="20"/>
        </w:rPr>
        <w:t>50:29  aye. jab se pakistan bana hai, dawat ka kaam bilkul jeopardized ho gaya hai. yeh konsa Allah ki marzi hai?</w:t>
      </w:r>
      <w:r>
        <w:br/>
      </w:r>
      <w:r>
        <w:rPr>
          <w:sz w:val="20"/>
        </w:rPr>
        <w:t>50:39  yeh bilkul hi false muslim. saare pakistani false food mein jeete hain. saare pakistani false food mein jeete hain. is mein mujhe koi shaq nahi hai.</w:t>
      </w:r>
      <w:r>
        <w:br/>
      </w:r>
      <w:r>
        <w:rPr>
          <w:sz w:val="20"/>
        </w:rPr>
        <w:t>50:48  agar aap ko is mein koi tafseel janna ho to meri kitab padhiyega, hind pak diary. meri kitab hai hind pak diary</w:t>
      </w:r>
      <w:r>
        <w:br/>
      </w:r>
      <w:r>
        <w:rPr>
          <w:sz w:val="20"/>
        </w:rPr>
        <w:t>50:57  . is mein aap jaanein ke saare pakistan false food mein jeete hain. is mein aap is ki tafseel janna chahte hain to is kitab ko padhiyega.</w:t>
      </w:r>
    </w:p>
    <w:p>
      <w:pPr>
        <w:pStyle w:val="Heading2"/>
      </w:pPr>
      <w:r>
        <w:t>Peace Among Freedom Misusers: God's Fear or Laws?</w:t>
      </w:r>
    </w:p>
    <w:p>
      <w:r>
        <w:rPr>
          <w:color w:val="666666"/>
          <w:sz w:val="18"/>
        </w:rPr>
        <w:t>Society &amp; Dawah · Religion and Democracy December 25, 2011 · 4m 10s · at 1:42:01 · https://youtu.be/8Mf_yvDA8ik?t=6121</w:t>
      </w:r>
    </w:p>
    <w:p>
      <w:r>
        <w:rPr>
          <w:i/>
        </w:rPr>
        <w:t>“How can peace be established among those who misuse freedom? Through fear of God or through the force of laws?”</w:t>
      </w:r>
    </w:p>
    <w:p>
      <w:r>
        <w:rPr>
          <w:sz w:val="20"/>
        </w:rPr>
        <w:t>1:42:01  maulana, agla sawal aaya hai maulana israr umri ka tamil</w:t>
      </w:r>
      <w:r>
        <w:br/>
      </w:r>
      <w:r>
        <w:rPr>
          <w:sz w:val="20"/>
        </w:rPr>
        <w:t>1:42:06  nadu se. unhon ne likha hai: "azaadi ko misuse karne walon ke darmiyan aman kis tarah qaim ho sakta hai?</w:t>
      </w:r>
      <w:r>
        <w:br/>
      </w:r>
      <w:r>
        <w:rPr>
          <w:sz w:val="20"/>
        </w:rPr>
        <w:t>1:42:15  khauf-e-khuda se ya qawaneen ke zor zor se?" dekhen, qanoon ke zor se to kabhi aap nahi kaam sakta.</w:t>
      </w:r>
      <w:r>
        <w:br/>
      </w:r>
      <w:r>
        <w:rPr>
          <w:sz w:val="20"/>
        </w:rPr>
        <w:t>1:42:24  yeh to impossible hai.</w:t>
      </w:r>
      <w:r>
        <w:br/>
      </w:r>
      <w:r>
        <w:rPr>
          <w:sz w:val="20"/>
        </w:rPr>
        <w:t>1:42:27  qanoon se sirf yeh hota hai ke jo ghalat log hain, woh underground ho kar kaam karne lagte hain.</w:t>
      </w:r>
      <w:r>
        <w:br/>
      </w:r>
      <w:r>
        <w:rPr>
          <w:sz w:val="20"/>
        </w:rPr>
        <w:t>1:42:36  yaani corruption aata hai, tarah tarah ka. qanoon ke zariye se kabhi bhi peace aa sakta.</w:t>
      </w:r>
      <w:r>
        <w:br/>
      </w:r>
      <w:r>
        <w:rPr>
          <w:sz w:val="20"/>
        </w:rPr>
        <w:t>1:42:46  peace to aaye ga logon ke andar. yeh yeh samajh paida ki jaye ke is peace rahe ga to sab ko faida hai. peace hoga to sab ko faida hai.</w:t>
      </w:r>
      <w:r>
        <w:br/>
      </w:r>
      <w:r>
        <w:rPr>
          <w:sz w:val="20"/>
        </w:rPr>
        <w:t>1:42:56  yaani ab chahe business ho ya education ho ya mazhabi sargarmiyan hon, koi bhi family life ho, social life ho, har cheez bohat smooth tareeqe se chale chale gi.</w:t>
      </w:r>
      <w:r>
        <w:br/>
      </w:r>
      <w:r>
        <w:rPr>
          <w:sz w:val="20"/>
        </w:rPr>
        <w:t>1:43:08  is raaz ko log jaan len ke peace se sab ko faida hai. baghair qanoon se to peace aata nahi. jahan bhi aap ko dictatorship thi, aap dekhiye arab countries mein dictatorship thi, wahan kya hua?</w:t>
      </w:r>
      <w:r>
        <w:br/>
      </w:r>
      <w:r>
        <w:rPr>
          <w:sz w:val="20"/>
        </w:rPr>
        <w:t>1:43:22  kya peace tha? aaya wahan? wahan andar andar sab kuch ho raha tha.</w:t>
      </w:r>
      <w:r>
        <w:br/>
      </w:r>
      <w:r>
        <w:rPr>
          <w:sz w:val="20"/>
        </w:rPr>
        <w:t>1:43:26  ab woh bhadak uthe to aap dekhiye kya aalam hai. to qanoon ke qanoon ke zariye peace qaim karne ki koshish karna yaani aik aur burai paida karna hai, zyada bari burai.</w:t>
      </w:r>
      <w:r>
        <w:br/>
      </w:r>
      <w:r>
        <w:rPr>
          <w:sz w:val="20"/>
        </w:rPr>
        <w:t>1:43:44  to sahi baat yeh hai ke logon ke andar soch laayi jaye, logon ke andar yaani peace ki ahmiyat ko logon ko bata j</w:t>
      </w:r>
      <w:r>
        <w:br/>
      </w:r>
      <w:r>
        <w:rPr>
          <w:sz w:val="20"/>
        </w:rPr>
        <w:t>1:43:54  aye. jitna zyada log peace ki ahmiyat ko samjhenge, utne zyada woh peaceful bante chale jayenge. Maulana, Quran speaks about many criminal laws like punishment for theft, murder, adultery, etcetera.</w:t>
      </w:r>
      <w:r>
        <w:br/>
      </w:r>
      <w:r>
        <w:rPr>
          <w:sz w:val="20"/>
        </w:rPr>
        <w:t>1:44:11  what is the significance of these descriptions? dekhiye, yeh sab haalaat par depend karta hai.</w:t>
      </w:r>
      <w:r>
        <w:br/>
      </w:r>
      <w:r>
        <w:rPr>
          <w:sz w:val="20"/>
        </w:rPr>
        <w:t>1:44:20  haalaat par yeh nahi ke aap kahein har jagah ja kar ke aap lage logon ko kora maarne hain. jaise haalaat, waisa un ka nafiz.</w:t>
      </w:r>
      <w:r>
        <w:br/>
      </w:r>
      <w:r>
        <w:rPr>
          <w:sz w:val="20"/>
        </w:rPr>
        <w:t>1:44:30  Bukhari mein aik riwayat hai, Khwaja Shah ne farmaya ke Islam mein pehle yaani logon ka mizaj banaya gaya, logon ki soch badli gayi, logon ka character badla gaya.</w:t>
      </w:r>
      <w:r>
        <w:br/>
      </w:r>
      <w:r>
        <w:rPr>
          <w:sz w:val="20"/>
        </w:rPr>
        <w:t>1:44:44  pehley yeh hua, phir jab yeh sab ho chuka to hukum utra us ke baad ke sharab na piyo aur zina mat karo.</w:t>
      </w:r>
      <w:r>
        <w:br/>
      </w:r>
      <w:r>
        <w:rPr>
          <w:sz w:val="20"/>
        </w:rPr>
        <w:t>1:44:53  to</w:t>
      </w:r>
      <w:r>
        <w:br/>
      </w:r>
      <w:r>
        <w:rPr>
          <w:sz w:val="20"/>
        </w:rPr>
        <w:t>1:44:54  woh kehti hain, Bukhari mein riwayat maujood hai ke agar pehle hi yeh keh diya jata to kehte ke "la nuzool zina abadan, la nuzool khamr abadan".</w:t>
      </w:r>
      <w:r>
        <w:br/>
      </w:r>
      <w:r>
        <w:rPr>
          <w:sz w:val="20"/>
        </w:rPr>
        <w:t>1:45:04  to aap us ke khilaaf ja sakte hain, jo jo rasool Allah ka tareeqa tha, us ke khilaaf ja sakte hain. Aap yaani rasool Allah alehالسلام ne kya ke makkah mein sab naafiz kar dein qanoon.</w:t>
      </w:r>
      <w:r>
        <w:br/>
      </w:r>
      <w:r>
        <w:rPr>
          <w:sz w:val="20"/>
        </w:rPr>
        <w:t>1:45:17  to aap qanoon ka nafaz yeh yahan se yaani beginning yahan se nahi hoti. Beginning hoti hai zehan banane se, soch banane se, society banane se.</w:t>
      </w:r>
      <w:r>
        <w:br/>
      </w:r>
      <w:r>
        <w:rPr>
          <w:sz w:val="20"/>
        </w:rPr>
        <w:t>1:45:29  masla yeh hai, yeh nahi kar sakte aap hukoomat pe qabza kar lein aur phir lage ko logon ko kode maarne, koda maarne. Jaisa ke baaz countries mein hua, amalan kuch bhi nahi ho saka.</w:t>
      </w:r>
      <w:r>
        <w:br/>
      </w:r>
      <w:r>
        <w:rPr>
          <w:sz w:val="20"/>
        </w:rPr>
        <w:t>1:45:42  hukoomat pe qabza kar ke naafiz nahi hote hudood, balke logon ke zehan ko badalne se hudood naafiz hote hain. Jaisa ke rasool Allah ne kiya.</w:t>
      </w:r>
      <w:r>
        <w:br/>
      </w:r>
      <w:r>
        <w:rPr>
          <w:sz w:val="20"/>
        </w:rPr>
        <w:t>1:45:51  Bukhari ki riwayat aap padh lijiye, Hazrat Aisha ki ke pehle dilon ko badla jata hai, phir hudood naafiz kiye jate hain. Yaani ek hukoomat ko qabza kar lo, us ke baad logon ko koda maar maar ke hudood naafiz karo.</w:t>
      </w:r>
      <w:r>
        <w:br/>
      </w:r>
      <w:r>
        <w:rPr>
          <w:sz w:val="20"/>
        </w:rPr>
        <w:t>1:46:04  yeh to yeh to woh hai sarkashi hai, yeh Islam nahi hai.</w:t>
      </w:r>
    </w:p>
    <w:p>
      <w:pPr>
        <w:pStyle w:val="Heading2"/>
      </w:pPr>
      <w:r>
        <w:t>Peace among those misusing freedom: fear of God or laws?</w:t>
      </w:r>
    </w:p>
    <w:p>
      <w:r>
        <w:rPr>
          <w:color w:val="666666"/>
          <w:sz w:val="18"/>
        </w:rPr>
        <w:t>Society &amp; Dawah · Discovery of God (In Conversation with Maulana) December 25, 2011 · 2m 00s · at 41:06 · https://youtu.be/-1c1d7cFj0s?t=2466</w:t>
      </w:r>
    </w:p>
    <w:p>
      <w:r>
        <w:rPr>
          <w:i/>
        </w:rPr>
        <w:t>“How can peace be established among those who misuse freedom? Through fear of God or through force of laws?”</w:t>
      </w:r>
    </w:p>
    <w:p>
      <w:r>
        <w:rPr>
          <w:sz w:val="20"/>
        </w:rPr>
        <w:t>41:06  maulana, agla sawal aya hai Maulana Israr Umri ka Tamil Nadu se. Unhone likha hai: "Azadi ko misuse karne walon ke darmiyan aman kis tarah qaim ho sakta hai?</w:t>
      </w:r>
      <w:r>
        <w:br/>
      </w:r>
      <w:r>
        <w:rPr>
          <w:sz w:val="20"/>
        </w:rPr>
        <w:t>41:20  khauf Khuda se ya qawaneen ke zor zor se?"</w:t>
      </w:r>
      <w:r>
        <w:br/>
      </w:r>
      <w:r>
        <w:rPr>
          <w:sz w:val="20"/>
        </w:rPr>
        <w:t>41:27  dekhen, qanoon ke zor se to kabhi aap nahi kaam sakta. Yeh to impossible hai. Qanoon se sirf yeh hota hai ke jo galat log hain, woh underground ho kar kaam karne lagte hain.</w:t>
      </w:r>
      <w:r>
        <w:br/>
      </w:r>
      <w:r>
        <w:rPr>
          <w:sz w:val="20"/>
        </w:rPr>
        <w:t>41:41  yani corruption aata hai tarah tarah ka. Qanoon ke zariye se kabhi bhi peace nahi aa sakta.</w:t>
      </w:r>
      <w:r>
        <w:br/>
      </w:r>
      <w:r>
        <w:rPr>
          <w:sz w:val="20"/>
        </w:rPr>
        <w:t>41:51  peace to aayega. Logon ko kehte hain yeh samajh paida ki jaye ke is peace rahega to sab ko faida hai. Peace hoga to sab ko faida hai.</w:t>
      </w:r>
      <w:r>
        <w:br/>
      </w:r>
      <w:r>
        <w:rPr>
          <w:sz w:val="20"/>
        </w:rPr>
        <w:t>42:01  yani ab chahe business ho ya education ho ya mazhabi sargarmian hon, koi bhi family life ho, social life ho, har cheez bohat smooth tarike se chale chale gi.</w:t>
      </w:r>
      <w:r>
        <w:br/>
      </w:r>
      <w:r>
        <w:rPr>
          <w:sz w:val="20"/>
        </w:rPr>
        <w:t>42:13  is raaz ko log jaan len ke peace se sab ko faida hai. Baghair qanoon se to peace aata nahi. Jahan bhi aap ko dictatorship thi, aap dekhiye Arab countries mein dictatorship thi, wahan kya hua?</w:t>
      </w:r>
      <w:r>
        <w:br/>
      </w:r>
      <w:r>
        <w:rPr>
          <w:sz w:val="20"/>
        </w:rPr>
        <w:t>42:27  kya peace tha? Aaya wahan? Wahan andar andar sab kuch ho raha tha. Ab woh bhadak uthe to aap dekhiye kya aalam hai. To qanoon ke qanoon ke zariye peace qaim karne ki koshish karna yani ek aur burai paida karna hai, zyada badi burai.</w:t>
      </w:r>
      <w:r>
        <w:br/>
      </w:r>
      <w:r>
        <w:rPr>
          <w:sz w:val="20"/>
        </w:rPr>
        <w:t>42:49  to sahi baat yeh hai ke logon ke andar soch lai jaye, logon ke andar yani peace ki ahmiyat ko logon ko bataya jaye.</w:t>
      </w:r>
      <w:r>
        <w:br/>
      </w:r>
      <w:r>
        <w:rPr>
          <w:sz w:val="20"/>
        </w:rPr>
        <w:t>43:00  jitna zyada log peace ki ahmiyat ko samjhenge, utne zyada woh peaceful bante chale jayenge.</w:t>
      </w:r>
    </w:p>
    <w:p>
      <w:pPr>
        <w:pStyle w:val="Heading2"/>
      </w:pPr>
      <w:r>
        <w:t>Peace efforts seen as cowardice</w:t>
      </w:r>
    </w:p>
    <w:p>
      <w:r>
        <w:rPr>
          <w:color w:val="666666"/>
          <w:sz w:val="18"/>
        </w:rPr>
        <w:t>Society &amp; Dawah · Man and Paradise May 05, 2013 · 2m 11s · at 1:00:07 · https://youtu.be/VyFgim3pvts?t=3607</w:t>
      </w:r>
    </w:p>
    <w:p>
      <w:r>
        <w:rPr>
          <w:i/>
        </w:rPr>
        <w:t>“Often, efforts made towards peace are considered cowardice by people. What is the reason for this?”</w:t>
      </w:r>
    </w:p>
    <w:p>
      <w:r>
        <w:rPr>
          <w:sz w:val="20"/>
        </w:rPr>
        <w:t>1:00:07  Maulana, agla sawal Bangalore se hai, Rafiq sahib ka</w:t>
      </w:r>
      <w:r>
        <w:br/>
      </w:r>
      <w:r>
        <w:rPr>
          <w:sz w:val="20"/>
        </w:rPr>
        <w:t>1:00:11  . unhon ne likha hai: "Maulana sahib, aksar aman ki taraf ki gayi koshishon ko log buzdi samjhte hain. is ka karan kya hai?" phir wohi main kahunga ke kyun log majmoo'ay ko le kar raah banate hain?</w:t>
      </w:r>
      <w:r>
        <w:br/>
      </w:r>
      <w:r>
        <w:rPr>
          <w:sz w:val="20"/>
        </w:rPr>
        <w:t>1:00:28  majmooa yeh aisi baatein kehta hai, afraad nahi kehte aisi baatein. bohat se afraad aise hain jo is ke khilaaf rai un ki hoti hai.</w:t>
      </w:r>
      <w:r>
        <w:br/>
      </w:r>
      <w:r>
        <w:rPr>
          <w:sz w:val="20"/>
        </w:rPr>
        <w:t>1:00:39  mein samajhta hoon ke poori tareekh mein yeh ghalti hui hai ke logon ne rai banai majmooay ki dikkat mein. fard ko le kar rai banai hai, kyunke Allah ka aap ko yeh jaanna chahiye ke Allah ka jo creation plan hai, woh mabni par fard hai, mabni par majmooa nahi hai.</w:t>
      </w:r>
      <w:r>
        <w:br/>
      </w:r>
      <w:r>
        <w:rPr>
          <w:sz w:val="20"/>
        </w:rPr>
        <w:t>1:00:58  Allah ko poori history se afraad select karne hain, poori history se. koi majmooa nahi ke ek majmooa hai, us ko le kar jannat dakhil kar do</w:t>
      </w:r>
      <w:r>
        <w:br/>
      </w:r>
      <w:r>
        <w:rPr>
          <w:sz w:val="20"/>
        </w:rPr>
        <w:t>1:01:09  . koi majmooa nahi, na koi ummat hai, na koi society hai, na koi majmooa hai. sab sab sab jannat dakhil kar do. aisa nahi hone wala.</w:t>
      </w:r>
      <w:r>
        <w:br/>
      </w:r>
      <w:r>
        <w:rPr>
          <w:sz w:val="20"/>
        </w:rPr>
        <w:t>1:01:19  afraad chune jayenge ummaton se bhi aur samajon se bhi. is maamle mein sara confusion is liye paida hota hai ke log jo khaliq ka jo mansooba hai takhleeqi, us ko samjhe baghair khud sakhta tor par rai qaim karte hain.</w:t>
      </w:r>
    </w:p>
    <w:p>
      <w:pPr>
        <w:pStyle w:val="Heading2"/>
      </w:pPr>
      <w:r>
        <w:t>Pious Muslim Hating Non-Muslims and Avoiding Dawah</w:t>
      </w:r>
    </w:p>
    <w:p>
      <w:r>
        <w:rPr>
          <w:color w:val="666666"/>
          <w:sz w:val="18"/>
        </w:rPr>
        <w:t>Society &amp; Dawah · Peaceful Islamic Mission December 28, 2014 · 3m 33s · at 56:51 · https://youtu.be/aLacalXEtRA?t=3411</w:t>
      </w:r>
    </w:p>
    <w:p>
      <w:r>
        <w:rPr>
          <w:i/>
        </w:rPr>
        <w:t>“Maulana, if a Muslim is pious but hates non-Muslims and due to his worldly affairs is not keen on Dawah work.”</w:t>
      </w:r>
    </w:p>
    <w:p>
      <w:r>
        <w:rPr>
          <w:sz w:val="20"/>
        </w:rPr>
        <w:t>56:51  maulana, agla sawal ah maulana farhad umri ne bheja hai dilli se, aur unhon ne likha hai ke:</w:t>
      </w:r>
      <w:r>
        <w:br/>
      </w:r>
      <w:r>
        <w:rPr>
          <w:sz w:val="20"/>
        </w:rPr>
        <w:t>56:57  "مولانا، if a Muslim who is pious but hates non-Muslims and due to his worldly affairs is</w:t>
      </w:r>
      <w:r>
        <w:br/>
      </w:r>
      <w:r>
        <w:rPr>
          <w:sz w:val="20"/>
        </w:rPr>
        <w:t>57:03  not can in daawa work.</w:t>
      </w:r>
      <w:r>
        <w:br/>
      </w:r>
      <w:r>
        <w:rPr>
          <w:sz w:val="20"/>
        </w:rPr>
        <w:t>57:09  will such a muslim be judged as innocent in the eyes of god?" what is your comment? kya</w:t>
      </w:r>
      <w:r>
        <w:br/>
      </w:r>
      <w:r>
        <w:rPr>
          <w:sz w:val="20"/>
        </w:rPr>
        <w:t>57:15  kya matlab hai? ke maulana, agar ek muslim jo apne worldly affairs mein phansa hua hai aur wo</w:t>
      </w:r>
      <w:r>
        <w:br/>
      </w:r>
      <w:r>
        <w:rPr>
          <w:sz w:val="20"/>
        </w:rPr>
        <w:t>57:21  daawa work nahi kar raha hai, lekin wo waise ah dekhne pe pious muslim hai, ah lekin is</w:t>
      </w:r>
      <w:r>
        <w:br/>
      </w:r>
      <w:r>
        <w:rPr>
          <w:sz w:val="20"/>
        </w:rPr>
        <w:t>57:27  ke dil mein nafrat hai non muslim ke liye, to kya wo allah taala ke samne innocent paye</w:t>
      </w:r>
      <w:r>
        <w:br/>
      </w:r>
      <w:r>
        <w:rPr>
          <w:sz w:val="20"/>
        </w:rPr>
        <w:t>57:33  ga? nahi, har giz.</w:t>
      </w:r>
      <w:r>
        <w:br/>
      </w:r>
      <w:r>
        <w:rPr>
          <w:sz w:val="20"/>
        </w:rPr>
        <w:t>57:39  nafrat ka to nafrat to haram hai.</w:t>
      </w:r>
      <w:r>
        <w:br/>
      </w:r>
      <w:r>
        <w:rPr>
          <w:sz w:val="20"/>
        </w:rPr>
        <w:t>57:45  nafrat ki kisi ko ijazat nahi hai.</w:t>
      </w:r>
      <w:r>
        <w:br/>
      </w:r>
      <w:r>
        <w:rPr>
          <w:sz w:val="20"/>
        </w:rPr>
        <w:t>57:51  allah ka paida kiya hua, yani allah ke paida kiye hue insan nafrat karenge? aap apne koi</w:t>
      </w:r>
      <w:r>
        <w:br/>
      </w:r>
      <w:r>
        <w:rPr>
          <w:sz w:val="20"/>
        </w:rPr>
        <w:t>57:57  baap apne bete se nafrat kar sakta hai? koi duniya mein aisa baap nahi hoga jo apne bete</w:t>
      </w:r>
      <w:r>
        <w:br/>
      </w:r>
      <w:r>
        <w:rPr>
          <w:sz w:val="20"/>
        </w:rPr>
        <w:t>58:03  se nafrat kare.</w:t>
      </w:r>
      <w:r>
        <w:br/>
      </w:r>
      <w:r>
        <w:rPr>
          <w:sz w:val="20"/>
        </w:rPr>
        <w:t>58:09  to to baap ka, yani bete ke ke ke paida hone mein baap ka hissa kya hai? one</w:t>
      </w:r>
      <w:r>
        <w:br/>
      </w:r>
      <w:r>
        <w:rPr>
          <w:sz w:val="20"/>
        </w:rPr>
        <w:t>58:14  percent bhi nahi hai.</w:t>
      </w:r>
      <w:r>
        <w:br/>
      </w:r>
      <w:r>
        <w:rPr>
          <w:sz w:val="20"/>
        </w:rPr>
        <w:t>58:20  wo to allah ne paida kiya hai.</w:t>
      </w:r>
      <w:r>
        <w:br/>
      </w:r>
      <w:r>
        <w:rPr>
          <w:sz w:val="20"/>
        </w:rPr>
        <w:t>58:26  to allah ki takhleeq ke karishma hai har insan.</w:t>
      </w:r>
      <w:r>
        <w:br/>
      </w:r>
      <w:r>
        <w:rPr>
          <w:sz w:val="20"/>
        </w:rPr>
        <w:t>58:32  har insan allah ki creation ka ek namuna hai.</w:t>
      </w:r>
      <w:r>
        <w:br/>
      </w:r>
      <w:r>
        <w:rPr>
          <w:sz w:val="20"/>
        </w:rPr>
        <w:t>58:38  is se aap nafrat karenge? bilashuba haram hai, is mein koi shaq hi nahi.</w:t>
      </w:r>
      <w:r>
        <w:br/>
      </w:r>
      <w:r>
        <w:rPr>
          <w:sz w:val="20"/>
        </w:rPr>
        <w:t>58:44  maulana, un ka ek aur sawal hai.</w:t>
      </w:r>
      <w:r>
        <w:br/>
      </w:r>
      <w:r>
        <w:rPr>
          <w:sz w:val="20"/>
        </w:rPr>
        <w:t>58:50  انہوں نے لکھا ہے کہ: "There is a common phrase used in the Muslim history about non-Muslims,</w:t>
      </w:r>
      <w:r>
        <w:br/>
      </w:r>
      <w:r>
        <w:rPr>
          <w:sz w:val="20"/>
        </w:rPr>
        <w:t>58:56  that is wo waseela jahannum hua, fana fil nar hua, etc." is use of such phrase islamic? islamic</w:t>
      </w:r>
      <w:r>
        <w:br/>
      </w:r>
      <w:r>
        <w:rPr>
          <w:sz w:val="20"/>
        </w:rPr>
        <w:t>59:02  nahi, yeh to haram hai.</w:t>
      </w:r>
      <w:r>
        <w:br/>
      </w:r>
      <w:r>
        <w:rPr>
          <w:sz w:val="20"/>
        </w:rPr>
        <w:t>59:08  Aisa aisa bolna haram hai.</w:t>
      </w:r>
      <w:r>
        <w:br/>
      </w:r>
      <w:r>
        <w:rPr>
          <w:sz w:val="20"/>
        </w:rPr>
        <w:t>59:14  Kyun? Aap nahi bata sakte ke Rasool Allah Sal Allah Alaihi Wasallam ke aisa kabhi kiya ho ya</w:t>
      </w:r>
      <w:r>
        <w:br/>
      </w:r>
      <w:r>
        <w:rPr>
          <w:sz w:val="20"/>
        </w:rPr>
        <w:t>59:20  Sahaba ne aisa kiya ho.</w:t>
      </w:r>
      <w:r>
        <w:br/>
      </w:r>
      <w:r>
        <w:rPr>
          <w:sz w:val="20"/>
        </w:rPr>
        <w:t>59:26  Rasool Allah Sal Allah Alaihi Wasallam ke saamne se ek Yahudi janaza nikla.</w:t>
      </w:r>
      <w:r>
        <w:br/>
      </w:r>
      <w:r>
        <w:rPr>
          <w:sz w:val="20"/>
        </w:rPr>
        <w:t>59:32  Yahudi janaza, yaani ek dead body Yahudi ki le ja rahe the log.</w:t>
      </w:r>
      <w:r>
        <w:br/>
      </w:r>
      <w:r>
        <w:rPr>
          <w:sz w:val="20"/>
        </w:rPr>
        <w:t>59:38  To aap ne yeh nahi kaha ke, yaani fi nar wastaqar, yeh nahi farmaya aap ne.</w:t>
      </w:r>
      <w:r>
        <w:br/>
      </w:r>
      <w:r>
        <w:rPr>
          <w:sz w:val="20"/>
        </w:rPr>
        <w:t>59:44  Aaj kal Musalman yahi kehte hain, koi janaza agar hua aisa to kehte hain ke fi nar wastaqar.</w:t>
      </w:r>
      <w:r>
        <w:br/>
      </w:r>
      <w:r>
        <w:rPr>
          <w:sz w:val="20"/>
        </w:rPr>
        <w:t>59:50  Kya haq hai aap ko aisa kehne ka? Rasool Allah Sal Allah Alaihi Wasallam to iski respect</w:t>
      </w:r>
      <w:r>
        <w:br/>
      </w:r>
      <w:r>
        <w:rPr>
          <w:sz w:val="20"/>
        </w:rPr>
        <w:t>59:55  ke liye khade ho gaye, aur kisi ne taajjub kiya ke aap respect de rahe hain Yahudi janaze ko.</w:t>
      </w:r>
      <w:r>
        <w:br/>
      </w:r>
      <w:r>
        <w:rPr>
          <w:sz w:val="20"/>
        </w:rPr>
        <w:t>1:00:01  To aap ne farmaya ke: "Alaih al-dafn, main bhi insan, woh bhi insan." Yeh hai Islam.</w:t>
      </w:r>
      <w:r>
        <w:br/>
      </w:r>
      <w:r>
        <w:rPr>
          <w:sz w:val="20"/>
        </w:rPr>
        <w:t>1:00:07  Baaki jo Musalman kar rahe hain aaj kal fi nar wastaqar, yeh to haram hai.</w:t>
      </w:r>
      <w:r>
        <w:br/>
      </w:r>
      <w:r>
        <w:rPr>
          <w:sz w:val="20"/>
        </w:rPr>
        <w:t>1:00:13  Is mein koi shaq nahi hai ke is ko haram hone ki, kyunke na Sahaba ne aisa kiya,</w:t>
      </w:r>
      <w:r>
        <w:br/>
      </w:r>
      <w:r>
        <w:rPr>
          <w:sz w:val="20"/>
        </w:rPr>
        <w:t>1:00:19  na Rasool Allah Sal Allah Alaihi Wasallam ne aisa kiya.</w:t>
      </w:r>
    </w:p>
    <w:p>
      <w:pPr>
        <w:pStyle w:val="Heading2"/>
      </w:pPr>
      <w:r>
        <w:t>Political Instability and Islam Protection</w:t>
      </w:r>
    </w:p>
    <w:p>
      <w:r>
        <w:rPr>
          <w:color w:val="666666"/>
          <w:sz w:val="18"/>
        </w:rPr>
        <w:t>Society &amp; Dawah · Surah Al-'Asr I November 23, 2014 Maulana Wahiduddin Khan · 2m 29s · at 1:03:02 · https://youtu.be/3dBMIUC0Dqw?t=3782</w:t>
      </w:r>
    </w:p>
    <w:p>
      <w:r>
        <w:rPr>
          <w:i/>
        </w:rPr>
        <w:t>“What is the amicable solution to political instability in Central Asia? How can we protect Islam from misinterpretation in this era of globalization?”</w:t>
      </w:r>
    </w:p>
    <w:p>
      <w:r>
        <w:rPr>
          <w:sz w:val="20"/>
        </w:rPr>
        <w:t>1:03:02  Maulana, agla sawal Delhi se kiya hai Mr. Sagar ne aur unhon ne likha hai What is the available, what is the amicable solution of political instability in Central Asia?</w:t>
      </w:r>
      <w:r>
        <w:br/>
      </w:r>
      <w:r>
        <w:rPr>
          <w:sz w:val="20"/>
        </w:rPr>
        <w:t>1:03:17  How can we protect Islam from misinterpretation in this era of globalization? Mein dekhen, yeh political sawal hai.</w:t>
      </w:r>
      <w:r>
        <w:br/>
      </w:r>
      <w:r>
        <w:rPr>
          <w:sz w:val="20"/>
        </w:rPr>
        <w:t>1:03:27  mujhe political sawalat se koi dilchaspi nahi. Baqi mein</w:t>
      </w:r>
      <w:r>
        <w:br/>
      </w:r>
      <w:r>
        <w:rPr>
          <w:sz w:val="20"/>
        </w:rPr>
        <w:t>1:03:35  bator principle ke yeh manta hoon ke dawat ka kaam jo hai woh sab masle ka hal hai. Dawat Allah ka kaam agar hum karen to is se kya hota hai?</w:t>
      </w:r>
      <w:r>
        <w:br/>
      </w:r>
      <w:r>
        <w:rPr>
          <w:sz w:val="20"/>
        </w:rPr>
        <w:t>1:03:48  Party thinking aati hai. Insan ke liye sympathy aati hai.</w:t>
      </w:r>
      <w:r>
        <w:br/>
      </w:r>
      <w:r>
        <w:rPr>
          <w:sz w:val="20"/>
        </w:rPr>
        <w:t>1:03:53  aur parties mein itna zyada involvement logon ka woh ghaTta hai. Yani power ki jo dhoom machi hui hai, sab log sochte hain ke kya power milna hai ya na milna hai, dono barabar hain.</w:t>
      </w:r>
      <w:r>
        <w:br/>
      </w:r>
      <w:r>
        <w:rPr>
          <w:sz w:val="20"/>
        </w:rPr>
        <w:t>1:04:08  to</w:t>
      </w:r>
      <w:r>
        <w:br/>
      </w:r>
      <w:r>
        <w:rPr>
          <w:sz w:val="20"/>
        </w:rPr>
        <w:t>1:04:09  realistic approach aata hai. Da'wah ka kaam karen jo dilon ko aap mutasir karenge. Un ke andar modesty aayegi.</w:t>
      </w:r>
      <w:r>
        <w:br/>
      </w:r>
      <w:r>
        <w:rPr>
          <w:sz w:val="20"/>
        </w:rPr>
        <w:t>1:04:20  realistic approach aye ga. doosron ke liye sympathy aye gi.</w:t>
      </w:r>
      <w:r>
        <w:br/>
      </w:r>
      <w:r>
        <w:rPr>
          <w:sz w:val="20"/>
        </w:rPr>
        <w:t>1:04:25  peaceful yani yani thinking aye gi. to sab cheezain durust hon gi. main daikhain, kisi bhi maslay ka koi short term hal nahi hota.</w:t>
      </w:r>
      <w:r>
        <w:br/>
      </w:r>
      <w:r>
        <w:rPr>
          <w:sz w:val="20"/>
        </w:rPr>
        <w:t>1:04:38  log daurtay hain short term hal par.</w:t>
      </w:r>
      <w:r>
        <w:br/>
      </w:r>
      <w:r>
        <w:rPr>
          <w:sz w:val="20"/>
        </w:rPr>
        <w:t>1:04:41  main daikhain, kisi cheez ka bhi, yeh social mamlaat ya national mamlaat ya international mamlaat mein koi bhi short term solution possible hi nahi.</w:t>
      </w:r>
      <w:r>
        <w:br/>
      </w:r>
      <w:r>
        <w:rPr>
          <w:sz w:val="20"/>
        </w:rPr>
        <w:t>1:04:54  logon ko acha lagta hai, daurtay hain isi ke liye. sirf</w:t>
      </w:r>
      <w:r>
        <w:br/>
      </w:r>
      <w:r>
        <w:rPr>
          <w:sz w:val="20"/>
        </w:rPr>
        <w:t>1:05:00  is tarah ke mamlaat mein sirf long term solution hi work karta hai. aur woh is ko hum kar rahay hain. hum agarche hamara mission, political mission nahi hai, lekin jo hum dawat Allah ka hum kaam kar rahay hain, indirect way mein isi mein saray cheezon ka solution hai.</w:t>
      </w:r>
      <w:r>
        <w:br/>
      </w:r>
      <w:r>
        <w:rPr>
          <w:sz w:val="20"/>
        </w:rPr>
        <w:t>1:05:18  indirect tor par hamara jo dawat Allah ka mission hai, woh direct tor par is ki dawat ka mission hai. lekin indirect way mein wohi solution hai saray mamlaat ka.</w:t>
      </w:r>
    </w:p>
    <w:p>
      <w:pPr>
        <w:pStyle w:val="Heading2"/>
      </w:pPr>
      <w:r>
        <w:t>Political conflict among the Righteous Caliphs</w:t>
      </w:r>
    </w:p>
    <w:p>
      <w:r>
        <w:rPr>
          <w:color w:val="666666"/>
          <w:sz w:val="18"/>
        </w:rPr>
        <w:t>Society &amp; Dawah · Islam and Politics November 17, 2013 · 2m 19s · at 59:13 · https://youtu.be/LgKA8wg4NPc?t=3553</w:t>
      </w:r>
    </w:p>
    <w:p>
      <w:r>
        <w:rPr>
          <w:i/>
        </w:rPr>
        <w:t>“The political interpretation of religion is undoubtedly a wrong interpretation, due to which most Muslims today are misguided. Then how did it happen that during the era of the Righteous Caliphs there was also political conflict, even though they were the ones who understood religion in its original form? Please explain this.”</w:t>
      </w:r>
    </w:p>
    <w:p>
      <w:r>
        <w:rPr>
          <w:sz w:val="20"/>
        </w:rPr>
        <w:t>59:13  maulana agla sawal dilli se kya hai shahnawaz zafar sahib ne unhon ne likha hai deen ki siyasi taabeer beshak ek galat taabeer hai jis ki wajah se aaj ke beshtar musalman bhatke hue hain</w:t>
      </w:r>
      <w:r>
        <w:br/>
      </w:r>
      <w:r>
        <w:rPr>
          <w:sz w:val="20"/>
        </w:rPr>
        <w:t>59:30  to phir aisa kaise hua ke khulafa-e-rashideen ke daur mein bhi siyasi takrao hua jabke woh log deen ko is ke asal roop mein samajhne wale the is ke bare mein hamein batayen dekhen kya takrao ka matlab main nahin keh raha yeh main nahin keh raha hoon ke political interpretation se takrao paida hota hai takrao ki to bohat si baaten hain</w:t>
      </w:r>
      <w:r>
        <w:br/>
      </w:r>
      <w:r>
        <w:rPr>
          <w:sz w:val="20"/>
        </w:rPr>
        <w:t>59:56  sadak pe log takra jate hain rasta nahin diya to takra gaye to takrao ke mukhtalif asbab hote hain wahan par jo takrao tha yani hazrat muawiya mein hazrat ali mein woh takrao jo tha us ki buniyad political interpretation nahin tha woh darasal yeh tha ke hazrat usman ki ki shahadat hui thi un ko qatal kiya gaya tha</w:t>
      </w:r>
      <w:r>
        <w:br/>
      </w:r>
      <w:r>
        <w:rPr>
          <w:sz w:val="20"/>
        </w:rPr>
        <w:t>1:00:25  to masla yeh tha ke jo qatilin the un ko saza di jaye to hazrat muawiya jo the un ka israr yeh tha ke qatilin jo hain woh un ke wirsa ko hawale kiye jayen hazrat usman aur hazrat muawiya dono ek hi qabile ke the yani bani umayya se dono ka taalluq tha</w:t>
      </w:r>
      <w:r>
        <w:br/>
      </w:r>
      <w:r>
        <w:rPr>
          <w:sz w:val="20"/>
        </w:rPr>
        <w:t>1:00:47  to un ka jo jo wahan par jo riwaj chala raha tha pehle se woh yahi tha ke qatil ko maqtul ke wirsa ko hawale kar diya jata tha phir woh jis tarah chahen us ko saza den yeh riwaj tha wahan to hazrat ali kehte the ke nahin hum us ko adalat mein jayenge wahan par karwai hogi adalti faisle ke تحت wahan par nafiz kiya jayega jo jo tay hoga</w:t>
      </w:r>
      <w:r>
        <w:br/>
      </w:r>
      <w:r>
        <w:rPr>
          <w:sz w:val="20"/>
        </w:rPr>
        <w:t>1:01:16  yeh yeh yeh do raay ka takrao tha do raah ka takrao tha yeh barhte barhte jang shuru ikhtiyar ki gayi to wahan jo takrao pesh aaya woh is ke sabab doosra tha political interpretation se koi talluq nahi tha</w:t>
      </w:r>
    </w:p>
    <w:p>
      <w:pPr>
        <w:pStyle w:val="Heading2"/>
      </w:pPr>
      <w:r>
        <w:t>Political status quo versus peaceful da'wah in Libya</w:t>
      </w:r>
    </w:p>
    <w:p>
      <w:r>
        <w:rPr>
          <w:color w:val="666666"/>
          <w:sz w:val="18"/>
        </w:rPr>
        <w:t>Society &amp; Dawah · Politics and Nation Building May 19, 2013 · 3m 19s · at 1:03:48 · https://youtu.be/kmiMGq0Ki2Q?t=3828</w:t>
      </w:r>
    </w:p>
    <w:p>
      <w:r>
        <w:rPr>
          <w:i/>
        </w:rPr>
        <w:t>“In today's lecture you said accept political status quo but you also mentioned name of one of your associates from Libya who was doing da'wah peacefully but was killed by the government. Recently Libyans visited you and said conditions are better and they have started regrouping for da'wah. My question is: Had the people there not raise their voices against their rulers' tyranny and dethrone him? How could those Libyans...”</w:t>
      </w:r>
    </w:p>
    <w:p>
      <w:r>
        <w:rPr>
          <w:sz w:val="20"/>
        </w:rPr>
        <w:t>1:03:48  maulana agla sawal karachi pakistan se aaya hai miss sana ka unho ne likha hai maulana sahib i am a political journalist by profession and have been following your lectures for quite some time now</w:t>
      </w:r>
      <w:r>
        <w:br/>
      </w:r>
      <w:r>
        <w:rPr>
          <w:sz w:val="20"/>
        </w:rPr>
        <w:t>1:04:05  in today lecture you said that accept political status quo ism but you also mentioned name of one of your associate from libya sheikh mohammed qaid who was doing dawa peacefully but was caught and then killed by then government recently few libyans visited you and they said that since conditions in libya are better now hence they have started regrouping for dawa again</w:t>
      </w:r>
      <w:r>
        <w:br/>
      </w:r>
      <w:r>
        <w:rPr>
          <w:sz w:val="20"/>
        </w:rPr>
        <w:t>1:04:35  maulana sahib my question is had the people there not raised their voices against their rulers tyranny and dethroned him how could those libyans even ever thought of regrouping for dawa again under those former conditions when their former ruler was against even their peaceful dawa peaceful work</w:t>
      </w:r>
      <w:r>
        <w:br/>
      </w:r>
      <w:r>
        <w:rPr>
          <w:sz w:val="20"/>
        </w:rPr>
        <w:t>1:04:59  my second question is if you will accept one person as a political imam then what is the point of elections in a democracy lastly i want to say maulana sahib may allah bless you with health and long life you are a pearl of ummah bhai question pakad liya main ap bataein pehla question pehle kya hai pehla wala maul</w:t>
      </w:r>
      <w:r>
        <w:br/>
      </w:r>
      <w:r>
        <w:rPr>
          <w:sz w:val="20"/>
        </w:rPr>
        <w:t>1:05:25  ana woh status quizm ko le ke unhon ne sawal kiya hai ke ap ne jo aj kaha lecture mein to woh yeh keh rahe hain ke libya mein to logon ne ah violence kara ruler ke khilaf aur dethrone kar diya aur sath hi mein unhon ne yeh bhi kaha ke jo wahan ke log hain jo daawa work kar rahe hain unhon ne regrouping bhi kari aur daawa work jari rakha to is ko le ke unhon ne sawal kiya hai Maulana kya sawal kiya hai</w:t>
      </w:r>
      <w:r>
        <w:br/>
      </w:r>
      <w:r>
        <w:rPr>
          <w:sz w:val="20"/>
        </w:rPr>
        <w:t>1:05:53  kya sawal to samjha nahi mein hmm hain Maulana woh sawal actually is se link nahi ho pa raha hai ah jo unhon ne ah mention kara hai bhai doosre log kya kar rahe hain hmm is mein sawal kya banaya hai unhon ne woh to clear nahi hua na hmm hain ji</w:t>
      </w:r>
      <w:r>
        <w:br/>
      </w:r>
      <w:r>
        <w:rPr>
          <w:sz w:val="20"/>
        </w:rPr>
        <w:t>1:06:13  Maulana jo doosra sawal hai woh ah is ke baray mein ap bata sakte hain ke ah of of you well accept one person as ar political imam hmm then what is the point of elections in a democracy yehi to hai bhai ek imam chun lo yeh to mein ne kaha hmm ke democracy mein jab ek party ya ek shakhs chun liya gaya to us ko maan lijiye ab yeh na shor machai ke rigging hui hui</w:t>
      </w:r>
      <w:r>
        <w:br/>
      </w:r>
      <w:r>
        <w:rPr>
          <w:sz w:val="20"/>
        </w:rPr>
        <w:t>1:06:41  yeh to mein ne kaha hmm ap chale jaiye doosre kaam karne ke liye yani education ki field mein daawa field mein business ki field mein aur logon ke andar lal jhagda khatam karne ki field mein bohat kaam hai sab kijiye woh woh woh to wohi baat hai wahan bhi ji ke election ka result accept kar lijiye yeh mat kahiye ke result ko ap challenge karein wohi to baat hai yaar</w:t>
      </w:r>
    </w:p>
    <w:p>
      <w:pPr>
        <w:pStyle w:val="Heading2"/>
      </w:pPr>
      <w:r>
        <w:t>Political vs Ideological Empire Perception</w:t>
      </w:r>
    </w:p>
    <w:p>
      <w:r>
        <w:rPr>
          <w:color w:val="666666"/>
          <w:sz w:val="18"/>
        </w:rPr>
        <w:t>Society &amp; Dawah · The Purpose of Existence-9th September 2012 · 2m 37s · at 1:13:59 · https://youtu.be/KxCy8m6k_MQ?t=4439</w:t>
      </w:r>
    </w:p>
    <w:p>
      <w:r>
        <w:rPr>
          <w:i/>
        </w:rPr>
        <w:t>“People consider a political empire as something great, but they do not consider an ideological empire as something great. Why is that?”</w:t>
      </w:r>
    </w:p>
    <w:p>
      <w:r>
        <w:rPr>
          <w:sz w:val="20"/>
        </w:rPr>
        <w:t>1:13:59  Maulana, agla sawal Hyderabad se aaya hai Maulana Inayat Umri sahib ka.</w:t>
      </w:r>
      <w:r>
        <w:br/>
      </w:r>
      <w:r>
        <w:rPr>
          <w:sz w:val="20"/>
        </w:rPr>
        <w:t>1:14:05  unhon ne aap se poocha hai ke political empire ko log bari cheez samajhte hain, magar ideological empire</w:t>
      </w:r>
      <w:r>
        <w:br/>
      </w:r>
      <w:r>
        <w:rPr>
          <w:sz w:val="20"/>
        </w:rPr>
        <w:t>1:14:11  ko bari cheez nahin samajhte hain.</w:t>
      </w:r>
      <w:r>
        <w:br/>
      </w:r>
      <w:r>
        <w:rPr>
          <w:sz w:val="20"/>
        </w:rPr>
        <w:t>1:14:17  maulana, aisa kyun hai? dekhen, yeh yani soch ki kami ka nateeja hai.</w:t>
      </w:r>
      <w:r>
        <w:br/>
      </w:r>
      <w:r>
        <w:rPr>
          <w:sz w:val="20"/>
        </w:rPr>
        <w:t>1:14:23  soch ki kami political empire ka political headache hai.</w:t>
      </w:r>
      <w:r>
        <w:br/>
      </w:r>
      <w:r>
        <w:rPr>
          <w:sz w:val="20"/>
        </w:rPr>
        <w:t>1:14:29  jitne bhi emperor hue hain, sab ke liye empire se ek problem thi.</w:t>
      </w:r>
      <w:r>
        <w:br/>
      </w:r>
      <w:r>
        <w:rPr>
          <w:sz w:val="20"/>
        </w:rPr>
        <w:t>1:14:35  alexander se le kar ke obama tak har waqt problem ghire hue hain, har waqt masle mein ghire hue hain.</w:t>
      </w:r>
      <w:r>
        <w:br/>
      </w:r>
      <w:r>
        <w:rPr>
          <w:sz w:val="20"/>
        </w:rPr>
        <w:t>1:14:41  koi neend nahin aati un ki, sleeping pills kha ke sote hain.</w:t>
      </w:r>
      <w:r>
        <w:br/>
      </w:r>
      <w:r>
        <w:rPr>
          <w:sz w:val="20"/>
        </w:rPr>
        <w:t>1:14:48  to political empire is ke liye hai jo jo yani mein to samajhta hoon ke jo jis ki</w:t>
      </w:r>
      <w:r>
        <w:br/>
      </w:r>
      <w:r>
        <w:rPr>
          <w:sz w:val="20"/>
        </w:rPr>
        <w:t>1:14:54  soch develop na hui ho.</w:t>
      </w:r>
      <w:r>
        <w:br/>
      </w:r>
      <w:r>
        <w:rPr>
          <w:sz w:val="20"/>
        </w:rPr>
        <w:t>1:15:00  mein to kuch bhi nahin samajhta is ko.</w:t>
      </w:r>
      <w:r>
        <w:br/>
      </w:r>
      <w:r>
        <w:rPr>
          <w:sz w:val="20"/>
        </w:rPr>
        <w:t>1:15:06  jo bhi jin logon ko bhi hukoomaten mili hain, jo bare bare uhde pe baithe hue hain, un</w:t>
      </w:r>
      <w:r>
        <w:br/>
      </w:r>
      <w:r>
        <w:rPr>
          <w:sz w:val="20"/>
        </w:rPr>
        <w:t>1:15:12  ka aap study kijiye qareeb se.</w:t>
      </w:r>
      <w:r>
        <w:br/>
      </w:r>
      <w:r>
        <w:rPr>
          <w:sz w:val="20"/>
        </w:rPr>
        <w:t>1:15:18  raat din problem mein ghire rehte hain, woh ek second bhi unhein azadi nahin sochne ke liye.</w:t>
      </w:r>
      <w:r>
        <w:br/>
      </w:r>
      <w:r>
        <w:rPr>
          <w:sz w:val="20"/>
        </w:rPr>
        <w:t>1:15:24  to mein kaha karta hoon ke hukoomat to headache hai, headache doosron ko de dijiye, aap khud azad</w:t>
      </w:r>
      <w:r>
        <w:br/>
      </w:r>
      <w:r>
        <w:rPr>
          <w:sz w:val="20"/>
        </w:rPr>
        <w:t>1:15:30  ho kar sochiye, azad ho kar apne apne develop kijiye, apne apne yani intellectual development ka kaam kijiye.</w:t>
      </w:r>
      <w:r>
        <w:br/>
      </w:r>
      <w:r>
        <w:rPr>
          <w:sz w:val="20"/>
        </w:rPr>
        <w:t>1:15:36  abhi mein pichli baar bataya tha aap ko ke india ki sab se bari state hai up.</w:t>
      </w:r>
      <w:r>
        <w:br/>
      </w:r>
      <w:r>
        <w:rPr>
          <w:sz w:val="20"/>
        </w:rPr>
        <w:t>1:15:42  to up mein is waqt jo chief minister hain, woh mr. akhilesh yadav hain.</w:t>
      </w:r>
      <w:r>
        <w:br/>
      </w:r>
      <w:r>
        <w:rPr>
          <w:sz w:val="20"/>
        </w:rPr>
        <w:t>1:15:48  to un ka ek interview chha pa tha times of india mein, bohat detail ke sath.</w:t>
      </w:r>
      <w:r>
        <w:br/>
      </w:r>
      <w:r>
        <w:rPr>
          <w:sz w:val="20"/>
        </w:rPr>
        <w:t>1:15:54  to interview mein unhon ne un se poocha ke chief minister banne ke baad aap koi cheez miss</w:t>
      </w:r>
      <w:r>
        <w:br/>
      </w:r>
      <w:r>
        <w:rPr>
          <w:sz w:val="20"/>
        </w:rPr>
        <w:t>1:16:00  kar rahe hain kya? to foran kehte hain, "freedom yani chief minister ban gaye aur freedom chhin gayi,</w:t>
      </w:r>
      <w:r>
        <w:br/>
      </w:r>
      <w:r>
        <w:rPr>
          <w:sz w:val="20"/>
        </w:rPr>
        <w:t>1:16:06  to kya faida?" mein kehta hoon, "chief minister banne se aap ghor kijiye, yeh sab ka haal hai.</w:t>
      </w:r>
      <w:r>
        <w:br/>
      </w:r>
      <w:r>
        <w:rPr>
          <w:sz w:val="20"/>
        </w:rPr>
        <w:t>1:16:12  jeddah mein jitne bhi ruler hain, jitne bhi emperor hain, jitne bhi king hain, sab ka haal yahi tha.</w:t>
      </w:r>
      <w:r>
        <w:br/>
      </w:r>
      <w:r>
        <w:rPr>
          <w:sz w:val="20"/>
        </w:rPr>
        <w:t>1:16:18  to is liye mein kehta hoon ke hukoomat ya empire ek headache hai, headache doosron ke hawale kar</w:t>
      </w:r>
      <w:r>
        <w:br/>
      </w:r>
      <w:r>
        <w:rPr>
          <w:sz w:val="20"/>
        </w:rPr>
        <w:t>1:16:24  dijiye aur aap azadi ke sath apna kaam kijiye, apna spiritual development, intellectual development is field mein jahan</w:t>
      </w:r>
      <w:r>
        <w:br/>
      </w:r>
      <w:r>
        <w:rPr>
          <w:sz w:val="20"/>
        </w:rPr>
        <w:t>1:16:30  koi rukawat nahin.</w:t>
      </w:r>
    </w:p>
    <w:p>
      <w:pPr>
        <w:pStyle w:val="Heading2"/>
      </w:pPr>
      <w:r>
        <w:t>Positive response to Western development as dawah</w:t>
      </w:r>
    </w:p>
    <w:p>
      <w:r>
        <w:rPr>
          <w:color w:val="666666"/>
          <w:sz w:val="18"/>
        </w:rPr>
        <w:t>Society &amp; Dawah · Peace of Mind April 19, 2015 Maulana Wahiduddin Khan · 2m 35s · at 48:06 · https://youtu.be/bGLY0ALNtjw?t=2886</w:t>
      </w:r>
    </w:p>
    <w:p>
      <w:r>
        <w:rPr>
          <w:i/>
        </w:rPr>
        <w:t>“Whenever you give a positive response to Western development and consider it as dawah...”</w:t>
      </w:r>
    </w:p>
    <w:p>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p>
    <w:p>
      <w:pPr>
        <w:pStyle w:val="Heading2"/>
      </w:pPr>
      <w:r>
        <w:t>Presenting creation plan in Islamic context</w:t>
      </w:r>
    </w:p>
    <w:p>
      <w:r>
        <w:rPr>
          <w:color w:val="666666"/>
          <w:sz w:val="18"/>
        </w:rPr>
        <w:t>Society &amp; Dawah · Spiritual Goal January 15, 2017 · 2m 29s · at 51:10 · https://youtu.be/D3JYu4p_P34?t=3070</w:t>
      </w:r>
    </w:p>
    <w:p>
      <w:r>
        <w:rPr>
          <w:i/>
        </w:rPr>
        <w:t>“Maulana, whenever I tell people creation plan of God, they listen to me carefully. But when I tell them that this creation plan of God is according to Islam, they suddenly lose their interest and start thinking that I am propagating Islam. So my question is: how can I tell creation plan of God in the context of Islam?”</w:t>
      </w:r>
    </w:p>
    <w:p>
      <w:r>
        <w:rPr>
          <w:sz w:val="20"/>
        </w:rPr>
        <w:t>51:10  opportunity in all the spheres of life." Maulana, agla sawal Miss Shabana Idrees ne bheja hai Raipur se.</w:t>
      </w:r>
      <w:r>
        <w:br/>
      </w:r>
      <w:r>
        <w:rPr>
          <w:sz w:val="20"/>
        </w:rPr>
        <w:t>51:17  unhon ne likha hai: "Maulana sahib, whenever I tell people creation plan of God, they listen to me carefully.</w:t>
      </w:r>
      <w:r>
        <w:br/>
      </w:r>
      <w:r>
        <w:rPr>
          <w:sz w:val="20"/>
        </w:rPr>
        <w:t>51:24  But when I tell them that this creation plan of God is according to Islam, they suddenly lose their interest and start thinking that I am propagating Islam. So my question is: how can I tell creation plan of God in the context of Islam?"</w:t>
      </w:r>
      <w:r>
        <w:br/>
      </w:r>
      <w:r>
        <w:rPr>
          <w:sz w:val="20"/>
        </w:rPr>
        <w:t>51:42  " dekhen, ek hi sitting mein aap sari baat nahin kar sakte.</w:t>
      </w:r>
      <w:r>
        <w:br/>
      </w:r>
      <w:r>
        <w:rPr>
          <w:sz w:val="20"/>
        </w:rPr>
        <w:t>51:47  yeh ek process hai.</w:t>
      </w:r>
      <w:r>
        <w:br/>
      </w:r>
      <w:r>
        <w:rPr>
          <w:sz w:val="20"/>
        </w:rPr>
        <w:t>51:53  dawat jo hai, woh ek process hai.</w:t>
      </w:r>
      <w:r>
        <w:br/>
      </w:r>
      <w:r>
        <w:rPr>
          <w:sz w:val="20"/>
        </w:rPr>
        <w:t>51:59  yeh nahin ke bas ek hi sitting mein announce kar dein sari baat A se Z tak.</w:t>
      </w:r>
      <w:r>
        <w:br/>
      </w:r>
      <w:r>
        <w:rPr>
          <w:sz w:val="20"/>
        </w:rPr>
        <w:t>52:05  to aadmi pakdega nahin.</w:t>
      </w:r>
      <w:r>
        <w:br/>
      </w:r>
      <w:r>
        <w:rPr>
          <w:sz w:val="20"/>
        </w:rPr>
        <w:t>52:11  aap dekhen ke audience jo hai, kitna accept ho sakta hai. itna kahiye.</w:t>
      </w:r>
      <w:r>
        <w:br/>
      </w:r>
      <w:r>
        <w:rPr>
          <w:sz w:val="20"/>
        </w:rPr>
        <w:t>52:17  baqi ke liye is ko kahiye ke kitabein padho, literature dijiye is ko.</w:t>
      </w:r>
      <w:r>
        <w:br/>
      </w:r>
      <w:r>
        <w:rPr>
          <w:sz w:val="20"/>
        </w:rPr>
        <w:t>52:23  yani aap baat cheet mein, discussion mein to itna hi kahiye jitna ke aap ka mukhatib sunne ke</w:t>
      </w:r>
      <w:r>
        <w:br/>
      </w:r>
      <w:r>
        <w:rPr>
          <w:sz w:val="20"/>
        </w:rPr>
        <w:t>52:28  liye tayyar hai.</w:t>
      </w:r>
      <w:r>
        <w:br/>
      </w:r>
      <w:r>
        <w:rPr>
          <w:sz w:val="20"/>
        </w:rPr>
        <w:t>52:34  baqi ke liye aap kitabein dijiye.</w:t>
      </w:r>
      <w:r>
        <w:br/>
      </w:r>
      <w:r>
        <w:rPr>
          <w:sz w:val="20"/>
        </w:rPr>
        <w:t>52:40  kyun ke kitabein jo hain, woh aadmi jo padhta hai to woh alag padhta hai.</w:t>
      </w:r>
      <w:r>
        <w:br/>
      </w:r>
      <w:r>
        <w:rPr>
          <w:sz w:val="20"/>
        </w:rPr>
        <w:t>52:46  us waqt woh har cheez padh sakta hai.</w:t>
      </w:r>
      <w:r>
        <w:br/>
      </w:r>
      <w:r>
        <w:rPr>
          <w:sz w:val="20"/>
        </w:rPr>
        <w:t>52:52  lekin sunne mein is ka ego saamne aa jata hai.</w:t>
      </w:r>
      <w:r>
        <w:br/>
      </w:r>
      <w:r>
        <w:rPr>
          <w:sz w:val="20"/>
        </w:rPr>
        <w:t>52:58  to aap yeh kijiye ke jab direct baat cheet ka mauqa hai to aap wahi itna hi bolie</w:t>
      </w:r>
      <w:r>
        <w:br/>
      </w:r>
      <w:r>
        <w:rPr>
          <w:sz w:val="20"/>
        </w:rPr>
        <w:t>53:04  jitna ke aap woh accept karne ke mood mein hain.</w:t>
      </w:r>
      <w:r>
        <w:br/>
      </w:r>
      <w:r>
        <w:rPr>
          <w:sz w:val="20"/>
        </w:rPr>
        <w:t>53:09  is tarah bolie hi mat.</w:t>
      </w:r>
      <w:r>
        <w:br/>
      </w:r>
      <w:r>
        <w:rPr>
          <w:sz w:val="20"/>
        </w:rPr>
        <w:t>53:15  yani qalam sawa, jo quran mein aaya hai, qalam sawa, common ground ke mutabiq baqi ke liye kitabein</w:t>
      </w:r>
      <w:r>
        <w:br/>
      </w:r>
      <w:r>
        <w:rPr>
          <w:sz w:val="20"/>
        </w:rPr>
        <w:t>53:21  dijiye, quran dijiye.</w:t>
      </w:r>
      <w:r>
        <w:br/>
      </w:r>
      <w:r>
        <w:rPr>
          <w:sz w:val="20"/>
        </w:rPr>
        <w:t>53:27  to yeh two fold process hai dawat.</w:t>
      </w:r>
      <w:r>
        <w:br/>
      </w:r>
      <w:r>
        <w:rPr>
          <w:sz w:val="20"/>
        </w:rPr>
        <w:t>53:33  yani ek kaam hoga mulaqaat ke zariye, doosra kaam hoga quran ke zariye aur kitabon ke zariye.</w:t>
      </w:r>
    </w:p>
    <w:p>
      <w:pPr>
        <w:pStyle w:val="Heading2"/>
      </w:pPr>
      <w:r>
        <w:t>Presenting peaceful Islam against Boko Haram</w:t>
      </w:r>
    </w:p>
    <w:p>
      <w:r>
        <w:rPr>
          <w:color w:val="666666"/>
          <w:sz w:val="18"/>
        </w:rPr>
        <w:t>Society &amp; Dawah · Quran A Miracle June 01, 2014 · 2m 06s · at 58:54 · https://youtu.be/8KM3lDsj4PY?t=3534</w:t>
      </w:r>
    </w:p>
    <w:p>
      <w:r>
        <w:rPr>
          <w:i/>
        </w:rPr>
        <w:t>“Maulana, on one side you are there who talk about peaceful Islam, and on the other side there are organizations like Boko Haram who present a violent image of Islam. How do we tell people that Islam's image is not in violence? Please tell us about this.”</w:t>
      </w:r>
    </w:p>
    <w:p>
      <w:r>
        <w:rPr>
          <w:sz w:val="20"/>
        </w:rPr>
        <w:t>58:54  maulana agla sawal bangalore se hai aanhon ne sawal kiya hai unhon ne apna naam nahi likha hai. un ka sawal is tareeqe se hai maulana ek taraf aap hain jo peaceful islam ki baat karte hain.</w:t>
      </w:r>
      <w:r>
        <w:br/>
      </w:r>
      <w:r>
        <w:rPr>
          <w:sz w:val="20"/>
        </w:rPr>
        <w:t>59:09  aur doosri taraf boko haram jaisi tanzeemein hain jo violent islam ki tasweer pesh kar rahe hain. maulana hum logon ko kaise batayein ke islam ki tasweer violence mein nahi hai?</w:t>
      </w:r>
      <w:r>
        <w:br/>
      </w:r>
      <w:r>
        <w:rPr>
          <w:sz w:val="20"/>
        </w:rPr>
        <w:t>59:23  is ke bare mein batayein. bohat aasan hai aap mujh se poochein ke boko haram jo maarta hai logon ko bomb to kahan quran mein likha hua hai ke aisa karo larkiyon ko hostage banao bomb maar kar tabah karo yeh kahan likha hua hai quran mein?</w:t>
      </w:r>
      <w:r>
        <w:br/>
      </w:r>
      <w:r>
        <w:rPr>
          <w:sz w:val="20"/>
        </w:rPr>
        <w:t>59:44  quran mein to dekhiye ayat hai ke ek shakhs ko agar tum ne mara ek fard ko to</w:t>
      </w:r>
      <w:r>
        <w:br/>
      </w:r>
      <w:r>
        <w:rPr>
          <w:sz w:val="20"/>
        </w:rPr>
        <w:t>59:53  saare mankind ko maarne ke barabar hai. to quran mein to yeh taleem hai. aur jo aadmi apne ko momin samjhe us us ke bare mein bhi quran mein ayat hai ke agar tum maroge to jahannum mein jaoge.</w:t>
      </w:r>
      <w:r>
        <w:br/>
      </w:r>
      <w:r>
        <w:rPr>
          <w:sz w:val="20"/>
        </w:rPr>
        <w:t>1:00:10  to aap yeh ayat aap dekh kar bataiye. to quran ek hamare liye is aitbaar se ek bohat bari cheez hai ke ek ke is ek hamare liye ek point of reference hai kisi baat ko batane ke liye.</w:t>
      </w:r>
      <w:r>
        <w:br/>
      </w:r>
      <w:r>
        <w:rPr>
          <w:sz w:val="20"/>
        </w:rPr>
        <w:t>1:00:22  agar quran na hota to hamare paas koi point of reference na hota. ab yeh to accepted hai ke yeh quran khuda ki kitab hai.</w:t>
      </w:r>
      <w:r>
        <w:br/>
      </w:r>
      <w:r>
        <w:rPr>
          <w:sz w:val="20"/>
        </w:rPr>
        <w:t>1:00:32  to aap un ko bataiye ke dekho kahan is mein jo hai woh to ulta hai. tum ko insaan ki jaan ka ehtram karna chahiye tum ko maar rahe ho.</w:t>
      </w:r>
      <w:r>
        <w:br/>
      </w:r>
      <w:r>
        <w:rPr>
          <w:sz w:val="20"/>
        </w:rPr>
        <w:t>1:00:40  ulta kar rahe ho. to pakad jaao pakde hoge tum. to quran ki woh aayatein hain un ko sunaiye jo un ke khilaaf jaati hain.</w:t>
      </w:r>
      <w:r>
        <w:br/>
      </w:r>
      <w:r>
        <w:rPr>
          <w:sz w:val="20"/>
        </w:rPr>
        <w:t>1:00:50  aur jo peace ki baatein karti hain. is par aap ne bohat likha hai aap hamari kitabon ko padhiye.</w:t>
      </w:r>
    </w:p>
    <w:p>
      <w:pPr>
        <w:pStyle w:val="Heading2"/>
      </w:pPr>
      <w:r>
        <w:t>Price to pay for jihad fi sabilillah</w:t>
      </w:r>
    </w:p>
    <w:p>
      <w:r>
        <w:rPr>
          <w:color w:val="666666"/>
          <w:sz w:val="18"/>
        </w:rPr>
        <w:t>Society &amp; Dawah · Jihad Fillah June 23, 2013 · 3m 45s · at 50:55 · https://youtu.be/NRTno1eQTos?t=3055</w:t>
      </w:r>
    </w:p>
    <w:p>
      <w:r>
        <w:rPr>
          <w:i/>
        </w:rPr>
        <w:t>“What is the price that we have to pay to be able to do jihad fi sabilillah?”</w:t>
      </w:r>
    </w:p>
    <w:p>
      <w:r>
        <w:rPr>
          <w:sz w:val="20"/>
        </w:rPr>
        <w:t>50:55  maulana, agla sawal dilli se hai miss naghma siddiqui ka. unhon ne likha hai: "what is the price that we have to pay to be able to do jehad jehad fi Allah?</w:t>
      </w:r>
      <w:r>
        <w:br/>
      </w:r>
      <w:r>
        <w:rPr>
          <w:sz w:val="20"/>
        </w:rPr>
        <w:t>51:08  " bhai, yeh to main pehle bhi arz kar chuka hoon ke sab se, yani yeh ek hi price dena hai, woh hai distraction se bachana.</w:t>
      </w:r>
      <w:r>
        <w:br/>
      </w:r>
      <w:r>
        <w:rPr>
          <w:sz w:val="20"/>
        </w:rPr>
        <w:t>51:19  bas kya cheez distraction hai? is ko bhi log nahi jante. kya cheez distraction hai?</w:t>
      </w:r>
      <w:r>
        <w:br/>
      </w:r>
      <w:r>
        <w:rPr>
          <w:sz w:val="20"/>
        </w:rPr>
        <w:t>51:28  is ko bhi log nahi jante. to beharhal is ko daryaft kijiye ke distraction kya hai aur is se aap logon ko bachaiye.</w:t>
      </w:r>
      <w:r>
        <w:br/>
      </w:r>
      <w:r>
        <w:rPr>
          <w:sz w:val="20"/>
        </w:rPr>
        <w:t>51:39  tab aap aap is qabil honge ke aap ke andar jehad fi Allah ka process jari ho. yeh ek process hai, intellectual process.</w:t>
      </w:r>
      <w:r>
        <w:br/>
      </w:r>
      <w:r>
        <w:rPr>
          <w:sz w:val="20"/>
        </w:rPr>
        <w:t>51:49  to intellectual process jab jari ho payega, jab aap apne ko bachayen distraction se.</w:t>
      </w:r>
      <w:r>
        <w:br/>
      </w:r>
      <w:r>
        <w:rPr>
          <w:sz w:val="20"/>
        </w:rPr>
        <w:t>51:58  mera jo tajurba hai, har aadmi ka yahi case hai ke woh distract hota rehta hai. har aadmi ka yahi case hai.</w:t>
      </w:r>
      <w:r>
        <w:br/>
      </w:r>
      <w:r>
        <w:rPr>
          <w:sz w:val="20"/>
        </w:rPr>
        <w:t>52:07  isi distraction ki wajah se logon ko sachai milti nahi. woh is qabil nahi hote ke jehad fi Allah karen. woh lekin dheere dheere aadmi ko distraction se itni mohabbat ho jati hai ke us ko chhod nahi pata.</w:t>
      </w:r>
      <w:r>
        <w:br/>
      </w:r>
      <w:r>
        <w:rPr>
          <w:sz w:val="20"/>
        </w:rPr>
        <w:t>52:27  ek sahab the, woh koi zamane ki baat hai, jo cigarette nahi tha, beedi peete the. woh jo cigarette ki jagah beedi, main bohat ko samjhata tha ke aap isi phanse rehte hain, aap aap ko koi, yani aala daryaft nahi hogi.</w:t>
      </w:r>
      <w:r>
        <w:br/>
      </w:r>
      <w:r>
        <w:rPr>
          <w:sz w:val="20"/>
        </w:rPr>
        <w:t>52:48  kyun ke woh chhod nahi paate the, kyun ke woh mehboob ho jati hai. woh woh mehboob ho jati hai. woh to isi tarah distraction, jis cheez mein aadmi bohat der tak distract hota rahe, woh us ko mehboob ho jati hai.</w:t>
      </w:r>
      <w:r>
        <w:br/>
      </w:r>
      <w:r>
        <w:rPr>
          <w:sz w:val="20"/>
        </w:rPr>
        <w:t>53:02  yahan tak ke mera ek taza ek tajurba yeh hai ke ke pleasure ki ek nai ek qism meri samajh mein aayi hai, us ko main kehta hoon negative pleasure.</w:t>
      </w:r>
      <w:r>
        <w:br/>
      </w:r>
      <w:r>
        <w:rPr>
          <w:sz w:val="20"/>
        </w:rPr>
        <w:t>53:14  woh bhi distraction hai ke agar aap ki zindagi mein bitter memories kuch hon, aap ko koi museebaten pesh aayi hon, kuch aap ko loss hua ho, kisi ne aap ko dhoka diya ho, to woh that is bitter memory.</w:t>
      </w:r>
      <w:r>
        <w:br/>
      </w:r>
      <w:r>
        <w:rPr>
          <w:sz w:val="20"/>
        </w:rPr>
        <w:t>53:30  to us ko aap charcha karte hain, isi ko sochte hain. to yahan tak ho jata hai ke is mein aap ko ek ek qism ka pleasure milne lagta hai, jis tarah khwahish ko khajash hota hai.</w:t>
      </w:r>
      <w:r>
        <w:br/>
      </w:r>
      <w:r>
        <w:rPr>
          <w:sz w:val="20"/>
        </w:rPr>
        <w:t>53:41  khwahish ho, aap khajayen to is mein ek aap ko phir pleasure milega. that is negative pleasure. negative pleasure matlab yeh hai ke acha to lagta hai, lekin faida kuch nahi is ka.</w:t>
      </w:r>
      <w:r>
        <w:br/>
      </w:r>
      <w:r>
        <w:rPr>
          <w:sz w:val="20"/>
        </w:rPr>
        <w:t>53:53  to main ne yeh paya hai ke jo log, yani jin ki zindagi mein, yani woh hua ho, setback hua ho, to aksar negative pleasure mein phans jate hain.</w:t>
      </w:r>
      <w:r>
        <w:br/>
      </w:r>
      <w:r>
        <w:rPr>
          <w:sz w:val="20"/>
        </w:rPr>
        <w:t>54:05  woh isi ko sochte hain, isi ko charcha karte hain. aur is is ko sochne aur charcha karne mein un ko chunke khwahish khajane khajane ke tareeqe se ek lazzat milti hai, to phanse rehte hain, phanse rehte hain.</w:t>
      </w:r>
      <w:r>
        <w:br/>
      </w:r>
      <w:r>
        <w:rPr>
          <w:sz w:val="20"/>
        </w:rPr>
        <w:t>54:17  is se bahar nahi aa paate. woh bhi that is also a case of distraction.</w:t>
      </w:r>
      <w:r>
        <w:br/>
      </w:r>
      <w:r>
        <w:rPr>
          <w:sz w:val="20"/>
        </w:rPr>
        <w:t>54:23  to itni zyada qismen hain distraction ki hain ke la tuddu wala tahsa. yeh aadmi khud ghaur kar ke samajh sakta hai ke mere liye main main main kis kaun kaun se distraction mein phansa hua hoon.</w:t>
      </w:r>
    </w:p>
    <w:p>
      <w:pPr>
        <w:pStyle w:val="Heading2"/>
      </w:pPr>
      <w:r>
        <w:t>Priority of protecting religion over spreading</w:t>
      </w:r>
    </w:p>
    <w:p>
      <w:r>
        <w:rPr>
          <w:color w:val="666666"/>
          <w:sz w:val="18"/>
        </w:rPr>
        <w:t>Society &amp; Dawah · Peaceful Islamic Mission December 28, 2014 · 2m 57s · at 44:40 · https://youtu.be/aLacalXEtRA?t=2680</w:t>
      </w:r>
    </w:p>
    <w:p>
      <w:r>
        <w:rPr>
          <w:i/>
        </w:rPr>
        <w:t>“A person said that protecting the religion is prior to spreading the religion. When I asked him for evidence, he said 'إن الجنة...'”</w:t>
      </w:r>
    </w:p>
    <w:p>
      <w:r>
        <w:rPr>
          <w:sz w:val="20"/>
        </w:rPr>
        <w:t>44:40  maulana, ab hum sawal lena chahenge jo Maulana Iqbal Umri ne bheja hai Chennai se aur unhon</w:t>
      </w:r>
      <w:r>
        <w:br/>
      </w:r>
      <w:r>
        <w:rPr>
          <w:sz w:val="20"/>
        </w:rPr>
        <w:t>44:46  ne likha hai: Maulana aik sahib ne kaha ke hifazat deen ishai'at deen par muqaddam hai.</w:t>
      </w:r>
      <w:r>
        <w:br/>
      </w:r>
      <w:r>
        <w:rPr>
          <w:sz w:val="20"/>
        </w:rPr>
        <w:t>44:53  jab mein ne un se is baat ki daleel mangi to unhon ne yeh kaha ke "innal jannata</w:t>
      </w:r>
      <w:r>
        <w:br/>
      </w:r>
      <w:r>
        <w:rPr>
          <w:sz w:val="20"/>
        </w:rPr>
        <w:t>44:59  tahata zillal suyuf".</w:t>
      </w:r>
      <w:r>
        <w:br/>
      </w:r>
      <w:r>
        <w:rPr>
          <w:sz w:val="20"/>
        </w:rPr>
        <w:t>45:05  maulana, is jumle ka matlab kya hai? is mein kya mughalta hai? is ko wazeh karen.</w:t>
      </w:r>
      <w:r>
        <w:br/>
      </w:r>
      <w:r>
        <w:rPr>
          <w:sz w:val="20"/>
        </w:rPr>
        <w:t>45:12  dekhen, yeh jo hadith hai "innal jannata tahta zillissuyuf", yeh jannat talwar ke saaye ke neeche hai,</w:t>
      </w:r>
      <w:r>
        <w:br/>
      </w:r>
      <w:r>
        <w:rPr>
          <w:sz w:val="20"/>
        </w:rPr>
        <w:t>45:18  woh is waqt ki hadith hai jab ke jang ho rahi thi.</w:t>
      </w:r>
      <w:r>
        <w:br/>
      </w:r>
      <w:r>
        <w:rPr>
          <w:sz w:val="20"/>
        </w:rPr>
        <w:t>45:24  is ko jo log generalize karte hain, woh plash par jurm karte hain, jurm.</w:t>
      </w:r>
      <w:r>
        <w:br/>
      </w:r>
      <w:r>
        <w:rPr>
          <w:sz w:val="20"/>
        </w:rPr>
        <w:t>45:31  Allah kehta hai pakde jayenge woh.</w:t>
      </w:r>
      <w:r>
        <w:br/>
      </w:r>
      <w:r>
        <w:rPr>
          <w:sz w:val="20"/>
        </w:rPr>
        <w:t>45:37  yani jang ho rahi thi, wahan jab dushman jo the Rasool Allah salallahu alaihi wasallam ke, attack</w:t>
      </w:r>
      <w:r>
        <w:br/>
      </w:r>
      <w:r>
        <w:rPr>
          <w:sz w:val="20"/>
        </w:rPr>
        <w:t>45:43  kar diya tha badi taqat le kar ke, woh mil pade the.</w:t>
      </w:r>
      <w:r>
        <w:br/>
      </w:r>
      <w:r>
        <w:rPr>
          <w:sz w:val="20"/>
        </w:rPr>
        <w:t>45:50  is waqt log logon ki himmat badhane ke liye Rasool Allah salallahu alaihi wasallam ne farmaya ke</w:t>
      </w:r>
      <w:r>
        <w:br/>
      </w:r>
      <w:r>
        <w:rPr>
          <w:sz w:val="20"/>
        </w:rPr>
        <w:t>45:56  agarche bahut badi taqat aa gayi hai lekin tum Allah ke bharose par muqabla karo.</w:t>
      </w:r>
      <w:r>
        <w:br/>
      </w:r>
      <w:r>
        <w:rPr>
          <w:sz w:val="20"/>
        </w:rPr>
        <w:t>46:02  is waqt aap ne farmaya tha ke "innal jannata tahta zillissuyuf", is ko generalize karna, hamesha talwar</w:t>
      </w:r>
      <w:r>
        <w:br/>
      </w:r>
      <w:r>
        <w:rPr>
          <w:sz w:val="20"/>
        </w:rPr>
        <w:t>46:09  chalana, yeh bilkul haram hai Islam mein, haram hai, haram hai.</w:t>
      </w:r>
      <w:r>
        <w:br/>
      </w:r>
      <w:r>
        <w:rPr>
          <w:sz w:val="20"/>
        </w:rPr>
        <w:t>46:15  jo aisa kahe, woh bilashuba Allah ka ki flogging hogi.</w:t>
      </w:r>
      <w:r>
        <w:br/>
      </w:r>
      <w:r>
        <w:rPr>
          <w:sz w:val="20"/>
        </w:rPr>
        <w:t>46:21  is waqt jab ke battle jari thi, Rasool Allah salallahu alaihi wasallam ko hamla kiye hue the</w:t>
      </w:r>
      <w:r>
        <w:br/>
      </w:r>
      <w:r>
        <w:rPr>
          <w:sz w:val="20"/>
        </w:rPr>
        <w:t>46:28  log aur logon ke yeh dekh kar ke hum to kamzor hain, woh zyada taqatwar hain, to Rasool</w:t>
      </w:r>
      <w:r>
        <w:br/>
      </w:r>
      <w:r>
        <w:rPr>
          <w:sz w:val="20"/>
        </w:rPr>
        <w:t>46:34  Allah salallahu alaihi wasallam ne jo himmat badhane ke liye yeh farmaya tha.</w:t>
      </w:r>
      <w:r>
        <w:br/>
      </w:r>
      <w:r>
        <w:rPr>
          <w:sz w:val="20"/>
        </w:rPr>
        <w:t>46:40  ab jo log is ko yeh absolute sense mein le kar ke is ko generalize karein, woh to</w:t>
      </w:r>
      <w:r>
        <w:br/>
      </w:r>
      <w:r>
        <w:rPr>
          <w:sz w:val="20"/>
        </w:rPr>
        <w:t>46:47  jurm kar rahe hain, woh Islam ke daai nahin hain, apne apne nafs ke daai hain woh.</w:t>
      </w:r>
      <w:r>
        <w:br/>
      </w:r>
      <w:r>
        <w:rPr>
          <w:sz w:val="20"/>
        </w:rPr>
        <w:t>46:53  aur yeh baat ke yeh muqaddam hai, woh muqaddam hai, yeh bilkul hi yeh bilkul besare</w:t>
      </w:r>
      <w:r>
        <w:br/>
      </w:r>
      <w:r>
        <w:rPr>
          <w:sz w:val="20"/>
        </w:rPr>
        <w:t>46:59  ek baat hai.</w:t>
      </w:r>
      <w:r>
        <w:br/>
      </w:r>
      <w:r>
        <w:rPr>
          <w:sz w:val="20"/>
        </w:rPr>
        <w:t>47:06  kahan Quran mein likha hua hai ke muqaddam muakhar hai? Yeh kahan likha hua hai? Yeh sab yani</w:t>
      </w:r>
      <w:r>
        <w:br/>
      </w:r>
      <w:r>
        <w:rPr>
          <w:sz w:val="20"/>
        </w:rPr>
        <w:t>47:12  fanni bahasein hain aur baseless bahasein hain, is mein poori qaum ko uljha rakha hai in logon ne.</w:t>
      </w:r>
      <w:r>
        <w:br/>
      </w:r>
      <w:r>
        <w:rPr>
          <w:sz w:val="20"/>
        </w:rPr>
        <w:t>47:18  jahan zaroorat hifazat ki, aap hifazat ki jiye, jahan zaroorat irshad ki, aap irshad ki jiye.</w:t>
      </w:r>
      <w:r>
        <w:br/>
      </w:r>
      <w:r>
        <w:rPr>
          <w:sz w:val="20"/>
        </w:rPr>
        <w:t>47:25  yeh zaroorat tay karti hai in baaton ko, aap ka fanni bahason se nahin tay hota ke kaun</w:t>
      </w:r>
      <w:r>
        <w:br/>
      </w:r>
      <w:r>
        <w:rPr>
          <w:sz w:val="20"/>
        </w:rPr>
        <w:t>47:31  muqaddam, kaun muakhar hai.</w:t>
      </w:r>
    </w:p>
    <w:p>
      <w:pPr>
        <w:pStyle w:val="Heading2"/>
      </w:pPr>
      <w:r>
        <w:t>Procedure for bringing someone to CPS class</w:t>
      </w:r>
    </w:p>
    <w:p>
      <w:r>
        <w:rPr>
          <w:color w:val="666666"/>
          <w:sz w:val="18"/>
        </w:rPr>
        <w:t>Society &amp; Dawah · Material Science and Spiritual Science 20 May 2012 · 3m 26s · at 1:03:17 · https://youtu.be/4K6CxjThlxQ?t=3797</w:t>
      </w:r>
    </w:p>
    <w:p>
      <w:r>
        <w:rPr>
          <w:i/>
        </w:rPr>
        <w:t>“When we bring a person to CPS's weekly spiritual class, what is the principle? Should we first have him read CPS literature for a considerable period, or bring him to the class without reading literature? Also, please mention any incident of the Companions in this regard, and give the incident of Aqil.”</w:t>
      </w:r>
    </w:p>
    <w:p>
      <w:r>
        <w:rPr>
          <w:sz w:val="20"/>
        </w:rPr>
        <w:t>1:03:17  Maulana agla sawal Dilli se hai Mr Sufiyan ka</w:t>
      </w:r>
      <w:r>
        <w:br/>
      </w:r>
      <w:r>
        <w:rPr>
          <w:sz w:val="20"/>
        </w:rPr>
        <w:t>1:03:21  unhon ne likha hai ke jab hum kisi aadmi ko CPS ke weekly spiritual class mein layen to is ka usool kya hai kya hum pehle kafi muddat tak is ko CPS ka literature parhwaien ya literature parhwaye baghair is ko CPS ki class mein le ayen is silsile mein Sahaba ka koi waqia ho to is ko bhi batayen</w:t>
      </w:r>
      <w:r>
        <w:br/>
      </w:r>
      <w:r>
        <w:rPr>
          <w:sz w:val="20"/>
        </w:rPr>
        <w:t>1:03:47  abhi aqal ka waqia diye</w:t>
      </w:r>
      <w:r>
        <w:br/>
      </w:r>
      <w:r>
        <w:rPr>
          <w:sz w:val="20"/>
        </w:rPr>
        <w:t>1:03:49  aap Sahaba ka waqia kyun chahte hain aqal se sochiye CPS ki class jo hai dunya mein ek alag hi type ki class hai dekhen do qism ki classes hoti hain ek ek already society mein kuch masail hain unhi ko le kar cheekh pukar karna</w:t>
      </w:r>
      <w:r>
        <w:br/>
      </w:r>
      <w:r>
        <w:rPr>
          <w:sz w:val="20"/>
        </w:rPr>
        <w:t>1:04:09  yani already masail hain un ko le kar cheekh pukar karna ke bijli nahi mil rahi hai pani nahi aa raha hai aur is ki hukoomat hai un ka masla hai to log isi mein jeete hain subah sham isi ko le kar ke aap lage lage cheekh pukar karne to is ke liye kisi ko tayyar karne ki zaroorat nahi wo to already tayyar hai peshi tayyar hai lekin hamari jo class hai is type ki nahi hai is ke liye sab log un prepared hain un prepared</w:t>
      </w:r>
      <w:r>
        <w:br/>
      </w:r>
      <w:r>
        <w:rPr>
          <w:sz w:val="20"/>
        </w:rPr>
        <w:t>1:04:37  doosron ke jalsay ke liye sare audience jo prepared hote hain already prepared hote hain kuch karna karna nahi le ke chalaiye ye class jo hai is ke liye sab log un un prepared hain yani top ke ulama bhi un prepared hain unhein bhi kuch kitab parhani pare gi maaf kijiye ga to jo aadmi chahta hai kisi ko yahan lana to sab se pehle is ko prepared mind banaye wo kya tareeqa kitaben parhwaiye</w:t>
      </w:r>
      <w:r>
        <w:br/>
      </w:r>
      <w:r>
        <w:rPr>
          <w:sz w:val="20"/>
        </w:rPr>
        <w:t>1:05:05  kuchh is ke andar familiar ho jaye woh hamari baton ke tab lana mufeed hai</w:t>
      </w:r>
      <w:r>
        <w:br/>
      </w:r>
      <w:r>
        <w:rPr>
          <w:sz w:val="20"/>
        </w:rPr>
        <w:t>1:05:11  misal ke taur par dekhiye</w:t>
      </w:r>
      <w:r>
        <w:br/>
      </w:r>
      <w:r>
        <w:rPr>
          <w:sz w:val="20"/>
        </w:rPr>
        <w:t>1:05:14  kisi bhi jalse aap jaiye kisi bhi jalse mein har jagah log mobile istemal karte hain har jagah</w:t>
      </w:r>
      <w:r>
        <w:br/>
      </w:r>
      <w:r>
        <w:rPr>
          <w:sz w:val="20"/>
        </w:rPr>
        <w:t>1:05:21  chahe Muslim ho ya Hindu ke hon Musalman hon Isai kisi ka bhi woh jante hi nahi ke</w:t>
      </w:r>
      <w:r>
        <w:br/>
      </w:r>
      <w:r>
        <w:rPr>
          <w:sz w:val="20"/>
        </w:rPr>
        <w:t>1:05:28  hum jalse mein ja to mobile nahi istemal karna hai ab yahan par hum mobile ko yani haram</w:t>
      </w:r>
      <w:r>
        <w:br/>
      </w:r>
      <w:r>
        <w:rPr>
          <w:sz w:val="20"/>
        </w:rPr>
        <w:t>1:05:32  se bura samajhte hain koi mobile istemal kare yahan par</w:t>
      </w:r>
      <w:r>
        <w:br/>
      </w:r>
      <w:r>
        <w:rPr>
          <w:sz w:val="20"/>
        </w:rPr>
        <w:t>1:05:37  is class ke andar koi mobile istemal kare to main is ko haram se kam nahi samajhta to kis ko khabar hai is ki log samajhte hain ye to ye to ye to koi nahi masjid mein istemal karte hain hum jalsay mein karte hain to yahan kyun nahi karenge masjidon mein log istemal karte hain mobile ko haram mein istemal karte hain hatta ke tawaf kar rahe hain kaba ki tablegh istemal karte hain to sochenge ke yahan kyun nahi istemal kar rahe hain aap</w:t>
      </w:r>
      <w:r>
        <w:br/>
      </w:r>
      <w:r>
        <w:rPr>
          <w:sz w:val="20"/>
        </w:rPr>
        <w:t>1:06:03  to logon ko pehle tayyar kijiye ke bhai yahan mobile nahi istemal hoga yahan beech mein nahi bolna yahan cross question nahi nahi karni hai yahan koi political baaten nahi karni hain tab laiye nahi to aap wo layenge to hamari wo kya hoga ek ek ek problem hoga ek liability hoga wo</w:t>
      </w:r>
      <w:r>
        <w:br/>
      </w:r>
      <w:r>
        <w:rPr>
          <w:sz w:val="20"/>
        </w:rPr>
        <w:t>1:06:25  to is class ki khair khwahi ye hai ke aap jab layen kisi ko to sab se pehle is ko yani is ke mind ko prepare karen tab layen kuch kitaben parhwaiye kuch is ko jo tareeqa hai wo aap jante hain</w:t>
      </w:r>
    </w:p>
    <w:p>
      <w:pPr>
        <w:pStyle w:val="Heading2"/>
      </w:pPr>
      <w:r>
        <w:t>Protecting Muslim nation vs spreading Islam</w:t>
      </w:r>
    </w:p>
    <w:p>
      <w:r>
        <w:rPr>
          <w:color w:val="666666"/>
          <w:sz w:val="18"/>
        </w:rPr>
        <w:t>Society &amp; Dawah · The Problem of Evil December 4, 2011 · 2m 55s · at 1:39:47 · https://youtu.be/SMqtVjaGHfw?t=5987</w:t>
      </w:r>
    </w:p>
    <w:p>
      <w:r>
        <w:rPr>
          <w:i/>
        </w:rPr>
        <w:t>“A person said that protecting the intellectual and practical aspects of the future Muslim nation is necessary, not the spread of Islam. Please explain about this.”</w:t>
      </w:r>
    </w:p>
    <w:p>
      <w:r>
        <w:rPr>
          <w:sz w:val="20"/>
        </w:rPr>
        <w:t>1:39:47  maulana, agla sawal aya hai maulana iqbal umri ka, tamil nadu se.</w:t>
      </w:r>
      <w:r>
        <w:br/>
      </w:r>
      <w:r>
        <w:rPr>
          <w:sz w:val="20"/>
        </w:rPr>
        <w:t>1:39:52  unhon ne likha hai: "maulana, aik sahib ne farmaya anay wali muslim qaum ki fikri aur amli hifazat zaroori hai, na ke islam ki ishaat.</w:t>
      </w:r>
      <w:r>
        <w:br/>
      </w:r>
      <w:r>
        <w:rPr>
          <w:sz w:val="20"/>
        </w:rPr>
        <w:t>1:40:06  is ke baray mein aap batayen." dono yaksa'n tor par zaroori hain, woh bhi zaroori hai, woh bhi zaroori hai.</w:t>
      </w:r>
      <w:r>
        <w:br/>
      </w:r>
      <w:r>
        <w:rPr>
          <w:sz w:val="20"/>
        </w:rPr>
        <w:t>1:40:16  aap kahein ke khana khana zaroori hai, pani peena zaroori nahi hai. hain,</w:t>
      </w:r>
      <w:r>
        <w:br/>
      </w:r>
      <w:r>
        <w:rPr>
          <w:sz w:val="20"/>
        </w:rPr>
        <w:t>1:40:21  aap kahein jaagna zaroori hai, sona zaroori nahi hai. yeh to koi nazariya hi nahi hai. zaroorat kisi koi aik cheez ki nahi hua karti, aik hi cheez zaroorat nahi hoti.</w:t>
      </w:r>
      <w:r>
        <w:br/>
      </w:r>
      <w:r>
        <w:rPr>
          <w:sz w:val="20"/>
        </w:rPr>
        <w:t>1:40:34  to aap apne ko tayyar karne ke liye, apne ko tayyar karna bhi zaroori hai, aur islam ke liye apni jo jo fariza hai, us ko ada karna bhi zaroori hai.</w:t>
      </w:r>
      <w:r>
        <w:br/>
      </w:r>
      <w:r>
        <w:rPr>
          <w:sz w:val="20"/>
        </w:rPr>
        <w:t>1:40:48  kya phir se parhiye is ko?</w:t>
      </w:r>
      <w:r>
        <w:br/>
      </w:r>
      <w:r>
        <w:rPr>
          <w:sz w:val="20"/>
        </w:rPr>
        <w:t>1:40:50  aik maulana, aik sahib ne farmaya: "anay wali muslim qaum ki fikri aur amli hifazat zaroori hai, na ke islam ki ishaat."</w:t>
      </w:r>
      <w:r>
        <w:br/>
      </w:r>
      <w:r>
        <w:rPr>
          <w:sz w:val="20"/>
        </w:rPr>
        <w:t>1:41:02  dekhein, aik to yeh mein kahunga ke log apne dimagh se bolte rehte hain. yeh baat jo hai, apne dimagh se hai. aap quran mein dhoondhiye ke kya yeh baat quran mein likhi hui hai?</w:t>
      </w:r>
      <w:r>
        <w:br/>
      </w:r>
      <w:r>
        <w:rPr>
          <w:sz w:val="20"/>
        </w:rPr>
        <w:t>1:41:15  yeh quran mein likha hua hai.</w:t>
      </w:r>
      <w:r>
        <w:br/>
      </w:r>
      <w:r>
        <w:rPr>
          <w:sz w:val="20"/>
        </w:rPr>
        <w:t>1:41:18  sab se bari musibat yeh hai ke sab aadmi apne dimagh se bolte hain. yeh nahi sochte ke woh quran mein likha hua hai ke nahi likha hua hai. quran mein likha hua hai, jabke "likoon ar rasool shaheedan alaikum wa takoon shuhada al nas".</w:t>
      </w:r>
      <w:r>
        <w:br/>
      </w:r>
      <w:r>
        <w:rPr>
          <w:sz w:val="20"/>
        </w:rPr>
        <w:t>1:41:32  to aap kaise yeh keh sakte hain ke ummat muslima ki hifazat karna hai aur da'wati kaam phaar bajayen? woh hamari zimmedari nahi hai.</w:t>
      </w:r>
      <w:r>
        <w:br/>
      </w:r>
      <w:r>
        <w:rPr>
          <w:sz w:val="20"/>
        </w:rPr>
        <w:t>1:41:41  quran mein saaf saaf yeh hai ke "ummat akoon awwal aman aslam". aik taraf yeh hai, doosri taraf "da'i ila Allah bi yadi wa sirajun muneera".</w:t>
      </w:r>
      <w:r>
        <w:br/>
      </w:r>
      <w:r>
        <w:rPr>
          <w:sz w:val="20"/>
        </w:rPr>
        <w:t>1:41:51  yani apne aap ko momin banana, muslim banana, aik yeh zimmedari hai. doosri yeh hai ke aap doosri qaumon ke aage da'wat Allah ka kaam karna, islam ki ishaat karna.</w:t>
      </w:r>
      <w:r>
        <w:br/>
      </w:r>
      <w:r>
        <w:rPr>
          <w:sz w:val="20"/>
        </w:rPr>
        <w:t>1:42:03  to dono aik sath matloob hain. yeh is mein se koi aisa nahi hai jo ghair zaroori ho.</w:t>
      </w:r>
      <w:r>
        <w:br/>
      </w:r>
      <w:r>
        <w:rPr>
          <w:sz w:val="20"/>
        </w:rPr>
        <w:t>1:42:12  to aap ko apne aap ko, ummat muslima ko musalsal tayyar bhi karte rehna hai, aur sath sath aap ko da'wat ka kaam bhi karte rehna hai.</w:t>
      </w:r>
      <w:r>
        <w:br/>
      </w:r>
      <w:r>
        <w:rPr>
          <w:sz w:val="20"/>
        </w:rPr>
        <w:t>1:42:24  jis tarah se pani peena hai, khana bhi khana hai, jaagna hai, sona bhi hai. to yeh to aik fitri nizam hai.</w:t>
      </w:r>
      <w:r>
        <w:br/>
      </w:r>
      <w:r>
        <w:rPr>
          <w:sz w:val="20"/>
        </w:rPr>
        <w:t>1:42:33  aap aik ko le kar doosre ko chhod dein, yeh aap ko khud sakhta hai. quran se is ka koi ta'alluq nahi hai.</w:t>
      </w:r>
    </w:p>
    <w:p>
      <w:pPr>
        <w:pStyle w:val="Heading2"/>
      </w:pPr>
      <w:r>
        <w:t>Protection of Muslims vs propagation of Islam</w:t>
      </w:r>
    </w:p>
    <w:p>
      <w:r>
        <w:rPr>
          <w:color w:val="666666"/>
          <w:sz w:val="18"/>
        </w:rPr>
        <w:t>Society &amp; Dawah · Q&amp;A 04 DEC 2011 Maulana Wahiduddin Khan · 3m 10s · at 41:25 · https://youtu.be/KIMNmuUZoGo?t=2485</w:t>
      </w:r>
    </w:p>
    <w:p>
      <w:r>
        <w:rPr>
          <w:i/>
        </w:rPr>
        <w:t>“A person said that the intellectual and practical protection of the future Muslim nation is necessary, not the propagation of Islam. Please explain this.”</w:t>
      </w:r>
    </w:p>
    <w:p>
      <w:r>
        <w:rPr>
          <w:sz w:val="20"/>
        </w:rPr>
        <w:t>41:25  maulānā aglā sawāl āyā hai maulānā iqbāl 'umrī kā tamiil nāḍu se. Unhoṅne likhā hai: "maulānā ek sāhab ne farmāyā āne vālī muslim qaum kī fikrī aur 'amalī ḥifāzat zarūrī hai na ke islām kī āshā'at.</w:t>
      </w:r>
      <w:r>
        <w:br/>
      </w:r>
      <w:r>
        <w:rPr>
          <w:sz w:val="20"/>
        </w:rPr>
        <w:t>41:45  is ke bāre meṅ āp batā'eṅ."</w:t>
      </w:r>
      <w:r>
        <w:br/>
      </w:r>
      <w:r>
        <w:rPr>
          <w:sz w:val="20"/>
        </w:rPr>
        <w:t>41:51  donon yaksāṅ taur par zarūrī haiṅ. woh bhī zarūrī hai, woh bhī zarūrī hai. āp kaheṅ ke ḳhānā ḳhānā zarūrī hai, pānī pīnā zarūrī nahīṅ hai.</w:t>
      </w:r>
      <w:r>
        <w:br/>
      </w:r>
      <w:r>
        <w:rPr>
          <w:sz w:val="20"/>
        </w:rPr>
        <w:t>42:00  haiṅ? āp kaheṅ jāgnā zarūrī hai, sonā zarūrī nahīṅ hai. yeh to ko'ī nazariya nahīṅ hai. zarūrat kisī ko'ī ek cīz kī nahīṅ huā kartī.</w:t>
      </w:r>
      <w:r>
        <w:br/>
      </w:r>
      <w:r>
        <w:rPr>
          <w:sz w:val="20"/>
        </w:rPr>
        <w:t>42:12  ek hī cīz zarūrat nahīṅ hotī. to āp apne ko taiyār karne ke lie apne ko taiyār karnā bhī zarūrī hai.</w:t>
      </w:r>
      <w:r>
        <w:br/>
      </w:r>
      <w:r>
        <w:rPr>
          <w:sz w:val="20"/>
        </w:rPr>
        <w:t>42:22  aur islām ke lie apnī jo jo farīza hai us ko adā karnā bhī zarūrī hai. kyā phir se paṛhīye us ko?</w:t>
      </w:r>
      <w:r>
        <w:br/>
      </w:r>
      <w:r>
        <w:rPr>
          <w:sz w:val="20"/>
        </w:rPr>
        <w:t>42:38  ek maulānā ek sāhab ne farmāyā āne vālī muslim qaum kī fikrī aur 'amalī ḥifāzat zarūrī hai na ke islām kī āshā'at.</w:t>
      </w:r>
      <w:r>
        <w:br/>
      </w:r>
      <w:r>
        <w:rPr>
          <w:sz w:val="20"/>
        </w:rPr>
        <w:t>42:51  dekhīye ek to yeh maiṅ kahūṅgā ke log apne dimāġh se bolte rahte haiṅ. yeh bāt apne dimāġh se hai. āp qur'ān meṅ ḍhūṅḍhīye ke kyā yeh bāt qur'ān meṅ likhī hu'ī hai?</w:t>
      </w:r>
      <w:r>
        <w:br/>
      </w:r>
      <w:r>
        <w:rPr>
          <w:sz w:val="20"/>
        </w:rPr>
        <w:t>43:04  yeh quran mein likha hua hai? sab se bari museebat yeh hai ke</w:t>
      </w:r>
      <w:r>
        <w:br/>
      </w:r>
      <w:r>
        <w:rPr>
          <w:sz w:val="20"/>
        </w:rPr>
        <w:t>43:11  sab aadmi apne dimaagh se bolte hain. yeh nahi sochte ke woh quran mein likha hua hai ke nahi likha hua hai. quran mein likha hua hai jabke "likon al-rasool shaheeda wa alaikum wa takoono shuhadaa al-nas" to aap kaise yeh keh sakte hain ke ummat-e-muslima ki hifazat karna hai aur da'wati kaam phaar bajaye?</w:t>
      </w:r>
      <w:r>
        <w:br/>
      </w:r>
      <w:r>
        <w:rPr>
          <w:sz w:val="20"/>
        </w:rPr>
        <w:t>43:29  woh hamari zimmedari nahi hai. quran mein saaf saaf yeh hai ke "ummat akon awwal min aslam" ek taraf yeh hai.</w:t>
      </w:r>
      <w:r>
        <w:br/>
      </w:r>
      <w:r>
        <w:rPr>
          <w:sz w:val="20"/>
        </w:rPr>
        <w:t>43:38  dusri taraf "da'i ilallah ba'idi wa siraj munira" yaani apne aap ko momin banana, muslim banana.</w:t>
      </w:r>
      <w:r>
        <w:br/>
      </w:r>
      <w:r>
        <w:rPr>
          <w:sz w:val="20"/>
        </w:rPr>
        <w:t>43:47  ek yeh zimmedari hai. doosri yeh hai ke aap doosri qaumon ke aage da'wat-e-ilallah ka kaam karna, islam ki isha'at karna. to dono ek saath matloob hain.</w:t>
      </w:r>
      <w:r>
        <w:br/>
      </w:r>
      <w:r>
        <w:rPr>
          <w:sz w:val="20"/>
        </w:rPr>
        <w:t>43:56  yeh is mein se koi aisa nahi hai jo</w:t>
      </w:r>
      <w:r>
        <w:br/>
      </w:r>
      <w:r>
        <w:rPr>
          <w:sz w:val="20"/>
        </w:rPr>
        <w:t>44:00  ghair zaroori ho. to aap ko apne aap ko, ummat-e-muslima ko musalsal tayyar bhi karte rehna hai.</w:t>
      </w:r>
      <w:r>
        <w:br/>
      </w:r>
      <w:r>
        <w:rPr>
          <w:sz w:val="20"/>
        </w:rPr>
        <w:t>44:11  aur saath saath aap ko da'wat ka kaam bhi karte rehna hai. jis tarah se pani peena hai, khana bhi khana hai.</w:t>
      </w:r>
      <w:r>
        <w:br/>
      </w:r>
      <w:r>
        <w:rPr>
          <w:sz w:val="20"/>
        </w:rPr>
        <w:t>44:20  jaagna hai, sona bhi hai. to yeh to ek fitri nizam hai. aap ek ko le kar doosre ko chhod dein.</w:t>
      </w:r>
      <w:r>
        <w:br/>
      </w:r>
      <w:r>
        <w:rPr>
          <w:sz w:val="20"/>
        </w:rPr>
        <w:t>44:29  yeh aap ko khud sakhta hai, quran se is ka koi ta'alluq nahi hai.</w:t>
      </w:r>
      <w:r>
        <w:br/>
      </w:r>
      <w:r>
        <w:rPr>
          <w:sz w:val="20"/>
        </w:rPr>
        <w:t>44:36  maulana agla sawal hai miss naghma siddiqui ka. unhon ne likha hai: "How can one do merciless introspection of oneself?"</w:t>
      </w:r>
    </w:p>
    <w:p>
      <w:pPr>
        <w:pStyle w:val="Heading2"/>
      </w:pPr>
      <w:r>
        <w:t>Protesting small issues to protect prayers</w:t>
      </w:r>
    </w:p>
    <w:p>
      <w:r>
        <w:rPr>
          <w:color w:val="666666"/>
          <w:sz w:val="18"/>
        </w:rPr>
        <w:t>Society &amp; Dawah · Spirit of the Age November 06, 2016 · 2m 36s · at 43:11 · https://youtu.be/URWoioUiDO4?t=2591</w:t>
      </w:r>
    </w:p>
    <w:p>
      <w:r>
        <w:rPr>
          <w:i/>
        </w:rPr>
        <w:t>“Many Muslims say that if we do not protest on small issues, then our prayers and fasting will also be objected to.”</w:t>
      </w:r>
    </w:p>
    <w:p>
      <w:r>
        <w:rPr>
          <w:sz w:val="20"/>
        </w:rPr>
        <w:t>43:11  maulana, agla sawal doctor safina tabassum ne bheja hai ajmer se, aur unhon ne likha hai, maulana, maulana</w:t>
      </w:r>
      <w:r>
        <w:br/>
      </w:r>
      <w:r>
        <w:rPr>
          <w:sz w:val="20"/>
        </w:rPr>
        <w:t>43:18  sahib, bohat musalmanon ka yeh kehna hai ke agar hum choti choti baton par protest nahi karenge</w:t>
      </w:r>
      <w:r>
        <w:br/>
      </w:r>
      <w:r>
        <w:rPr>
          <w:sz w:val="20"/>
        </w:rPr>
        <w:t>43:26  to hamare namaz roze par bhi eteraz hone lagega.</w:t>
      </w:r>
      <w:r>
        <w:br/>
      </w:r>
      <w:r>
        <w:rPr>
          <w:sz w:val="20"/>
        </w:rPr>
        <w:t>43:30  un logon ko kya kaha jaye, is ke bare mein bataein.</w:t>
      </w:r>
      <w:r>
        <w:br/>
      </w:r>
      <w:r>
        <w:rPr>
          <w:sz w:val="20"/>
        </w:rPr>
        <w:t>43:35  yeh to ek jhoota, ek jhoota, yani jhoota doubt hai, baseless doubt hai.</w:t>
      </w:r>
      <w:r>
        <w:br/>
      </w:r>
      <w:r>
        <w:rPr>
          <w:sz w:val="20"/>
        </w:rPr>
        <w:t>43:41  yeh yehi to mein keh raha hoon bar bar ke musalmanon ki ghalti hai ke wo isi spirit</w:t>
      </w:r>
      <w:r>
        <w:br/>
      </w:r>
      <w:r>
        <w:rPr>
          <w:sz w:val="20"/>
        </w:rPr>
        <w:t>43:49  of age ko jante nahi.</w:t>
      </w:r>
      <w:r>
        <w:br/>
      </w:r>
      <w:r>
        <w:rPr>
          <w:sz w:val="20"/>
        </w:rPr>
        <w:t>43:51  kabhi namumkin hai ke aap ki namaz roze par record dali jaye.</w:t>
      </w:r>
      <w:r>
        <w:br/>
      </w:r>
      <w:r>
        <w:rPr>
          <w:sz w:val="20"/>
        </w:rPr>
        <w:t>43:56  duniya mein kahin bhi record nahi hai.</w:t>
      </w:r>
      <w:r>
        <w:br/>
      </w:r>
      <w:r>
        <w:rPr>
          <w:sz w:val="20"/>
        </w:rPr>
        <w:t>43:59  record jo hai, aap ke nuisance par hai, aap ke virus par hai ke masjidon mein is kya</w:t>
      </w:r>
      <w:r>
        <w:br/>
      </w:r>
      <w:r>
        <w:rPr>
          <w:sz w:val="20"/>
        </w:rPr>
        <w:t>44:07  aaj kal ho raha hai ke juma ke din ekatha hote hain to wo masjidon mein nafrat ki</w:t>
      </w:r>
      <w:r>
        <w:br/>
      </w:r>
      <w:r>
        <w:rPr>
          <w:sz w:val="20"/>
        </w:rPr>
        <w:t>44:14  taqreerein hoti hain ke dushman hain, yani hamein, yani hum yeh karna hai, wo karna hai.</w:t>
      </w:r>
      <w:r>
        <w:br/>
      </w:r>
      <w:r>
        <w:rPr>
          <w:sz w:val="20"/>
        </w:rPr>
        <w:t>44:21  to yeh cheez buri hai.</w:t>
      </w:r>
      <w:r>
        <w:br/>
      </w:r>
      <w:r>
        <w:rPr>
          <w:sz w:val="20"/>
        </w:rPr>
        <w:t>44:23  nafrat namaz nahi buri hai.</w:t>
      </w:r>
      <w:r>
        <w:br/>
      </w:r>
      <w:r>
        <w:rPr>
          <w:sz w:val="20"/>
        </w:rPr>
        <w:t>44:26  koi duniya mein aisa nahi hai jo namaz ko roke.</w:t>
      </w:r>
      <w:r>
        <w:br/>
      </w:r>
      <w:r>
        <w:rPr>
          <w:sz w:val="20"/>
        </w:rPr>
        <w:t>44:30  jo rokega, wohi ke aap aisi baat karte hain jo zamane ke khilaf ho, yani tashaddud ki</w:t>
      </w:r>
      <w:r>
        <w:br/>
      </w:r>
      <w:r>
        <w:rPr>
          <w:sz w:val="20"/>
        </w:rPr>
        <w:t>44:38  baat, nafrat ki baat.</w:t>
      </w:r>
      <w:r>
        <w:br/>
      </w:r>
      <w:r>
        <w:rPr>
          <w:sz w:val="20"/>
        </w:rPr>
        <w:t>44:39  yeh bilkul jhoota hai, sarapa jhoota hai.</w:t>
      </w:r>
      <w:r>
        <w:br/>
      </w:r>
      <w:r>
        <w:rPr>
          <w:sz w:val="20"/>
        </w:rPr>
        <w:t>44:42  yeh kehna ke namaz ko rokenge, is ki koi asal nahi hai.</w:t>
      </w:r>
      <w:r>
        <w:br/>
      </w:r>
      <w:r>
        <w:rPr>
          <w:sz w:val="20"/>
        </w:rPr>
        <w:t>44:48  bilkul jhooti baat hai.</w:t>
      </w:r>
      <w:r>
        <w:br/>
      </w:r>
      <w:r>
        <w:rPr>
          <w:sz w:val="20"/>
        </w:rPr>
        <w:t>44:50  mein ne kitni bar gaya hoon, mein church mein gaya hoon, mandir mein gaya hoon, namaz ka waqt</w:t>
      </w:r>
      <w:r>
        <w:br/>
      </w:r>
      <w:r>
        <w:rPr>
          <w:sz w:val="20"/>
        </w:rPr>
        <w:t>44:57  hoga, logon ne khoob kaha, aaj namaz padhiye.</w:t>
      </w:r>
      <w:r>
        <w:br/>
      </w:r>
      <w:r>
        <w:rPr>
          <w:sz w:val="20"/>
        </w:rPr>
        <w:t>45:01  khade khade hote hain ehteram ke liye.</w:t>
      </w:r>
      <w:r>
        <w:br/>
      </w:r>
      <w:r>
        <w:rPr>
          <w:sz w:val="20"/>
        </w:rPr>
        <w:t>45:04  ek baar tha, qissa likha tha maine risale mein ke paruram shastri ka program tha chapati par</w:t>
      </w:r>
      <w:r>
        <w:br/>
      </w:r>
      <w:r>
        <w:rPr>
          <w:sz w:val="20"/>
        </w:rPr>
        <w:t>45:11  bombay mein, aur bahut bada majma tha wahan.</w:t>
      </w:r>
      <w:r>
        <w:br/>
      </w:r>
      <w:r>
        <w:rPr>
          <w:sz w:val="20"/>
        </w:rPr>
        <w:t>45:15  to bahut ooncha pandal laga hua tha.</w:t>
      </w:r>
      <w:r>
        <w:br/>
      </w:r>
      <w:r>
        <w:rPr>
          <w:sz w:val="20"/>
        </w:rPr>
        <w:t>45:18  to maghrib ka waqt ho gaya.</w:t>
      </w:r>
      <w:r>
        <w:br/>
      </w:r>
      <w:r>
        <w:rPr>
          <w:sz w:val="20"/>
        </w:rPr>
        <w:t>45:20  to maine kaha ke maghrib ka waqt ho gaya hai.</w:t>
      </w:r>
      <w:r>
        <w:br/>
      </w:r>
      <w:r>
        <w:rPr>
          <w:sz w:val="20"/>
        </w:rPr>
        <w:t>45:25  to unhone kaha ke aap yahin padhiye, is yahin padhiye, pandal par.</w:t>
      </w:r>
      <w:r>
        <w:br/>
      </w:r>
      <w:r>
        <w:rPr>
          <w:sz w:val="20"/>
        </w:rPr>
        <w:t>45:31  to unhone apni taqreer rok di.</w:t>
      </w:r>
      <w:r>
        <w:br/>
      </w:r>
      <w:r>
        <w:rPr>
          <w:sz w:val="20"/>
        </w:rPr>
        <w:t>45:34  aur maine sab ke saamne, lakhon aadmi the, aur pandal, ooncha pandal tha, woh khade ho kar</w:t>
      </w:r>
      <w:r>
        <w:br/>
      </w:r>
      <w:r>
        <w:rPr>
          <w:sz w:val="20"/>
        </w:rPr>
        <w:t>45:41  namaz padhi.</w:t>
      </w:r>
      <w:r>
        <w:br/>
      </w:r>
      <w:r>
        <w:rPr>
          <w:sz w:val="20"/>
        </w:rPr>
        <w:t>45:43  yeh jhooti baat hai, yeh yeh to jhooti baat hai.</w:t>
      </w:r>
    </w:p>
    <w:p>
      <w:pPr>
        <w:pStyle w:val="Heading2"/>
      </w:pPr>
      <w:r>
        <w:t>Protesting small matters to protect worship</w:t>
      </w:r>
    </w:p>
    <w:p>
      <w:r>
        <w:rPr>
          <w:color w:val="666666"/>
          <w:sz w:val="18"/>
        </w:rPr>
        <w:t>Society &amp; Dawah · Spirit of the Age Nov 6, 2016 · 2m 47s · at 52:21 · https://youtu.be/QAW9LP53xQk?t=3141</w:t>
      </w:r>
    </w:p>
    <w:p>
      <w:r>
        <w:rPr>
          <w:i/>
        </w:rPr>
        <w:t>“Many Muslims say that if we do not protest over small matters, then our prayers and fasting will also be objected to.”</w:t>
      </w:r>
    </w:p>
    <w:p>
      <w:r>
        <w:rPr>
          <w:sz w:val="20"/>
        </w:rPr>
        <w:t>52:21  maulana, agla sawal doctor safeena tabassum ne bheja hai ajmer se, aur unhon ne likha hai: maulana sahib,</w:t>
      </w:r>
      <w:r>
        <w:br/>
      </w:r>
      <w:r>
        <w:rPr>
          <w:sz w:val="20"/>
        </w:rPr>
        <w:t>52:26  bohat musalmanon ka yeh kehna hai ke agar hum choti choti baaton par protest nahi karenge to</w:t>
      </w:r>
      <w:r>
        <w:br/>
      </w:r>
      <w:r>
        <w:rPr>
          <w:sz w:val="20"/>
        </w:rPr>
        <w:t>52:31  hamare namaz roze par bhi eteraz hone lagega.</w:t>
      </w:r>
      <w:r>
        <w:br/>
      </w:r>
      <w:r>
        <w:rPr>
          <w:sz w:val="20"/>
        </w:rPr>
        <w:t>52:36  un logon ko kya kaha jaye, is ke baray mein batayein.</w:t>
      </w:r>
      <w:r>
        <w:br/>
      </w:r>
      <w:r>
        <w:rPr>
          <w:sz w:val="20"/>
        </w:rPr>
        <w:t>52:41  yeh to aik jhoota, aik jhoota yani jhoota doubt hai, baseless doubt hai.</w:t>
      </w:r>
      <w:r>
        <w:br/>
      </w:r>
      <w:r>
        <w:rPr>
          <w:sz w:val="20"/>
        </w:rPr>
        <w:t>52:46  yeh yahi to main keh raha hoon bar bar ke musalmanon ki ghalti hai ke woh isi speed</w:t>
      </w:r>
      <w:r>
        <w:br/>
      </w:r>
      <w:r>
        <w:rPr>
          <w:sz w:val="20"/>
        </w:rPr>
        <w:t>52:52  of age ko jante nahi.</w:t>
      </w:r>
      <w:r>
        <w:br/>
      </w:r>
      <w:r>
        <w:rPr>
          <w:sz w:val="20"/>
        </w:rPr>
        <w:t>52:57  kabhi namumkin hai ke aap ki namaz roze par record dali jaye.</w:t>
      </w:r>
      <w:r>
        <w:br/>
      </w:r>
      <w:r>
        <w:rPr>
          <w:sz w:val="20"/>
        </w:rPr>
        <w:t>53:02  duniya mein kahin bhi record nahi hai.</w:t>
      </w:r>
      <w:r>
        <w:br/>
      </w:r>
      <w:r>
        <w:rPr>
          <w:sz w:val="20"/>
        </w:rPr>
        <w:t>53:07  record jo hai, aap ke nuisance par hai, aap ke violence par hai ke masjidon mein is kiya</w:t>
      </w:r>
      <w:r>
        <w:br/>
      </w:r>
      <w:r>
        <w:rPr>
          <w:sz w:val="20"/>
        </w:rPr>
        <w:t>53:12  aaj kal ho raha hai ke jume ke din ekatha hote hain to masjidon mein nafrat ki taqreerein</w:t>
      </w:r>
      <w:r>
        <w:br/>
      </w:r>
      <w:r>
        <w:rPr>
          <w:sz w:val="20"/>
        </w:rPr>
        <w:t>53:17  hoti hain ke dushman hain, unhein humein, unhein hum yeh karna hai, woh karna hai.</w:t>
      </w:r>
      <w:r>
        <w:br/>
      </w:r>
      <w:r>
        <w:rPr>
          <w:sz w:val="20"/>
        </w:rPr>
        <w:t>53:22  to yeh cheez buri hai.</w:t>
      </w:r>
      <w:r>
        <w:br/>
      </w:r>
      <w:r>
        <w:rPr>
          <w:sz w:val="20"/>
        </w:rPr>
        <w:t>53:27  nafrat namaz nahi buri hai.</w:t>
      </w:r>
      <w:r>
        <w:br/>
      </w:r>
      <w:r>
        <w:rPr>
          <w:sz w:val="20"/>
        </w:rPr>
        <w:t>53:32  koi duniya mein aisa nahi hai jo namaz ko roke.</w:t>
      </w:r>
      <w:r>
        <w:br/>
      </w:r>
      <w:r>
        <w:rPr>
          <w:sz w:val="20"/>
        </w:rPr>
        <w:t>53:37  jo roke ga, wohi ke aap aisi baat karte hain jo zamane ke khilaf ho, yani tashaddud ki</w:t>
      </w:r>
      <w:r>
        <w:br/>
      </w:r>
      <w:r>
        <w:rPr>
          <w:sz w:val="20"/>
        </w:rPr>
        <w:t>53:42  baat, nafrat ki baat.</w:t>
      </w:r>
      <w:r>
        <w:br/>
      </w:r>
      <w:r>
        <w:rPr>
          <w:sz w:val="20"/>
        </w:rPr>
        <w:t>53:47  yeh bilkul jhoote sarapa jhoot hai yeh kehna ke namaz ko rokeinge.</w:t>
      </w:r>
      <w:r>
        <w:br/>
      </w:r>
      <w:r>
        <w:rPr>
          <w:sz w:val="20"/>
        </w:rPr>
        <w:t>53:52  is ki koi asal nahi hai.</w:t>
      </w:r>
      <w:r>
        <w:br/>
      </w:r>
      <w:r>
        <w:rPr>
          <w:sz w:val="20"/>
        </w:rPr>
        <w:t>53:57  bilkul jhooti baat hai.</w:t>
      </w:r>
      <w:r>
        <w:br/>
      </w:r>
      <w:r>
        <w:rPr>
          <w:sz w:val="20"/>
        </w:rPr>
        <w:t>54:02  main ne kitni baar gaya hoon, main church mein gaya hoon, mandir mein gaya hoon, namaz ka waqt</w:t>
      </w:r>
      <w:r>
        <w:br/>
      </w:r>
      <w:r>
        <w:rPr>
          <w:sz w:val="20"/>
        </w:rPr>
        <w:t>54:07  hoga, logon ne khoob kaha aaj namaz padhiye.</w:t>
      </w:r>
      <w:r>
        <w:br/>
      </w:r>
      <w:r>
        <w:rPr>
          <w:sz w:val="20"/>
        </w:rPr>
        <w:t>54:13  khare khare hotay hain ehtram ke liye.</w:t>
      </w:r>
      <w:r>
        <w:br/>
      </w:r>
      <w:r>
        <w:rPr>
          <w:sz w:val="20"/>
        </w:rPr>
        <w:t>54:18  aik martaba qissa likha tha mein ne risalay mein ke parvaram shastri ka program tha chapati par bombay</w:t>
      </w:r>
      <w:r>
        <w:br/>
      </w:r>
      <w:r>
        <w:rPr>
          <w:sz w:val="20"/>
        </w:rPr>
        <w:t>54:23  mein, aur bohat bara majma tha wahan.</w:t>
      </w:r>
      <w:r>
        <w:br/>
      </w:r>
      <w:r>
        <w:rPr>
          <w:sz w:val="20"/>
        </w:rPr>
        <w:t>54:28  to bohat ooncha pandal laga hua tha.</w:t>
      </w:r>
      <w:r>
        <w:br/>
      </w:r>
      <w:r>
        <w:rPr>
          <w:sz w:val="20"/>
        </w:rPr>
        <w:t>54:33  to maghrib ka waqt ho gaya.</w:t>
      </w:r>
      <w:r>
        <w:br/>
      </w:r>
      <w:r>
        <w:rPr>
          <w:sz w:val="20"/>
        </w:rPr>
        <w:t>54:38  to mein ne kaha ke maghrib ka waqt ho gaya hai.</w:t>
      </w:r>
      <w:r>
        <w:br/>
      </w:r>
      <w:r>
        <w:rPr>
          <w:sz w:val="20"/>
        </w:rPr>
        <w:t>54:43  to unhon ne kaha ke aap yahin parhiye, yahin parhiye pandal par.</w:t>
      </w:r>
      <w:r>
        <w:br/>
      </w:r>
      <w:r>
        <w:rPr>
          <w:sz w:val="20"/>
        </w:rPr>
        <w:t>54:48  to unhon ne apni taqreer rok di.</w:t>
      </w:r>
      <w:r>
        <w:br/>
      </w:r>
      <w:r>
        <w:rPr>
          <w:sz w:val="20"/>
        </w:rPr>
        <w:t>54:53  aur mein ne sab ke samne, lakhon aadmi thay, wahi pandal, ooncha pandal tha, woh khare ho kar namaz parhi.</w:t>
      </w:r>
      <w:r>
        <w:br/>
      </w:r>
      <w:r>
        <w:rPr>
          <w:sz w:val="20"/>
        </w:rPr>
        <w:t>54:58  yeh jhooti baat hai yeh.</w:t>
      </w:r>
      <w:r>
        <w:br/>
      </w:r>
      <w:r>
        <w:rPr>
          <w:sz w:val="20"/>
        </w:rPr>
        <w:t>55:03  yeh to jhooti baat hai.</w:t>
      </w:r>
    </w:p>
    <w:p>
      <w:pPr>
        <w:pStyle w:val="Heading2"/>
      </w:pPr>
      <w:r>
        <w:t>Purpose of Muslim unity emphasis</w:t>
      </w:r>
    </w:p>
    <w:p>
      <w:r>
        <w:rPr>
          <w:color w:val="666666"/>
          <w:sz w:val="18"/>
        </w:rPr>
        <w:t>Society &amp; Dawah · Dars-e-Quran, Chapter 2, Verse 61 February 11, 2018 · 4m 25s · at 57:41 · https://youtu.be/rgoE0nvFJJI?t=3461</w:t>
      </w:r>
    </w:p>
    <w:p>
      <w:r>
        <w:rPr>
          <w:i/>
        </w:rPr>
        <w:t>“Nowadays, Muslims strongly emphasize unity of Muslims (Ittihad al-Muslimin), but what is the purpose behind this unity?”</w:t>
      </w:r>
    </w:p>
    <w:p>
      <w:r>
        <w:rPr>
          <w:sz w:val="20"/>
        </w:rPr>
        <w:t>57:41  molana agla sawal lete hain jo abdul rauf khateeb sahab ne bheja hai chiplun se</w:t>
      </w:r>
      <w:r>
        <w:br/>
      </w:r>
      <w:r>
        <w:rPr>
          <w:sz w:val="20"/>
        </w:rPr>
        <w:t>57:49  unho ne likha hai molana aj kal musalmanon ki taraf se ittehad ul muslimeen par bharpoor zor diya jata</w:t>
      </w:r>
      <w:r>
        <w:br/>
      </w:r>
      <w:r>
        <w:rPr>
          <w:sz w:val="20"/>
        </w:rPr>
        <w:t>57:57  hai lekin sab ka maqsad is ittehad ke peechay sirf aik hi hai aur woh hai musalmanon ka</w:t>
      </w:r>
      <w:r>
        <w:br/>
      </w:r>
      <w:r>
        <w:rPr>
          <w:sz w:val="20"/>
        </w:rPr>
        <w:t>58:05  un ka khoya hua shandar maazi aur maqam wapas dila diya jana dawat e islam ittehad ul muslimeen ka maqsad</w:t>
      </w:r>
      <w:r>
        <w:br/>
      </w:r>
      <w:r>
        <w:rPr>
          <w:sz w:val="20"/>
        </w:rPr>
        <w:t>58:16  nahi hai molana is ke baray mein kuch farmayein</w:t>
      </w:r>
      <w:r>
        <w:br/>
      </w:r>
      <w:r>
        <w:rPr>
          <w:sz w:val="20"/>
        </w:rPr>
        <w:t>58:23  dekhein bas yeh kahoon ga ke yeh</w:t>
      </w:r>
      <w:r>
        <w:br/>
      </w:r>
      <w:r>
        <w:rPr>
          <w:sz w:val="20"/>
        </w:rPr>
        <w:t>58:29  it is due to an awareness</w:t>
      </w:r>
      <w:r>
        <w:br/>
      </w:r>
      <w:r>
        <w:rPr>
          <w:sz w:val="20"/>
        </w:rPr>
        <w:t>58:33  be khabari ka musalman jo jee rahe hain shandar maazi to haal to is se bhi shandar hai</w:t>
      </w:r>
      <w:r>
        <w:br/>
      </w:r>
      <w:r>
        <w:rPr>
          <w:sz w:val="20"/>
        </w:rPr>
        <w:t>58:44  bas bas musalmanon ka jo haal hai is se bhi shandar hai faraz sahib aik aik hadees dikha</w:t>
      </w:r>
      <w:r>
        <w:br/>
      </w:r>
      <w:r>
        <w:rPr>
          <w:sz w:val="20"/>
        </w:rPr>
        <w:t>58:50  dijiye jo aik aik aurat chalay gi</w:t>
      </w:r>
      <w:r>
        <w:br/>
      </w:r>
      <w:r>
        <w:rPr>
          <w:sz w:val="20"/>
        </w:rPr>
        <w:t>58:54  woh oont se kahan se kahan jab aur koi is ko dar rahe hon ge kisi ka woh</w:t>
      </w:r>
      <w:r>
        <w:br/>
      </w:r>
      <w:r>
        <w:rPr>
          <w:sz w:val="20"/>
        </w:rPr>
        <w:t>58:59  ayat dikha di to woh hadees</w:t>
      </w:r>
      <w:r>
        <w:br/>
      </w:r>
      <w:r>
        <w:rPr>
          <w:sz w:val="20"/>
        </w:rPr>
        <w:t>59:04  main aik misal deta hoon ap ko bohat hi yani intresting misal hai musalmanon ki be khabari ka musalmanon ki be khabari ka</w:t>
      </w:r>
      <w:r>
        <w:br/>
      </w:r>
      <w:r>
        <w:rPr>
          <w:sz w:val="20"/>
        </w:rPr>
        <w:t>59:20  shandar mazi shandar mazi yani shandar hal ko janay hon shandar hal ko diskavar karo wo to kuch bhi nahi tha jis ko ap shandar mazi samajhtay hain wo to nathing tha wo aj ke hal ke muqablay mein</w:t>
      </w:r>
      <w:r>
        <w:br/>
      </w:r>
      <w:r>
        <w:rPr>
          <w:sz w:val="20"/>
        </w:rPr>
        <w:t>59:37  is hadees ko parhiye aur tarjuma kijiye is ka.</w:t>
      </w:r>
      <w:r>
        <w:br/>
      </w:r>
      <w:r>
        <w:rPr>
          <w:sz w:val="20"/>
        </w:rPr>
        <w:t>59:41  an khubab ibn al arrad qala shukuna ila rasool Allah sallallahu alaihi wasallam wa huwa mutawassit burdah fi dhil</w:t>
      </w:r>
      <w:r>
        <w:br/>
      </w:r>
      <w:r>
        <w:rPr>
          <w:sz w:val="20"/>
        </w:rPr>
        <w:t>59:49  al kaabah qulna lahu ala tastansir lana ala tad'u Allah lana qala kana al rajul fi man qablakum</w:t>
      </w:r>
      <w:r>
        <w:br/>
      </w:r>
      <w:r>
        <w:rPr>
          <w:sz w:val="20"/>
        </w:rPr>
        <w:t>1:00:00  fi fi fi</w:t>
      </w:r>
      <w:r>
        <w:br/>
      </w:r>
      <w:r>
        <w:rPr>
          <w:sz w:val="20"/>
        </w:rPr>
        <w:t>1:00:35  sahih al-bukhari hadis number 3612</w:t>
      </w:r>
      <w:r>
        <w:br/>
      </w:r>
      <w:r>
        <w:rPr>
          <w:sz w:val="20"/>
        </w:rPr>
        <w:t>1:00:39  khabab bin arad se riwayat hai wo kehtay hain ke hum ne rasul allah sal allah alayhi wa sallam se shikayat ki us waqt wo ka·ba ke saye mein apni chadar ko takiya banaye hue letay thay hum ne kaha kya ap hamaray liye madad nahi mangtay kya ap hamaray liye allah ta·ala se dua nahi kartay ap ne kaha ap say pehlay admi thay</w:t>
      </w:r>
      <w:r>
        <w:br/>
      </w:r>
      <w:r>
        <w:rPr>
          <w:sz w:val="20"/>
        </w:rPr>
        <w:t>1:01:07  un ke liye zameen khodi jati</w:t>
      </w:r>
    </w:p>
    <w:p>
      <w:pPr>
        <w:pStyle w:val="Heading2"/>
      </w:pPr>
      <w:r>
        <w:t>Purpose of ideology when implementation is less than ideal</w:t>
      </w:r>
    </w:p>
    <w:p>
      <w:r>
        <w:rPr>
          <w:color w:val="666666"/>
          <w:sz w:val="18"/>
        </w:rPr>
        <w:t>Society &amp; Dawah · Islam Ideology, Team and Method October 09, 2011 · 3m 20s · at 1:17:50 · https://youtu.be/zRilc1fG6c0?t=4670</w:t>
      </w:r>
    </w:p>
    <w:p>
      <w:r>
        <w:rPr>
          <w:i/>
        </w:rPr>
        <w:t>“When the implementation of an ideology is less than ideal, then what is the purpose that an ideology serves? Kindly explain.”</w:t>
      </w:r>
    </w:p>
    <w:p>
      <w:r>
        <w:rPr>
          <w:sz w:val="20"/>
        </w:rPr>
        <w:t>1:17:50  agla sawal Maulana Mas Sadia ne kiya hai</w:t>
      </w:r>
      <w:r>
        <w:br/>
      </w:r>
      <w:r>
        <w:rPr>
          <w:sz w:val="20"/>
        </w:rPr>
        <w:t>1:17:53  Dilli se. unhon ne likha hai ke "When the implementation of an ideology is less than ideal, then what is the purpose that ideology serves? Kindiely explain." Dekhiye, ideology jo hai, wahi to le kar ek aadmi apne aap ko theek karta hai.</w:t>
      </w:r>
      <w:r>
        <w:br/>
      </w:r>
      <w:r>
        <w:rPr>
          <w:sz w:val="20"/>
        </w:rPr>
        <w:t>1:18:05  agar agar mujhe yeh maloom ho ke meri koi ideology nahi hai to mera to personality nahi banegi. to ideology ek aadmi ka zaati target hota hai.</w:t>
      </w:r>
      <w:r>
        <w:br/>
      </w:r>
      <w:r>
        <w:rPr>
          <w:sz w:val="20"/>
        </w:rPr>
        <w:t>1:18:17  lekin aap jab samaj mein aayein, logon ke darmiyan aayein to aap wahan, aap aap wahan aap ko practor banna padta hai.</w:t>
      </w:r>
      <w:r>
        <w:br/>
      </w:r>
      <w:r>
        <w:rPr>
          <w:sz w:val="20"/>
        </w:rPr>
        <w:t>1:18:31  mera matlab yeh nahi hai ke ideology jo hai ya ideal, idealism jo hai, woh is tarah se ghair zaroori hai.</w:t>
      </w:r>
      <w:r>
        <w:br/>
      </w:r>
      <w:r>
        <w:rPr>
          <w:sz w:val="20"/>
        </w:rPr>
        <w:t>1:18:39  to mera manna hai ke idealism ek shakhs ki zaat ke liye to bahut hi important hai. is se aadmi ko target milta hai ke mujhe yeh banna hai, yeh banna hai, yeh banna hai.</w:t>
      </w:r>
      <w:r>
        <w:br/>
      </w:r>
      <w:r>
        <w:rPr>
          <w:sz w:val="20"/>
        </w:rPr>
        <w:t>1:18:48  lekin samaj mein chuki bahut se log hote hain, is liye aap ko wahan practical banna padta hai.</w:t>
      </w:r>
      <w:r>
        <w:br/>
      </w:r>
      <w:r>
        <w:rPr>
          <w:sz w:val="20"/>
        </w:rPr>
        <w:t>1:19:00  agar agar ek ideal na ho to fard ka, fard ko koi nishana nahi milega. agar ideal na ho to ek individual ko aage badhne ke liye koi target nahi rahega.</w:t>
      </w:r>
      <w:r>
        <w:br/>
      </w:r>
      <w:r>
        <w:rPr>
          <w:sz w:val="20"/>
        </w:rPr>
        <w:t>1:19:05  yani target aisa hona chahiye jo aadmi hamesha is mein sar garam rahe. to mera manna yeh hai ke individual, individual ke liye idealism aur samaj ke liye practical.</w:t>
      </w:r>
      <w:r>
        <w:br/>
      </w:r>
      <w:r>
        <w:rPr>
          <w:sz w:val="20"/>
        </w:rPr>
        <w:t>1:19:18  yani yani</w:t>
      </w:r>
      <w:r>
        <w:br/>
      </w:r>
      <w:r>
        <w:rPr>
          <w:sz w:val="20"/>
        </w:rPr>
        <w:t>1:19:36  yani yani</w:t>
      </w:r>
      <w:r>
        <w:br/>
      </w:r>
      <w:r>
        <w:rPr>
          <w:sz w:val="20"/>
        </w:rPr>
        <w:t>1:19:37  aadmi, yaani hum ko apni zaat ke liye to ideal banna chahiye, apni zaat ke liye, lekin samaaj ke liye humein practical banna chahiye. yeh mera manna hai.</w:t>
      </w:r>
      <w:r>
        <w:br/>
      </w:r>
      <w:r>
        <w:rPr>
          <w:sz w:val="20"/>
        </w:rPr>
        <w:t>1:19:48  mister abdul rehman ne dilli se likha hai: "maulana sahib, since the agitation of anna hazare, there are a lot of debates, discussions and articles regarding how to eradicate corruption from India.</w:t>
      </w:r>
      <w:r>
        <w:br/>
      </w:r>
      <w:r>
        <w:rPr>
          <w:sz w:val="20"/>
        </w:rPr>
        <w:t>1:20:06  kindly put forward the best method as per you." dekhen, yeh bart waghera se yeh sab cheezein khatam nahi hoti.</w:t>
      </w:r>
      <w:r>
        <w:br/>
      </w:r>
      <w:r>
        <w:rPr>
          <w:sz w:val="20"/>
        </w:rPr>
        <w:t>1:20:17  iska bart se koi talluq nahi hai. yeh to aap logon ko educate karen, is se hogi. bart se khatam ho jaye corruption, yeh aap corruption ko under estimate karenge.</w:t>
      </w:r>
      <w:r>
        <w:br/>
      </w:r>
      <w:r>
        <w:rPr>
          <w:sz w:val="20"/>
        </w:rPr>
        <w:t>1:20:32  jo aadmi yeh samjhe ke bart rakhne se corruption khatam ho jayega, woh corruption ko under estimate kar raha hai. aap ko insaan ko educate karna hai, insaan ke mind ko badalna hai, insaan ki soch ko badalna hai.</w:t>
      </w:r>
      <w:r>
        <w:br/>
      </w:r>
      <w:r>
        <w:rPr>
          <w:sz w:val="20"/>
        </w:rPr>
        <w:t>1:20:48  tab ja ke corruption khatam hoga. yeh ek long term planning hai. waqti dhoom machane se corruption khatam nahi ho sakta hai.</w:t>
      </w:r>
      <w:r>
        <w:br/>
      </w:r>
      <w:r>
        <w:rPr>
          <w:sz w:val="20"/>
        </w:rPr>
        <w:t>1:20:59  yeh bohat lambi baat hai, is ko mein yahan nahi kar sakta. koi sahib ko interest ho to mere paas aa jayen, mein un ko bataunga ke meri soch kya hai is maamle mein.</w:t>
      </w:r>
    </w:p>
    <w:p>
      <w:pPr>
        <w:pStyle w:val="Heading2"/>
      </w:pPr>
      <w:r>
        <w:t>Pursuing peace in Kashmir despite wrong interpretations</w:t>
      </w:r>
    </w:p>
    <w:p>
      <w:r>
        <w:rPr>
          <w:color w:val="666666"/>
          <w:sz w:val="18"/>
        </w:rPr>
        <w:t>Society &amp; Dawah · Problem of Dajjal 29 sept, 2019 - Maulana Wahiduddin Khan · 2m 43s · at 1:02:05 · https://youtu.be/PL-Kv-sE68w?t=3725</w:t>
      </w:r>
    </w:p>
    <w:p>
      <w:r>
        <w:rPr>
          <w:i/>
        </w:rPr>
        <w:t>“In a place like Kashmir, where traditional Quranic teachings with wrong interpretations are ingrained, how can one pursue the ideology of actual peace?”</w:t>
      </w:r>
    </w:p>
    <w:p>
      <w:r>
        <w:rPr>
          <w:sz w:val="20"/>
        </w:rPr>
        <w:t>1:02:05  may allah protect us." miss mehak fiaz khan ne sawal kiya hai dilli se. unhon ne likha hai: "maulana sahib, in a place like kashmir, when one faces odd situations one or the other day,</w:t>
      </w:r>
      <w:r>
        <w:br/>
      </w:r>
      <w:r>
        <w:rPr>
          <w:sz w:val="20"/>
        </w:rPr>
        <w:t>1:02:22  widening the ideology of actual peace has become really difficult. everyone has a harsh and oppressive story to tell.</w:t>
      </w:r>
      <w:r>
        <w:br/>
      </w:r>
      <w:r>
        <w:rPr>
          <w:sz w:val="20"/>
        </w:rPr>
        <w:t>1:02:32  alhamdulillah, i have never witnessed anything bad, but traditional teachings of quran with wrong interpretations is ingrained everywhere, which has made it even more difficult.</w:t>
      </w:r>
      <w:r>
        <w:br/>
      </w:r>
      <w:r>
        <w:rPr>
          <w:sz w:val="20"/>
        </w:rPr>
        <w:t>1:02:47  kindly suggest a basic way to start with." bhai, dekhiye, saaf baat hai ke agar aap apni taraf se kuch kahein, apni taraf se toh jo chahe kahiye.</w:t>
      </w:r>
      <w:r>
        <w:br/>
      </w:r>
      <w:r>
        <w:rPr>
          <w:sz w:val="20"/>
        </w:rPr>
        <w:t>1:03:03  apni taraf se ke mein aisa karunga, mera yeh sochna hai, mera yeh manna hai toh jo chahe kahiye. lekin jab aap naam lein islam ka, quran ka toh aap ko reference dena padega.</w:t>
      </w:r>
      <w:r>
        <w:br/>
      </w:r>
      <w:r>
        <w:rPr>
          <w:sz w:val="20"/>
        </w:rPr>
        <w:t>1:03:18  reference dena padega. toh jo log is waqt jhanda uthaye hue hain woh kehte hain ke yeh islam hai.</w:t>
      </w:r>
      <w:r>
        <w:br/>
      </w:r>
      <w:r>
        <w:rPr>
          <w:sz w:val="20"/>
        </w:rPr>
        <w:t>1:03:27  to bhai, jab islam hai to pehle to reference to pesh karo. yeh to aik bilkul logic, logical baat hai ke islam ke naam se aap koi baat kahein to aap ko islam ki reference dena pare ga.</w:t>
      </w:r>
      <w:r>
        <w:br/>
      </w:r>
      <w:r>
        <w:rPr>
          <w:sz w:val="20"/>
        </w:rPr>
        <w:t>1:03:45  apni taraf se kijiye, jo chahe kijiye, jo chahe kijiye.</w:t>
      </w:r>
      <w:r>
        <w:br/>
      </w:r>
      <w:r>
        <w:rPr>
          <w:sz w:val="20"/>
        </w:rPr>
        <w:t>1:04:00  maulana, agla comment bheja hai miss shabina ali ne kolkata se. unho ne likha hai: "maulana, today you gave us the clarity of where the era of the dajaliyat starts and what is its ideology.</w:t>
      </w:r>
      <w:r>
        <w:br/>
      </w:r>
      <w:r>
        <w:rPr>
          <w:sz w:val="20"/>
        </w:rPr>
        <w:t>1:04:17  from what i have understood from the very inspiring lecture of today, that where there was rise of some fascist group, there was also the rise in dajaliyat, that is islamization of violence.</w:t>
      </w:r>
      <w:r>
        <w:br/>
      </w:r>
      <w:r>
        <w:rPr>
          <w:sz w:val="20"/>
        </w:rPr>
        <w:t>1:04:31  islam is the religion of peace, love, tolerance, patience and fear of allah. god has made this world full of hardship to see who is a predictable character and who can be placed in the world of paradise.</w:t>
      </w:r>
    </w:p>
    <w:p>
      <w:pPr>
        <w:pStyle w:val="Heading2"/>
      </w:pPr>
      <w:r>
        <w:t>Question about Pakistan opposition leaders</w:t>
      </w:r>
    </w:p>
    <w:p>
      <w:r>
        <w:rPr>
          <w:color w:val="666666"/>
          <w:sz w:val="18"/>
        </w:rPr>
        <w:t>Society &amp; Dawah · Concept of Jihad in Islam September 7, 2014 · 3m 27s · at 44:32 · https://youtu.be/GnKBYM8HbuQ?t=2672</w:t>
      </w:r>
    </w:p>
    <w:p>
      <w:r>
        <w:rPr>
          <w:i/>
        </w:rPr>
        <w:t>“My question is that currently in Pakistan the issue that is going on, then two opposition leaders...”</w:t>
      </w:r>
    </w:p>
    <w:p>
      <w:r>
        <w:rPr>
          <w:sz w:val="20"/>
        </w:rPr>
        <w:t>44:32  Maulana, yeh sawal Saudi Arabia se aya hai Dr. Hina ka, aur unhone likha hai ke Maulana</w:t>
      </w:r>
      <w:r>
        <w:br/>
      </w:r>
      <w:r>
        <w:rPr>
          <w:sz w:val="20"/>
        </w:rPr>
        <w:t>44:38  sahab jazak Allah for the beautiful talk that you gave yesterday.</w:t>
      </w:r>
      <w:r>
        <w:br/>
      </w:r>
      <w:r>
        <w:rPr>
          <w:sz w:val="20"/>
        </w:rPr>
        <w:t>44:45  mera sawal yeh hai ke is waqt Pakistan mein jo masla chal raha hai, to do opposition leaders</w:t>
      </w:r>
      <w:r>
        <w:br/>
      </w:r>
      <w:r>
        <w:rPr>
          <w:sz w:val="20"/>
        </w:rPr>
        <w:t>44:52  jo campaign chala rahe hain, woh yeh keh rahe hain ke they are not doing any complaints but</w:t>
      </w:r>
      <w:r>
        <w:br/>
      </w:r>
      <w:r>
        <w:rPr>
          <w:sz w:val="20"/>
        </w:rPr>
        <w:t>44:59  they have stood up for the rights of poor.</w:t>
      </w:r>
      <w:r>
        <w:br/>
      </w:r>
      <w:r>
        <w:rPr>
          <w:sz w:val="20"/>
        </w:rPr>
        <w:t>45:06  kyunke ameer ghareeb ka farq bohat ho gaya hai Pakistan mein.</w:t>
      </w:r>
      <w:r>
        <w:br/>
      </w:r>
      <w:r>
        <w:rPr>
          <w:sz w:val="20"/>
        </w:rPr>
        <w:t>45:12  mulk ke leaders jo ate hain, apni jeb bharte hain, apne business, apna business karte hain, aur apne</w:t>
      </w:r>
      <w:r>
        <w:br/>
      </w:r>
      <w:r>
        <w:rPr>
          <w:sz w:val="20"/>
        </w:rPr>
        <w:t>45:19  bachon ke foreign bank accounts bharte hain, aur ghareeb ke bachhe wohin rehte hain.</w:t>
      </w:r>
      <w:r>
        <w:br/>
      </w:r>
      <w:r>
        <w:rPr>
          <w:sz w:val="20"/>
        </w:rPr>
        <w:t>45:26  My question is, is it okay to help such leaders in protest because they are trying to challenge</w:t>
      </w:r>
      <w:r>
        <w:br/>
      </w:r>
      <w:r>
        <w:rPr>
          <w:sz w:val="20"/>
        </w:rPr>
        <w:t>45:33  the zulm and operation peacefully?</w:t>
      </w:r>
      <w:r>
        <w:br/>
      </w:r>
      <w:r>
        <w:rPr>
          <w:sz w:val="20"/>
        </w:rPr>
        <w:t>45:40  dekhiye, zulm ko challenge karna yeh shaitani kaam hai.</w:t>
      </w:r>
      <w:r>
        <w:br/>
      </w:r>
      <w:r>
        <w:rPr>
          <w:sz w:val="20"/>
        </w:rPr>
        <w:t>45:45  kisi peghambar ne kabhi zulm ko challenge nahi kiya, shaitan ne kiya.</w:t>
      </w:r>
      <w:r>
        <w:br/>
      </w:r>
      <w:r>
        <w:rPr>
          <w:sz w:val="20"/>
        </w:rPr>
        <w:t>45:50  yeh jo log kar rahe hain, yeh shaitani kaam kar rahe hain, naam le rahe hain islam ka.</w:t>
      </w:r>
      <w:r>
        <w:br/>
      </w:r>
      <w:r>
        <w:rPr>
          <w:sz w:val="20"/>
        </w:rPr>
        <w:t>45:55  bilashuba, is mein koi shaq nahi mujhe ke jo zulm ko challenge karta hai aur huqooq insani ka</w:t>
      </w:r>
      <w:r>
        <w:br/>
      </w:r>
      <w:r>
        <w:rPr>
          <w:sz w:val="20"/>
        </w:rPr>
        <w:t>46:01  jhanda uthata hai, woh shaitani kaam karta hai.</w:t>
      </w:r>
      <w:r>
        <w:br/>
      </w:r>
      <w:r>
        <w:rPr>
          <w:sz w:val="20"/>
        </w:rPr>
        <w:t>46:06  woh, aur mein kahunga you have to see the result yeh jhanda toh pehle bhi uthaya tha</w:t>
      </w:r>
      <w:r>
        <w:br/>
      </w:r>
      <w:r>
        <w:rPr>
          <w:sz w:val="20"/>
        </w:rPr>
        <w:t>46:11  logon ne, result kahan nikla? khud Pakistan jo bana tha, woh bhi isi jhande par bana tha.</w:t>
      </w:r>
      <w:r>
        <w:br/>
      </w:r>
      <w:r>
        <w:rPr>
          <w:sz w:val="20"/>
        </w:rPr>
        <w:t>46:17  toh Pakistan ban kar woh maqsad hasil kyun nahi hua? dekhiye, yeh peghambar ka tareeqa nahi hai ke</w:t>
      </w:r>
      <w:r>
        <w:br/>
      </w:r>
      <w:r>
        <w:rPr>
          <w:sz w:val="20"/>
        </w:rPr>
        <w:t>46:22  jhande uthaye jayen.</w:t>
      </w:r>
      <w:r>
        <w:br/>
      </w:r>
      <w:r>
        <w:rPr>
          <w:sz w:val="20"/>
        </w:rPr>
        <w:t>46:27  The very ideology is wrong.</w:t>
      </w:r>
      <w:r>
        <w:br/>
      </w:r>
      <w:r>
        <w:rPr>
          <w:sz w:val="20"/>
        </w:rPr>
        <w:t>46:33  zulm ko khatam karna, hukoomat qaim karna, siyasi nizam banana, yeh ideology galat hai.</w:t>
      </w:r>
      <w:r>
        <w:br/>
      </w:r>
      <w:r>
        <w:rPr>
          <w:sz w:val="20"/>
        </w:rPr>
        <w:t>46:38  aap sirf yeh kijiye ke logon ki ideology ko badlie, logon ke mind ko badlie, logon ki soch ko badlie.</w:t>
      </w:r>
      <w:r>
        <w:br/>
      </w:r>
      <w:r>
        <w:rPr>
          <w:sz w:val="20"/>
        </w:rPr>
        <w:t>46:43  direct taur par in se takrane se koi faida nahi, chahe un ki hukoomat ho ya un ki</w:t>
      </w:r>
      <w:r>
        <w:br/>
      </w:r>
      <w:r>
        <w:rPr>
          <w:sz w:val="20"/>
        </w:rPr>
        <w:t>46:49  hukoomat ho, haalat wahi rahe gi.</w:t>
      </w:r>
      <w:r>
        <w:br/>
      </w:r>
      <w:r>
        <w:rPr>
          <w:sz w:val="20"/>
        </w:rPr>
        <w:t>46:54  aap ko ideology ko badalna hai, logon ki soch ko badalna hai, tab kaam hoga, warna kuch kaam nahi hoga.</w:t>
      </w:r>
      <w:r>
        <w:br/>
      </w:r>
      <w:r>
        <w:rPr>
          <w:sz w:val="20"/>
        </w:rPr>
        <w:t>46:59  abhi bhi jo maine baatein kahi hain, isi ko saare Pakistan mein phaila dijiye.</w:t>
      </w:r>
      <w:r>
        <w:br/>
      </w:r>
      <w:r>
        <w:rPr>
          <w:sz w:val="20"/>
        </w:rPr>
        <w:t>47:05  aap abhi jo mera lecture hai, woh saare Pakistan mein phaila dijiye.</w:t>
      </w:r>
      <w:r>
        <w:br/>
      </w:r>
      <w:r>
        <w:rPr>
          <w:sz w:val="20"/>
        </w:rPr>
        <w:t>47:10  yehi kaam kijiye, aap ek ek shakhs ko yeh meri awaaz sunwa dijiye, aur phir dekhiye ke Pakistan</w:t>
      </w:r>
      <w:r>
        <w:br/>
      </w:r>
      <w:r>
        <w:rPr>
          <w:sz w:val="20"/>
        </w:rPr>
        <w:t>47:16  mein ek naya inqilab paida ho jayega.</w:t>
      </w:r>
      <w:r>
        <w:br/>
      </w:r>
      <w:r>
        <w:rPr>
          <w:sz w:val="20"/>
        </w:rPr>
        <w:t>47:21  ek naya inqilab paida ho jayega.</w:t>
      </w:r>
      <w:r>
        <w:br/>
      </w:r>
      <w:r>
        <w:rPr>
          <w:sz w:val="20"/>
        </w:rPr>
        <w:t>47:26  toh dekhiye, Quran mein ek ayat hai ke Khuda ka tareeqa hai jar se aana أَطَلَّىٰ بُنْيَانَهُم jar</w:t>
      </w:r>
      <w:r>
        <w:br/>
      </w:r>
      <w:r>
        <w:rPr>
          <w:sz w:val="20"/>
        </w:rPr>
        <w:t>47:32  se kya hai? mind ko badalna, ideology ko badalna, soch ko badalna.</w:t>
      </w:r>
      <w:r>
        <w:br/>
      </w:r>
      <w:r>
        <w:rPr>
          <w:sz w:val="20"/>
        </w:rPr>
        <w:t>47:37  toh mein aap se kehta hoon ke aap sirf ek kaam kijiye ke mera aaj ka jo lecture</w:t>
      </w:r>
      <w:r>
        <w:br/>
      </w:r>
      <w:r>
        <w:rPr>
          <w:sz w:val="20"/>
        </w:rPr>
        <w:t>47:43  hai, is ke beshumar copyan banwaiye, saare Pakistan mein phaila dijiye, aur phir dekhiye aap.</w:t>
      </w:r>
      <w:r>
        <w:br/>
      </w:r>
      <w:r>
        <w:rPr>
          <w:sz w:val="20"/>
        </w:rPr>
        <w:t>47:48  aur yeh jo kar rahe hain log protest, yeh toh nothing hai, yeh toh fasad hai, fasad.</w:t>
      </w:r>
      <w:r>
        <w:br/>
      </w:r>
      <w:r>
        <w:rPr>
          <w:sz w:val="20"/>
        </w:rPr>
        <w:t>47:53  is ka Islam se koi talluq nahi hai.</w:t>
      </w:r>
    </w:p>
    <w:p>
      <w:pPr>
        <w:pStyle w:val="Heading2"/>
      </w:pPr>
      <w:r>
        <w:t>Question about secularism and Islam</w:t>
      </w:r>
    </w:p>
    <w:p>
      <w:r>
        <w:rPr>
          <w:color w:val="666666"/>
          <w:sz w:val="18"/>
        </w:rPr>
        <w:t>Society &amp; Dawah · Example of the Prophet March 20, 2016 · 4m 28s · at 1:22:30 · https://youtu.be/79HmhzXU41w?t=4950</w:t>
      </w:r>
    </w:p>
    <w:p>
      <w:r>
        <w:rPr>
          <w:i/>
        </w:rPr>
        <w:t>“I have read almost all your literature. You consider secularism as exactly Islam, limit religion to individual matters, while for social matters you rely on human reason and consciousness...”</w:t>
      </w:r>
    </w:p>
    <w:p>
      <w:r>
        <w:rPr>
          <w:sz w:val="20"/>
        </w:rPr>
        <w:t>1:22:30  yeh Maulana, agla sawal lete hain jo Pakistan se hai, aur unhon ne likha hai</w:t>
      </w:r>
      <w:r>
        <w:br/>
      </w:r>
      <w:r>
        <w:rPr>
          <w:sz w:val="20"/>
        </w:rPr>
        <w:t>1:22:37  aap ka literature taqreeban saara read kar chuka hoon, aap secularism ko ain Islam qarar dete hain, mazhab</w:t>
      </w:r>
      <w:r>
        <w:br/>
      </w:r>
      <w:r>
        <w:rPr>
          <w:sz w:val="20"/>
        </w:rPr>
        <w:t>1:22:46  ko infiradi matter tak mehdood samajhte hain, jabke ijtimai matters ke liye aap insani aql o shaoor par</w:t>
      </w:r>
      <w:r>
        <w:br/>
      </w:r>
      <w:r>
        <w:rPr>
          <w:sz w:val="20"/>
        </w:rPr>
        <w:t>1:22:55  aitmad karne ka hukum dete hain.</w:t>
      </w:r>
      <w:r>
        <w:br/>
      </w:r>
      <w:r>
        <w:rPr>
          <w:sz w:val="20"/>
        </w:rPr>
        <w:t>1:22:57  aap ki yeh ta'beer deen kya sari Muslim countries ke liye hai ya sirf India aur deegar countries</w:t>
      </w:r>
      <w:r>
        <w:br/>
      </w:r>
      <w:r>
        <w:rPr>
          <w:sz w:val="20"/>
        </w:rPr>
        <w:t>1:23:05  ke liye, jahan musalman aqalliyat mein hain? is ko wazeh karen.</w:t>
      </w:r>
      <w:r>
        <w:br/>
      </w:r>
      <w:r>
        <w:rPr>
          <w:sz w:val="20"/>
        </w:rPr>
        <w:t>1:23:13  dekhiye, kuch log jo extremism ka shikar hain, ghulu ka, wo secularism ko ek ek muqaddas nazariya mante</w:t>
      </w:r>
      <w:r>
        <w:br/>
      </w:r>
      <w:r>
        <w:rPr>
          <w:sz w:val="20"/>
        </w:rPr>
        <w:t>1:23:23  hain, is liye wo taraqqi karte hain.</w:t>
      </w:r>
      <w:r>
        <w:br/>
      </w:r>
      <w:r>
        <w:rPr>
          <w:sz w:val="20"/>
        </w:rPr>
        <w:t>1:23:24  wo jis tarah mazhab ek aqida hai, samajhte hain ke secularism bhi ek aqida hai, yeh bilkul, yani</w:t>
      </w:r>
      <w:r>
        <w:br/>
      </w:r>
      <w:r>
        <w:rPr>
          <w:sz w:val="20"/>
        </w:rPr>
        <w:t>1:23:33  it is wrong, completely wrong.</w:t>
      </w:r>
      <w:r>
        <w:br/>
      </w:r>
      <w:r>
        <w:rPr>
          <w:sz w:val="20"/>
        </w:rPr>
        <w:t>1:23:35  koi bhi aqida nahi samajhta is ko, secularism method hai, method, wo aqida nahi hai.</w:t>
      </w:r>
      <w:r>
        <w:br/>
      </w:r>
      <w:r>
        <w:rPr>
          <w:sz w:val="20"/>
        </w:rPr>
        <w:t>1:23:41  there is difference between method and aqida.</w:t>
      </w:r>
      <w:r>
        <w:br/>
      </w:r>
      <w:r>
        <w:rPr>
          <w:sz w:val="20"/>
        </w:rPr>
        <w:t>1:23:46  rasool Allah ne jab lafz rasool ko mita diya tha, to is ko aap aqida banayein to lage</w:t>
      </w:r>
      <w:r>
        <w:br/>
      </w:r>
      <w:r>
        <w:rPr>
          <w:sz w:val="20"/>
        </w:rPr>
        <w:t>1:23:50  ke yeh bohat galat kaam hua.</w:t>
      </w:r>
      <w:r>
        <w:br/>
      </w:r>
      <w:r>
        <w:rPr>
          <w:sz w:val="20"/>
        </w:rPr>
        <w:t>1:23:53  kaba but rakhe hue the, is ko aqida banayein to aap kahenge to bohat galat kaam hua.</w:t>
      </w:r>
      <w:r>
        <w:br/>
      </w:r>
      <w:r>
        <w:rPr>
          <w:sz w:val="20"/>
        </w:rPr>
        <w:t>1:23:58  to cheezon ko, har cheez ko aqida banana, isi ko to main kehta hoon ke cheezon ko logical</w:t>
      </w:r>
      <w:r>
        <w:br/>
      </w:r>
      <w:r>
        <w:rPr>
          <w:sz w:val="20"/>
        </w:rPr>
        <w:t>1:24:05  end tak le jana.</w:t>
      </w:r>
      <w:r>
        <w:br/>
      </w:r>
      <w:r>
        <w:rPr>
          <w:sz w:val="20"/>
        </w:rPr>
        <w:t>1:24:07  secularism ek method hai.</w:t>
      </w:r>
      <w:r>
        <w:br/>
      </w:r>
      <w:r>
        <w:rPr>
          <w:sz w:val="20"/>
        </w:rPr>
        <w:t>1:24:09  logon ne dekha ke is zamane mein khas taur par jab ke, yani log yahan wahan jate hain,</w:t>
      </w:r>
      <w:r>
        <w:br/>
      </w:r>
      <w:r>
        <w:rPr>
          <w:sz w:val="20"/>
        </w:rPr>
        <w:t>1:24:18  bohat zyada samaj mein phaila hua hai, to har har mulk mein, har har society mein, tarah tarah</w:t>
      </w:r>
      <w:r>
        <w:br/>
      </w:r>
      <w:r>
        <w:rPr>
          <w:sz w:val="20"/>
        </w:rPr>
        <w:t>1:24:24  ke religion, tarah tarah ke culture wale jama ho gaye hain.</w:t>
      </w:r>
      <w:r>
        <w:br/>
      </w:r>
      <w:r>
        <w:rPr>
          <w:sz w:val="20"/>
        </w:rPr>
        <w:t>1:24:30  to how to establish harmony among these people? to is ke liye secularism ka formula ijad hua.</w:t>
      </w:r>
      <w:r>
        <w:br/>
      </w:r>
      <w:r>
        <w:rPr>
          <w:sz w:val="20"/>
        </w:rPr>
        <w:t>1:24:39  to secularism ka matlab, secularism ek ek method hai, wo aqida nahi hai kabhi bhi,</w:t>
      </w:r>
      <w:r>
        <w:br/>
      </w:r>
      <w:r>
        <w:rPr>
          <w:sz w:val="20"/>
        </w:rPr>
        <w:t>1:24:46  aur method ke taur par best hai.</w:t>
      </w:r>
      <w:r>
        <w:br/>
      </w:r>
      <w:r>
        <w:rPr>
          <w:sz w:val="20"/>
        </w:rPr>
        <w:t>1:24:48  wo main samajhta hoon, kyunke aap kya karen, jab ek society mein differences hain to aap ladenge,</w:t>
      </w:r>
      <w:r>
        <w:br/>
      </w:r>
      <w:r>
        <w:rPr>
          <w:sz w:val="20"/>
        </w:rPr>
        <w:t>1:24:54  ladenge to khoon kharaba hoga.</w:t>
      </w:r>
      <w:r>
        <w:br/>
      </w:r>
      <w:r>
        <w:rPr>
          <w:sz w:val="20"/>
        </w:rPr>
        <w:t>1:24:56  is se acha yeh hai ke har ek ko, yani har ek ko mauqa dijiye,</w:t>
      </w:r>
      <w:r>
        <w:br/>
      </w:r>
      <w:r>
        <w:rPr>
          <w:sz w:val="20"/>
        </w:rPr>
        <w:t>1:25:02  aur main samajhta hoon ke yeh yeh khud rasool Allah ne ikhtiyar farmaya tha.</w:t>
      </w:r>
      <w:r>
        <w:br/>
      </w:r>
      <w:r>
        <w:rPr>
          <w:sz w:val="20"/>
        </w:rPr>
        <w:t>1:25:07  madine mein jab aaye aap to us waqt madina ek ek multi-religious society tha, yani muslim the</w:t>
      </w:r>
      <w:r>
        <w:br/>
      </w:r>
      <w:r>
        <w:rPr>
          <w:sz w:val="20"/>
        </w:rPr>
        <w:t>1:25:14  aur yahudi the, roughly half half the.</w:t>
      </w:r>
      <w:r>
        <w:br/>
      </w:r>
      <w:r>
        <w:rPr>
          <w:sz w:val="20"/>
        </w:rPr>
        <w:t>1:25:17  to aap ne ek ek charter jaari kiya, jis ka tha, jis mein likha gaya tha ke lill</w:t>
      </w:r>
      <w:r>
        <w:br/>
      </w:r>
      <w:r>
        <w:rPr>
          <w:sz w:val="20"/>
        </w:rPr>
        <w:t>1:25:24  yahood deen wa al muslimeen deen,</w:t>
      </w:r>
      <w:r>
        <w:br/>
      </w:r>
      <w:r>
        <w:rPr>
          <w:sz w:val="20"/>
        </w:rPr>
        <w:t>1:25:27  musalman ke liye musalman ka deen, yahoodi ke liye yahoodi ka deen.</w:t>
      </w:r>
      <w:r>
        <w:br/>
      </w:r>
      <w:r>
        <w:rPr>
          <w:sz w:val="20"/>
        </w:rPr>
        <w:t>1:25:31  yahi to hai, yahi spirit hai secularism ki, yahi spirit hai secularism ki</w:t>
      </w:r>
      <w:r>
        <w:br/>
      </w:r>
      <w:r>
        <w:rPr>
          <w:sz w:val="20"/>
        </w:rPr>
        <w:t>1:25:37  ke ittifaq wale daire mein hum sab mil ke kaam karein, aur baqi jo daire hai, yaani jis</w:t>
      </w:r>
      <w:r>
        <w:br/>
      </w:r>
      <w:r>
        <w:rPr>
          <w:sz w:val="20"/>
        </w:rPr>
        <w:t>1:25:45  mein ittifaq nahi, to wahan tum apna karo, tum apna karo.</w:t>
      </w:r>
      <w:r>
        <w:br/>
      </w:r>
      <w:r>
        <w:rPr>
          <w:sz w:val="20"/>
        </w:rPr>
        <w:t>1:25:49  misalan economic development,</w:t>
      </w:r>
      <w:r>
        <w:br/>
      </w:r>
      <w:r>
        <w:rPr>
          <w:sz w:val="20"/>
        </w:rPr>
        <w:t>1:25:53  city planning, industry, ye sab aise idare hain jo sab ke faide ke liye hain.</w:t>
      </w:r>
      <w:r>
        <w:br/>
      </w:r>
      <w:r>
        <w:rPr>
          <w:sz w:val="20"/>
        </w:rPr>
        <w:t>1:26:00  to wahan sab log ek mil kar ke</w:t>
      </w:r>
      <w:r>
        <w:br/>
      </w:r>
      <w:r>
        <w:rPr>
          <w:sz w:val="20"/>
        </w:rPr>
        <w:t>1:26:05  wo mutahid ho jayein, ye secular daire yahi hai.</w:t>
      </w:r>
      <w:r>
        <w:br/>
      </w:r>
      <w:r>
        <w:rPr>
          <w:sz w:val="20"/>
        </w:rPr>
        <w:t>1:26:08  aur doosra daire hai ke aap ki abad ka tareeqa kya ho, aap ka mazhabi aqeedah kya ho,</w:t>
      </w:r>
      <w:r>
        <w:br/>
      </w:r>
      <w:r>
        <w:rPr>
          <w:sz w:val="20"/>
        </w:rPr>
        <w:t>1:26:15  ye is ye mazhabi daire hai.</w:t>
      </w:r>
      <w:r>
        <w:br/>
      </w:r>
      <w:r>
        <w:rPr>
          <w:sz w:val="20"/>
        </w:rPr>
        <w:t>1:26:18  to secularism ek ek settlement ka naam hai, aqeedah ka naam nahi hai.</w:t>
      </w:r>
      <w:r>
        <w:br/>
      </w:r>
      <w:r>
        <w:rPr>
          <w:sz w:val="20"/>
        </w:rPr>
        <w:t>1:26:24  mein samajhta hoon ke best settlement ye hai, khud rasool Allah ne ye settlement kiya tha madine mein,</w:t>
      </w:r>
      <w:r>
        <w:br/>
      </w:r>
      <w:r>
        <w:rPr>
          <w:sz w:val="20"/>
        </w:rPr>
        <w:t>1:26:30  lill yahood deen wa al muslimeen deen,</w:t>
      </w:r>
      <w:r>
        <w:br/>
      </w:r>
      <w:r>
        <w:rPr>
          <w:sz w:val="20"/>
        </w:rPr>
        <w:t>1:26:34  un ke liye un ka deen, un ke liye un ka deen.</w:t>
      </w:r>
      <w:r>
        <w:br/>
      </w:r>
      <w:r>
        <w:rPr>
          <w:sz w:val="20"/>
        </w:rPr>
        <w:t>1:26:37  is ka matlab kya? yahood ka deen bhi hote hi sachha tha, musalman ka deen sachha tha, ye</w:t>
      </w:r>
      <w:r>
        <w:br/>
      </w:r>
      <w:r>
        <w:rPr>
          <w:sz w:val="20"/>
        </w:rPr>
        <w:t>1:26:41  matlab nikalenge aap,</w:t>
      </w:r>
      <w:r>
        <w:br/>
      </w:r>
      <w:r>
        <w:rPr>
          <w:sz w:val="20"/>
        </w:rPr>
        <w:t>1:26:44  ye matlab nahi hai is ka.</w:t>
      </w:r>
      <w:r>
        <w:br/>
      </w:r>
      <w:r>
        <w:rPr>
          <w:sz w:val="20"/>
        </w:rPr>
        <w:t>1:26:46  to secularism ek settlement hai, social settlement ya political settlement, bas is se to aur kuch nahi hai,</w:t>
      </w:r>
      <w:r>
        <w:br/>
      </w:r>
      <w:r>
        <w:rPr>
          <w:sz w:val="20"/>
        </w:rPr>
        <w:t>1:26:54  wo aqeedah nahi hai.</w:t>
      </w:r>
    </w:p>
    <w:p>
      <w:pPr>
        <w:pStyle w:val="Heading2"/>
      </w:pPr>
      <w:r>
        <w:t>Question on India-Pakistan firing situation</w:t>
      </w:r>
    </w:p>
    <w:p>
      <w:r>
        <w:rPr>
          <w:color w:val="666666"/>
          <w:sz w:val="18"/>
        </w:rPr>
        <w:t>Society &amp; Dawah · Islam and Violence October 12, 2014 · 3m 30s · at 48:25 · https://youtu.be/KmpXYZjPlj8?t=2905</w:t>
      </w:r>
    </w:p>
    <w:p>
      <w:r>
        <w:rPr>
          <w:i/>
        </w:rPr>
        <w:t>“Regarding the firing between India and Pakistan, in that background yesterday a Hindustan...”</w:t>
      </w:r>
    </w:p>
    <w:p>
      <w:r>
        <w:rPr>
          <w:sz w:val="20"/>
        </w:rPr>
        <w:t>48:25  Maulana, agla sawal Maulana Farhad Salafi Sahab ne kiya hai Delhi se,</w:t>
      </w:r>
      <w:r>
        <w:br/>
      </w:r>
      <w:r>
        <w:rPr>
          <w:sz w:val="20"/>
        </w:rPr>
        <w:t>48:32  aur unhon ne likha hai ke India</w:t>
      </w:r>
      <w:r>
        <w:br/>
      </w:r>
      <w:r>
        <w:rPr>
          <w:sz w:val="20"/>
        </w:rPr>
        <w:t>48:36  aur Pakistan ke beech mein jo firing chal rahi hai, usi ke background mein kal ek Hindustan</w:t>
      </w:r>
      <w:r>
        <w:br/>
      </w:r>
      <w:r>
        <w:rPr>
          <w:sz w:val="20"/>
        </w:rPr>
        <w:t>48:43  Times mein ek news thi jis mein yeh likha tha ke Pakistan ki ek Muslim jamaat ne Pakistan</w:t>
      </w:r>
      <w:r>
        <w:br/>
      </w:r>
      <w:r>
        <w:rPr>
          <w:sz w:val="20"/>
        </w:rPr>
        <w:t>48:51  government se yeh mutalba kiya hai ke hindustan ke khilaf jihad kiya jae.</w:t>
      </w:r>
      <w:r>
        <w:br/>
      </w:r>
      <w:r>
        <w:rPr>
          <w:sz w:val="20"/>
        </w:rPr>
        <w:t>48:58  is news ko padh kar mere zehan mein baat aayi, yeh baat aayi ke aise log yeh nahin chahte hain ke India mein dawat ka kaam peaceful andaaz mein ho.</w:t>
      </w:r>
      <w:r>
        <w:br/>
      </w:r>
      <w:r>
        <w:rPr>
          <w:sz w:val="20"/>
        </w:rPr>
        <w:t>49:09  maulana, is ke bare mein aap kya kahengay? main to samajhta hoon ke yeh ghalati nahi hai, balkay crime hai.</w:t>
      </w:r>
      <w:r>
        <w:br/>
      </w:r>
      <w:r>
        <w:rPr>
          <w:sz w:val="20"/>
        </w:rPr>
        <w:t>49:19  crime</w:t>
      </w:r>
      <w:r>
        <w:br/>
      </w:r>
      <w:r>
        <w:rPr>
          <w:sz w:val="20"/>
        </w:rPr>
        <w:t>49:22  crime pakistan walon ne pehli ghalati yeh ki ke ke india ke log, jo un ke liye madu ka darja rakhtay thay, un se larai kar ke alag kilwaya.</w:t>
      </w:r>
      <w:r>
        <w:br/>
      </w:r>
      <w:r>
        <w:rPr>
          <w:sz w:val="20"/>
        </w:rPr>
        <w:t>49:32  partition bilashuba is ka islam se koi talluq nahi. islam mein partition ka koi concept hi nahi. koi islam mein partition ka koi concept nahi hai.</w:t>
      </w:r>
      <w:r>
        <w:br/>
      </w:r>
      <w:r>
        <w:rPr>
          <w:sz w:val="20"/>
        </w:rPr>
        <w:t>49:44  lar phir kar alag karwaya, halankay india ke logon ke liye madu khenchtay thay.</w:t>
      </w:r>
      <w:r>
        <w:br/>
      </w:r>
      <w:r>
        <w:rPr>
          <w:sz w:val="20"/>
        </w:rPr>
        <w:t>49:51  to alag karwanay ke baad kam se kam chup chap bethay hain. ab jo jihad ki baatein kar rahay hain, to yeh ghalati nahi hai, yeh crime hai. is ka talluq jihad se kuch bhi nahi hai.</w:t>
      </w:r>
      <w:r>
        <w:br/>
      </w:r>
      <w:r>
        <w:rPr>
          <w:sz w:val="20"/>
        </w:rPr>
        <w:t>50:01  yeh wohi hai: "yasmunahu bighair asmaa yuhallilunahu"</w:t>
      </w:r>
      <w:r>
        <w:br/>
      </w:r>
      <w:r>
        <w:rPr>
          <w:sz w:val="20"/>
        </w:rPr>
        <w:t>50:08  ke tashaddud ka naam rakh diya jihad, aur woh larai chhod rahay hain.</w:t>
      </w:r>
      <w:r>
        <w:br/>
      </w:r>
      <w:r>
        <w:rPr>
          <w:sz w:val="20"/>
        </w:rPr>
        <w:t>50:16  beh-haal, main is mein zara bhi shakk nahi ke pakistan walon ne pehlay sirf ghalati ki thi, ab woh crime kar rahay hain. un ko yeh sab band karna chahiye.</w:t>
      </w:r>
      <w:r>
        <w:br/>
      </w:r>
      <w:r>
        <w:rPr>
          <w:sz w:val="20"/>
        </w:rPr>
        <w:t>50:25  border par jo shelling ho rahi hai, woh to itni ghalat cheez hai ke us ko sun kar mujhe samajh nahi aati ke aakhri minus hai ya kya cheez hai.</w:t>
      </w:r>
      <w:r>
        <w:br/>
      </w:r>
      <w:r>
        <w:rPr>
          <w:sz w:val="20"/>
        </w:rPr>
        <w:t>50:35  wahan, wahan, wahan ke logon mein kaun sa culture chal raha hai?</w:t>
      </w:r>
      <w:r>
        <w:br/>
      </w:r>
      <w:r>
        <w:rPr>
          <w:sz w:val="20"/>
        </w:rPr>
        <w:t>50:39  mujhe to aisa lagta hai ke pehlay tashaddud culture tha, yani pehlay partition culture aaya, phir tashaddud culture aaya, ab minus culture aa gaya hai.</w:t>
      </w:r>
      <w:r>
        <w:br/>
      </w:r>
      <w:r>
        <w:rPr>
          <w:sz w:val="20"/>
        </w:rPr>
        <w:t>50:50  maaf kijiyega, main bohat hi is bare mein mera dil dukhi hai. pehlay logon ke haan partition culture tha, phir aaya tashaddud culture, hate culture.</w:t>
      </w:r>
      <w:r>
        <w:br/>
      </w:r>
      <w:r>
        <w:rPr>
          <w:sz w:val="20"/>
        </w:rPr>
        <w:t>51:00  ab to yeh jo ho raha hai, yeh crime ho raha hai. crime!</w:t>
      </w:r>
      <w:r>
        <w:br/>
      </w:r>
      <w:r>
        <w:rPr>
          <w:sz w:val="20"/>
        </w:rPr>
        <w:t>51:06  pakistanion ke liye aik hi jaiz tareeqa hai ke woh india se dosti karen, sari sargarmiyon ko internet ke zariye khatam kar den.</w:t>
      </w:r>
      <w:r>
        <w:br/>
      </w:r>
      <w:r>
        <w:rPr>
          <w:sz w:val="20"/>
        </w:rPr>
        <w:t>51:16  warna mujhe is tarah bhi shakk nahi ke Allah ke haan pakray jayengay. yaqeen kijiye, main is ko soch kar rota hoon ke kitni sakht pakar hogi in pakistanion ki.</w:t>
      </w:r>
      <w:r>
        <w:br/>
      </w:r>
      <w:r>
        <w:rPr>
          <w:sz w:val="20"/>
        </w:rPr>
        <w:t>51:26  apni tanhaiyon mein rota hoon main</w:t>
      </w:r>
      <w:r>
        <w:br/>
      </w:r>
      <w:r>
        <w:rPr>
          <w:sz w:val="20"/>
        </w:rPr>
        <w:t>51:28  ke in pakistanion ko Allah ke haan kitni sakht pakar hogi ke jhooti larai tum ne ki hai, us ko jihad keh diya hai, Allah ka naam de diya hai.</w:t>
      </w:r>
      <w:r>
        <w:br/>
      </w:r>
      <w:r>
        <w:rPr>
          <w:sz w:val="20"/>
        </w:rPr>
        <w:t>51:39  main, mera bohat dukh, dukhi is mamlay mein hoon, aur main koi bhi justification nahi hai musalmanon ko, koi just, koi bhi justification nahi hai pakistanion ke liye india ke khilaf jang karne ka.</w:t>
      </w:r>
      <w:r>
        <w:br/>
      </w:r>
      <w:r>
        <w:rPr>
          <w:sz w:val="20"/>
        </w:rPr>
        <w:t>51:53  koi justification nahi.</w:t>
      </w:r>
    </w:p>
    <w:p>
      <w:pPr>
        <w:pStyle w:val="Heading2"/>
      </w:pPr>
      <w:r>
        <w:t>Quran and Hadith references on loving country</w:t>
      </w:r>
    </w:p>
    <w:p>
      <w:r>
        <w:rPr>
          <w:color w:val="666666"/>
          <w:sz w:val="18"/>
        </w:rPr>
        <w:t>Society &amp; Dawah · Present Day Muslims Jan 13, 2013 · 3m 19s · at 1:00:26 · https://youtu.be/CVcbWVYitog?t=3626</w:t>
      </w:r>
    </w:p>
    <w:p>
      <w:r>
        <w:rPr>
          <w:i/>
        </w:rPr>
        <w:t>“One of our companions here needs to know specific references from Quran and Hadith which command or suggest a Muslim to love his country. This is in the background of grown tension between India and Pakistan to know the Islamic perspective on the love for country.”</w:t>
      </w:r>
    </w:p>
    <w:p>
      <w:r>
        <w:rPr>
          <w:sz w:val="20"/>
        </w:rPr>
        <w:t>1:00:26  Maulana, agla sawal Noida se hai, aah Khalid Ansari sahib ka. unhon ne likha hai "Maulana, with God's grace, today I have thirteen people with me in Noida who have joined for today's class through live webcast.</w:t>
      </w:r>
      <w:r>
        <w:br/>
      </w:r>
      <w:r>
        <w:rPr>
          <w:sz w:val="20"/>
        </w:rPr>
        <w:t>1:00:43  One of our companions here needs to know specific references from Quran and Hadith which command or suggest a Muslim to love his country.</w:t>
      </w:r>
      <w:r>
        <w:br/>
      </w:r>
      <w:r>
        <w:rPr>
          <w:sz w:val="20"/>
        </w:rPr>
        <w:t>1:00:54  This is in the background of grown tension between India and Pakistan to know the Islamic perspective on the love for country, which is the hot topic these days.</w:t>
      </w:r>
      <w:r>
        <w:br/>
      </w:r>
      <w:r>
        <w:rPr>
          <w:sz w:val="20"/>
        </w:rPr>
        <w:t>1:01:06  It would be great if you could share your understanding on this subject." bhai, dekhiye, pehli baat yeh hai ke Quran mein yeh Muslim, non Muslim ka jo jo jo Division kar rakha hai, woh hai hi nahin.</w:t>
      </w:r>
      <w:r>
        <w:br/>
      </w:r>
      <w:r>
        <w:rPr>
          <w:sz w:val="20"/>
        </w:rPr>
        <w:t>1:01:21  Quran mein insaan, insaan, insaan hai.</w:t>
      </w:r>
      <w:r>
        <w:br/>
      </w:r>
      <w:r>
        <w:rPr>
          <w:sz w:val="20"/>
        </w:rPr>
        <w:t>1:01:24  goya saari duniya jo hai, yeh dar-ul-insaan hai. yeh to Abbasi daur ke fuqaha ne yeh aik bid'at paida ki, bid'at ke dar-ul-Islam, dar-ul-harb, dar-ul-karb banaya.</w:t>
      </w:r>
      <w:r>
        <w:br/>
      </w:r>
      <w:r>
        <w:rPr>
          <w:sz w:val="20"/>
        </w:rPr>
        <w:t>1:01:37  is ka quran se hadith koi talluq nahi hai. abbasi daur ke fuqaha ki bidat hai yeh. quran mein to aap har insan hi insan hain. eiha insan, eiha insan, eiha insan.</w:t>
      </w:r>
      <w:r>
        <w:br/>
      </w:r>
      <w:r>
        <w:rPr>
          <w:sz w:val="20"/>
        </w:rPr>
        <w:t>1:01:51  to quran ke mutabiq to yeh hai ke yeh dunya darulinsan hai, jaise mein, waise doosre.</w:t>
      </w:r>
      <w:r>
        <w:br/>
      </w:r>
      <w:r>
        <w:rPr>
          <w:sz w:val="20"/>
        </w:rPr>
        <w:t>1:02:00  yeh tafreeq hi nahi hai ke muslim, non muslim, balke sab musalman hain.</w:t>
      </w:r>
      <w:r>
        <w:br/>
      </w:r>
      <w:r>
        <w:rPr>
          <w:sz w:val="20"/>
        </w:rPr>
        <w:t>1:02:08  khud rasool Allah salallaho alaihi wasallam ke bare mein ek waqea maine likha tha risale mein ke jab madine mein the rasool Allah salallaho alaihi wasallam to wahan par bahut se yahoodi the.</w:t>
      </w:r>
      <w:r>
        <w:br/>
      </w:r>
      <w:r>
        <w:rPr>
          <w:sz w:val="20"/>
        </w:rPr>
        <w:t>1:02:19  to ek din yahoodi ka janaza guzra to aap khade ho gaye us ki ta'zeem ke liye. to ek shakhs ne kaha ke yeh to yahoodi ka janaza tha, musalman ka tha hi nahi.</w:t>
      </w:r>
      <w:r>
        <w:br/>
      </w:r>
      <w:r>
        <w:rPr>
          <w:sz w:val="20"/>
        </w:rPr>
        <w:t>1:02:30  aap ne farmaya ke alaihis salat nafsan kya woh insan nahi tha? to main bhi insan, woh bhi insan.</w:t>
      </w:r>
      <w:r>
        <w:br/>
      </w:r>
      <w:r>
        <w:rPr>
          <w:sz w:val="20"/>
        </w:rPr>
        <w:t>1:02:39  to har ek, har ek ka respect do, har ek ko barabar ka darja do.</w:t>
      </w:r>
      <w:r>
        <w:br/>
      </w:r>
      <w:r>
        <w:rPr>
          <w:sz w:val="20"/>
        </w:rPr>
        <w:t>1:02:46  yeh to yaani ek baseless taqseem hai jo ki gayi hai. is ka islam se koi talluq nahi hai. hisab ke nazdeek dekhiye, hadith hai ke khalq ahlullah yeh sare insan Allah ke woh hain, progeny hain, Allah ki family hain.</w:t>
      </w:r>
      <w:r>
        <w:br/>
      </w:r>
      <w:r>
        <w:rPr>
          <w:sz w:val="20"/>
        </w:rPr>
        <w:t>1:03:08  to is ka matlab hai ke har ek jo hai, yaani har ek jo hai, aap ka sister aur brother hai, sab sister aur brother hain.</w:t>
      </w:r>
      <w:r>
        <w:br/>
      </w:r>
      <w:r>
        <w:rPr>
          <w:sz w:val="20"/>
        </w:rPr>
        <w:t>1:03:19  yeh to ek family wahan par reh rahe hain. to yeh to taqseem jo hai, quran o hadith mein nahi hai. yeh to taqseem ki gayi hai baad ke zamane mein.</w:t>
      </w:r>
      <w:r>
        <w:br/>
      </w:r>
      <w:r>
        <w:rPr>
          <w:sz w:val="20"/>
        </w:rPr>
        <w:t>1:03:29  woh main is ko bidat samajhta hoon, is taqseem ko. to aap quran o hadith wale islam par aajaiye</w:t>
      </w:r>
      <w:r>
        <w:br/>
      </w:r>
      <w:r>
        <w:rPr>
          <w:sz w:val="20"/>
        </w:rPr>
        <w:t>1:03:36  to wohi hai, koi doosri cheez is mein hai hi nahi.</w:t>
      </w:r>
    </w:p>
    <w:p>
      <w:pPr>
        <w:pStyle w:val="Heading2"/>
      </w:pPr>
      <w:r>
        <w:t>Quran distribution and a seeker's need</w:t>
      </w:r>
    </w:p>
    <w:p>
      <w:r>
        <w:rPr>
          <w:color w:val="666666"/>
          <w:sz w:val="18"/>
        </w:rPr>
        <w:t>Society &amp; Dawah · Man and the Laws of Nature April 1, 2012 · 3m 04s · at 1:16:40 · https://youtu.be/coIrwYQgb6Y?t=4600</w:t>
      </w:r>
    </w:p>
    <w:p>
      <w:r>
        <w:rPr>
          <w:i/>
        </w:rPr>
        <w:t>“Today, I went to Nehru Park and distributed copies of the Quran. One gentleman responded: 'I have been waiting to read the Quran for the last ten years, but I could not find a copy.'”</w:t>
      </w:r>
    </w:p>
    <w:p>
      <w:r>
        <w:rPr>
          <w:sz w:val="20"/>
        </w:rPr>
        <w:t>1:16:40  bas apne liye aur sab ke liye yeh dua karta hoon ke Allah mujhe aapse zyada se zyada seekhne aur samajhne ka mauqa de." Maulana, agla sawal hai doctor farida khanam ka delhi se.</w:t>
      </w:r>
      <w:r>
        <w:br/>
      </w:r>
      <w:r>
        <w:rPr>
          <w:sz w:val="20"/>
        </w:rPr>
        <w:t>1:16:55  unhone likha hai: "today, i went to nehru park and distributed copies of the quran.</w:t>
      </w:r>
      <w:r>
        <w:br/>
      </w:r>
      <w:r>
        <w:rPr>
          <w:sz w:val="20"/>
        </w:rPr>
        <w:t>1:17:02  one gentleman responded in these words: 'i have been waiting to read the quran for the last ten years, but i could not find a copy.</w:t>
      </w:r>
      <w:r>
        <w:br/>
      </w:r>
      <w:r>
        <w:rPr>
          <w:sz w:val="20"/>
        </w:rPr>
        <w:t>1:17:13  now, i am eighty years old. i thank god for choosing me for this blessing.'</w:t>
      </w:r>
      <w:r>
        <w:br/>
      </w:r>
      <w:r>
        <w:rPr>
          <w:sz w:val="20"/>
        </w:rPr>
        <w:t>1:17:20  maulana, my question is that: 'i want to ask, why is it that muslims do not give quran to non muslims, while the prophet had expressly commanded them to convey the divine message to mankind?'" dekhiye,</w:t>
      </w:r>
      <w:r>
        <w:br/>
      </w:r>
      <w:r>
        <w:rPr>
          <w:sz w:val="20"/>
        </w:rPr>
        <w:t>1:17:36  shaitan jo hai, is ka sab se bara fitna kya hai? jab woh muqaddas ban kar aata hai, yeh deen ke naam par aata hai.</w:t>
      </w:r>
      <w:r>
        <w:br/>
      </w:r>
      <w:r>
        <w:rPr>
          <w:sz w:val="20"/>
        </w:rPr>
        <w:t>1:17:45  yeh ulma ne likha, aap is ki kitab parh lijiye, talbiyah se halabi, jo kitab hai ibn qaim ki, ke shaitan ka sab se bara fitna yeh hai ke woh islam ke naam par aap ko behkaye, deen ke naam par behkaye.</w:t>
      </w:r>
      <w:r>
        <w:br/>
      </w:r>
      <w:r>
        <w:rPr>
          <w:sz w:val="20"/>
        </w:rPr>
        <w:t>1:17:58  to shaitan ne bohat hi bara fitna chher rakha hai, jis mein hum is waqt mubtala hain, woh hai be-hurmati ka tasawwur ke quran ki be-hurmati hogi.</w:t>
      </w:r>
      <w:r>
        <w:br/>
      </w:r>
      <w:r>
        <w:rPr>
          <w:sz w:val="20"/>
        </w:rPr>
        <w:t>1:18:07  yeh to bilkul hai hi nahi ke na quran mein, na hadith mein, kyunke be-hurmati hogi, is liye in ko quran nahi detey.</w:t>
      </w:r>
      <w:r>
        <w:br/>
      </w:r>
      <w:r>
        <w:rPr>
          <w:sz w:val="20"/>
        </w:rPr>
        <w:t>1:18:14  yani yeh bilkul hi shaitani nazariya yeh hai ke quran ki ko be-hurmati se bachao, aur is ke liye in ko ghair muslimon ko na do.</w:t>
      </w:r>
      <w:r>
        <w:br/>
      </w:r>
      <w:r>
        <w:rPr>
          <w:sz w:val="20"/>
        </w:rPr>
        <w:t>1:18:24  mein is ko bilkul batil samajhta hoon, aik shaitani tareeqa samajhta hoon ke aap be-hurmati ke tasawwur se quran ko ghair muslimon tak na dein.</w:t>
      </w:r>
      <w:r>
        <w:br/>
      </w:r>
      <w:r>
        <w:rPr>
          <w:sz w:val="20"/>
        </w:rPr>
        <w:t>1:18:35  bilkul is se koi sarta sar be bes besles baat</w:t>
      </w:r>
      <w:r>
        <w:br/>
      </w:r>
      <w:r>
        <w:rPr>
          <w:sz w:val="20"/>
        </w:rPr>
        <w:t>1:18:39  hai. hamein chahiye ke quran yani achhe khoob phailayein. yani agar farz kiye koi hindu arabi janta hai, arabi mein dein to is mein koi be-hurmati nahi hai.</w:t>
      </w:r>
      <w:r>
        <w:br/>
      </w:r>
      <w:r>
        <w:rPr>
          <w:sz w:val="20"/>
        </w:rPr>
        <w:t>1:18:50  aisa nahi ke sirf translation mein kehta hoon, translation ke siwa jo arabi text hai, agar koi hindu arabi text parhna chahta hai, us ko bhi dijiye, koi be-hurmati nahi hai.</w:t>
      </w:r>
      <w:r>
        <w:br/>
      </w:r>
      <w:r>
        <w:rPr>
          <w:sz w:val="20"/>
        </w:rPr>
        <w:t>1:19:01  quran isi liye utra hai ke logon ko pohanchaya jaye, logon ko Allah ka jo jo creation plan hai, us se logon ko ba-khabar kiya jaye.</w:t>
      </w:r>
      <w:r>
        <w:br/>
      </w:r>
      <w:r>
        <w:rPr>
          <w:sz w:val="20"/>
        </w:rPr>
        <w:t>1:19:10  to is ko dena hi dena hai, hamein</w:t>
      </w:r>
      <w:r>
        <w:br/>
      </w:r>
      <w:r>
        <w:rPr>
          <w:sz w:val="20"/>
        </w:rPr>
        <w:t>1:19:12  koi condition nahi, koi be-hurmati nahi, koi koi is mein burai nahi. jo bhi chahe quran ko hasil karna, us ko dijiye, chahe translation dijiye, chahe text dijiye.</w:t>
      </w:r>
      <w:r>
        <w:br/>
      </w:r>
      <w:r>
        <w:rPr>
          <w:sz w:val="20"/>
        </w:rPr>
        <w:t>1:19:25  yeh be-hurmati ka tasawwur batil hai, yeh shaitani masla hai,</w:t>
      </w:r>
      <w:r>
        <w:br/>
      </w:r>
      <w:r>
        <w:rPr>
          <w:sz w:val="20"/>
        </w:rPr>
        <w:t>1:19:30  islam se is ka koi talluq nahi. isi isi isi tasawwur ne yeh kiya ke musalman apne gharon mein rakhe rehte hain, quran khud tilawat karte hain, aur woh non muslim tak is ko nahi pohanchate.</w:t>
      </w:r>
    </w:p>
    <w:p>
      <w:pPr>
        <w:pStyle w:val="Heading2"/>
      </w:pPr>
      <w:r>
        <w:t>Rationale for interfaith interaction despite risks</w:t>
      </w:r>
    </w:p>
    <w:p>
      <w:r>
        <w:rPr>
          <w:color w:val="666666"/>
          <w:sz w:val="18"/>
        </w:rPr>
        <w:t>Society &amp; Dawah · The Deeper Meaning of The Quran 18 Aug 2019 - Maulana Wahiduddin Khan · 2m 02s · at 47:20 · https://youtu.be/EYyhbiR_ZIQ?t=2840</w:t>
      </w:r>
    </w:p>
    <w:p>
      <w:r>
        <w:rPr>
          <w:i/>
        </w:rPr>
        <w:t>“What is the rationale for your call for interaction with others as this may also mislead Muslims if they are open towards interaction with other faith people?”</w:t>
      </w:r>
    </w:p>
    <w:p>
      <w:r>
        <w:rPr>
          <w:sz w:val="20"/>
        </w:rPr>
        <w:t>47:20  Maulana, agla sawal kya hai Salman Sahab ne Lucknow se. unhon ne aap se poocha hai keh "What is the rationale for your call for interaction with others as this may also mislead Muslims if they are open towards interaction with other faith</w:t>
      </w:r>
      <w:r>
        <w:br/>
      </w:r>
      <w:r>
        <w:rPr>
          <w:sz w:val="20"/>
        </w:rPr>
        <w:t>47:43  people?"</w:t>
      </w:r>
      <w:r>
        <w:br/>
      </w:r>
      <w:r>
        <w:rPr>
          <w:sz w:val="20"/>
        </w:rPr>
        <w:t>47:48  dekhiye, mislead, mislead pehle boliye ga. Mislead, mislead. haan, mislead. yeh koi criterion nahi hai. duniya mein kaun si zabaan hai?</w:t>
      </w:r>
      <w:r>
        <w:br/>
      </w:r>
      <w:r>
        <w:rPr>
          <w:sz w:val="20"/>
        </w:rPr>
        <w:t>47:58  khud Arabi zabaan parh kar ke log gumrah ho jaate hain. yeh kaun si baat hai? yeh koi mayar nahi hai. jitne gumrah firqay duniya mein paida hue, woh sab Arabi zabaan mein mahir thay.</w:t>
      </w:r>
      <w:r>
        <w:br/>
      </w:r>
      <w:r>
        <w:rPr>
          <w:sz w:val="20"/>
        </w:rPr>
        <w:t>48:15  jitne Islam mein firqay nikale hain, woh sab Arabi ke mahir thay. yeh koi baat nahi hai.</w:t>
      </w:r>
      <w:r>
        <w:br/>
      </w:r>
      <w:r>
        <w:rPr>
          <w:sz w:val="20"/>
        </w:rPr>
        <w:t>48:29  Maulana, agla comment Pakistan se bheja hai Tariq Badar Sahab ne. unhon ne likha hai: "Today's lecture was important in understanding the importance of other languages and not only Arabic.</w:t>
      </w:r>
      <w:r>
        <w:br/>
      </w:r>
      <w:r>
        <w:rPr>
          <w:sz w:val="20"/>
        </w:rPr>
        <w:t>48:45  Maulana, in Pakistan still we find few people who try to understand the Quran and mostly read it for thought, even the educated people.</w:t>
      </w:r>
      <w:r>
        <w:br/>
      </w:r>
      <w:r>
        <w:rPr>
          <w:sz w:val="20"/>
        </w:rPr>
        <w:t>48:58  Distributing Quran translations is helping to break this mindset. Jazak Allah Maulana for guiding us in this direction.</w:t>
      </w:r>
      <w:r>
        <w:br/>
      </w:r>
      <w:r>
        <w:rPr>
          <w:sz w:val="20"/>
        </w:rPr>
        <w:t>49:13  Masha Allah.</w:t>
      </w:r>
    </w:p>
    <w:p>
      <w:pPr>
        <w:pStyle w:val="Heading2"/>
      </w:pPr>
      <w:r>
        <w:t>Re-planning: Dawah vs political unity</w:t>
      </w:r>
    </w:p>
    <w:p>
      <w:r>
        <w:rPr>
          <w:color w:val="666666"/>
          <w:sz w:val="18"/>
        </w:rPr>
        <w:t>Society &amp; Dawah · Tawbah-e-Nasuh (Sincere Repentance) 16 Feb 2020 - Maulana Wahiduddin Khan · 4m 27s · at 40:58 · https://youtu.be/0CccKs-1Uu8?t=2458</w:t>
      </w:r>
    </w:p>
    <w:p>
      <w:r>
        <w:rPr>
          <w:i/>
        </w:rPr>
        <w:t>“Instead of protest, we need to do accountability and re-planning. That is correct. But Maulana, Muslims are not ready for planning for Dawah; rather they want to unite for political re-planning. In which field is re-planning needed? Please clarify.”</w:t>
      </w:r>
    </w:p>
    <w:p>
      <w:r>
        <w:rPr>
          <w:sz w:val="20"/>
        </w:rPr>
        <w:t>40:58  maulana agla sawal bheja hai maulana iqbal umri ne chennai se. unhon ne likha hai: "ehtejaj ke bajaye ehtesab karna hai aur re planning karni hai.</w:t>
      </w:r>
      <w:r>
        <w:br/>
      </w:r>
      <w:r>
        <w:rPr>
          <w:sz w:val="20"/>
        </w:rPr>
        <w:t>41:11  yahi sahi hai. magar maulana musalman dawat ki planning ke liye tayyar nahi, balkeh siyasi re planning ke liye</w:t>
      </w:r>
      <w:r>
        <w:br/>
      </w:r>
      <w:r>
        <w:rPr>
          <w:sz w:val="20"/>
        </w:rPr>
        <w:t>41:21  muattahid hona chahte hain. aakhir kis maidan mein re planning ki zaroorat hai? is ko wazeh karen."</w:t>
      </w:r>
      <w:r>
        <w:br/>
      </w:r>
      <w:r>
        <w:rPr>
          <w:sz w:val="20"/>
        </w:rPr>
        <w:t>41:32  parties ke bare mein bhi nahi hai. main to apne bachpan ke zamane se suna hoon ke is is khauf mein ghogha saadat thi, aaj bhi ghogha saadat hai.</w:t>
      </w:r>
      <w:r>
        <w:br/>
      </w:r>
      <w:r>
        <w:rPr>
          <w:sz w:val="20"/>
        </w:rPr>
        <w:t>41:44  re planning kahan hai?</w:t>
      </w:r>
      <w:r>
        <w:br/>
      </w:r>
      <w:r>
        <w:rPr>
          <w:sz w:val="20"/>
        </w:rPr>
        <w:t>41:48  misalan dekhiye, main ek misal deta hoon aap ko ke jis zamane mein</w:t>
      </w:r>
      <w:r>
        <w:br/>
      </w:r>
      <w:r>
        <w:rPr>
          <w:sz w:val="20"/>
        </w:rPr>
        <w:t>41:56  british raj tha, us zamane mein kuch leader ubhre. jab baaldin afghani, rasheed raza, iqbal aur modoodi in sab logon ne yeh kaha ke</w:t>
      </w:r>
      <w:r>
        <w:br/>
      </w:r>
      <w:r>
        <w:rPr>
          <w:sz w:val="20"/>
        </w:rPr>
        <w:t>42:14  musalmanon ki qayamat islami qayamat hai, is par kitaben likhi gayeen. yeh bohat bari ghalati thi mere nazdeek.</w:t>
      </w:r>
      <w:r>
        <w:br/>
      </w:r>
      <w:r>
        <w:rPr>
          <w:sz w:val="20"/>
        </w:rPr>
        <w:t>42:24  yeh dunya mein bohat dinon ke baad</w:t>
      </w:r>
      <w:r>
        <w:br/>
      </w:r>
      <w:r>
        <w:rPr>
          <w:sz w:val="20"/>
        </w:rPr>
        <w:t>42:29  mudabireen ne yeh samjha tha ke chounke siyasat, chounke jography had bandi nahi hai, dunya mein ek zamana tha ke jography had bandi nahi thi.</w:t>
      </w:r>
      <w:r>
        <w:br/>
      </w:r>
      <w:r>
        <w:rPr>
          <w:sz w:val="20"/>
        </w:rPr>
        <w:t>42:43  jis ki talwar jahan tak pohnchti hai, wahi is ka</w:t>
      </w:r>
      <w:r>
        <w:br/>
      </w:r>
      <w:r>
        <w:rPr>
          <w:sz w:val="20"/>
        </w:rPr>
        <w:t>42:48  is ka hota tha. to yeh bohat bara kaam hua hai tareekh mein ke jografiy had bandi, is ko kehte hain watan par mabni qomiyat.</w:t>
      </w:r>
      <w:r>
        <w:br/>
      </w:r>
      <w:r>
        <w:rPr>
          <w:sz w:val="20"/>
        </w:rPr>
        <w:t>43:00  lekan musalman poori tareekh mein is ka mazaaq urate rahe</w:t>
      </w:r>
      <w:r>
        <w:br/>
      </w:r>
      <w:r>
        <w:rPr>
          <w:sz w:val="20"/>
        </w:rPr>
        <w:t>43:05  ke watan par mabni qomiyat nahi, balkeh mazhab par mabni hai, Islam par mabni hai. aaj bhi is ghalti ko koi banne ke liye tayyar nahi hai.</w:t>
      </w:r>
      <w:r>
        <w:br/>
      </w:r>
      <w:r>
        <w:rPr>
          <w:sz w:val="20"/>
        </w:rPr>
        <w:t>43:17  ek zamana tha ke Iqbal aur jawab din Afghani aur Rasheed Raza</w:t>
      </w:r>
      <w:r>
        <w:br/>
      </w:r>
      <w:r>
        <w:rPr>
          <w:sz w:val="20"/>
        </w:rPr>
        <w:t>43:22  aur Maudoodi yeh sab log yehi boli bolte the: "Islami qomiyat, Islami qomiyat." qomiyat Islami nahi hoti.</w:t>
      </w:r>
      <w:r>
        <w:br/>
      </w:r>
      <w:r>
        <w:rPr>
          <w:sz w:val="20"/>
        </w:rPr>
        <w:t>43:33  jografiy se qomiyat banti hai. kyunke jahan insaan rahe, jahan ghar banaye,</w:t>
      </w:r>
      <w:r>
        <w:br/>
      </w:r>
      <w:r>
        <w:rPr>
          <w:sz w:val="20"/>
        </w:rPr>
        <w:t>43:39  wahan. to yeh yeh jo dunya ke mudabireen ne yeh usool ikhtiyar kiya ke qomiyat mabni watan mein honi chahiye,</w:t>
      </w:r>
      <w:r>
        <w:br/>
      </w:r>
      <w:r>
        <w:rPr>
          <w:sz w:val="20"/>
        </w:rPr>
        <w:t>43:56  tab dunya mein yeh riwaj aaya ke aaj aap</w:t>
      </w:r>
      <w:r>
        <w:br/>
      </w:r>
      <w:r>
        <w:rPr>
          <w:sz w:val="20"/>
        </w:rPr>
        <w:t>44:00  poore aman ke sath jahan chahein wahan jaiye. aap ke paas travel document hona chahiye. yaani visa aur passport.</w:t>
      </w:r>
      <w:r>
        <w:br/>
      </w:r>
      <w:r>
        <w:rPr>
          <w:sz w:val="20"/>
        </w:rPr>
        <w:t>44:09  yaani kaisi ajeeb baat hai.</w:t>
      </w:r>
      <w:r>
        <w:br/>
      </w:r>
      <w:r>
        <w:rPr>
          <w:sz w:val="20"/>
        </w:rPr>
        <w:t>44:12  Islam ke zamane mein, Rasool Allah ke zamane mein jo jo talwar le ke chalte the aur is ko ghalat taur par is ko jihad ka title laga diya.</w:t>
      </w:r>
      <w:r>
        <w:br/>
      </w:r>
      <w:r>
        <w:rPr>
          <w:sz w:val="20"/>
        </w:rPr>
        <w:t>44:26  talwar le ke chalne ko. to talwar chalte the apni hifazat ke liye, jihad ke liye nahi. yaad rakhiye, jo log qadeem zamane mein jate the yahan wahan talwar le kar ke, to woh jang ke nahi,</w:t>
      </w:r>
    </w:p>
    <w:p>
      <w:pPr>
        <w:pStyle w:val="Heading2"/>
      </w:pPr>
      <w:r>
        <w:t>Reality of Wala and Bara</w:t>
      </w:r>
    </w:p>
    <w:p>
      <w:r>
        <w:rPr>
          <w:color w:val="666666"/>
          <w:sz w:val="18"/>
        </w:rPr>
        <w:t>Society &amp; Dawah · Building A Creative Personality | 20 Nov 2011 · 2m 46s · at 1:41:19 · https://youtu.be/jdfhpwfEvKg?t=6079</w:t>
      </w:r>
    </w:p>
    <w:p>
      <w:r>
        <w:rPr>
          <w:i/>
        </w:rPr>
        <w:t>“What is the reality of the issue of Wala and Bara?”</w:t>
      </w:r>
    </w:p>
    <w:p>
      <w:r>
        <w:rPr>
          <w:sz w:val="20"/>
        </w:rPr>
        <w:t>1:41:19  woh fatwa dete hain, lekin manta kon hai in ke fatwe ko? ji, maulana, agla sawal aya hai.</w:t>
      </w:r>
      <w:r>
        <w:br/>
      </w:r>
      <w:r>
        <w:rPr>
          <w:sz w:val="20"/>
        </w:rPr>
        <w:t>1:41:24  maulana inayatullah</w:t>
      </w:r>
      <w:r>
        <w:br/>
      </w:r>
      <w:r>
        <w:rPr>
          <w:sz w:val="20"/>
        </w:rPr>
        <w:t>1:41:29  umri ka bangalore se. unhon ne likha hai ke wala aur bara ke masle ki haqeeqat kya hai? dekhiye, aaj kal kuch aisi kitabein likhi gayi hain arbon, arab duniya mein. is mein woh kehte hain ke wala musalmanon ke liye hai aur bara ghair musalmanon</w:t>
      </w:r>
      <w:r>
        <w:br/>
      </w:r>
      <w:r>
        <w:rPr>
          <w:sz w:val="20"/>
        </w:rPr>
        <w:t>1:41:59  ke liye hai.</w:t>
      </w:r>
      <w:r>
        <w:br/>
      </w:r>
      <w:r>
        <w:rPr>
          <w:sz w:val="20"/>
        </w:rPr>
        <w:t>1:42:04  kyun ke quran mein aisa aya hai, aaye hain references ke tum ko musalmanon se wala maani, yani gehra</w:t>
      </w:r>
      <w:r>
        <w:br/>
      </w:r>
      <w:r>
        <w:rPr>
          <w:sz w:val="20"/>
        </w:rPr>
        <w:t>1:42:09  ta'alluq, mohabbat ka ta'alluq, aur bara maani un se judai, alheydgi.</w:t>
      </w:r>
      <w:r>
        <w:br/>
      </w:r>
      <w:r>
        <w:rPr>
          <w:sz w:val="20"/>
        </w:rPr>
        <w:t>1:42:14  to kaha ghair muslimon se hamein judai, distance banana chahiye, juda hona chahiye, aur sirf musalmanon se hamein</w:t>
      </w:r>
      <w:r>
        <w:br/>
      </w:r>
      <w:r>
        <w:rPr>
          <w:sz w:val="20"/>
        </w:rPr>
        <w:t>1:42:19  ta'alluq rakhna chahiye.</w:t>
      </w:r>
      <w:r>
        <w:br/>
      </w:r>
      <w:r>
        <w:rPr>
          <w:sz w:val="20"/>
        </w:rPr>
        <w:t>1:42:24  to yeh aisi kitabein likhi gayi hain ke mein</w:t>
      </w:r>
      <w:r>
        <w:br/>
      </w:r>
      <w:r>
        <w:rPr>
          <w:sz w:val="20"/>
        </w:rPr>
        <w:t>1:42:29  in kitabon ko bilkul galat samajhta hoon, aur quran ke hawale galat dete hain. yaani jo quran mein yeh aayatein jo hain, woh kisi particular situation ke liye hain, us ko aam karte hain, woh us ko generalize karte hain. woh yaani yeh kaha gaya hai, maslan ke jab musalman kisi doosre groh se etwar hon to wahan par bara hoga. yaani hum se ta'alluq distance banana parega, kyunke</w:t>
      </w:r>
      <w:r>
        <w:br/>
      </w:r>
      <w:r>
        <w:rPr>
          <w:sz w:val="20"/>
        </w:rPr>
        <w:t>1:42:59  razdari bartni parti hai, raaz muntaqil ho jate hain, to hum ko distance maintain karna parega.</w:t>
      </w:r>
      <w:r>
        <w:br/>
      </w:r>
      <w:r>
        <w:rPr>
          <w:sz w:val="20"/>
        </w:rPr>
        <w:t>1:43:04  to woh halat jang ke liye is ko, is ko generalize kar diya unhon ne, aur sari duniya</w:t>
      </w:r>
      <w:r>
        <w:br/>
      </w:r>
      <w:r>
        <w:rPr>
          <w:sz w:val="20"/>
        </w:rPr>
        <w:t>1:43:09  ke jo ghair muslim hain, un se dori banao.</w:t>
      </w:r>
      <w:r>
        <w:br/>
      </w:r>
      <w:r>
        <w:rPr>
          <w:sz w:val="20"/>
        </w:rPr>
        <w:t>1:43:14  yeh bilkul galat thi, yeh islam se koi talluq is ka nahi hai.</w:t>
      </w:r>
      <w:r>
        <w:br/>
      </w:r>
      <w:r>
        <w:rPr>
          <w:sz w:val="20"/>
        </w:rPr>
        <w:t>1:43:19  arbon ka muamla dekhen, ek baat bataon mein aap ko ke sare arbon ka muamla yeh hai ke</w:t>
      </w:r>
      <w:r>
        <w:br/>
      </w:r>
      <w:r>
        <w:rPr>
          <w:sz w:val="20"/>
        </w:rPr>
        <w:t>1:43:24  woh in ka jo islam hai, woh sara ka sara falasteen se bana hai, israel se bana hai, saaf</w:t>
      </w:r>
      <w:r>
        <w:br/>
      </w:r>
      <w:r>
        <w:rPr>
          <w:sz w:val="20"/>
        </w:rPr>
        <w:t>1:43:29  isi se le kar ke in ka mind banaya hai.</w:t>
      </w:r>
      <w:r>
        <w:br/>
      </w:r>
      <w:r>
        <w:rPr>
          <w:sz w:val="20"/>
        </w:rPr>
        <w:t>1:43:35  chunki unhein nafrat hai yahudiyon se, is wajah se woh sare islam ko isi waqt explain karte hain.</w:t>
      </w:r>
      <w:r>
        <w:br/>
      </w:r>
      <w:r>
        <w:rPr>
          <w:sz w:val="20"/>
        </w:rPr>
        <w:t>1:43:40  woh sare arab jo hain, gehrai ke sath yahudi nafrat mein mubtala hain, bas yeh israel se nafrat</w:t>
      </w:r>
      <w:r>
        <w:br/>
      </w:r>
      <w:r>
        <w:rPr>
          <w:sz w:val="20"/>
        </w:rPr>
        <w:t>1:43:45  mein mubtala hain, bohat hi gehrai ke sath.</w:t>
      </w:r>
      <w:r>
        <w:br/>
      </w:r>
      <w:r>
        <w:rPr>
          <w:sz w:val="20"/>
        </w:rPr>
        <w:t>1:43:50  wohi refer karta hai in ke taqreeron mein, in ke mazmoonon mein, in ki kitabon mein.</w:t>
      </w:r>
      <w:r>
        <w:br/>
      </w:r>
      <w:r>
        <w:rPr>
          <w:sz w:val="20"/>
        </w:rPr>
        <w:t>1:43:55  toh arbon ki kitabon ko ka aap zariya na banayen.</w:t>
      </w:r>
      <w:r>
        <w:br/>
      </w:r>
      <w:r>
        <w:rPr>
          <w:sz w:val="20"/>
        </w:rPr>
        <w:t>1:44:01  aap quran o hadith ko direct parhen toh aap islam samajh mein ayega.</w:t>
      </w:r>
    </w:p>
    <w:p>
      <w:pPr>
        <w:pStyle w:val="Heading2"/>
      </w:pPr>
      <w:r>
        <w:t>Reason behind Muslim superiority thinking</w:t>
      </w:r>
    </w:p>
    <w:p>
      <w:r>
        <w:rPr>
          <w:color w:val="666666"/>
          <w:sz w:val="18"/>
        </w:rPr>
        <w:t>Society &amp; Dawah · Age of Alternatives April 05, 2015 · 2m 11s · at 1:06:28 · https://youtu.be/4v0uCM2BZuA?t=3988</w:t>
      </w:r>
    </w:p>
    <w:p>
      <w:r>
        <w:rPr>
          <w:i/>
        </w:rPr>
        <w:t>“Muslims think that they are superior to non-Muslims. What is the reason for this kind of thinking?”</w:t>
      </w:r>
    </w:p>
    <w:p>
      <w:r>
        <w:rPr>
          <w:sz w:val="20"/>
        </w:rPr>
        <w:t>1:06:28  maulana, agla sawal bhopal se hai. faisal sahab ne kiya hai aur unhon ne likha hai ke "muslims think that they are superior to non muslims.</w:t>
      </w:r>
      <w:r>
        <w:br/>
      </w:r>
      <w:r>
        <w:rPr>
          <w:sz w:val="20"/>
        </w:rPr>
        <w:t>1:06:39  " maulana, what is the reason for this kind of thinking? yeh yehud ki mazahamat hai. hadith mein aata hai ke "tum yahud ki naqal karoge,</w:t>
      </w:r>
      <w:r>
        <w:br/>
      </w:r>
      <w:r>
        <w:rPr>
          <w:sz w:val="20"/>
        </w:rPr>
        <w:t>1:06:54  mazahamat mani naqal karna."</w:t>
      </w:r>
      <w:r>
        <w:br/>
      </w:r>
      <w:r>
        <w:rPr>
          <w:sz w:val="20"/>
        </w:rPr>
        <w:t>1:06:57  to aap yahud ki tareekh padhiye, wahan un ke haan aik kitaben likhi hain ke waqai is pe likhi gayi hain. jewish supremacism, jewish yani yahudi bartari, baqayda kitaben maujood hain.</w:t>
      </w:r>
      <w:r>
        <w:br/>
      </w:r>
      <w:r>
        <w:rPr>
          <w:sz w:val="20"/>
        </w:rPr>
        <w:t>1:07:11  is ki jewish supremacism to wohi yahan bhi aa gaya. muslim supremacism yahud ki naqal mein apne ko bartar samajhna, yeh bilkul hi baseless baat hai ke koi bartar hai Allah ke nazdeek, koi bartar nahi, sab barabar hain,</w:t>
      </w:r>
      <w:r>
        <w:br/>
      </w:r>
      <w:r>
        <w:rPr>
          <w:sz w:val="20"/>
        </w:rPr>
        <w:t>1:07:28  koi bartar nahi hai Allah ke haan, sab barabar hain. yeh to yahudion ki naqal hai ke koi islam se koi talluq is ka nahi hai. yani jewish supremacism ki jagah unhon ne muslim supremacism bana bana rakha hai.</w:t>
      </w:r>
      <w:r>
        <w:br/>
      </w:r>
      <w:r>
        <w:rPr>
          <w:sz w:val="20"/>
        </w:rPr>
        <w:t>1:07:43  aur yeh hadith mein maujood tha ke musalman jo hain poori naqal karenge yahudiyon ki. yeh yeh isi hadith ki hai, yaani wohi peshangoi poori ho rahi hai.</w:t>
      </w:r>
      <w:r>
        <w:br/>
      </w:r>
      <w:r>
        <w:rPr>
          <w:sz w:val="20"/>
        </w:rPr>
        <w:t>1:08:01  yeh ayat hai Quran mein: "ya allazina kafaroo</w:t>
      </w:r>
      <w:r>
        <w:br/>
      </w:r>
      <w:r>
        <w:rPr>
          <w:sz w:val="20"/>
        </w:rPr>
        <w:t>1:08:04  " . yaani yeh yahud ki mazahamat, mazahamat maani imitate karna, naqal karna.</w:t>
      </w:r>
      <w:r>
        <w:br/>
      </w:r>
      <w:r>
        <w:rPr>
          <w:sz w:val="20"/>
        </w:rPr>
        <w:t>1:08:12  dekhen, yahud ke maani kya hain? yahud ke maani hain zawal yafta ummat, zawal yafta qaum. to jis tarah yahud ek zawal yafta qaum bane, aise hi hadith ke mutabiq musalman bhi zawal yafta qaum ban jayenge.</w:t>
      </w:r>
      <w:r>
        <w:br/>
      </w:r>
      <w:r>
        <w:rPr>
          <w:sz w:val="20"/>
        </w:rPr>
        <w:t>1:08:28  to is ka yeh phenomenon hai. to woh to hona hi h</w:t>
      </w:r>
      <w:r>
        <w:br/>
      </w:r>
      <w:r>
        <w:rPr>
          <w:sz w:val="20"/>
        </w:rPr>
        <w:t>1:08:32  ona tha hadith ki peshangoi ke mutabiq.</w:t>
      </w:r>
    </w:p>
    <w:p>
      <w:pPr>
        <w:pStyle w:val="Heading2"/>
      </w:pPr>
      <w:r>
        <w:t>Reason for majority following secular ideology</w:t>
      </w:r>
    </w:p>
    <w:p>
      <w:r>
        <w:rPr>
          <w:color w:val="666666"/>
          <w:sz w:val="18"/>
        </w:rPr>
        <w:t>Society &amp; Dawah · Divine Ideology of Life I 11 July 2010 · 3m 37s · at 1:26:34 · https://youtu.be/wOmHVfyjMJY?t=5194</w:t>
      </w:r>
    </w:p>
    <w:p>
      <w:r>
        <w:rPr>
          <w:i/>
        </w:rPr>
        <w:t>“Why is the majority of humanity following secular ideology?”</w:t>
      </w:r>
    </w:p>
    <w:p>
      <w:r>
        <w:rPr>
          <w:sz w:val="20"/>
        </w:rPr>
        <w:t>1:26:34  maulana, agla sawal kya hai? mister dilraj singh ne dilli se. unhon ne likha hai ke "Why is the majority of humanity following secular ideology?"</w:t>
      </w:r>
      <w:r>
        <w:br/>
      </w:r>
      <w:r>
        <w:rPr>
          <w:sz w:val="20"/>
        </w:rPr>
        <w:t>1:26:48  aasan hai bas, aur aur kuch nahi.</w:t>
      </w:r>
      <w:r>
        <w:br/>
      </w:r>
      <w:r>
        <w:rPr>
          <w:sz w:val="20"/>
        </w:rPr>
        <w:t>1:26:52  khaao, kamaao, hawaa karo, bohat aasan hai. jis mein naseehat banna hai na, koi sensitivity dikhana hai, na honesty ki zaroorat hai. aur agar aap jo doosra lifestyle hai, us mein aap ko sincere banna hai, honest banna hai, responsibility lena hai, duty poora karna hai.</w:t>
      </w:r>
      <w:r>
        <w:br/>
      </w:r>
      <w:r>
        <w:rPr>
          <w:sz w:val="20"/>
        </w:rPr>
        <w:t>1:27:10  to zahir hai ke woh mushkil lagta hai.</w:t>
      </w:r>
      <w:r>
        <w:br/>
      </w:r>
      <w:r>
        <w:rPr>
          <w:sz w:val="20"/>
        </w:rPr>
        <w:t>1:27:14  yeh insaan jo hai, bas easy goer hai, aasani ki taraf bhagta hai. aur mushkil se is ko ghabrahat hoti hai.</w:t>
      </w:r>
      <w:r>
        <w:br/>
      </w:r>
      <w:r>
        <w:rPr>
          <w:sz w:val="20"/>
        </w:rPr>
        <w:t>1:27:23  aur to koi khaas wajah nahi hai. inhi se poochhiye agar to aap andar se. discontentment aata hai in ko. contentment nahi aata.</w:t>
      </w:r>
      <w:r>
        <w:br/>
      </w:r>
      <w:r>
        <w:rPr>
          <w:sz w:val="20"/>
        </w:rPr>
        <w:t>1:27:33  lekin aasan hai woh.</w:t>
      </w:r>
      <w:r>
        <w:br/>
      </w:r>
      <w:r>
        <w:rPr>
          <w:sz w:val="20"/>
        </w:rPr>
        <w:t>1:27:34  keh raha tha na, kuch nahi. ek ek system chala ja raha hai. isi mein hum bhi jo apnay ko ek purza ban gaye hain. hamein paisa aa raha hai.</w:t>
      </w:r>
      <w:r>
        <w:br/>
      </w:r>
      <w:r>
        <w:rPr>
          <w:sz w:val="20"/>
        </w:rPr>
        <w:t>1:27:43  hamara bhi ghar ban raha hai. aur agar woh hai to aap ko independently ek life banani parti hai. to is mein soch na aaye.</w:t>
      </w:r>
      <w:r>
        <w:br/>
      </w:r>
      <w:r>
        <w:rPr>
          <w:sz w:val="20"/>
        </w:rPr>
        <w:t>1:27:52  is mein sensitivity hai, is mein seriousness hai, is mein duty hai, responsibility hai, accountability hai. to aadmi ghabrata hai hamesha is se.</w:t>
      </w:r>
      <w:r>
        <w:br/>
      </w:r>
      <w:r>
        <w:rPr>
          <w:sz w:val="20"/>
        </w:rPr>
        <w:t>1:28:03  abhi aaj kal mein radio sunta hoon daily. minister log poster dete hain stage par. rozana. suggestion dete hain. aisa hona chahiye, waisa hona chahiye.</w:t>
      </w:r>
      <w:r>
        <w:br/>
      </w:r>
      <w:r>
        <w:rPr>
          <w:sz w:val="20"/>
        </w:rPr>
        <w:t>1:28:12  mein sochta hoon ke ministry ki zaroorat kya hai in ko? yeh to hum bhi kar sakte hain aisa. minister to implement karnay ke liye hota hai. magar agar desh mein corruption hai to aap is shif taqreer kar rahe hain.</w:t>
      </w:r>
      <w:r>
        <w:br/>
      </w:r>
      <w:r>
        <w:rPr>
          <w:sz w:val="20"/>
        </w:rPr>
        <w:t>1:28:26  stage par speech dena corruption ke khilaaf yeh minister ka kaam nahi hai.</w:t>
      </w:r>
      <w:r>
        <w:br/>
      </w:r>
      <w:r>
        <w:rPr>
          <w:sz w:val="20"/>
        </w:rPr>
        <w:t>1:28:33  minister ka kaam hai is par action karna. ja kar rakho, mitaya is ko. yaani matlab yeh ke jaise misaal ke taur par woh surprise visit kare.</w:t>
      </w:r>
      <w:r>
        <w:br/>
      </w:r>
      <w:r>
        <w:rPr>
          <w:sz w:val="20"/>
        </w:rPr>
        <w:t>1:28:42  visit badal kar ke. jahan paao aik aik afsar aisa kar raha hai, usi waqt is ko dismiss kar de. usi waqt dismiss kar de.</w:t>
      </w:r>
      <w:r>
        <w:br/>
      </w:r>
      <w:r>
        <w:rPr>
          <w:sz w:val="20"/>
        </w:rPr>
        <w:t>1:28:54  aaj kal kya hota hai? suspend karte hain. suspend hi nahi thi.</w:t>
      </w:r>
      <w:r>
        <w:br/>
      </w:r>
      <w:r>
        <w:rPr>
          <w:sz w:val="20"/>
        </w:rPr>
        <w:t>1:28:57  aaj kal yeh hai ke suspend kar dijiye. woh tankhwah khai milti rehti hai is ko baithe baithe. aur jeet jata hai case trial kar ke. minister ko hota hai, ikhtiyar hota hai woh suspend kar sakta hai.</w:t>
      </w:r>
      <w:r>
        <w:br/>
      </w:r>
      <w:r>
        <w:rPr>
          <w:sz w:val="20"/>
        </w:rPr>
        <w:t>1:29:08  nahi, dismiss kar sakta hai. to jaao. har office mein. India mein sirf aik hi minister mein jaanta hoon jis ne aisa kiya, woh Rafeeq Abdul Quddus.</w:t>
      </w:r>
      <w:r>
        <w:br/>
      </w:r>
      <w:r>
        <w:rPr>
          <w:sz w:val="20"/>
        </w:rPr>
        <w:t>1:29:20  jis department mein hota tha, woh sab darte the is se. kyun ke achaanak pahunch jata tha. surprise visit leta tha woh.</w:t>
      </w:r>
      <w:r>
        <w:br/>
      </w:r>
      <w:r>
        <w:rPr>
          <w:sz w:val="20"/>
        </w:rPr>
        <w:t>1:29:26  usi waqt dismiss karta tha woh. to corruption free ho gaya tha is ka department. to minister log jo hai, bahar ke woh aasan hai woh. jo bahar dete hain, achhe achhe bahar to bohat aasan hai woh.</w:t>
      </w:r>
      <w:r>
        <w:br/>
      </w:r>
      <w:r>
        <w:rPr>
          <w:sz w:val="20"/>
        </w:rPr>
        <w:t>1:29:40  jis stage par dekho, woh minister log dikhai dete hain. achhe achhe bahar dete hain.</w:t>
      </w:r>
      <w:r>
        <w:br/>
      </w:r>
      <w:r>
        <w:rPr>
          <w:sz w:val="20"/>
        </w:rPr>
        <w:t>1:29:46  bhai tum tum woh karo. logon ko. tumhare paas power hai to authority ho. to is ko implement karo is ko.</w:t>
      </w:r>
      <w:r>
        <w:br/>
      </w:r>
      <w:r>
        <w:rPr>
          <w:sz w:val="20"/>
        </w:rPr>
        <w:t>1:29:56  in ko punishment do, in ko dismiss karo in ko. kya dete ho? to har aadmi to easy goer hai. aasan ka option le rakha hai is ne.</w:t>
      </w:r>
      <w:r>
        <w:br/>
      </w:r>
      <w:r>
        <w:rPr>
          <w:sz w:val="20"/>
        </w:rPr>
        <w:t>1:30:06  woh yahan bhi hai.</w:t>
      </w:r>
    </w:p>
    <w:p>
      <w:pPr>
        <w:pStyle w:val="Heading2"/>
      </w:pPr>
      <w:r>
        <w:t>Reasons for Muslim backwardness and solutions</w:t>
      </w:r>
    </w:p>
    <w:p>
      <w:r>
        <w:rPr>
          <w:color w:val="666666"/>
          <w:sz w:val="18"/>
        </w:rPr>
        <w:t>Society &amp; Dawah · How to Lead a Life of Fulfilment September 24, 2017 · 2m 18s · at 1:06:48 · https://youtu.be/WUoQOo2_zd8?t=4008</w:t>
      </w:r>
    </w:p>
    <w:p>
      <w:r>
        <w:rPr>
          <w:i/>
        </w:rPr>
        <w:t>“According to you, what is the main reason of Muslim backwardness all around the world and what should we do to improve their state? Muslims have never seriously taken modern education; they don't even know what it is.”</w:t>
      </w:r>
    </w:p>
    <w:p>
      <w:r>
        <w:rPr>
          <w:sz w:val="20"/>
        </w:rPr>
        <w:t>1:06:48  molana agla sawal bheja hai tanzeem islah-e-sahib ne dilli se unhon ne likha hai ke according to you what is the main reason of muslim backwardness all around the world and what should we do to improve their state</w:t>
      </w:r>
      <w:r>
        <w:br/>
      </w:r>
      <w:r>
        <w:rPr>
          <w:sz w:val="20"/>
        </w:rPr>
        <w:t>1:07:08  musalmanon ne kabhi seriously modern education ko liya hi nahi kuch log padhte hain to sirf service ke liye</w:t>
      </w:r>
      <w:r>
        <w:br/>
      </w:r>
      <w:r>
        <w:rPr>
          <w:sz w:val="20"/>
        </w:rPr>
        <w:t>1:07:19  woh jaan balkay main to aisa hota hoon kuch jantay bhi nahi ke modern education kya cheez hai musalman jahan tak main sab mila hoon logon se log jantay hi nahi ke modern education kya hai</w:t>
      </w:r>
      <w:r>
        <w:br/>
      </w:r>
      <w:r>
        <w:rPr>
          <w:sz w:val="20"/>
        </w:rPr>
        <w:t>1:07:34  modern education jo hai aik kya hai aik naya pichlay chand sau barson mein aik nai dunya discover hui hai woh jo traditional dunya thi us ki ab aik scientific dunya</w:t>
      </w:r>
      <w:r>
        <w:br/>
      </w:r>
      <w:r>
        <w:rPr>
          <w:sz w:val="20"/>
        </w:rPr>
        <w:t>1:07:55  to modern education ka matlab hai ke aaj ki jo dunya hai us ko janna us ke mutabiq</w:t>
      </w:r>
      <w:r>
        <w:br/>
      </w:r>
      <w:r>
        <w:rPr>
          <w:sz w:val="20"/>
        </w:rPr>
        <w:t>1:08:05  dunya mein apni jagah banana to musalman to kuch jante hi nahi bohat se bohat jante hain ke</w:t>
      </w:r>
      <w:r>
        <w:br/>
      </w:r>
      <w:r>
        <w:rPr>
          <w:sz w:val="20"/>
        </w:rPr>
        <w:t>1:08:10  engineer ban jao service le lo mba ban jao service lete jante hain bas</w:t>
      </w:r>
      <w:r>
        <w:br/>
      </w:r>
      <w:r>
        <w:rPr>
          <w:sz w:val="20"/>
        </w:rPr>
        <w:t>1:08:18  modern education real science mein kya cheez hai us ko jante nahi</w:t>
      </w:r>
      <w:r>
        <w:br/>
      </w:r>
      <w:r>
        <w:rPr>
          <w:sz w:val="20"/>
        </w:rPr>
        <w:t>1:08:24  mera tajurba to yahi hai</w:t>
      </w:r>
      <w:r>
        <w:br/>
      </w:r>
      <w:r>
        <w:rPr>
          <w:sz w:val="20"/>
        </w:rPr>
        <w:t>1:08:27  to musalmanon ko jo karna hai wo sirf pehla kaam yahi hai ke wo janiye ke modern world</w:t>
      </w:r>
      <w:r>
        <w:br/>
      </w:r>
      <w:r>
        <w:rPr>
          <w:sz w:val="20"/>
        </w:rPr>
        <w:t>1:08:34  kya hai modern education kya hai</w:t>
      </w:r>
      <w:r>
        <w:br/>
      </w:r>
      <w:r>
        <w:rPr>
          <w:sz w:val="20"/>
        </w:rPr>
        <w:t>1:08:38  aur is mein apni</w:t>
      </w:r>
      <w:r>
        <w:br/>
      </w:r>
      <w:r>
        <w:rPr>
          <w:sz w:val="20"/>
        </w:rPr>
        <w:t>1:08:40  aur</w:t>
      </w:r>
      <w:r>
        <w:br/>
      </w:r>
      <w:r>
        <w:rPr>
          <w:sz w:val="20"/>
        </w:rPr>
        <w:t>1:08:41  yeh bhi musalman nahi jantay ke aaj ki dunya mein competition hai aap kisi ko koi right nahi koi musalmanon ka jo zehan hai woh samajhtay hain ke har cheez hamari right hai right kahan se ho gaya musalmanon to</w:t>
      </w:r>
      <w:r>
        <w:br/>
      </w:r>
      <w:r>
        <w:rPr>
          <w:sz w:val="20"/>
        </w:rPr>
        <w:t>1:09:00  competition based world hai yeh</w:t>
      </w:r>
    </w:p>
    <w:p>
      <w:pPr>
        <w:pStyle w:val="Heading2"/>
      </w:pPr>
      <w:r>
        <w:t>Reasons for Muslims underestimating Dawah</w:t>
      </w:r>
    </w:p>
    <w:p>
      <w:r>
        <w:rPr>
          <w:color w:val="666666"/>
          <w:sz w:val="18"/>
        </w:rPr>
        <w:t>Society &amp; Dawah · Don't Be Angry Culture January 15, 2012 Maulana Wahiduddin Khan · 4m 35s · at 1:10:01 · https://youtu.be/rY1Ikwmwwdk?t=4201</w:t>
      </w:r>
    </w:p>
    <w:p>
      <w:r>
        <w:rPr>
          <w:i/>
        </w:rPr>
        <w:t>“Why do Muslims underestimate Dawah? What is the reason?”</w:t>
      </w:r>
    </w:p>
    <w:p>
      <w:r>
        <w:rPr>
          <w:sz w:val="20"/>
        </w:rPr>
        <w:t>1:10:01  maulana, agla sawal aya hai tamil nadu se maulana iqbal umri sahib ka. unhon ne likha hai: "musalman dawat ka kyun kam tar andaza karte hain?</w:t>
      </w:r>
      <w:r>
        <w:br/>
      </w:r>
      <w:r>
        <w:rPr>
          <w:sz w:val="20"/>
        </w:rPr>
        <w:t>1:10:12  iski kya waja hai?"</w:t>
      </w:r>
      <w:r>
        <w:br/>
      </w:r>
      <w:r>
        <w:rPr>
          <w:sz w:val="20"/>
        </w:rPr>
        <w:t>1:10:22  main to samajhta hoon ke wahi waja hai jo maine kaha, ghussa. is waqt musalman jo hain sab ghusse mein hain.</w:t>
      </w:r>
      <w:r>
        <w:br/>
      </w:r>
      <w:r>
        <w:rPr>
          <w:sz w:val="20"/>
        </w:rPr>
        <w:t>1:10:30  ghussa ka matlab yeh hai ke har ek ko dushman samjhe hue hain. ke israel hamara dushman hai, america hamara dushman hai. woh hamare khilaf sazish kar rahe hain.</w:t>
      </w:r>
      <w:r>
        <w:br/>
      </w:r>
      <w:r>
        <w:rPr>
          <w:sz w:val="20"/>
        </w:rPr>
        <w:t>1:10:41  woh hum ko neecha dikhana chahte hain. yani yeh chhaya hua hai dimaghon par. is ki waja se dawat ka kaam un ko samajh mein nahi ata.</w:t>
      </w:r>
      <w:r>
        <w:br/>
      </w:r>
      <w:r>
        <w:rPr>
          <w:sz w:val="20"/>
        </w:rPr>
        <w:t>1:10:52  aur goli aur bam zyada samajh mein ata hai.</w:t>
      </w:r>
      <w:r>
        <w:br/>
      </w:r>
      <w:r>
        <w:rPr>
          <w:sz w:val="20"/>
        </w:rPr>
        <w:t>1:10:57  to asal raaz jo hai, main samajhta hoon ke kuch waqiaat se ghussa ho kar ke jo musalmanon mein manfi soch aa gayi, woh record ban gayi dawat ki ahmiyat ko samajhne mein.</w:t>
      </w:r>
      <w:r>
        <w:br/>
      </w:r>
      <w:r>
        <w:rPr>
          <w:sz w:val="20"/>
        </w:rPr>
        <w:t>1:11:16  ab main mislan mujhe koi kisi ke paas, main kisi se nafrat nahi karta. mujhe kisi se nafrat nahi hai. na Israel se, na America se, na na na Hindu se, na falan se, na falan se, kisi se.</w:t>
      </w:r>
      <w:r>
        <w:br/>
      </w:r>
      <w:r>
        <w:rPr>
          <w:sz w:val="20"/>
        </w:rPr>
        <w:t>1:11:31  sab ko main insaan samajhta hoon. to main samajhta hoon ke dawat se bada koi kaam nahi hai. to jar mein jo hai, jar mein woh manfi soch hai.</w:t>
      </w:r>
      <w:r>
        <w:br/>
      </w:r>
      <w:r>
        <w:rPr>
          <w:sz w:val="20"/>
        </w:rPr>
        <w:t>1:11:42  manfi soch. ke musalman, musalman is daur mein pichhad gaye to samajhte hain ke doosra un ko pichha kiya hua hai. apni ghalti apne upar nahi dhalte.</w:t>
      </w:r>
      <w:r>
        <w:br/>
      </w:r>
      <w:r>
        <w:rPr>
          <w:sz w:val="20"/>
        </w:rPr>
        <w:t>1:11:52  quran mein to hai ke har aadmi apne kiye ko bhagta hai. apne kiye ko. saaf saaf likha hua hai ke aadmi apne kiye ko bhagta hai.</w:t>
      </w:r>
      <w:r>
        <w:br/>
      </w:r>
      <w:r>
        <w:rPr>
          <w:sz w:val="20"/>
        </w:rPr>
        <w:t>1:12:05  kisi ki saazish se, kisi ki dushmani se koi nuksan nahi hota is ka.</w:t>
      </w:r>
      <w:r>
        <w:br/>
      </w:r>
      <w:r>
        <w:rPr>
          <w:sz w:val="20"/>
        </w:rPr>
        <w:t>1:12:10  lekin musalmanon ne, musalman matlab un ke un ke rehnamaon ne yeh ghalt zehan dala. sab se bura role mere khayal se rehnamaon ka hua hai is zamane mein.</w:t>
      </w:r>
      <w:r>
        <w:br/>
      </w:r>
      <w:r>
        <w:rPr>
          <w:sz w:val="20"/>
        </w:rPr>
        <w:t>1:12:19  jitne rehnama uthe, sab rad-e-amal, rad-e-amal mein uthe. mujhe ek bhi rehnama nahi maloom is daur ka, is do sau saal ke andar, jo rad-e-amal ke mein na utha ho.</w:t>
      </w:r>
      <w:r>
        <w:br/>
      </w:r>
      <w:r>
        <w:rPr>
          <w:sz w:val="20"/>
        </w:rPr>
        <w:t>1:12:31  sab rad-e-amal, rad-e-amal, rad-e-amal.</w:t>
      </w:r>
      <w:r>
        <w:br/>
      </w:r>
      <w:r>
        <w:rPr>
          <w:sz w:val="20"/>
        </w:rPr>
        <w:t>1:12:34  to rad-e-amal se kya hota hai? negative thinking aati hai. phir kya hai? tashaddud aata hai. aur sari cheezein aati rehti hain isi mein.</w:t>
      </w:r>
      <w:r>
        <w:br/>
      </w:r>
      <w:r>
        <w:rPr>
          <w:sz w:val="20"/>
        </w:rPr>
        <w:t>1:12:44  aur phir jab yeh sab hoga to zahir hai ke dawat Allah ki koi ahmiyat nazar nahi aayegi aap ko.</w:t>
      </w:r>
      <w:r>
        <w:br/>
      </w:r>
      <w:r>
        <w:rPr>
          <w:sz w:val="20"/>
        </w:rPr>
        <w:t>1:12:56  mujhe ek waqia yaad aata hai ke main ek martaba Mewat mein tha.</w:t>
      </w:r>
      <w:r>
        <w:br/>
      </w:r>
      <w:r>
        <w:rPr>
          <w:sz w:val="20"/>
        </w:rPr>
        <w:t>1:13:01  to Mewat mein ek ek band ban raha tha. is mein bohat se Mewati bator mazdoor kaam kar rahe the. woh musalman the sab, sab ke sab.</w:t>
      </w:r>
      <w:r>
        <w:br/>
      </w:r>
      <w:r>
        <w:rPr>
          <w:sz w:val="20"/>
        </w:rPr>
        <w:t>1:13:13  to do group the, kisi wajah se jhagda ho gaya. aur jhagda hua to laathiyan uth uth gayeen. to main gaya, ek daadhi wale musalman the, is mein Mewati.</w:t>
      </w:r>
      <w:r>
        <w:br/>
      </w:r>
      <w:r>
        <w:rPr>
          <w:sz w:val="20"/>
        </w:rPr>
        <w:t>1:13:27  un se main ne kaha ke dekhiye sahib, yeh aap yeh bhi musalman, wohi musalman, aap log yani ladna chahte hain aur laathiyan chalana chahte hain, yeh to Islam mein jaiz nahi hai.</w:t>
      </w:r>
      <w:r>
        <w:br/>
      </w:r>
      <w:r>
        <w:rPr>
          <w:sz w:val="20"/>
        </w:rPr>
        <w:t>1:13:41  aapas ki ladai Islam mein jaiz nahi hai. to kuch quran o hadith maine sunaya. to woh daadhi wale kya kehte hain? chalo molvi, is waqt hum ko quran mein sunao.</w:t>
      </w:r>
      <w:r>
        <w:br/>
      </w:r>
      <w:r>
        <w:rPr>
          <w:sz w:val="20"/>
        </w:rPr>
        <w:t>1:13:52  is waqt hum ko inteqaam lena hai.</w:t>
      </w:r>
      <w:r>
        <w:br/>
      </w:r>
      <w:r>
        <w:rPr>
          <w:sz w:val="20"/>
        </w:rPr>
        <w:t>1:13:55  to jab inteqaam ki nafrat, jab nafrat aa jaye, inteqaam aa jaye to quran o hadith ko le ke koi sochta nahi hai. phir phir apne apne is mein sochta hai, apne manfi jazbati is ke liye wahid run ban jaate hain.</w:t>
      </w:r>
      <w:r>
        <w:br/>
      </w:r>
      <w:r>
        <w:rPr>
          <w:sz w:val="20"/>
        </w:rPr>
        <w:t>1:14:11  yeh sab kis ne kiya hai? aam musalmanon ne nahi, yeh rehnamaon ne kiya hai. rehnamaon ne musalmanon ko yeh sab suna suna kar ke, yeh dushman hai, woh dushman hai, woh dushman hai, woh d</w:t>
      </w:r>
      <w:r>
        <w:br/>
      </w:r>
      <w:r>
        <w:rPr>
          <w:sz w:val="20"/>
        </w:rPr>
        <w:t>1:14:22  ushman hai, yeh sab khabrein dein in rehnamaon ne musalmanon ko. to sari zimmedari rehnamaon ki hai. is do sau saal mein jo rehnama uthe, unhone na manfi boli bol bol kar ke musalmanon ko manfi bana diya.</w:t>
      </w:r>
    </w:p>
    <w:p>
      <w:pPr>
        <w:pStyle w:val="Heading2"/>
      </w:pPr>
      <w:r>
        <w:t>Reasons for disharmony in present society</w:t>
      </w:r>
    </w:p>
    <w:p>
      <w:r>
        <w:rPr>
          <w:color w:val="666666"/>
          <w:sz w:val="18"/>
        </w:rPr>
        <w:t>Society &amp; Dawah · Nation Building On India's Republic Day Jan 26, 2020 Maulana Wahiduddin Khan · 2m 20s · at 32:42 · https://youtu.be/58CVocbLAb8?t=1962</w:t>
      </w:r>
    </w:p>
    <w:p>
      <w:r>
        <w:rPr>
          <w:i/>
        </w:rPr>
        <w:t>“What according to you are the reasons for disharmony in the present society? Why are people all over the world so full of hatred today? Is it due to the rise of material interest or something else?”</w:t>
      </w:r>
    </w:p>
    <w:p>
      <w:r>
        <w:rPr>
          <w:sz w:val="20"/>
        </w:rPr>
        <w:t>32:42  Maulana kuch sawal lena chahenge. Yeh sawal bheja hai Ahmedabad se Syed Sirajuddin sahib ne.</w:t>
      </w:r>
      <w:r>
        <w:br/>
      </w:r>
      <w:r>
        <w:rPr>
          <w:sz w:val="20"/>
        </w:rPr>
        <w:t>32:51  unho ne likha hai: "maulana what according to you are the reasons for disharmony in the present society?</w:t>
      </w:r>
      <w:r>
        <w:br/>
      </w:r>
      <w:r>
        <w:rPr>
          <w:sz w:val="20"/>
        </w:rPr>
        <w:t>32:59  Why are people all over the world so full of hatred today? Is it due to the rise of material interest or something else?"</w:t>
      </w:r>
      <w:r>
        <w:br/>
      </w:r>
      <w:r>
        <w:rPr>
          <w:sz w:val="20"/>
        </w:rPr>
        <w:t>33:13  dekhen main</w:t>
      </w:r>
      <w:r>
        <w:br/>
      </w:r>
      <w:r>
        <w:rPr>
          <w:sz w:val="20"/>
        </w:rPr>
        <w:t>33:18  main yeh keh sakta hoon apne baray mein ke main by birth positive thinker hoon.</w:t>
      </w:r>
      <w:r>
        <w:br/>
      </w:r>
      <w:r>
        <w:rPr>
          <w:sz w:val="20"/>
        </w:rPr>
        <w:t>33:29  By birth positive thinker hoon. jab main chota tha, chota, to mujhe yaad hai ke hamare gaon mein, hamare paros mein ek chori hui, jaruri ki.</w:t>
      </w:r>
      <w:r>
        <w:br/>
      </w:r>
      <w:r>
        <w:rPr>
          <w:sz w:val="20"/>
        </w:rPr>
        <w:t>33:50  to ghar ke kisi aadmi ne, main wahan bachpan ka jawan tha, aise aata jata tha, to kisi ne mera naam le liya ke main nikal le gaya golri.</w:t>
      </w:r>
      <w:r>
        <w:br/>
      </w:r>
      <w:r>
        <w:rPr>
          <w:sz w:val="20"/>
        </w:rPr>
        <w:t>34:08  to aap yaqeen kijiye ke main hansne hansne hansne laga ke kitni absurd baat hai ke main chori karoon ga?</w:t>
      </w:r>
      <w:r>
        <w:br/>
      </w:r>
      <w:r>
        <w:rPr>
          <w:sz w:val="20"/>
        </w:rPr>
        <w:t>34:17  kis liye? to main bachpan se main positive thinker hoon. to har cheez mein positivity dhoondna.</w:t>
      </w:r>
      <w:r>
        <w:br/>
      </w:r>
      <w:r>
        <w:rPr>
          <w:sz w:val="20"/>
        </w:rPr>
        <w:t>34:33  jaise aap dekhiye ke quran se kuch log nikalte hain jihad, jihad. aur isi quran se maine nikala, dekhiye aaj, ke spirit of struggle, isi waqt aap peaceful struggle.</w:t>
      </w:r>
      <w:r>
        <w:br/>
      </w:r>
      <w:r>
        <w:rPr>
          <w:sz w:val="20"/>
        </w:rPr>
        <w:t>34:50  to yeh meri allah taala ki dein hai ke main bachpan se positive thinker hoon.</w:t>
      </w:r>
    </w:p>
    <w:p>
      <w:pPr>
        <w:pStyle w:val="Heading2"/>
      </w:pPr>
      <w:r>
        <w:t>Recommended books for introducing Islam</w:t>
      </w:r>
    </w:p>
    <w:p>
      <w:r>
        <w:rPr>
          <w:color w:val="666666"/>
          <w:sz w:val="18"/>
        </w:rPr>
        <w:t>Society &amp; Dawah · Sahaba and Muhaddithin 24th June 2012 - Maulana Wahiduddin Khan · 2m 37s · at 1:14:17 · https://youtu.be/tUPo7MI0Bdo?t=4457</w:t>
      </w:r>
    </w:p>
    <w:p>
      <w:r>
        <w:rPr>
          <w:i/>
        </w:rPr>
        <w:t>“What books should we give to those who come into our contact to tell them about Islam?”</w:t>
      </w:r>
    </w:p>
    <w:p>
      <w:r>
        <w:rPr>
          <w:sz w:val="20"/>
        </w:rPr>
        <w:t>1:14:17  Maulana, agla sawal Delhi se hai, Nazim Ahmed sahib ka. Unhon ne likha hai: "Jo log hamare sampark mein aate hain, un ko Islam ke bare mein batane ke liye kaun si kitabein hum dein?" Is ke bare mein bataein.</w:t>
      </w:r>
      <w:r>
        <w:br/>
      </w:r>
      <w:r>
        <w:rPr>
          <w:sz w:val="20"/>
        </w:rPr>
        <w:t>1:14:35  Bhai, dekhein, yeh koi</w:t>
      </w:r>
      <w:r>
        <w:br/>
      </w:r>
      <w:r>
        <w:rPr>
          <w:sz w:val="20"/>
        </w:rPr>
        <w:t>1:14:39  Yaani yeh koi batane ki baat nahi hai, yeh toh aap ki samajhne ki baat hai. Kyun ke jo aap ke sampark mein aate hain, woh kya hain? Toh woh tarah tarah ke log ho sakte hain.</w:t>
      </w:r>
      <w:r>
        <w:br/>
      </w:r>
      <w:r>
        <w:rPr>
          <w:sz w:val="20"/>
        </w:rPr>
        <w:t>1:14:50  Insaan ki toh bohat qismein hain. Toh aap ko khud kitabein padhna hoga,</w:t>
      </w:r>
      <w:r>
        <w:br/>
      </w:r>
      <w:r>
        <w:rPr>
          <w:sz w:val="20"/>
        </w:rPr>
        <w:t>1:14:56  Kitaab padh ke khud aap ko tay karna hoga ke un ke mind ko address karne wali kitaab kaun si hai. Yeh koi doosra aadmi nahi bata sakta hai.</w:t>
      </w:r>
      <w:r>
        <w:br/>
      </w:r>
      <w:r>
        <w:rPr>
          <w:sz w:val="20"/>
        </w:rPr>
        <w:t>1:15:10  Maulana, agla ek comment aaya hai, Patna se, Bihar se, Danial sahib ka. Unhon ne likha hai: "Maulana, pichhle Sunday ko main Delhi mein tha, main ne CPS Hall mein aap ke lecture ko attend kiya, jis ka topic tha Political Activism aur Futile Activism.</w:t>
      </w:r>
      <w:r>
        <w:br/>
      </w:r>
      <w:r>
        <w:rPr>
          <w:sz w:val="20"/>
        </w:rPr>
        <w:t>1:15:30  Aur aaj main online lecture yeh sun raha hoon, in dono lecture se kai bohat zyada important Islam ke aspects clear hue, jis ke baad mere</w:t>
      </w:r>
      <w:r>
        <w:br/>
      </w:r>
      <w:r>
        <w:rPr>
          <w:sz w:val="20"/>
        </w:rPr>
        <w:t>1:15:40  andar thrilling ka ehsaas ho raha hai. Jo baatein main ne samjhi, woh yeh hain ke hum 200 saal se political empire ko regain karne ki koshish kar rahe hain.</w:t>
      </w:r>
      <w:r>
        <w:br/>
      </w:r>
      <w:r>
        <w:rPr>
          <w:sz w:val="20"/>
        </w:rPr>
        <w:t>1:15:52  halankeh is se bhi bara, is se bhi, is se bhi zyada bara empire maujood hai, aur woh hai daawa empire.</w:t>
      </w:r>
      <w:r>
        <w:br/>
      </w:r>
      <w:r>
        <w:rPr>
          <w:sz w:val="20"/>
        </w:rPr>
        <w:t>1:16:01  aur daawa empire ke baad kisi aur empire ki zaroorat nahi.</w:t>
      </w:r>
      <w:r>
        <w:br/>
      </w:r>
      <w:r>
        <w:rPr>
          <w:sz w:val="20"/>
        </w:rPr>
        <w:t>1:16:06  doosri ahem baat yeh hai ke Quran ke mutabiq hamare liye zimmedari yeh hai ke hum adl ko apnayen, na ke adl ko nafiz karne ke liye purtashaddud jiddojehad karen.</w:t>
      </w:r>
      <w:r>
        <w:br/>
      </w:r>
      <w:r>
        <w:rPr>
          <w:sz w:val="20"/>
        </w:rPr>
        <w:t>1:16:20  teesri, prophet aur sahaba ke zamane mein religious persecution ka zamana tha. un logon ne jo bhi defense confrontation kiya, uska asal maqsad religious persecution ko</w:t>
      </w:r>
      <w:r>
        <w:br/>
      </w:r>
      <w:r>
        <w:rPr>
          <w:sz w:val="20"/>
        </w:rPr>
        <w:t>1:16:34  khatam karne ka tha, na ke political power ko gain karne ka. aur unhi ki koshishon ke nateejay mein jo process shuru hua, uska culmination aaj freedom of expression hai.</w:t>
      </w:r>
      <w:r>
        <w:br/>
      </w:r>
      <w:r>
        <w:rPr>
          <w:sz w:val="20"/>
        </w:rPr>
        <w:t>1:16:48  Maulana sahib, yeh baatein kya maine sahi samjhi? theek, bohat sahi, bilkul sahi hai,</w:t>
      </w:r>
    </w:p>
    <w:p>
      <w:pPr>
        <w:pStyle w:val="Heading2"/>
      </w:pPr>
      <w:r>
        <w:t>Reforming scholars to purify Islamic thought</w:t>
      </w:r>
    </w:p>
    <w:p>
      <w:r>
        <w:rPr>
          <w:color w:val="666666"/>
          <w:sz w:val="18"/>
        </w:rPr>
        <w:t>Society &amp; Dawah · Mission of Tajdeed (Revival of Islam) September 15, 2019 Maulana Wahiduddin Khan · 3m 20s · at 55:58 · https://youtu.be/jGfoAffJ4-8?t=3358</w:t>
      </w:r>
    </w:p>
    <w:p>
      <w:r>
        <w:rPr>
          <w:i/>
        </w:rPr>
        <w:t>“Your explanation of derailment of Islamic religious thought is most appropriate and relevant today. But since the derailment was caused by the scholars, isn't it important to reform the scholars rather than the people? To purify the river, the polluting pipelines need to be plugged. Otherwise, no matter how much cleansing is done, the river of current Islamic thought will continue to be polluted.”</w:t>
      </w:r>
    </w:p>
    <w:p>
      <w:r>
        <w:rPr>
          <w:sz w:val="20"/>
        </w:rPr>
        <w:t>55:58  maulana, agla sawal dilli se hai. hamid iqbal sahib ne kiya hai. unhon ne likha hai: "Your explanation of derailment of Islamic religious thought is most appropriate and relevant today.</w:t>
      </w:r>
      <w:r>
        <w:br/>
      </w:r>
      <w:r>
        <w:rPr>
          <w:sz w:val="20"/>
        </w:rPr>
        <w:t>56:16  but since the derailment was caused by the ulama, isnt it important to reform the ulama rather than the people?</w:t>
      </w:r>
      <w:r>
        <w:br/>
      </w:r>
      <w:r>
        <w:rPr>
          <w:sz w:val="20"/>
        </w:rPr>
        <w:t>56:27  to purify the river, the polluting pipelines need to be plugged. otherwise, no matter how much cleansing is done, the river of current islamic thought will continue to be polluted." dekhiye, mein ne kabhi nahi kaha ke ulama se aata hai.</w:t>
      </w:r>
      <w:r>
        <w:br/>
      </w:r>
      <w:r>
        <w:rPr>
          <w:sz w:val="20"/>
        </w:rPr>
        <w:t>56:45  yeh mein ne kabhi nahi kaha ke yeh aata hai interaction se aata hai. mein ne yeh kaha ke yeh aap keh rahe hain, meri taraf mat lagaiye is ko.</w:t>
      </w:r>
      <w:r>
        <w:br/>
      </w:r>
      <w:r>
        <w:rPr>
          <w:sz w:val="20"/>
        </w:rPr>
        <w:t>56:56  mein ne yeh kabhi nahi kaha ke ulama se aata hai, derailment interaction se aata hai, ikhtilaf se aata hai. woh fitri hai. jab ikhtilaf hoga to kuch na kuch idhar ki baat, udhar idhar ki baat, idhar mil mil jayegi.</w:t>
      </w:r>
      <w:r>
        <w:br/>
      </w:r>
      <w:r>
        <w:rPr>
          <w:sz w:val="20"/>
        </w:rPr>
        <w:t>57:11  to woh phenomena hai ikhtilaf ka, ulama ka phenomena nahi hai. woh</w:t>
      </w:r>
      <w:r>
        <w:br/>
      </w:r>
      <w:r>
        <w:rPr>
          <w:sz w:val="20"/>
        </w:rPr>
        <w:t>57:23  Maulana, agla comment bheja hai Professor Najma Siddiqui ne Dilli se. Unhon ne likha hai: "Maulana, today talk on tajdid clarified many concepts very meaningfully.</w:t>
      </w:r>
      <w:r>
        <w:br/>
      </w:r>
      <w:r>
        <w:rPr>
          <w:sz w:val="20"/>
        </w:rPr>
        <w:t>57:38  bringing back from the derailment seems a long process. ve all need to work very hard and play our role very sincerely.</w:t>
      </w:r>
      <w:r>
        <w:br/>
      </w:r>
      <w:r>
        <w:rPr>
          <w:sz w:val="20"/>
        </w:rPr>
        <w:t>57:50  jazak allah for inspiring us</w:t>
      </w:r>
      <w:r>
        <w:br/>
      </w:r>
      <w:r>
        <w:rPr>
          <w:sz w:val="20"/>
        </w:rPr>
        <w:t>57:52  ." masha'allah. Azhar Mubarak Sahib ne Bhagalpur se likha hai: "Maulana, you are a great positivist which I experience many times by his words.</w:t>
      </w:r>
      <w:r>
        <w:br/>
      </w:r>
      <w:r>
        <w:rPr>
          <w:sz w:val="20"/>
        </w:rPr>
        <w:t>58:03  many of the complexities he explains with very simple words."</w:t>
      </w:r>
      <w:r>
        <w:br/>
      </w:r>
      <w:r>
        <w:rPr>
          <w:sz w:val="20"/>
        </w:rPr>
        <w:t>58:18  okay, so we will end the session now. thank you.</w:t>
      </w:r>
    </w:p>
    <w:p>
      <w:pPr>
        <w:pStyle w:val="Heading2"/>
      </w:pPr>
      <w:r>
        <w:t>Reformist society vs state reform</w:t>
      </w:r>
    </w:p>
    <w:p>
      <w:r>
        <w:rPr>
          <w:color w:val="666666"/>
          <w:sz w:val="18"/>
        </w:rPr>
        <w:t>Society &amp; Dawah · Example of the Prophet March 20, 2016 · 2m 10s · at 52:13 · https://youtu.be/79HmhzXU41w?t=3133</w:t>
      </w:r>
    </w:p>
    <w:p>
      <w:r>
        <w:rPr>
          <w:i/>
        </w:rPr>
        <w:t>“Is it necessary to form a reformist society, or is reform of the state more important? Please explain.”</w:t>
      </w:r>
    </w:p>
    <w:p>
      <w:r>
        <w:rPr>
          <w:sz w:val="20"/>
        </w:rPr>
        <w:t>52:12  dekh rahe hain.</w:t>
      </w:r>
      <w:r>
        <w:br/>
      </w:r>
      <w:r>
        <w:rPr>
          <w:sz w:val="20"/>
        </w:rPr>
        <w:t>52:13  pehla sawal hai altaf hussain sahib ka pakistan mianwali se, aur unhon ne likha hai ke kya aik</w:t>
      </w:r>
      <w:r>
        <w:br/>
      </w:r>
      <w:r>
        <w:rPr>
          <w:sz w:val="20"/>
        </w:rPr>
        <w:t>52:22  islahi society tashkeel dena zaroori hai ya riyasat ki islaah zyada aham hai? is ke baray mein batayen.</w:t>
      </w:r>
      <w:r>
        <w:br/>
      </w:r>
      <w:r>
        <w:rPr>
          <w:sz w:val="20"/>
        </w:rPr>
        <w:t>52:32  dekhen, islami riyasat koi mission hi nahi hai.</w:t>
      </w:r>
      <w:r>
        <w:br/>
      </w:r>
      <w:r>
        <w:rPr>
          <w:sz w:val="20"/>
        </w:rPr>
        <w:t>52:35  islam mein koi na quran mein ayat hai, na koi hadith hai jis mein kaha gaya ho ke</w:t>
      </w:r>
      <w:r>
        <w:br/>
      </w:r>
      <w:r>
        <w:rPr>
          <w:sz w:val="20"/>
        </w:rPr>
        <w:t>52:40  ab musalmano tum islam hukoomat qaim karo.</w:t>
      </w:r>
      <w:r>
        <w:br/>
      </w:r>
      <w:r>
        <w:rPr>
          <w:sz w:val="20"/>
        </w:rPr>
        <w:t>52:43  yeh to sarray se mission hi nahi hai.</w:t>
      </w:r>
      <w:r>
        <w:br/>
      </w:r>
      <w:r>
        <w:rPr>
          <w:sz w:val="20"/>
        </w:rPr>
        <w:t>52:47  mission jo bhi quran mein bataya gaya, a a insan to apna tazkiya kar, kyunke tazkiya ke zariye</w:t>
      </w:r>
      <w:r>
        <w:br/>
      </w:r>
      <w:r>
        <w:rPr>
          <w:sz w:val="20"/>
        </w:rPr>
        <w:t>52:54  jannat milegi.</w:t>
      </w:r>
      <w:r>
        <w:br/>
      </w:r>
      <w:r>
        <w:rPr>
          <w:sz w:val="20"/>
        </w:rPr>
        <w:t>52:57  to islam ka jo mission hai, woh fard ka tazkiya yaad rakhiye.</w:t>
      </w:r>
      <w:r>
        <w:br/>
      </w:r>
      <w:r>
        <w:rPr>
          <w:sz w:val="20"/>
        </w:rPr>
        <w:t>53:04  alhamdulillah rabbil alameen jo hai, woh kahan waqe hota hai? fard ka dar waqe hota hai.</w:t>
      </w:r>
      <w:r>
        <w:br/>
      </w:r>
      <w:r>
        <w:rPr>
          <w:sz w:val="20"/>
        </w:rPr>
        <w:t>53:13  yeh bohat hi important baat is ko hamein samajhna chahiye ke islam ka nishana fard hai.</w:t>
      </w:r>
      <w:r>
        <w:br/>
      </w:r>
      <w:r>
        <w:rPr>
          <w:sz w:val="20"/>
        </w:rPr>
        <w:t>53:20  koi system ya koi hukoomat yeh hai hi nahi.</w:t>
      </w:r>
      <w:r>
        <w:br/>
      </w:r>
      <w:r>
        <w:rPr>
          <w:sz w:val="20"/>
        </w:rPr>
        <w:t>53:23  islam ka nishana woh to halaat ke process ke tehat kabhi hoga, kabhi nahi hoga, lekin nishana nahi</w:t>
      </w:r>
      <w:r>
        <w:br/>
      </w:r>
      <w:r>
        <w:rPr>
          <w:sz w:val="20"/>
        </w:rPr>
        <w:t>53:30  he. woh nishana yeh hai ke har aadmi alhamdulillah rabbul alameen ki speed pe jiye.</w:t>
      </w:r>
      <w:r>
        <w:br/>
      </w:r>
      <w:r>
        <w:rPr>
          <w:sz w:val="20"/>
        </w:rPr>
        <w:t>53:38  har aadmi ke andar</w:t>
      </w:r>
      <w:r>
        <w:br/>
      </w:r>
      <w:r>
        <w:rPr>
          <w:sz w:val="20"/>
        </w:rPr>
        <w:t>53:40  wo cheez paida ho jis ko quran mein kaha gaya hai: allah se hubb shadeed aur khauf shadeed.</w:t>
      </w:r>
      <w:r>
        <w:br/>
      </w:r>
      <w:r>
        <w:rPr>
          <w:sz w:val="20"/>
        </w:rPr>
        <w:t>53:47  har aadmi apna tazkiya kare, kyunke aise afraad jab paida honge tab society banegi.</w:t>
      </w:r>
      <w:r>
        <w:br/>
      </w:r>
      <w:r>
        <w:rPr>
          <w:sz w:val="20"/>
        </w:rPr>
        <w:t>53:53  aur society banegi tab saleh hukoomat banegi.</w:t>
      </w:r>
      <w:r>
        <w:br/>
      </w:r>
      <w:r>
        <w:rPr>
          <w:sz w:val="20"/>
        </w:rPr>
        <w:t>53:57  ke hadees mein hai: kama takoonu kazalika yuwalla alaikum</w:t>
      </w:r>
      <w:r>
        <w:br/>
      </w:r>
      <w:r>
        <w:rPr>
          <w:sz w:val="20"/>
        </w:rPr>
        <w:t>54:01  saleh afraad se saleh muashra aur saleh muashre se saleh hukoomat.</w:t>
      </w:r>
      <w:r>
        <w:br/>
      </w:r>
      <w:r>
        <w:rPr>
          <w:sz w:val="20"/>
        </w:rPr>
        <w:t>54:07  agar aap na fard banayein na society banayein, aap jump kar dein, hamein hukoomat qaim karna hai to</w:t>
      </w:r>
      <w:r>
        <w:br/>
      </w:r>
      <w:r>
        <w:rPr>
          <w:sz w:val="20"/>
        </w:rPr>
        <w:t>54:13  kuch bhi nahi hone wala siwaye siwaye takhreeb kari ke.</w:t>
      </w:r>
      <w:r>
        <w:br/>
      </w:r>
      <w:r>
        <w:rPr>
          <w:sz w:val="20"/>
        </w:rPr>
        <w:t>54:21  yeh mere mutalliq ka khulasa hai.</w:t>
      </w:r>
    </w:p>
    <w:p>
      <w:pPr>
        <w:pStyle w:val="Heading2"/>
      </w:pPr>
      <w:r>
        <w:t>Refuting the Idea of Islamic Empire</w:t>
      </w:r>
    </w:p>
    <w:p>
      <w:r>
        <w:rPr>
          <w:color w:val="666666"/>
          <w:sz w:val="18"/>
        </w:rPr>
        <w:t>Society &amp; Dawah · Religion and Democracy December 25, 2011 · 2m 30s · at 1:20:03 · https://youtu.be/8Mf_yvDA8ik?t=4803</w:t>
      </w:r>
    </w:p>
    <w:p>
      <w:r>
        <w:rPr>
          <w:i/>
        </w:rPr>
        <w:t>“The reward for spiritual knowledge (ma'rifat) and dawah will be given in the afterlife, but the benefit of a Muslim empire will be given in this world. Muslims are waiting for an Islamic government to be established. Maulana, how can this wrong idea be explained? Explain that it is not possible.”</w:t>
      </w:r>
    </w:p>
    <w:p>
      <w:r>
        <w:rPr>
          <w:sz w:val="20"/>
        </w:rPr>
        <w:t>1:20:03  maulana, agla sawal aaya hai tamil nadu se maulana farhat ahmad salafi umri ka. unhone poocha hai ke marifat aur dawat ka inaam akhirat mein milega, magar muslim empire ka faida dunya mein milega.</w:t>
      </w:r>
      <w:r>
        <w:br/>
      </w:r>
      <w:r>
        <w:rPr>
          <w:sz w:val="20"/>
        </w:rPr>
        <w:t>1:20:21  muslim isi isi cheez ki baat pe iska intezar kar rahe hain ke islami hukumat kab qaim hogi. maulana, is galat baat ko kaise samjhaya jaye?</w:t>
      </w:r>
      <w:r>
        <w:br/>
      </w:r>
      <w:r>
        <w:rPr>
          <w:sz w:val="20"/>
        </w:rPr>
        <w:t>1:20:34  samjhaya jaye ke woh possible nahi hai.</w:t>
      </w:r>
      <w:r>
        <w:br/>
      </w:r>
      <w:r>
        <w:rPr>
          <w:sz w:val="20"/>
        </w:rPr>
        <w:t>1:20:37  jis cheez ko muslim jo kehte hain ke muslim hukumatain thi, to woh hukumat kahan thi? woh to dynasty thi. ek khandan hukumat kar raha tha, aam musalmanon ko to kuch bhi nahi mila hua tha, aur sari dunya mein muslim hukumat woh to possible hi nahi hai, mumkin hi nahi hai.</w:t>
      </w:r>
      <w:r>
        <w:br/>
      </w:r>
      <w:r>
        <w:rPr>
          <w:sz w:val="20"/>
        </w:rPr>
        <w:t>1:20:55  to ek unachievable goal ke liye musalman jo hai, apne dimagh khwamkhwah is mein apne dimagh ko masroof kiye hue hain. yeh goal achievable hi nahi hai ke sari dunya mein islami hukumat qaim ho.</w:t>
      </w:r>
      <w:r>
        <w:br/>
      </w:r>
      <w:r>
        <w:rPr>
          <w:sz w:val="20"/>
        </w:rPr>
        <w:t>1:21:07  na kabhi hua, na aindah hone wala hai, aur jo hukumatain bani thi musalmanon ki, woh sab dynasty thi, yaani khandani badshahat.</w:t>
      </w:r>
      <w:r>
        <w:br/>
      </w:r>
      <w:r>
        <w:rPr>
          <w:sz w:val="20"/>
        </w:rPr>
        <w:t>1:21:17  jo kuch mila hua tha, ek khandan ko mila hua tha. to dynasty ke liye aap saare apne aap ko kya khatam kar denge?</w:t>
      </w:r>
      <w:r>
        <w:br/>
      </w:r>
      <w:r>
        <w:rPr>
          <w:sz w:val="20"/>
        </w:rPr>
        <w:t>1:21:26  isi ko, isi ke peeche.</w:t>
      </w:r>
      <w:r>
        <w:br/>
      </w:r>
      <w:r>
        <w:rPr>
          <w:sz w:val="20"/>
        </w:rPr>
        <w:t>1:21:32  to behal, yeh mere nazdeek political goal achievable nahi hai, sirf ek fareb hai, ek romantic concept hai. yeh woh achieve hi nahi ho sakta kabhi is dunya mein, jo ke test ke liye banayi gayi hai.</w:t>
      </w:r>
      <w:r>
        <w:br/>
      </w:r>
      <w:r>
        <w:rPr>
          <w:sz w:val="20"/>
        </w:rPr>
        <w:t>1:21:47  aur marifat aur dawat to har ek aadmi ke liye achievable hai. har aadmi apne aap ko aarif bana sakta hai, har aadmi apne aap ko daai bana sakta hai.</w:t>
      </w:r>
      <w:r>
        <w:br/>
      </w:r>
      <w:r>
        <w:rPr>
          <w:sz w:val="20"/>
        </w:rPr>
        <w:t>1:22:00  is baat ko log</w:t>
      </w:r>
      <w:r>
        <w:br/>
      </w:r>
      <w:r>
        <w:rPr>
          <w:sz w:val="20"/>
        </w:rPr>
        <w:t>1:22:01  nahi samajhte, is farq ko jaan lein. agar ke aarif banna aur daai banna, yeh to hamare bas mein hai, lekin islami hukumat sari dunya mein qaim karna, yeh to bas mein nahi hai, achievable hi nahi hai.</w:t>
      </w:r>
      <w:r>
        <w:br/>
      </w:r>
      <w:r>
        <w:rPr>
          <w:sz w:val="20"/>
        </w:rPr>
        <w:t>1:22:11  woh sarr se isko chand samajhte hain, samajhte hain yeh log, aur bohat si kitabein chapi hui hain jo is mein romantic baatein hain.</w:t>
      </w:r>
      <w:r>
        <w:br/>
      </w:r>
      <w:r>
        <w:rPr>
          <w:sz w:val="20"/>
        </w:rPr>
        <w:t>1:22:20  in romantic baaton mein phanse hue hain log. to isko clear kar diya jaye to inshallah yaqeenan apni islaah kar lenge log.</w:t>
      </w:r>
    </w:p>
    <w:p>
      <w:pPr>
        <w:pStyle w:val="Heading2"/>
      </w:pPr>
      <w:r>
        <w:t>Religious obligation for Muslims suffering</w:t>
      </w:r>
    </w:p>
    <w:p>
      <w:r>
        <w:rPr>
          <w:color w:val="666666"/>
          <w:sz w:val="18"/>
        </w:rPr>
        <w:t>Society &amp; Dawah · Realization of God December 18, 2016 Maulana Wahiduddin Khan · 2m 26s · at 1:05:59 · https://youtu.be/LHKb2btTIT8?t=3959</w:t>
      </w:r>
    </w:p>
    <w:p>
      <w:r>
        <w:rPr>
          <w:i/>
        </w:rPr>
        <w:t>“Whatever is happening to Muslims all over the world is known to everyone. We are being slaughtered everywhere. Is there any religious obligation on all the Muslims and...”</w:t>
      </w:r>
    </w:p>
    <w:p>
      <w:r>
        <w:rPr>
          <w:sz w:val="20"/>
        </w:rPr>
        <w:t>1:05:59  chahti hai usi ke peeche dauren aap ji maulana agla sawal imran khan sahib ne kiya hai aa</w:t>
      </w:r>
      <w:r>
        <w:br/>
      </w:r>
      <w:r>
        <w:rPr>
          <w:sz w:val="20"/>
        </w:rPr>
        <w:t>1:06:07  lahore pakistan se aur unhon ne likha hai whatever is happening to muslims all over the world is</w:t>
      </w:r>
      <w:r>
        <w:br/>
      </w:r>
      <w:r>
        <w:rPr>
          <w:sz w:val="20"/>
        </w:rPr>
        <w:t>1:06:14  known to everyone we are being slaughtered everywhere is there any religious obligations on all the muslims and</w:t>
      </w:r>
      <w:r>
        <w:br/>
      </w:r>
      <w:r>
        <w:rPr>
          <w:sz w:val="20"/>
        </w:rPr>
        <w:t>1:06:22  how should we all respond.</w:t>
      </w:r>
      <w:r>
        <w:br/>
      </w:r>
      <w:r>
        <w:rPr>
          <w:sz w:val="20"/>
        </w:rPr>
        <w:t>1:06:30  ho raha hai dekhen yeh yeh baat hi galat hai ke musalmanon ko mara ja raha hai musalman</w:t>
      </w:r>
      <w:r>
        <w:br/>
      </w:r>
      <w:r>
        <w:rPr>
          <w:sz w:val="20"/>
        </w:rPr>
        <w:t>1:06:37  ke amal par retaliate kiya ja raha hai woh sari baatein hain jisko aap kehte hain ke</w:t>
      </w:r>
      <w:r>
        <w:br/>
      </w:r>
      <w:r>
        <w:rPr>
          <w:sz w:val="20"/>
        </w:rPr>
        <w:t>1:06:45  musalman mara ja raha hai woh sari baatein retaliation hain bohat maine isko parha hai kahin</w:t>
      </w:r>
      <w:r>
        <w:br/>
      </w:r>
      <w:r>
        <w:rPr>
          <w:sz w:val="20"/>
        </w:rPr>
        <w:t>1:06:53  bhi aisa nahi ke khwamkhwah koi musalmanon ko maar raha hai bhediya bankar ke koi bhi musalmanon</w:t>
      </w:r>
      <w:r>
        <w:br/>
      </w:r>
      <w:r>
        <w:rPr>
          <w:sz w:val="20"/>
        </w:rPr>
        <w:t>1:07:00  ke liye bhediya nahi hai lekin musalmanon ne khud sakhta tor par jihad ka ek tasawwur banaya hai</w:t>
      </w:r>
      <w:r>
        <w:br/>
      </w:r>
      <w:r>
        <w:rPr>
          <w:sz w:val="20"/>
        </w:rPr>
        <w:t>1:07:08  jihad ke tasawwur ke tehat woh pathar marte hain bomb marte hain to log retaliate karte hain is</w:t>
      </w:r>
      <w:r>
        <w:br/>
      </w:r>
      <w:r>
        <w:rPr>
          <w:sz w:val="20"/>
        </w:rPr>
        <w:t>1:07:16  ka hal sirf ek hai aap apna act khatm kijiye to reaction bhi khatm ho jayega aap</w:t>
      </w:r>
      <w:r>
        <w:br/>
      </w:r>
      <w:r>
        <w:rPr>
          <w:sz w:val="20"/>
        </w:rPr>
        <w:t>1:07:24  ka jo action hai usko khatm kijiye reaction apne aap khatm ho jayega retaliation khatm ho</w:t>
      </w:r>
      <w:r>
        <w:br/>
      </w:r>
      <w:r>
        <w:rPr>
          <w:sz w:val="20"/>
        </w:rPr>
        <w:t>1:07:31  jayega yahi ek hi hal hai koi doosra hal hi nahi hai doosra hal ka tajurba ho</w:t>
      </w:r>
      <w:r>
        <w:br/>
      </w:r>
      <w:r>
        <w:rPr>
          <w:sz w:val="20"/>
        </w:rPr>
        <w:t>1:07:39  chuka kashmir mein falasteen mein har jagah beshumar paisa beshumar sacrifices ke bawajood kuch bhi nahi</w:t>
      </w:r>
      <w:r>
        <w:br/>
      </w:r>
      <w:r>
        <w:rPr>
          <w:sz w:val="20"/>
        </w:rPr>
        <w:t>1:07:47  hasil hua kuch hasil nahi hua jahan jahan aap bata rahe hain mislan kashmir mein mislan falasteen mein</w:t>
      </w:r>
      <w:r>
        <w:br/>
      </w:r>
      <w:r>
        <w:rPr>
          <w:sz w:val="20"/>
        </w:rPr>
        <w:t>1:07:54  beshumar sacrifice ki gayi lekin result kuch nahi aur har jagah kyun har jagah yahi hai ke</w:t>
      </w:r>
      <w:r>
        <w:br/>
      </w:r>
      <w:r>
        <w:rPr>
          <w:sz w:val="20"/>
        </w:rPr>
        <w:t>1:08:02  retaliation ka concept musalmanon ko maloom hi nahi woh one sided story unke maloom hai unko</w:t>
      </w:r>
      <w:r>
        <w:br/>
      </w:r>
      <w:r>
        <w:rPr>
          <w:sz w:val="20"/>
        </w:rPr>
        <w:t>1:08:10  one sided story yani unhon ne kya yeh nahi jante isko unhon ne doosre ne kya is</w:t>
      </w:r>
      <w:r>
        <w:br/>
      </w:r>
      <w:r>
        <w:rPr>
          <w:sz w:val="20"/>
        </w:rPr>
        <w:t>1:08:18  ko jante hain aur isko zulm kehte hain isko zulm ko aap retaliation samjhiye bas sab</w:t>
      </w:r>
    </w:p>
    <w:p>
      <w:pPr>
        <w:pStyle w:val="Heading2"/>
      </w:pPr>
      <w:r>
        <w:t>Removing wishful thinking about global Islamic revolution</w:t>
      </w:r>
    </w:p>
    <w:p>
      <w:r>
        <w:rPr>
          <w:color w:val="666666"/>
          <w:sz w:val="18"/>
        </w:rPr>
        <w:t>Society &amp; Dawah · Revival of Muslim Ummah, February 4, 2013 · 2m 57s · at 1:16:06 · https://youtu.be/xB3MfWhLHoM?t=4566</w:t>
      </w:r>
    </w:p>
    <w:p>
      <w:r>
        <w:rPr>
          <w:i/>
        </w:rPr>
        <w:t>“How can we remove the wishful thinking that like the revolution in Egypt, there will be revolution all over the world and the whole world will come under Islam?”</w:t>
      </w:r>
    </w:p>
    <w:p>
      <w:r>
        <w:rPr>
          <w:sz w:val="20"/>
        </w:rPr>
        <w:t>1:16:06  Maulana, agla sawal aaya hai Tamil Nadu se Maulana Iqbal Umri ka. Unhon ne likha hai: "Ek sahib ne bari umeed se kaha ke Misr ke inqilab ki tarah saari duniya mein inqilab hoga.</w:t>
      </w:r>
      <w:r>
        <w:br/>
      </w:r>
      <w:r>
        <w:rPr>
          <w:sz w:val="20"/>
        </w:rPr>
        <w:t>1:16:22  sari dunya islam ke saye mein aane wali hai. yahi hadith ka taqaza hai.</w:t>
      </w:r>
      <w:r>
        <w:br/>
      </w:r>
      <w:r>
        <w:rPr>
          <w:sz w:val="20"/>
        </w:rPr>
        <w:t>1:16:28  maulana, is khush fehmi ko hum kaise door karen?" ab yeh to jo in jis so call inqilab se misr mein kuch nahi hua, yeh so call jo islaah hai to misr mein kuch nahi hua.</w:t>
      </w:r>
      <w:r>
        <w:br/>
      </w:r>
      <w:r>
        <w:rPr>
          <w:sz w:val="20"/>
        </w:rPr>
        <w:t>1:16:43  aaj ki khabar dekh li aap paper mein jo aaj hi khabar aai hai to borsi sahib ne yeh kaha hai ke yahan par sazish ho rahi hai mere khilaf aur dobara chahti hai,</w:t>
      </w:r>
      <w:r>
        <w:br/>
      </w:r>
      <w:r>
        <w:rPr>
          <w:sz w:val="20"/>
        </w:rPr>
        <w:t>1:16:56  yani fauj chahti hai ke dobara power mein aa jaye. aur aaj hi dekhiye ke wahan par aaj ki khabron mein 60 aadmi mar chuke hain. yeh islami inqilab ke daur hain aur in ka jo sardar thay, bahar hain, bahar ja ke to bomb maar rahe hain.</w:t>
      </w:r>
      <w:r>
        <w:br/>
      </w:r>
      <w:r>
        <w:rPr>
          <w:sz w:val="20"/>
        </w:rPr>
        <w:t>1:17:11  to very that islamic</w:t>
      </w:r>
      <w:r>
        <w:br/>
      </w:r>
      <w:r>
        <w:rPr>
          <w:sz w:val="20"/>
        </w:rPr>
        <w:t>1:17:13  , yani revolution hai. yeh to yeh to musalman jeete hain, khush fehmi hai. kuch bhi is mein kuch bhi nahi hua, na hone wala hai.</w:t>
      </w:r>
      <w:r>
        <w:br/>
      </w:r>
      <w:r>
        <w:rPr>
          <w:sz w:val="20"/>
        </w:rPr>
        <w:t>1:17:25  yeh so called jo islam ki revolution hai, woh kuch bhi nahi hai, kuch bhi nahi hai, kuch bhi nahi. jis ko jis ko shakk ho to thori dair aur intezar kar le aur kuch dinon ke baad maloom ho jayega.</w:t>
      </w:r>
      <w:r>
        <w:br/>
      </w:r>
      <w:r>
        <w:rPr>
          <w:sz w:val="20"/>
        </w:rPr>
        <w:t>1:17:35  jo jo cheez aai thi misr mein, woh kuch bhi nahi thi, sirf shor shar tha, hangama tha aur us ke sath kuch bhi nahi tha. yani islam ko mazak hai.</w:t>
      </w:r>
      <w:r>
        <w:br/>
      </w:r>
      <w:r>
        <w:rPr>
          <w:sz w:val="20"/>
        </w:rPr>
        <w:t>1:17:44  islam se aa jayega. islam ko kiya samajhte hain aap? islam ko yeh ke ek glass yahan se utha ke maarein to aisi koi islam hai? kuch</w:t>
      </w:r>
      <w:r>
        <w:br/>
      </w:r>
      <w:r>
        <w:rPr>
          <w:sz w:val="20"/>
        </w:rPr>
        <w:t>1:17:54  kis qadar zyada log be khabar hain islam se aur insani history se, human psychology se. kis tarah be khabar hain log</w:t>
      </w:r>
      <w:r>
        <w:br/>
      </w:r>
      <w:r>
        <w:rPr>
          <w:sz w:val="20"/>
        </w:rPr>
        <w:t>1:18:04  ke yeh samajhte hain ke is tarah islam aa jayega? shor ghor karo to islam aa jayega. yeh aise hi sab log yahan shor ghor karen to hum ek bagh ugayein, ek garden ugayein.</w:t>
      </w:r>
      <w:r>
        <w:br/>
      </w:r>
      <w:r>
        <w:rPr>
          <w:sz w:val="20"/>
        </w:rPr>
        <w:t>1:18:13  yani hum log is kamre mein shor ghor karen to ek garden ugaye, uga ugaye. aise hi musalman samajhte hain ke shor ghor karo to islam aa jayega.</w:t>
      </w:r>
      <w:r>
        <w:br/>
      </w:r>
      <w:r>
        <w:rPr>
          <w:sz w:val="20"/>
        </w:rPr>
        <w:t>1:18:21  hamare shor ghor karne se yahan garden age ga. is kamre mein</w:t>
      </w:r>
      <w:r>
        <w:br/>
      </w:r>
      <w:r>
        <w:rPr>
          <w:sz w:val="20"/>
        </w:rPr>
        <w:t>1:18:29  kis qadar zyada be khabar hain. musalman mein hairaan hoon ke woh kuch nahi jante, na Allah, yani history kiya cheez hai, Allah ta'ala ke creation plan kiya hai aur human psychology kiya hai, tareekh mein inqilab kaise aata hai, yeh kuch bhi nahi jante.</w:t>
      </w:r>
      <w:r>
        <w:br/>
      </w:r>
      <w:r>
        <w:rPr>
          <w:sz w:val="20"/>
        </w:rPr>
        <w:t>1:18:45  bas khali bolte hain, bolte hain, bolte hain. mujhe bohat ta'ajub hota hai ke aisa kyun hai aur aise musalmanon ka anjam kiya hone wala hai mustaqbil mein.</w:t>
      </w:r>
      <w:r>
        <w:br/>
      </w:r>
      <w:r>
        <w:rPr>
          <w:sz w:val="20"/>
        </w:rPr>
        <w:t>1:18:55  jab agar yeh surat persist karti hai, yaqeen kijiye, koi anjam musalmanon ka nahi hai, kuch anjam nahi.</w:t>
      </w:r>
    </w:p>
    <w:p>
      <w:pPr>
        <w:pStyle w:val="Heading2"/>
      </w:pPr>
      <w:r>
        <w:t>Responding to criticism of Muslim backwardness</w:t>
      </w:r>
    </w:p>
    <w:p>
      <w:r>
        <w:rPr>
          <w:color w:val="666666"/>
          <w:sz w:val="18"/>
        </w:rPr>
        <w:t>Society &amp; Dawah · Mission of Tajdeed (Revival of Islam) September 15, 2019 Maulana Wahiduddin Khan · 3m 38s · at 29:22 · https://youtu.be/jGfoAffJ4-8?t=1762</w:t>
      </w:r>
    </w:p>
    <w:p>
      <w:r>
        <w:rPr>
          <w:i/>
        </w:rPr>
        <w:t>“I have many non-Muslim friends who ask why there is so much illiteracy and poverty among Muslims. They attribute it to outdated Islamic ideology, mainly the Quran, and say if Muslims were more scientific, their state would be better. How should I address such a question?”</w:t>
      </w:r>
    </w:p>
    <w:p>
      <w:r>
        <w:rPr>
          <w:sz w:val="20"/>
        </w:rPr>
        <w:t>29:22  maulana, agla sawal lucknow se hai, ayaz khan sahib ne bheja hai. unhon ne likha hai: "maulana, i have many non muslim friends and they often ask me a simple question that why there is so much illiteracy and poverty among muslims.</w:t>
      </w:r>
      <w:r>
        <w:br/>
      </w:r>
      <w:r>
        <w:rPr>
          <w:sz w:val="20"/>
        </w:rPr>
        <w:t>29:45  they attribute it to outdated islamic ideology that is mainly quran and say that if muslims would have been more scientific in their thinking then their state would have been much better.</w:t>
      </w:r>
      <w:r>
        <w:br/>
      </w:r>
      <w:r>
        <w:rPr>
          <w:sz w:val="20"/>
        </w:rPr>
        <w:t>30:00  but because they follow outdated quran, therefore there is so much of poverty and illiteracy. maulana, how should i address such ques</w:t>
      </w:r>
      <w:r>
        <w:br/>
      </w:r>
      <w:r>
        <w:rPr>
          <w:sz w:val="20"/>
        </w:rPr>
        <w:t>30:11  tions?" dekhiye, yeh galat hai. poverty musalmanon mein poverty nahin hai. aap muslim society mein jaiye, khoob kharch karte hain log, marketing khoob karte hain, shadiyon mein khoob kar karte hain, paisa bhi khoob kama rahe hain.</w:t>
      </w:r>
      <w:r>
        <w:br/>
      </w:r>
      <w:r>
        <w:rPr>
          <w:sz w:val="20"/>
        </w:rPr>
        <w:t>30:29  yeh bilkul yeh myth hai, myth yeh baat nahin hai. phir se aap survey ke survey kijiye. isi jis colony mein hum hain, yeh jo colony hai,</w:t>
      </w:r>
      <w:r>
        <w:br/>
      </w:r>
      <w:r>
        <w:rPr>
          <w:sz w:val="20"/>
        </w:rPr>
        <w:t>30:44  yeh hindu logon ki colony samajhati thi. pehle hindu logon ki colony, aaj is mein majority musalman ki hai, khoob paisa kamaya unhon ne aur jo ghar hindu logon ke thay, usay khareed liya.</w:t>
      </w:r>
      <w:r>
        <w:br/>
      </w:r>
      <w:r>
        <w:rPr>
          <w:sz w:val="20"/>
        </w:rPr>
        <w:t>31:00  to yeh yeh to ek myth hai, aisa kuch nahi hai. Is mulk mein bohat achi baat yeh hai ke sab ke liye mawaqe khule hue hain, opportunities sab ke liye khuli hui hain.</w:t>
      </w:r>
      <w:r>
        <w:br/>
      </w:r>
      <w:r>
        <w:rPr>
          <w:sz w:val="20"/>
        </w:rPr>
        <w:t>31:14  khoob kamao, khoob khao, khoob business banao, barhao, taraqqi karo, yeh sab ho raha hai India mein. Yeh myth hai ke nahi ho raha hai.</w:t>
      </w:r>
      <w:r>
        <w:br/>
      </w:r>
      <w:r>
        <w:rPr>
          <w:sz w:val="20"/>
        </w:rPr>
        <w:t>31:31  main ne khud jo ghar hamare sathiyon ne jo building khareedi thi, yeh do building jahan hum hain aur C one, C 29, yeh dono Hindu logon ke paas theen, aaj hamare paas hain.</w:t>
      </w:r>
      <w:r>
        <w:br/>
      </w:r>
      <w:r>
        <w:rPr>
          <w:sz w:val="20"/>
        </w:rPr>
        <w:t>31:46  yeh myth hai, bilkul is ka koi talluq Islam se nahi hai, na waqe se hai.</w:t>
      </w:r>
      <w:r>
        <w:br/>
      </w:r>
      <w:r>
        <w:rPr>
          <w:sz w:val="20"/>
        </w:rPr>
        <w:t>31:58  Doctor Naghma Siddiqui ne Delhi se likha hai: "Maulana, I understood clearly today the importance of tajdeed or revival from your example of derailment of Islam due to influences of the time and bringing Islam back in its track.</w:t>
      </w:r>
      <w:r>
        <w:br/>
      </w:r>
      <w:r>
        <w:rPr>
          <w:sz w:val="20"/>
        </w:rPr>
        <w:t>32:18  I reiterate my commitment to this tajdeedi mission for the rest of my life." Sajid Ahmed Khan sahib, mashallah, mashallah.</w:t>
      </w:r>
      <w:r>
        <w:br/>
      </w:r>
      <w:r>
        <w:rPr>
          <w:sz w:val="20"/>
        </w:rPr>
        <w:t>32:28  Sajid Ahmed Khan sahib ne Nagpur se likha hai: "The best way to remove the darkness is to spread the brightness</w:t>
      </w:r>
      <w:r>
        <w:br/>
      </w:r>
      <w:r>
        <w:rPr>
          <w:sz w:val="20"/>
        </w:rPr>
        <w:t>32:36  . Maulana sahib, you have shown the best way to remove the darkness of hatred and complaints by the light of love and well wishing.</w:t>
      </w:r>
      <w:r>
        <w:br/>
      </w:r>
      <w:r>
        <w:rPr>
          <w:sz w:val="20"/>
        </w:rPr>
        <w:t>32:47  That's a noble cause. I pray may Allah guide all of us to get the spirit of da'wah and be firm in this path till the last breath." Mashallah.</w:t>
      </w:r>
    </w:p>
    <w:p>
      <w:pPr>
        <w:pStyle w:val="Heading2"/>
      </w:pPr>
      <w:r>
        <w:t>Response to China and Iraq incidents</w:t>
      </w:r>
    </w:p>
    <w:p>
      <w:r>
        <w:rPr>
          <w:color w:val="666666"/>
          <w:sz w:val="18"/>
        </w:rPr>
        <w:t>Society &amp; Dawah · Importance of Peace August 17, 2014 · 4m 34s · at 1:16:05 · https://youtu.be/ifxSwh2Jckw?t=4565</w:t>
      </w:r>
    </w:p>
    <w:p>
      <w:r>
        <w:rPr>
          <w:i/>
        </w:rPr>
        <w:t>“Please consider two recent incidents: Firstly, in China the government has put some restrictions on the Ramadan fast. Secondly, in Iraq minorities are forced to migrate or convert. What is your view on these?”</w:t>
      </w:r>
    </w:p>
    <w:p>
      <w:r>
        <w:rPr>
          <w:sz w:val="20"/>
        </w:rPr>
        <w:t>1:16:05  yahan yahi hone wala hai. agar aap pe razi nahi hain aap to phir ek nai universe create kijiye, ek nai duniya banaiye. maulana, agla sawal idrees sahab ne kiya hai, rae pur se.</w:t>
      </w:r>
      <w:r>
        <w:br/>
      </w:r>
      <w:r>
        <w:rPr>
          <w:sz w:val="20"/>
        </w:rPr>
        <w:t>1:16:14  aur unhone likha hai: "Please consider two recent incidents. Firstly, in China government has put some restrictions on Ramadan fast.</w:t>
      </w:r>
      <w:r>
        <w:br/>
      </w:r>
      <w:r>
        <w:rPr>
          <w:sz w:val="20"/>
        </w:rPr>
        <w:t>1:16:28  Secondly, in Iraq minorities are forced to migrate or convert.</w:t>
      </w:r>
      <w:r>
        <w:br/>
      </w:r>
      <w:r>
        <w:rPr>
          <w:sz w:val="20"/>
        </w:rPr>
        <w:t>1:16:34  In every mosque, the incidents like the first one are highlighted as zulm done on Muslims and there is budwah done. However, there is no mention of the second incident that is zulm done by Muslims." Maulana, why is this double standard?</w:t>
      </w:r>
      <w:r>
        <w:br/>
      </w:r>
      <w:r>
        <w:rPr>
          <w:sz w:val="20"/>
        </w:rPr>
        <w:t>1:16:56  yeh double standard kya hai? maulana, unhone do incidents highlight kare hain jo abhi haal hi mein samne aa rahe hain.</w:t>
      </w:r>
      <w:r>
        <w:br/>
      </w:r>
      <w:r>
        <w:rPr>
          <w:sz w:val="20"/>
        </w:rPr>
        <w:t>1:17:04  pehla to jo china government ne abhi ramzan ke douran fast ke upar ban lagaya hai. nahi, dekhiye, yeh galat hai. yeh baat sahi nahi ke ramzan par ban lagaya hai.</w:t>
      </w:r>
      <w:r>
        <w:br/>
      </w:r>
      <w:r>
        <w:rPr>
          <w:sz w:val="20"/>
        </w:rPr>
        <w:t>1:17:14  is ki poori baat nahi aayi hai urdu media mein. aap is ko detail mein padhiye internet se to aap samjhenge.</w:t>
      </w:r>
      <w:r>
        <w:br/>
      </w:r>
      <w:r>
        <w:rPr>
          <w:sz w:val="20"/>
        </w:rPr>
        <w:t>1:17:23  main ne dekha, is mein china ke case zulm ke case nahi hain. wahan pe musalman Muslims are paying the price of their own stupid policies. aap internet par detail padhiye.</w:t>
      </w:r>
      <w:r>
        <w:br/>
      </w:r>
      <w:r>
        <w:rPr>
          <w:sz w:val="20"/>
        </w:rPr>
        <w:t>1:17:33  maulana, jo un ka sawal hai, unhone ek to yeh highlight karaya hai. doosri cheez unhone batai hai ke iraq mein jaise abhi bohat zyada minorities ko mara ja raha hai aur force conversion kiya ja raha hai.</w:t>
      </w:r>
      <w:r>
        <w:br/>
      </w:r>
      <w:r>
        <w:rPr>
          <w:sz w:val="20"/>
        </w:rPr>
        <w:t>1:17:44  to wo yeh keh rahe hain ke china ka jo ban hai, us ko to bohat highlight karte hain masjidon mein aur bohat budwahayein karte hain. lekin jo iraq mein jo musalman kar rahe hain, us ko bilkul highlight nahi karte.</w:t>
      </w:r>
      <w:r>
        <w:br/>
      </w:r>
      <w:r>
        <w:rPr>
          <w:sz w:val="20"/>
        </w:rPr>
        <w:t>1:17:54  woh yeh to musalmanon se puchte hain, mujh se kyun puchte hain? main to budwah karne ko haram samajhta hoon. budwah islam mein jaiz hi nahi hai.</w:t>
      </w:r>
      <w:r>
        <w:br/>
      </w:r>
      <w:r>
        <w:rPr>
          <w:sz w:val="20"/>
        </w:rPr>
        <w:t>1:18:03  budwah to islam mein jaiz hi nahi. aap koi aisa kaam karein jo jaiz hi na ho to main us ko kahan ko bataiye? abhi kal parson kuch aur logon se mulaqat hui, kuch ulma se jo is ki baat kar rahe the budwah ke aur jis ko kehte hain woh qunoot-e-nazila.</w:t>
      </w:r>
      <w:r>
        <w:br/>
      </w:r>
      <w:r>
        <w:rPr>
          <w:sz w:val="20"/>
        </w:rPr>
        <w:t>1:18:21  to main ne kaha qunoot-e-nazila jo hai, woh woh woh ek hawala dete hain ek hadith ka. lekin woh poora hawala nahi dete.</w:t>
      </w:r>
      <w:r>
        <w:br/>
      </w:r>
      <w:r>
        <w:rPr>
          <w:sz w:val="20"/>
        </w:rPr>
        <w:t>1:18:31  dekhiye, ek waqia hua madini ke dour mein, us ko kehte hain bir maunah. wahan par un logon ne kuch sahaba ko shaheed kar diya tha.</w:t>
      </w:r>
      <w:r>
        <w:br/>
      </w:r>
      <w:r>
        <w:rPr>
          <w:sz w:val="20"/>
        </w:rPr>
        <w:t>1:18:43  us waqt rasool allah ki zuban se budwah ke alfaaz nikle the.</w:t>
      </w:r>
      <w:r>
        <w:br/>
      </w:r>
      <w:r>
        <w:rPr>
          <w:sz w:val="20"/>
        </w:rPr>
        <w:t>1:18:47  is mauqe par jab aap ne suna yeh khabar ke un shaheed kar diya to aap ki zuban se budwah ke alfaaz nikle. lekin isi hadith mein yeh bhi hai ke isi waqt jibreel ko allah taala ne bheja.</w:t>
      </w:r>
      <w:r>
        <w:br/>
      </w:r>
      <w:r>
        <w:rPr>
          <w:sz w:val="20"/>
        </w:rPr>
        <w:t>1:18:58  jibreel aaye aur unhone kaha ke muhammad, aap ko yeh budwah karne ka haq nahi hai. phir rasool allah ne is ke baad kabhi budwah nahi ki.</w:t>
      </w:r>
      <w:r>
        <w:br/>
      </w:r>
      <w:r>
        <w:rPr>
          <w:sz w:val="20"/>
        </w:rPr>
        <w:t>1:19:10  yeh aap padh sakte hain is ko kitabon mein. aur quran mein jo ayat hai, allah se le kar mera raush hai.</w:t>
      </w:r>
      <w:r>
        <w:br/>
      </w:r>
      <w:r>
        <w:rPr>
          <w:sz w:val="20"/>
        </w:rPr>
        <w:t>1:19:20  is ke tehat tafseer mein parh lijiye aap. ke rasool ALLAH ne jo badwa ki thi, aik baar ki thi. aur phir kabhi nahi ki. to woh to najaaiz hai.</w:t>
      </w:r>
      <w:r>
        <w:br/>
      </w:r>
      <w:r>
        <w:rPr>
          <w:sz w:val="20"/>
        </w:rPr>
        <w:t>1:19:30  to is hadees ke first part ko le kar badwaayein karte hain. qunoot naazla parhte hain. yahan se le kar america tak. aur second part ko bhule hue hain.</w:t>
      </w:r>
      <w:r>
        <w:br/>
      </w:r>
      <w:r>
        <w:rPr>
          <w:sz w:val="20"/>
        </w:rPr>
        <w:t>1:19:39  to jo musalman aisa karein, woh to sarkashi karte hain. hum kya kahein is ke baray mein? unhi se poochiye jo musalman aisa karte hain.</w:t>
      </w:r>
    </w:p>
    <w:p>
      <w:pPr>
        <w:pStyle w:val="Heading2"/>
      </w:pPr>
      <w:r>
        <w:t>Response to Sri Lanka attack and terrorism in Islam</w:t>
      </w:r>
    </w:p>
    <w:p>
      <w:r>
        <w:rPr>
          <w:color w:val="666666"/>
          <w:sz w:val="18"/>
        </w:rPr>
        <w:t>Society &amp; Dawah · Realization of God May 5, 2019 · 3m 02s · at 37:32 · https://youtu.be/5X-vCFqiR4U?t=2252</w:t>
      </w:r>
    </w:p>
    <w:p>
      <w:r>
        <w:rPr>
          <w:i/>
        </w:rPr>
        <w:t>“Recently so many innocent people died in Sri Lanka suicide attack on the day of Easter. The attack was claimed by ISIS in retaliation to New Zealand killing. Once again, Islam was dragged into the discussion of terror and extremism. How do you see such developments? What is your message to all those youths who are involved in such terror acts?”</w:t>
      </w:r>
    </w:p>
    <w:p>
      <w:r>
        <w:rPr>
          <w:sz w:val="20"/>
        </w:rPr>
        <w:t>37:32  maulana, agla sawal dubai se bheja hai waseem siddiqui sahib ne. unhon ne likha hai: "maulana, recently so many innocent people died in sri lanka suicide attack on the day of easter.</w:t>
      </w:r>
      <w:r>
        <w:br/>
      </w:r>
      <w:r>
        <w:rPr>
          <w:sz w:val="20"/>
        </w:rPr>
        <w:t>37:47  the attack was claimed by isis in retaliation to new zealand killing. once again, islam was dragged in the discussion of terror and extremism.</w:t>
      </w:r>
      <w:r>
        <w:br/>
      </w:r>
      <w:r>
        <w:rPr>
          <w:sz w:val="20"/>
        </w:rPr>
        <w:t>37:58  maulana sahib, how do you see such developments? what is your message to all those youths who are involved in such terror acts?</w:t>
      </w:r>
      <w:r>
        <w:br/>
      </w:r>
      <w:r>
        <w:rPr>
          <w:sz w:val="20"/>
        </w:rPr>
        <w:t>38:08  what is your advice to people with extreme extremist mentality?"</w:t>
      </w:r>
      <w:r>
        <w:br/>
      </w:r>
      <w:r>
        <w:rPr>
          <w:sz w:val="20"/>
        </w:rPr>
        <w:t>38:13  bhai, yeh to itna ajeeb hai ke yeh log bas jo bhi khabar suni main ne ke koi ke yeh log parhe likhe thay ke yeh animal thay.</w:t>
      </w:r>
      <w:r>
        <w:br/>
      </w:r>
      <w:r>
        <w:rPr>
          <w:sz w:val="20"/>
        </w:rPr>
        <w:t>38:25  aap ek woh response dekhen jo khud new zealand mein hua ke ek shakhs ne aisa waqea kiya lekin wahan ki poori qaum, poori government, hatta ke prime minister ne kehta hai positive response diya.</w:t>
      </w:r>
      <w:r>
        <w:br/>
      </w:r>
      <w:r>
        <w:rPr>
          <w:sz w:val="20"/>
        </w:rPr>
        <w:t>38:40  to kaise woh log thay jinhon ne woh us ke naam par</w:t>
      </w:r>
      <w:r>
        <w:br/>
      </w:r>
      <w:r>
        <w:rPr>
          <w:sz w:val="20"/>
        </w:rPr>
        <w:t>38:49  society babak ki itne positive waqeye, itne positive reaction ke naam par negative reaction? yeh to bas batao ke yeh log aisa kiya hai.</w:t>
      </w:r>
      <w:r>
        <w:br/>
      </w:r>
      <w:r>
        <w:rPr>
          <w:sz w:val="20"/>
        </w:rPr>
        <w:t>39:00  woh in awareness ki aakhri had par thay, woh bekhabari ki aakhri had par thay. sab log jante hain, sari dunya ke ek insan ne waqea kiya tha new zealand mein, ek hi insan ne.</w:t>
      </w:r>
      <w:r>
        <w:br/>
      </w:r>
      <w:r>
        <w:rPr>
          <w:sz w:val="20"/>
        </w:rPr>
        <w:t>39:16  lekin is se jo is ke baad jo hua, woh ke new zealand ki poori poori qaum positive uth gayi, hatta ke prime minister khud isa, aap log jante hain.</w:t>
      </w:r>
      <w:r>
        <w:br/>
      </w:r>
      <w:r>
        <w:rPr>
          <w:sz w:val="20"/>
        </w:rPr>
        <w:t>39:31  to yeh is waqey ka baray mein sirf yahi kahunga ke woh insan jis ne, woh log jis ne aisa kiya hai, yeh ek insan yeh hai ke woh bekhabari ki aakhri had par thay aur Allah taala ka kabhi qabool nahi kiye jayenge.</w:t>
      </w:r>
      <w:r>
        <w:br/>
      </w:r>
      <w:r>
        <w:rPr>
          <w:sz w:val="20"/>
        </w:rPr>
        <w:t>39:47  woh aisa nahi ke woh Allah taala ka shaheed shumar honge. is se bari bhool nahi ho sakti.</w:t>
      </w:r>
      <w:r>
        <w:br/>
      </w:r>
      <w:r>
        <w:rPr>
          <w:sz w:val="20"/>
        </w:rPr>
        <w:t>39:56  aisi ahem kar harkat par aadmi shaheed ka darja paye. is ka shahadat se koi talluq nahi, islam se koi talluq nahi, jihad se koi talluq nahi.</w:t>
      </w:r>
      <w:r>
        <w:br/>
      </w:r>
      <w:r>
        <w:rPr>
          <w:sz w:val="20"/>
        </w:rPr>
        <w:t>40:08  yeh to bekhabari ki woh aakhri had hai jis ke baad woh aa jata hai mad</w:t>
      </w:r>
      <w:r>
        <w:br/>
      </w:r>
      <w:r>
        <w:rPr>
          <w:sz w:val="20"/>
        </w:rPr>
        <w:t>40:19  ness and doubles awareness ki woh had jis ka aakhri yeh ho jata hai mad and doubles.</w:t>
      </w:r>
    </w:p>
    <w:p>
      <w:pPr>
        <w:pStyle w:val="Heading2"/>
      </w:pPr>
      <w:r>
        <w:t>Response to hadith condemning nationalism</w:t>
      </w:r>
    </w:p>
    <w:p>
      <w:r>
        <w:rPr>
          <w:color w:val="666666"/>
          <w:sz w:val="18"/>
        </w:rPr>
        <w:t>Society &amp; Dawah · Importance of Peace August 17, 2014 · 2m 59s · at 51:03 · https://youtu.be/ifxSwh2Jckw?t=3063</w:t>
      </w:r>
    </w:p>
    <w:p>
      <w:r>
        <w:rPr>
          <w:i/>
        </w:rPr>
        <w:t>“On the occasion of Independence Day, one of my Muslim friends quoted some hadith condemning nationalism for Muslims. What should be my answer for him?”</w:t>
      </w:r>
    </w:p>
    <w:p>
      <w:r>
        <w:rPr>
          <w:sz w:val="20"/>
        </w:rPr>
        <w:t>51:03  nahi to meri jo kitab chhapi hai, woh isi mauzu par hai, izhar-e-deen. is ko aap parh kar is se aap jaan sakte hain. maulana, agla sawal ajmer se hai.</w:t>
      </w:r>
      <w:r>
        <w:br/>
      </w:r>
      <w:r>
        <w:rPr>
          <w:sz w:val="20"/>
        </w:rPr>
        <w:t>51:13  doctor safina tabassum ne kiya hai aur unhon ne likha hai: maulana sahib on the occasion of Independence Day, one of my Muslim friends quoted some hadith condemning nationalism for Muslims.</w:t>
      </w:r>
      <w:r>
        <w:br/>
      </w:r>
      <w:r>
        <w:rPr>
          <w:sz w:val="20"/>
        </w:rPr>
        <w:t>51:30  What should be my answer for him? Ple</w:t>
      </w:r>
      <w:r>
        <w:br/>
      </w:r>
      <w:r>
        <w:rPr>
          <w:sz w:val="20"/>
        </w:rPr>
        <w:t>51:33  ase guide me. to woh hadith to ab mujhe pata nahi kaun si hadith unhon ne ki. lekin jahan tak main samajhta hoon, naye sunniz jo hai, woh aain-e-islami tareeqa hai.</w:t>
      </w:r>
      <w:r>
        <w:br/>
      </w:r>
      <w:r>
        <w:rPr>
          <w:sz w:val="20"/>
        </w:rPr>
        <w:t>51:47  naye sunniz koi kufr nahi hai.</w:t>
      </w:r>
      <w:r>
        <w:br/>
      </w:r>
      <w:r>
        <w:rPr>
          <w:sz w:val="20"/>
        </w:rPr>
        <w:t>51:52  har cheez ko log ghair islami bana lete hain ke democracy islam ke khilaf hai. aur naye sunniz islam ke khilaf hai. aur modern concept hai, wataniyat ka, woh islam ke khilaf.</w:t>
      </w:r>
      <w:r>
        <w:br/>
      </w:r>
      <w:r>
        <w:rPr>
          <w:sz w:val="20"/>
        </w:rPr>
        <w:t>52:06  yeh to bilkul galat baatein hain. is ka islam se koi talluq nahi hai. logon ne khud hi khud bana rakha hai. islam dekhiye, sirf do cheez ka naam hai.</w:t>
      </w:r>
      <w:r>
        <w:br/>
      </w:r>
      <w:r>
        <w:rPr>
          <w:sz w:val="20"/>
        </w:rPr>
        <w:t>52:21  Allah ko aik manna aur insano ki khair khwahi. Sare insano ki khair khwah ban jaiye. Aur aik Allah ko apna rab banaiye.</w:t>
      </w:r>
      <w:r>
        <w:br/>
      </w:r>
      <w:r>
        <w:rPr>
          <w:sz w:val="20"/>
        </w:rPr>
        <w:t>52:33  Yeh do cheezen basic hain Islam mein. Bas. Baqi yeh musalmano ne ghalat taur par har cheez ko yeh Islam ke khilaf ho, Islam ke khilaf ho, Islam ke khilaf ho, yeh bana rakha hai.</w:t>
      </w:r>
      <w:r>
        <w:br/>
      </w:r>
      <w:r>
        <w:rPr>
          <w:sz w:val="20"/>
        </w:rPr>
        <w:t>52:45  Yeh bilkul ghalat baatein hain.</w:t>
      </w:r>
      <w:r>
        <w:br/>
      </w:r>
      <w:r>
        <w:rPr>
          <w:sz w:val="20"/>
        </w:rPr>
        <w:t>52:50  Is par bhi bohat likh chuka hoon mein apni kitabon mein. Kafi is mein likha hai. Maslan aap meri kitab "Deen Kamil" parhiye. Is mein is par guftagu ki gayi hai.</w:t>
      </w:r>
      <w:r>
        <w:br/>
      </w:r>
      <w:r>
        <w:rPr>
          <w:sz w:val="20"/>
        </w:rPr>
        <w:t>53:04  Fuqaha ke haan aik usool hai jis ko kehte hain "Taysir al-Fatwa" aur "Ta'seer al-Fatwa". Yani</w:t>
      </w:r>
      <w:r>
        <w:br/>
      </w:r>
      <w:r>
        <w:rPr>
          <w:sz w:val="20"/>
        </w:rPr>
        <w:t>53:15  Fatwa de kar mamle ko mushkil banana. Aik hai fatwa de kar mamle ko aasan banana. To is zamani ke ulama ne sirf aik hi baat jani hai, woh "Ta'seer al-Fatwa".</w:t>
      </w:r>
      <w:r>
        <w:br/>
      </w:r>
      <w:r>
        <w:rPr>
          <w:sz w:val="20"/>
        </w:rPr>
        <w:t>53:26  Aise fatwe do ke sab zindagi mushkil hoti chali jaye. "Taysir al-Fatwa" par kisi aalim amal nahi karta. Karega to choti choti baaton mein, choti choti baaton mein.</w:t>
      </w:r>
      <w:r>
        <w:br/>
      </w:r>
      <w:r>
        <w:rPr>
          <w:sz w:val="20"/>
        </w:rPr>
        <w:t>53:40  Jo badi badi baatein hain, is mein har aadmi mein "Ta'seer al-Fatwa" ka usool pakde hue hai.</w:t>
      </w:r>
      <w:r>
        <w:br/>
      </w:r>
      <w:r>
        <w:rPr>
          <w:sz w:val="20"/>
        </w:rPr>
        <w:t>53:49  Choti baaton mein "Taysir al-Fatwa" aur badi baaton mein "Ta'seer al-Fatwa". Yeh sare ulama ka tareeqa hai. Ab kya karein, yeh hamein bhugtna padta hai is ko.</w:t>
      </w:r>
    </w:p>
    <w:p>
      <w:pPr>
        <w:pStyle w:val="Heading2"/>
      </w:pPr>
      <w:r>
        <w:t>Response to propaganda about Christianity work</w:t>
      </w:r>
    </w:p>
    <w:p>
      <w:r>
        <w:rPr>
          <w:color w:val="666666"/>
          <w:sz w:val="18"/>
        </w:rPr>
        <w:t>Society &amp; Dawah · God in the Age of Science January 08, 2017 · 2m 10s · at 1:00:52 · https://youtu.be/au1bRdQDZ0U?t=3652</w:t>
      </w:r>
    </w:p>
    <w:p>
      <w:r>
        <w:rPr>
          <w:i/>
        </w:rPr>
        <w:t>“Maulana, there is propaganda against you that you work for Christianity. What do you say about this?”</w:t>
      </w:r>
    </w:p>
    <w:p>
      <w:r>
        <w:rPr>
          <w:sz w:val="20"/>
        </w:rPr>
        <w:t>1:00:52  ga woh yeh mera formula hai ji Maulana agla sawal kashmir se bheja hai shaukat mir sahib ne</w:t>
      </w:r>
      <w:r>
        <w:br/>
      </w:r>
      <w:r>
        <w:rPr>
          <w:sz w:val="20"/>
        </w:rPr>
        <w:t>1:01:00  aur unhon ne likha hai Maulana sahib aap ke khilaf yeh propaganda hai ke aap christianity ke liye</w:t>
      </w:r>
      <w:r>
        <w:br/>
      </w:r>
      <w:r>
        <w:rPr>
          <w:sz w:val="20"/>
        </w:rPr>
        <w:t>1:01:07  kaam karte hain is ke bare mein aap kya kahenge.</w:t>
      </w:r>
      <w:r>
        <w:br/>
      </w:r>
      <w:r>
        <w:rPr>
          <w:sz w:val="20"/>
        </w:rPr>
        <w:t>1:01:15  batao koi event do suboot do jhoota to jhoot to lagate hain Allah ke par bhi laga diya</w:t>
      </w:r>
      <w:r>
        <w:br/>
      </w:r>
      <w:r>
        <w:rPr>
          <w:sz w:val="20"/>
        </w:rPr>
        <w:t>1:01:22  jhoot shaitan ne Allah par jhoot laga diya rab bima aghwathni shaitan ne kaha tha Allah taala se</w:t>
      </w:r>
      <w:r>
        <w:br/>
      </w:r>
      <w:r>
        <w:rPr>
          <w:sz w:val="20"/>
        </w:rPr>
        <w:t>1:01:30  direct rab bima aghwathni yeh jhoota ilzaam laga diya Allah par to jhoote ilzaam ki to koi had</w:t>
      </w:r>
      <w:r>
        <w:br/>
      </w:r>
      <w:r>
        <w:rPr>
          <w:sz w:val="20"/>
        </w:rPr>
        <w:t>1:01:38  nahi hai rasool Allah par laga diya jhoota ilzaam aya hazrat aisha par laga diya jhoota jhoota ilzaam</w:t>
      </w:r>
      <w:r>
        <w:br/>
      </w:r>
      <w:r>
        <w:rPr>
          <w:sz w:val="20"/>
        </w:rPr>
        <w:t>1:01:45  Allah par lagaya hazrat aisha par lagaya rasool Allah par lagaya to un se pucho un se puchein</w:t>
      </w:r>
      <w:r>
        <w:br/>
      </w:r>
      <w:r>
        <w:rPr>
          <w:sz w:val="20"/>
        </w:rPr>
        <w:t>1:01:53  ke kya tumhare paas daleel hai daleel batao koi daleel batao nahi to tum shaitan ke bhai ho</w:t>
      </w:r>
      <w:r>
        <w:br/>
      </w:r>
      <w:r>
        <w:rPr>
          <w:sz w:val="20"/>
        </w:rPr>
        <w:t>1:02:01  jo daleel ke baghair kisi pe ilzaam lagaye jaye woh to shaitan ka bhai hai mein itni sari</w:t>
      </w:r>
      <w:r>
        <w:br/>
      </w:r>
      <w:r>
        <w:rPr>
          <w:sz w:val="20"/>
        </w:rPr>
        <w:t>1:02:09  kitabein hain itne article hain itni speeches hain un ko padhiye aur is mein kuch mila to bataiye</w:t>
      </w:r>
      <w:r>
        <w:br/>
      </w:r>
      <w:r>
        <w:rPr>
          <w:sz w:val="20"/>
        </w:rPr>
        <w:t>1:02:16  yaad rakhiye mera sirf do cheezein hain mera concern quran aur hadith bas aur kuch nahi aur mein</w:t>
      </w:r>
      <w:r>
        <w:br/>
      </w:r>
      <w:r>
        <w:rPr>
          <w:sz w:val="20"/>
        </w:rPr>
        <w:t>1:02:24  kuch nahi jaanta quran aur hadith se mujhe aap galat sabit karein to kijiye nahi to Allah ke</w:t>
      </w:r>
      <w:r>
        <w:br/>
      </w:r>
      <w:r>
        <w:rPr>
          <w:sz w:val="20"/>
        </w:rPr>
        <w:t>1:02:32  aap jhoote qarar paayenge meri kisi bhi cheez ko aap judge kar sakte hain quran se aur</w:t>
      </w:r>
      <w:r>
        <w:br/>
      </w:r>
      <w:r>
        <w:rPr>
          <w:sz w:val="20"/>
        </w:rPr>
        <w:t>1:02:39  hadith se kisi aur se aap karenge to aap Allah ke haan jhoote qarar paayenge aur</w:t>
      </w:r>
      <w:r>
        <w:br/>
      </w:r>
      <w:r>
        <w:rPr>
          <w:sz w:val="20"/>
        </w:rPr>
        <w:t>1:02:47  jhoote logon ke liye yaad rakhiye jahannam hai saada baat nahi hai yeh meri kisi baat jo mera</w:t>
      </w:r>
      <w:r>
        <w:br/>
      </w:r>
      <w:r>
        <w:rPr>
          <w:sz w:val="20"/>
        </w:rPr>
        <w:t>1:02:55  mukhalif ho woh meri baat ko quran o hadith se galat sabit kare nahi karega aisa to</w:t>
      </w:r>
    </w:p>
    <w:p>
      <w:pPr>
        <w:pStyle w:val="Heading2"/>
      </w:pPr>
      <w:r>
        <w:t>Responsibility for peaceful conditions in dawah</w:t>
      </w:r>
    </w:p>
    <w:p>
      <w:r>
        <w:rPr>
          <w:color w:val="666666"/>
          <w:sz w:val="18"/>
        </w:rPr>
        <w:t>Society &amp; Dawah · Man and the Laws of Nature April 1, 2012 · 3m 29s · at 1:13:10 · https://youtu.be/coIrwYQgb6Y?t=4390</w:t>
      </w:r>
    </w:p>
    <w:p>
      <w:r>
        <w:rPr>
          <w:i/>
        </w:rPr>
        <w:t>“Is the responsibility of keeping the situation peaceful on the one being invited (mad'u) or on the one inviting (da'i)?”</w:t>
      </w:r>
    </w:p>
    <w:p>
      <w:r>
        <w:rPr>
          <w:sz w:val="20"/>
        </w:rPr>
        <w:t>1:13:10  maulana, agla sawal aaya hai bangalore se maulana inayatullah umri sahib ka. unhone aap se poocha hai ke halaat ko puraman rakhne ki zimmedari madu par hai ya daai par?</w:t>
      </w:r>
      <w:r>
        <w:br/>
      </w:r>
      <w:r>
        <w:rPr>
          <w:sz w:val="20"/>
        </w:rPr>
        <w:t>1:13:23  daai par, sirf daai par.</w:t>
      </w:r>
      <w:r>
        <w:br/>
      </w:r>
      <w:r>
        <w:rPr>
          <w:sz w:val="20"/>
        </w:rPr>
        <w:t>1:13:28  madu par jab dawe daalne ke maani hain, kabhi bhi halaat yani muaddal na hon, kyunke yeh to hamara interest hai is mein ke halaat achhe jab banenge, tabhi to hum dawat de sakenge.</w:t>
      </w:r>
      <w:r>
        <w:br/>
      </w:r>
      <w:r>
        <w:rPr>
          <w:sz w:val="20"/>
        </w:rPr>
        <w:t>1:13:45  madu ka kya? madu ka yeh concern nahi hai,</w:t>
      </w:r>
      <w:r>
        <w:br/>
      </w:r>
      <w:r>
        <w:rPr>
          <w:sz w:val="20"/>
        </w:rPr>
        <w:t>1:13:50  hamara concern hai ke halaat ko normalize karna taake dawat ka kaam jo hai, woh ho sake. is ki behtareen misaal jo hai, khud rasool Allah ki zindagi hai ke aap ne yak tarfa tor par yani adjust kiya taake normal se waqe reh</w:t>
      </w:r>
      <w:r>
        <w:br/>
      </w:r>
      <w:r>
        <w:rPr>
          <w:sz w:val="20"/>
        </w:rPr>
        <w:t>1:14:09  e. misaal ke tor par hudaybiya mein aap ne hudaybiya ka jo agreement tha, us mein aap ne jo other party thi, us ke conditions ko unilaterally maan liya hai, ek ek kar ke maan liya, kyunke is ke manne se peace aata tha.</w:t>
      </w:r>
      <w:r>
        <w:br/>
      </w:r>
      <w:r>
        <w:rPr>
          <w:sz w:val="20"/>
        </w:rPr>
        <w:t>1:14:26  to is mein koi shaq nahi ke madu par zimmedari daalna ke woh peace qaim kare, yeh bilkul in natural aur impossible baat hai.</w:t>
      </w:r>
      <w:r>
        <w:br/>
      </w:r>
      <w:r>
        <w:rPr>
          <w:sz w:val="20"/>
        </w:rPr>
        <w:t>1:14:37  daai ko zimmedari lena chahiye ke jo jo hukum ka jo makkah kaha karta hoon ke "I will do it" apne upar lena chahiye ke mujhe normal, mujhe halaat ko normalize karna hai, mujhe peace qaim karna hai taake dawat ka jo mission mera hai, woh saboot tor par chalta rahe.</w:t>
      </w:r>
      <w:r>
        <w:br/>
      </w:r>
      <w:r>
        <w:rPr>
          <w:sz w:val="20"/>
        </w:rPr>
        <w:t>1:14:59  to bilashuba halaat ko normalize karna daai ki zimmedari hai, madu ki zimmedari nahi hai.</w:t>
      </w:r>
      <w:r>
        <w:br/>
      </w:r>
      <w:r>
        <w:rPr>
          <w:sz w:val="20"/>
        </w:rPr>
        <w:t>1:15:06  misalan India mein dekhiye, musalman jo aaye din maang le khade hote hain, main is ko bilkul galat samajhta hoon, bahut zyada galat samajhta hoon.</w:t>
      </w:r>
      <w:r>
        <w:br/>
      </w:r>
      <w:r>
        <w:rPr>
          <w:sz w:val="20"/>
        </w:rPr>
        <w:t>1:15:16  maang le le ke uthte hain to kya hota hai? nafratein paida hoti hain, normal halaat baqi nahi rehte, aapas mein dushmani yan hoti hain, kahin kahin takrao ho jata hai, ladai hoti hai.</w:t>
      </w:r>
      <w:r>
        <w:br/>
      </w:r>
      <w:r>
        <w:rPr>
          <w:sz w:val="20"/>
        </w:rPr>
        <w:t>1:15:27  yeh sab mera dekh haram se kam nahi hai. musalmanon ko chahiye ke yak tarfa tor par apni shikayaton ko khatm kar dein, koi shikayat nahi</w:t>
      </w:r>
      <w:r>
        <w:br/>
      </w:r>
      <w:r>
        <w:rPr>
          <w:sz w:val="20"/>
        </w:rPr>
        <w:t>1:15:35  ۔ misaal ke tor par, agar un ko job nahi milta aur na job mile, na mile job, is ko le kar ke juloos nikalna, hungama karna, aur phir is ke baad bloodshed hona, yeh bilkul haram se kam nahi hai.</w:t>
      </w:r>
      <w:r>
        <w:br/>
      </w:r>
      <w:r>
        <w:rPr>
          <w:sz w:val="20"/>
        </w:rPr>
        <w:t>1:15:49  to koi bhi jo maang le kar musalman khade hote hain, is maang ki wajah se jo takrao hota hai, jo nafrat paida hoti hai, woh sab dawat ki shariyat mein haram hai.</w:t>
      </w:r>
      <w:r>
        <w:br/>
      </w:r>
      <w:r>
        <w:rPr>
          <w:sz w:val="20"/>
        </w:rPr>
        <w:t>1:16:00  musalmanon ko chahiye ke yak tarfa tor par unilaterally woh sab ko khatm kar dein taake peace qaim ho, aur peace jab qaim hoga to dua work ho sakega.</w:t>
      </w:r>
      <w:r>
        <w:br/>
      </w:r>
      <w:r>
        <w:rPr>
          <w:sz w:val="20"/>
        </w:rPr>
        <w:t>1:16:14  maulana, agla ek comment aaya hai doha se, ab maulana abdul basit umri sahib ka. unhone likha hai: "maulana, mujhe bahut khushi ho rahi hai ke al risala mission ko join kar ke sahi maano mein zindagi kya hai, us ko thrilling ki satah par jaan raha hoon.</w:t>
      </w:r>
      <w:r>
        <w:br/>
      </w:r>
      <w:r>
        <w:rPr>
          <w:sz w:val="20"/>
        </w:rPr>
        <w:t>1:16:33  maulana, aap ko kitni bhi duaen doon, kam hain. Allah hi aap ko is ka sahi badla dega.</w:t>
      </w:r>
    </w:p>
    <w:p>
      <w:pPr>
        <w:pStyle w:val="Heading2"/>
      </w:pPr>
      <w:r>
        <w:t>Responsibility of Muslims to spread Islam</w:t>
      </w:r>
    </w:p>
    <w:p>
      <w:r>
        <w:rPr>
          <w:color w:val="666666"/>
          <w:sz w:val="18"/>
        </w:rPr>
        <w:t>Society &amp; Dawah · Why Violence 17 Nov 2019 - Maulana Wahiduddin Khan · 2m 35s · at 37:55 · https://youtu.be/W8ybr-qO96c?t=2275</w:t>
      </w:r>
    </w:p>
    <w:p>
      <w:r>
        <w:rPr>
          <w:i/>
        </w:rPr>
        <w:t>“Please shed light on why Muslim masses are behind in dawah. Is it every Muslim's responsibility to understand Islam and convey it to the world?”</w:t>
      </w:r>
    </w:p>
    <w:p>
      <w:r>
        <w:rPr>
          <w:sz w:val="20"/>
        </w:rPr>
        <w:t>37:55  Maulana agla sawal lena chahenge yeh ah Delhi se bheja hai ah Sita Ram Pawar sahab ne jo class mein maujood hain</w:t>
      </w:r>
      <w:r>
        <w:br/>
      </w:r>
      <w:r>
        <w:rPr>
          <w:sz w:val="20"/>
        </w:rPr>
        <w:t>38:05  unhone likha hai Maulana sahab Muslim awam jo deen ki dawah mein peechay hain us par thora roshni daliye</w:t>
      </w:r>
      <w:r>
        <w:br/>
      </w:r>
      <w:r>
        <w:rPr>
          <w:sz w:val="20"/>
        </w:rPr>
        <w:t>38:14  kya yeh har Musalman ki zimmedari hai ke Islam ko samjhe aur use dunya mein phanchaaye is ke baray mein bataiye aap</w:t>
      </w:r>
      <w:r>
        <w:br/>
      </w:r>
      <w:r>
        <w:rPr>
          <w:sz w:val="20"/>
        </w:rPr>
        <w:t>38:27  yeh sirf Musalman ki baat nahi hai Islam ki baat nahi hai aap apne ko le ke sochiye jo insan kisi sachai ko discover kare sachai ko</w:t>
      </w:r>
      <w:r>
        <w:br/>
      </w:r>
      <w:r>
        <w:rPr>
          <w:sz w:val="20"/>
        </w:rPr>
        <w:t>38:46  misal ke taur par yeh sachai yeh daryaft kare yeh discover kare ke ab jo zamana khatam ho gaya hai jab koi maqsad hasil karne ke liye pathar marna parta tha goli chalani parti thi ab kuch nahi</w:t>
      </w:r>
      <w:r>
        <w:br/>
      </w:r>
      <w:r>
        <w:rPr>
          <w:sz w:val="20"/>
        </w:rPr>
        <w:t>39:03  communication ko istemal kijiye</w:t>
      </w:r>
      <w:r>
        <w:br/>
      </w:r>
      <w:r>
        <w:rPr>
          <w:sz w:val="20"/>
        </w:rPr>
        <w:t>39:08  peaceful negotiation ke zariye apni baton ko phanchaie to koi bhi acha amar acha maqsad jo apne samne rakhta ho</w:t>
      </w:r>
      <w:r>
        <w:br/>
      </w:r>
      <w:r>
        <w:rPr>
          <w:sz w:val="20"/>
        </w:rPr>
        <w:t>39:22  un sab ko yahi karna hai sirf Musalman ki baat nahi hai sirf Islam ki baat nahi hai agar aap koi bhi baat zindagi mein aap ne discover ki hai to us ko le ke uth jaiye</w:t>
      </w:r>
      <w:r>
        <w:br/>
      </w:r>
      <w:r>
        <w:rPr>
          <w:sz w:val="20"/>
        </w:rPr>
        <w:t>39:40  na aap ko pathar marna hai na kuch karna hai bas peaceful tareeqay se logon tak apni baat phanchaana hai bas jaisa hamare saathi Allah ke fazal se har jagah kar rahe hain</w:t>
      </w:r>
      <w:r>
        <w:br/>
      </w:r>
      <w:r>
        <w:rPr>
          <w:sz w:val="20"/>
        </w:rPr>
        <w:t>40:01  Muhammad Irfan Rashidi sahab ne Nagpur se comment bheja hai unhone likha hai Muslim should rethink and adopt the ideology of peace</w:t>
      </w:r>
      <w:r>
        <w:br/>
      </w:r>
      <w:r>
        <w:rPr>
          <w:sz w:val="20"/>
        </w:rPr>
        <w:t>40:10  . This is the need of the art." jazak allah maulana sahib.</w:t>
      </w:r>
      <w:r>
        <w:br/>
      </w:r>
      <w:r>
        <w:rPr>
          <w:sz w:val="20"/>
        </w:rPr>
        <w:t>40:17  muhammad ammar sahib ne dili se comment bheja hai. unhon ne likha hai: "maulana, it is because of your rethinking only that the entire CPS is working in a hundred percent peaceful way.</w:t>
      </w:r>
    </w:p>
    <w:p>
      <w:pPr>
        <w:pStyle w:val="Heading2"/>
      </w:pPr>
      <w:r>
        <w:t>Revival of caliphate versus revival of Ummah</w:t>
      </w:r>
    </w:p>
    <w:p>
      <w:r>
        <w:rPr>
          <w:color w:val="666666"/>
          <w:sz w:val="18"/>
        </w:rPr>
        <w:t>Society &amp; Dawah · The Problem of Intellectual Stagnation May 13, 2012 · 3m 04s · at 58:57 · https://youtu.be/Qi5BZlv-Vog?t=3537</w:t>
      </w:r>
    </w:p>
    <w:p>
      <w:r>
        <w:rPr>
          <w:i/>
        </w:rPr>
        <w:t>“Maulana, why is there a clamour for revival of the caliphate instead of revival of the Ummah? This is a bid'ah, not a sunnah.”</w:t>
      </w:r>
    </w:p>
    <w:p>
      <w:r>
        <w:rPr>
          <w:sz w:val="20"/>
        </w:rPr>
        <w:t>58:57  maulana, yeh sawal aaya hai bangalore se Maulana Farhat Ahmad Salafi sahib ka. unhon ne aap se poocha hai ke Maulana ahya-e-ummat ki bajaye ahya-e-khilafat ki dhoom kyun hai?</w:t>
      </w:r>
      <w:r>
        <w:br/>
      </w:r>
      <w:r>
        <w:rPr>
          <w:sz w:val="20"/>
        </w:rPr>
        <w:t>59:12  yeh mere aziz aik bid'at hai, na ke sunnat.</w:t>
      </w:r>
      <w:r>
        <w:br/>
      </w:r>
      <w:r>
        <w:rPr>
          <w:sz w:val="20"/>
        </w:rPr>
        <w:t>59:24  yeh is ko main sunnat nahi</w:t>
      </w:r>
      <w:r>
        <w:br/>
      </w:r>
      <w:r>
        <w:rPr>
          <w:sz w:val="20"/>
        </w:rPr>
        <w:t>59:26  manunga. asal mein hua yeh ke baad ke zamaney mein jab musalmanon ka aik bara saltanat ban gayi, us zamaney mein yeh fiqh develop hua ke islam ke liye zaroori hai ke is ka political power ho.</w:t>
      </w:r>
      <w:r>
        <w:br/>
      </w:r>
      <w:r>
        <w:rPr>
          <w:sz w:val="20"/>
        </w:rPr>
        <w:t>59:45  to is ke liye unhon ne khilafat Allah mein istemal kiya.</w:t>
      </w:r>
      <w:r>
        <w:br/>
      </w:r>
      <w:r>
        <w:rPr>
          <w:sz w:val="20"/>
        </w:rPr>
        <w:t>59:52  warna jo hadith mein jo alfaaz hain, woh tajdeed aur ahya ke alfaaz hain, yani deen ki tajdeed. deen ki tajdeed yeh hai ke jab jamood aa jaye to jamood ko todna,</w:t>
      </w:r>
      <w:r>
        <w:br/>
      </w:r>
      <w:r>
        <w:rPr>
          <w:sz w:val="20"/>
        </w:rPr>
        <w:t>1:00:07  jab zawaal aa jaye to phir dobara un mein harkat paida karna, jab</w:t>
      </w:r>
      <w:r>
        <w:br/>
      </w:r>
      <w:r>
        <w:rPr>
          <w:sz w:val="20"/>
        </w:rPr>
        <w:t>1:00:15  spirit khatm ho jaye, phir form reh jaye to phir se spirit ko le aana. yeh yeh hai ehya aur tajdeed ka kaam. baqi yeh ke hukoomat qaim karna, yeh bilkul hi aik mubtadaana tasawwur hai.</w:t>
      </w:r>
      <w:r>
        <w:br/>
      </w:r>
      <w:r>
        <w:rPr>
          <w:sz w:val="20"/>
        </w:rPr>
        <w:t>1:00:30  kyunke main logon se poochta hoon ke mujhe batao ke kahan Quran ya Hadees mein hai yeh hukum ke "aqim dawlat al-Islam" yeh kahan likha hua hai?</w:t>
      </w:r>
      <w:r>
        <w:br/>
      </w:r>
      <w:r>
        <w:rPr>
          <w:sz w:val="20"/>
        </w:rPr>
        <w:t>1:00:39  hukoomat Islami qaim karo, yeh kahan likha hua hai?</w:t>
      </w:r>
      <w:r>
        <w:br/>
      </w:r>
      <w:r>
        <w:rPr>
          <w:sz w:val="20"/>
        </w:rPr>
        <w:t>1:00:43  to yeh khud saakhta hai aur yeh yeh fiqh develop hua hai Abbasi daur mein aur phir woh chalta raha, chalta raha, chalta raha. Abbasi daur aap jante hain ke qurun mashhood lah bil khair ke baad ka daur hai.</w:t>
      </w:r>
      <w:r>
        <w:br/>
      </w:r>
      <w:r>
        <w:rPr>
          <w:sz w:val="20"/>
        </w:rPr>
        <w:t>1:00:59  Islam mein dekhiye, qurun qurun thalatha ko miyar mana gaya hai. teen daur yaani ahad risalat, ahad Sahaba, ahad Tabeen, yeh teen daur miyari daur hain.</w:t>
      </w:r>
      <w:r>
        <w:br/>
      </w:r>
      <w:r>
        <w:rPr>
          <w:sz w:val="20"/>
        </w:rPr>
        <w:t>1:01:11  is ke baad jo hai, woh miyari daur nahi hai. to koi bhi aisi cheez jo qurun thalatha ke baad paida hui ho, woh bilashuba qabil e tanqeed hai, qabil e tajziya hai.</w:t>
      </w:r>
      <w:r>
        <w:br/>
      </w:r>
      <w:r>
        <w:rPr>
          <w:sz w:val="20"/>
        </w:rPr>
        <w:t>1:01:24  is ko hum as it is as it is nahi le sakte.</w:t>
      </w:r>
      <w:r>
        <w:br/>
      </w:r>
      <w:r>
        <w:rPr>
          <w:sz w:val="20"/>
        </w:rPr>
        <w:t>1:01:28  isi mein se yeh tasawwur bhi hai, siyasi iqtidaar qaim karne ka tasawwur hai jis ko khilafat yaani is ko Islamize kar ke is ko khilafat ka naam dijiye ga.</w:t>
      </w:r>
      <w:r>
        <w:br/>
      </w:r>
      <w:r>
        <w:rPr>
          <w:sz w:val="20"/>
        </w:rPr>
        <w:t>1:01:43  jo khulafa thay, charon khulafa, woh bhi Ameer ul Momineen kehelate thay.</w:t>
      </w:r>
      <w:r>
        <w:br/>
      </w:r>
      <w:r>
        <w:rPr>
          <w:sz w:val="20"/>
        </w:rPr>
        <w:t>1:01:52  yeh khilafat ka lafz to baad ko raaij hua hai, woh woh Ameer ul Momineen kehelate thay.</w:t>
      </w:r>
    </w:p>
    <w:p>
      <w:pPr>
        <w:pStyle w:val="Heading2"/>
      </w:pPr>
      <w:r>
        <w:t>Role of Dai in preparing minds of Madu</w:t>
      </w:r>
    </w:p>
    <w:p>
      <w:r>
        <w:rPr>
          <w:color w:val="666666"/>
          <w:sz w:val="18"/>
        </w:rPr>
        <w:t>Society &amp; Dawah · Importance of Creative Thinking December 11, 2011 · 2m 24s · at 1:37:10 · https://youtu.be/jfML9Arb0S4?t=5830</w:t>
      </w:r>
    </w:p>
    <w:p>
      <w:r>
        <w:rPr>
          <w:i/>
        </w:rPr>
        <w:t>“It is often mentioned that a prepared mind is needed to grasp the message. Please advise if the Dai has any role in preparing minds of the Madu. If yes, how is it done?”</w:t>
      </w:r>
    </w:p>
    <w:p>
      <w:r>
        <w:rPr>
          <w:sz w:val="20"/>
        </w:rPr>
        <w:t>1:37:10  Maulana, agla sawal aaya hai Mr Idrees ka Raipur se. unhon ne likha hai: "Maulana sahib, it is often mentioned that prepared mind is needed to grasp the message.</w:t>
      </w:r>
      <w:r>
        <w:br/>
      </w:r>
      <w:r>
        <w:rPr>
          <w:sz w:val="20"/>
        </w:rPr>
        <w:t>1:37:24  please advise if there is any role in preparing minds of the mad'u. if yes, how it is done?"</w:t>
      </w:r>
      <w:r>
        <w:br/>
      </w:r>
      <w:r>
        <w:rPr>
          <w:sz w:val="20"/>
        </w:rPr>
        <w:t>1:37:35  dekhen, sab se zyada zaroori hai mad'u ke bare mein bill wisher banna, react na karna.</w:t>
      </w:r>
      <w:r>
        <w:br/>
      </w:r>
      <w:r>
        <w:rPr>
          <w:sz w:val="20"/>
        </w:rPr>
        <w:t>1:37:46  dekhen, mad'u jo hai woh bhi insan hai, us ke andar bhi nature hai, wahi divine nature jo aap ke andar hai. aisa nahi ke woh kuch aur hai.</w:t>
      </w:r>
      <w:r>
        <w:br/>
      </w:r>
      <w:r>
        <w:rPr>
          <w:sz w:val="20"/>
        </w:rPr>
        <w:t>1:37:57  to jab aap react karte hain to kya hota hai? us ki nature jo hai jaag nahi paati, nahi jaagti, nahi, balkeh woh soyi padi rehti hai.</w:t>
      </w:r>
      <w:r>
        <w:br/>
      </w:r>
      <w:r>
        <w:rPr>
          <w:sz w:val="20"/>
        </w:rPr>
        <w:t>1:38:09  lekin agar aap is ka khair khwahi karen, mohabbat ka amal karen, patience ke sath us se baat karen aur provoke na hon to us ka nature jaagta hai.</w:t>
      </w:r>
      <w:r>
        <w:br/>
      </w:r>
      <w:r>
        <w:rPr>
          <w:sz w:val="20"/>
        </w:rPr>
        <w:t>1:38:20  aap preparation kisi limited se mat lijie.</w:t>
      </w:r>
      <w:r>
        <w:br/>
      </w:r>
      <w:r>
        <w:rPr>
          <w:sz w:val="20"/>
        </w:rPr>
        <w:t>1:38:25  yeh bhi preparation hai ke aap is ka taleeq faqal ka mamla karen, patience ka mamla karen. yeh bhi preparation hi hai kyunke is ki nature jagti hai.</w:t>
      </w:r>
      <w:r>
        <w:br/>
      </w:r>
      <w:r>
        <w:rPr>
          <w:sz w:val="20"/>
        </w:rPr>
        <w:t>1:38:35  is ka nature jo hai, aap is tareeqe se koshish karen ke is ka is ka mind address ho. aap is ko parhiye. sab se pehle aap is mudo ko parhiye ke mudo ki soch kya hai,</w:t>
      </w:r>
      <w:r>
        <w:br/>
      </w:r>
      <w:r>
        <w:rPr>
          <w:sz w:val="20"/>
        </w:rPr>
        <w:t>1:38:49  is ka apna mind kya hai,</w:t>
      </w:r>
      <w:r>
        <w:br/>
      </w:r>
      <w:r>
        <w:rPr>
          <w:sz w:val="20"/>
        </w:rPr>
        <w:t>1:38:52  is ka kis kis cheez ko value dena, na value na dena, kis kis tareeqe se hota hai. aur phir aap is tarah baat kijiye ke is ka mind address ho.</w:t>
      </w:r>
      <w:r>
        <w:br/>
      </w:r>
      <w:r>
        <w:rPr>
          <w:sz w:val="20"/>
        </w:rPr>
        <w:t>1:39:04  to mudo ko prepare karne ka mehdood maene mein na lijie, limited se mat lijie. main samajhta hoon sab se bara jo hathiyar hai dai ke paas woh hai mohabbat, khair khwahi.</w:t>
      </w:r>
      <w:r>
        <w:br/>
      </w:r>
      <w:r>
        <w:rPr>
          <w:sz w:val="20"/>
        </w:rPr>
        <w:t>1:39:22  yani ek lafz mein kahoon ke mudo friendly behaviour, yeh sab se bara hathiyar hai. mudo friendly behaviour.</w:t>
      </w:r>
    </w:p>
    <w:p>
      <w:pPr>
        <w:pStyle w:val="Heading2"/>
      </w:pPr>
      <w:r>
        <w:t>Sachar Committee and reservations for Muslims</w:t>
      </w:r>
    </w:p>
    <w:p>
      <w:r>
        <w:rPr>
          <w:color w:val="666666"/>
          <w:sz w:val="18"/>
        </w:rPr>
        <w:t>Society &amp; Dawah · Islam in Daily Life May 26, 2013 · 2m 46s · at 55:19 · https://youtu.be/iNyWPrbyyhA?t=3319</w:t>
      </w:r>
    </w:p>
    <w:p>
      <w:r>
        <w:rPr>
          <w:i/>
        </w:rPr>
        <w:t>“Should Indian Muslims accept the recommendations of the Sachar Committee? Is it correct according to Quran and Hadith? Is it permissible for Muslims to take reservations from the government?”</w:t>
      </w:r>
    </w:p>
    <w:p>
      <w:r>
        <w:rPr>
          <w:sz w:val="20"/>
        </w:rPr>
        <w:t>55:19  Maulana agla sawal Dilli se hai, Muhammad Shah Shahabaz Alam Sahab ka</w:t>
      </w:r>
      <w:r>
        <w:br/>
      </w:r>
      <w:r>
        <w:rPr>
          <w:sz w:val="20"/>
        </w:rPr>
        <w:t>55:25  . Unhon ne likha hai: "Kya Bharatiya Musalmanon ko kendra sarkar dwara gathit Sachar Committee dwara di gayi recommendation unko maan lena chahiye?</w:t>
      </w:r>
      <w:r>
        <w:br/>
      </w:r>
      <w:r>
        <w:rPr>
          <w:sz w:val="20"/>
        </w:rPr>
        <w:t>55:37  Kya yeh Quran aur Hadees ki roshni mein sahi hai? Aur kya sarkar se aarakshan lena Musalmanon ke liye jaayaz hai? Is ke bare mein bataein." Dekhein yeh sab sawalat hamare sawalat nahi hain.</w:t>
      </w:r>
      <w:r>
        <w:br/>
      </w:r>
      <w:r>
        <w:rPr>
          <w:sz w:val="20"/>
        </w:rPr>
        <w:t>55:50  Yeh aap jaanein, hum toh in sab baaton ko sochte bhi nahi.</w:t>
      </w:r>
      <w:r>
        <w:br/>
      </w:r>
      <w:r>
        <w:rPr>
          <w:sz w:val="20"/>
        </w:rPr>
        <w:t>55:56  Hum toh Quran Majeed ki woh aayatein ko le kar sochte hain jis mein likha hua hai ke koi bhi doosra aadmi tumhara mustaqbil nahi bana sakta.</w:t>
      </w:r>
      <w:r>
        <w:br/>
      </w:r>
      <w:r>
        <w:rPr>
          <w:sz w:val="20"/>
        </w:rPr>
        <w:t>56:06  Tum khud apna mustaqbil banaoge, banega nahi toh nahi ban sakta.</w:t>
      </w:r>
      <w:r>
        <w:br/>
      </w:r>
      <w:r>
        <w:rPr>
          <w:sz w:val="20"/>
        </w:rPr>
        <w:t>56:10  Jo log samajhte hain ke reservation aur Sachar Committee se aap ka future banega, toh main samajhta hoon ke woh, yaani woh Khuda se inkar toh main nahi kahunga, lekin Khuda ko neglect karne ke barabar hai.</w:t>
      </w:r>
      <w:r>
        <w:br/>
      </w:r>
      <w:r>
        <w:rPr>
          <w:sz w:val="20"/>
        </w:rPr>
        <w:t>56:26  Kyun ke Quran mein saaf saaf hai ke wahi hoga jo jo tum jo tum mehnat karoge, jitna tum mehnat karoge utna paoge. "Laysa lil insaani illaa maa sagha" .</w:t>
      </w:r>
      <w:r>
        <w:br/>
      </w:r>
      <w:r>
        <w:rPr>
          <w:sz w:val="20"/>
        </w:rPr>
        <w:t>56:35  Toh aap kyun dekhte hain Sachar Committee</w:t>
      </w:r>
      <w:r>
        <w:br/>
      </w:r>
      <w:r>
        <w:rPr>
          <w:sz w:val="20"/>
        </w:rPr>
        <w:t>56:37  ko? Aap kyun mutalba karte hain reservation ka? Apne upar bharosa kijiye. Yeh thinking hi mere nazdeek bilkul jahiliyat ki thinking hai aur Islam ke khilaaf thinking hai ke aap kisi aur par bharosa karein.</w:t>
      </w:r>
      <w:r>
        <w:br/>
      </w:r>
      <w:r>
        <w:rPr>
          <w:sz w:val="20"/>
        </w:rPr>
        <w:t>56:53  Apne upar bharosa kijiye. Apne apne apne aap aap par bharosa kijiye.</w:t>
      </w:r>
      <w:r>
        <w:br/>
      </w:r>
      <w:r>
        <w:rPr>
          <w:sz w:val="20"/>
        </w:rPr>
        <w:t>56:58  Aap ko Allah Ta'ala ne haath paon diya hai, dimaag diya hai, salahiyat di hai, is ko unfold kijiye. Aur itni misalein hain ke baghair reservation ke aur Sachar Committee ka jab koi naam bhi nahi jaanta tha, tab Dr. Abdul Kalam jaisa insaan bana.</w:t>
      </w:r>
      <w:r>
        <w:br/>
      </w:r>
      <w:r>
        <w:rPr>
          <w:sz w:val="20"/>
        </w:rPr>
        <w:t>57:15  Dr. Abdul Kalam paida hue ek ghareeb family mein, school ki fees nahi de sakta tha, un ke maa baap nahi de sakte the. Lekin wahi insaan jo hai President of India bana.</w:t>
      </w:r>
      <w:r>
        <w:br/>
      </w:r>
      <w:r>
        <w:rPr>
          <w:sz w:val="20"/>
        </w:rPr>
        <w:t>57:25  Toh kahin Sachar ke bete hain, woh kaisa reservation?</w:t>
      </w:r>
      <w:r>
        <w:br/>
      </w:r>
      <w:r>
        <w:rPr>
          <w:sz w:val="20"/>
        </w:rPr>
        <w:t>57:29  Logon ko kehte hain in ko motivate kijiye, logon ke muharrik jagaiye. Yeh asal kaam hai. Main toh samajhta hoon ke woh log dushman hain Musalmanon ke jo Sachar Committee ki baatein karte hain aur reservation ki baatein karte hain.</w:t>
      </w:r>
      <w:r>
        <w:br/>
      </w:r>
      <w:r>
        <w:rPr>
          <w:sz w:val="20"/>
        </w:rPr>
        <w:t>57:44  Musalmanon ka dost woh hai jo Musalmanon ke yeh bataye ke apni Khuda ki di hui salahiyaton ko unfold karo. Khuda ne jo di hai jo tumhare andar salahiyat, us ko</w:t>
      </w:r>
      <w:r>
        <w:br/>
      </w:r>
      <w:r>
        <w:rPr>
          <w:sz w:val="20"/>
        </w:rPr>
        <w:t>57:57  unfold karo. Woh toh Islam Musalmanon ka dost hai. Jo in cheezon ko dalta hai Musalmanon ke dimaaghon mein, main us ko Musalmanon ka dushman samajhta hoon.</w:t>
      </w:r>
    </w:p>
    <w:p>
      <w:pPr>
        <w:pStyle w:val="Heading2"/>
      </w:pPr>
      <w:r>
        <w:t>Saddened by Delhi's consumer culture</w:t>
      </w:r>
    </w:p>
    <w:p>
      <w:r>
        <w:rPr>
          <w:color w:val="666666"/>
          <w:sz w:val="18"/>
        </w:rPr>
        <w:t>Society &amp; Dawah · 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Scholar's contradictory actions: peace lecture vs long march</w:t>
      </w:r>
    </w:p>
    <w:p>
      <w:r>
        <w:rPr>
          <w:color w:val="666666"/>
          <w:sz w:val="18"/>
        </w:rPr>
        <w:t>Society &amp; Dawah · Present Day Muslims Jan 13, 2013 · 2m 55s · at 1:06:18 · https://youtu.be/CVcbWVYitog?t=3978</w:t>
      </w:r>
    </w:p>
    <w:p>
      <w:r>
        <w:rPr>
          <w:i/>
        </w:rPr>
        <w:t>“A Pakistan Muslim scholar has recently delivered a lecture in India on spirituality and peace during his visit. Now the same scholar is leading the long march in Pakistan, resulting in the confrontation with the prevailing system of the country.”</w:t>
      </w:r>
    </w:p>
    <w:p>
      <w:r>
        <w:rPr>
          <w:sz w:val="20"/>
        </w:rPr>
        <w:t>1:06:18  Maulana, agla sawal aaya hai Muhammad Saleem Mir sahib ka. unhon ne apni Location nahi likhi hai.</w:t>
      </w:r>
      <w:r>
        <w:br/>
      </w:r>
      <w:r>
        <w:rPr>
          <w:sz w:val="20"/>
        </w:rPr>
        <w:t>1:06:25  un ka sawal yeh hai "A Pakistan Muslim scholar has recently delivered a lecture in India on spirituality and peace during his visit.</w:t>
      </w:r>
      <w:r>
        <w:br/>
      </w:r>
      <w:r>
        <w:rPr>
          <w:sz w:val="20"/>
        </w:rPr>
        <w:t>1:06:37  Now the same scholar is leading the long march in Pakistan, resulting in the confrontation with the prevailing system of the country.</w:t>
      </w:r>
      <w:r>
        <w:br/>
      </w:r>
      <w:r>
        <w:rPr>
          <w:sz w:val="20"/>
        </w:rPr>
        <w:t>1:06:47  Isn't this a good sign for the countrymen which are already involved in un-Islamic terrorism?</w:t>
      </w:r>
      <w:r>
        <w:br/>
      </w:r>
      <w:r>
        <w:rPr>
          <w:sz w:val="20"/>
        </w:rPr>
        <w:t>1:06:54  What is your comment on this?" abhi to saare log jee rahe hain is mein Contradiction mein, Confusion mein. wahi tehqeeq kiya unhon ne to woh ek mauqa tha to yeh bol diya, doosre mauqe par bol diya hoga.</w:t>
      </w:r>
      <w:r>
        <w:br/>
      </w:r>
      <w:r>
        <w:rPr>
          <w:sz w:val="20"/>
        </w:rPr>
        <w:t>1:07:08  mein ek qissa aap ko sunata hoon, bohat hi Illustrative qissa ke Atal Bihari Vajpayee, aap jante hain ke woh BJP ke Leader hain.</w:t>
      </w:r>
      <w:r>
        <w:br/>
      </w:r>
      <w:r>
        <w:rPr>
          <w:sz w:val="20"/>
        </w:rPr>
        <w:t>1:07:22  to ek baar to aisa hua ke un ko musalmanon ke jalse mein bulaya gaya. shayad Seerat ka jalsa tha. to khoob achi taqreer ki unhon ne, bohat umda taqreer.</w:t>
      </w:r>
      <w:r>
        <w:br/>
      </w:r>
      <w:r>
        <w:rPr>
          <w:sz w:val="20"/>
        </w:rPr>
        <w:t>1:07:32  to taqreer ke baad kisi musalman ne poocha un se ke bhai aap to mashhoor hain ke aap Muslim dushman aadmi hain, aap ne bari achi taqreer ki.</w:t>
      </w:r>
      <w:r>
        <w:br/>
      </w:r>
      <w:r>
        <w:rPr>
          <w:sz w:val="20"/>
        </w:rPr>
        <w:t>1:07:42  to unhon ne kaha ke haan ji, speaker nahi bolta, stage bulwata hai.</w:t>
      </w:r>
      <w:r>
        <w:br/>
      </w:r>
      <w:r>
        <w:rPr>
          <w:sz w:val="20"/>
        </w:rPr>
        <w:t>1:07:50  yeh log aise hi hain, yeh Man of Stage hain, yeh log. jahan mauqa dekha, woh bol diya, jahan mauqa dekha, woh bol diya. woh Man of Stage hain, woh.</w:t>
      </w:r>
      <w:r>
        <w:br/>
      </w:r>
      <w:r>
        <w:rPr>
          <w:sz w:val="20"/>
        </w:rPr>
        <w:t>1:07:59  jahan in ko wah wah mile, jahan woh taaliyan bajein, woh isi boli bol dete hain woh. in ki koi Value nahi hai, na Spiritual Talk ki bhi value nahi hai, aur Political Talk ki bhi value nahi hai.</w:t>
      </w:r>
      <w:r>
        <w:br/>
      </w:r>
      <w:r>
        <w:rPr>
          <w:sz w:val="20"/>
        </w:rPr>
        <w:t>1:08:13  donon hi bilkul yani Baseless ch</w:t>
      </w:r>
      <w:r>
        <w:br/>
      </w:r>
      <w:r>
        <w:rPr>
          <w:sz w:val="20"/>
        </w:rPr>
        <w:t>1:08:18  zeen hain. mein in ko kya, mein in ko Spiritual Talk bhi koi ahmiyat nahi deta. kyunke mein janta hoon ke yeh yeh log jo hain, doosri jagah jayenge, doosri boli bol denge.</w:t>
      </w:r>
      <w:r>
        <w:br/>
      </w:r>
      <w:r>
        <w:rPr>
          <w:sz w:val="20"/>
        </w:rPr>
        <w:t>1:08:30  kya aisi aisi ahmiyat, aisi Talk ki ahmiyat kya hai ke dil mein nahi hai, aap zabaan se bol rahe hain.</w:t>
      </w:r>
      <w:r>
        <w:br/>
      </w:r>
      <w:r>
        <w:rPr>
          <w:sz w:val="20"/>
        </w:rPr>
        <w:t>1:08:39  to yeh log jee rahe hain na Spirituality mein, na Politics mein. woh jee rahe hain Stage Culture mein.</w:t>
      </w:r>
      <w:r>
        <w:br/>
      </w:r>
      <w:r>
        <w:rPr>
          <w:sz w:val="20"/>
        </w:rPr>
        <w:t>1:08:47  Stage Culture jo is zamane mein khaas taur par Stage Culture ka bohat bara Culture aa gaya hai, jo pehle nahi tha. to sab yeh yeh sab log Stage wale log hain, is mein ta'ajjub ki baat nahi hai.</w:t>
      </w:r>
      <w:r>
        <w:br/>
      </w:r>
      <w:r>
        <w:rPr>
          <w:sz w:val="20"/>
        </w:rPr>
        <w:t>1:09:01  aur kisi ek shakhs ka muamla nahi, sab ka muamla yahi hai. sab Stage Culture ke aadmi hain, woh usi ke mutabiq bolte hain.</w:t>
      </w:r>
    </w:p>
    <w:p>
      <w:pPr>
        <w:pStyle w:val="Heading2"/>
      </w:pPr>
      <w:r>
        <w:t>Scholars' Silence Leads to Public Violence</w:t>
      </w:r>
    </w:p>
    <w:p>
      <w:r>
        <w:rPr>
          <w:color w:val="666666"/>
          <w:sz w:val="18"/>
        </w:rPr>
        <w:t>Society &amp; Dawah · Divine Law of Success 14th October 2012 Slow · 2m 37s · at 1:14:18 · https://youtu.be/2zXfZhIf1jA?t=4458</w:t>
      </w:r>
    </w:p>
    <w:p>
      <w:r>
        <w:rPr>
          <w:i/>
        </w:rPr>
        <w:t>“A person said that when scholars do not give a scholarly response to misunderstandings and remain silent, then common people resort to fighting. What is your opinion on this?”</w:t>
      </w:r>
    </w:p>
    <w:p>
      <w:r>
        <w:rPr>
          <w:sz w:val="20"/>
        </w:rPr>
        <w:t>1:14:18  Maulana, agla sawal Tamil Nadu se hai, Maulana Iqbal Umri sahib ka.</w:t>
      </w:r>
      <w:r>
        <w:br/>
      </w:r>
      <w:r>
        <w:rPr>
          <w:sz w:val="20"/>
        </w:rPr>
        <w:t>1:14:24  unhone aap se poocha hai: Maulana, ek sahib ne kaha ke jab ulma galatfehmi ka ilmi</w:t>
      </w:r>
      <w:r>
        <w:br/>
      </w:r>
      <w:r>
        <w:rPr>
          <w:sz w:val="20"/>
        </w:rPr>
        <w:t>1:14:30  jawab nahi dete aur chup rehte hain, to awam hazraat ladai pe utar aate hain.</w:t>
      </w:r>
      <w:r>
        <w:br/>
      </w:r>
      <w:r>
        <w:rPr>
          <w:sz w:val="20"/>
        </w:rPr>
        <w:t>1:14:36  yeh awam ki galti hai, ulma ki nahi.</w:t>
      </w:r>
      <w:r>
        <w:br/>
      </w:r>
      <w:r>
        <w:rPr>
          <w:sz w:val="20"/>
        </w:rPr>
        <w:t>1:14:42  iske bare mein aap kya kahenge? Nahi, har giz nahi, ulma ki galti hai.</w:t>
      </w:r>
      <w:r>
        <w:br/>
      </w:r>
      <w:r>
        <w:rPr>
          <w:sz w:val="20"/>
        </w:rPr>
        <w:t>1:14:48  hadith mein aata hai ke agar ek aalim kisi baat ko jaane ki galat hai to us ko</w:t>
      </w:r>
      <w:r>
        <w:br/>
      </w:r>
      <w:r>
        <w:rPr>
          <w:sz w:val="20"/>
        </w:rPr>
        <w:t>1:14:54  bolna padega.</w:t>
      </w:r>
      <w:r>
        <w:br/>
      </w:r>
      <w:r>
        <w:rPr>
          <w:sz w:val="20"/>
        </w:rPr>
        <w:t>1:15:00  agar woh nahin bolta hai to woh us ko kaha gaya ke shaitan aakhras, goonga shaitan.</w:t>
      </w:r>
      <w:r>
        <w:br/>
      </w:r>
      <w:r>
        <w:rPr>
          <w:sz w:val="20"/>
        </w:rPr>
        <w:t>1:15:06  yani aise insaan ko jo galati ko jaane ki galati hai, phir bhi chup raha hai, bola nahin</w:t>
      </w:r>
      <w:r>
        <w:br/>
      </w:r>
      <w:r>
        <w:rPr>
          <w:sz w:val="20"/>
        </w:rPr>
        <w:t>1:15:12  to woh shaitan aakhras kaha gaya hadith mein.</w:t>
      </w:r>
      <w:r>
        <w:br/>
      </w:r>
      <w:r>
        <w:rPr>
          <w:sz w:val="20"/>
        </w:rPr>
        <w:t>1:15:18  yeh to bohat bari zimmedari hai ke jante hue aap is par is ke khilaf na bolen.</w:t>
      </w:r>
      <w:r>
        <w:br/>
      </w:r>
      <w:r>
        <w:rPr>
          <w:sz w:val="20"/>
        </w:rPr>
        <w:t>1:15:24  haan, bolne mein khair khwahi honi chahiye, daleel ki zuban mein honi chahiye, hikmat ke sath bolna chahiye.</w:t>
      </w:r>
      <w:r>
        <w:br/>
      </w:r>
      <w:r>
        <w:rPr>
          <w:sz w:val="20"/>
        </w:rPr>
        <w:t>1:15:30  woh theek hai apni galati, lekin na bola to yeh to shaitan aakhras apne ko sabit karna hai.</w:t>
      </w:r>
      <w:r>
        <w:br/>
      </w:r>
      <w:r>
        <w:rPr>
          <w:sz w:val="20"/>
        </w:rPr>
        <w:t>1:15:36  maulana, up se mister athar shamsi sahab ka sawal aaya hai.</w:t>
      </w:r>
      <w:r>
        <w:br/>
      </w:r>
      <w:r>
        <w:rPr>
          <w:sz w:val="20"/>
        </w:rPr>
        <w:t>1:15:42  انہوں نے آپ سے پوچھا ہے کہ how can we perform spirited salat? اس کے بارے میں بتائیں۔</w:t>
      </w:r>
      <w:r>
        <w:br/>
      </w:r>
      <w:r>
        <w:rPr>
          <w:sz w:val="20"/>
        </w:rPr>
        <w:t>1:15:49  hmm, kya spirited salat kis tarah ada ki jaye? is ke bare mein bataen.</w:t>
      </w:r>
      <w:r>
        <w:br/>
      </w:r>
      <w:r>
        <w:rPr>
          <w:sz w:val="20"/>
        </w:rPr>
        <w:t>1:15:55  main mard yahi samajhta hoon ke namaz mein jo padhaya jata hai, jo afaal kiye jate hain, us</w:t>
      </w:r>
      <w:r>
        <w:br/>
      </w:r>
      <w:r>
        <w:rPr>
          <w:sz w:val="20"/>
        </w:rPr>
        <w:t>1:16:01  ko samajhte hue karna.</w:t>
      </w:r>
      <w:r>
        <w:br/>
      </w:r>
      <w:r>
        <w:rPr>
          <w:sz w:val="20"/>
        </w:rPr>
        <w:t>1:16:07  isi se spirit aati hai.</w:t>
      </w:r>
      <w:r>
        <w:br/>
      </w:r>
      <w:r>
        <w:rPr>
          <w:sz w:val="20"/>
        </w:rPr>
        <w:t>1:16:13  jo quran ke alfaaz padhte hain, hum jo dua aur zikr ke jo alfaaz padhte hain, hum is</w:t>
      </w:r>
      <w:r>
        <w:br/>
      </w:r>
      <w:r>
        <w:rPr>
          <w:sz w:val="20"/>
        </w:rPr>
        <w:t>1:16:19  ko agar hum samajh boojh kar padhen aur jis tarah hum khade hote hain, jhukte hain, sajde mein</w:t>
      </w:r>
      <w:r>
        <w:br/>
      </w:r>
      <w:r>
        <w:rPr>
          <w:sz w:val="20"/>
        </w:rPr>
        <w:t>1:16:25  jaate hain, us ko hum sochein ke ke kis ke, yani kis liye main aisa kar raha hoon,</w:t>
      </w:r>
      <w:r>
        <w:br/>
      </w:r>
      <w:r>
        <w:rPr>
          <w:sz w:val="20"/>
        </w:rPr>
        <w:t>1:16:31  to soch se aati hai spirit.</w:t>
      </w:r>
      <w:r>
        <w:br/>
      </w:r>
      <w:r>
        <w:rPr>
          <w:sz w:val="20"/>
        </w:rPr>
        <w:t>1:16:37  koi is ka purasarar tareeqa nahin hai.</w:t>
      </w:r>
      <w:r>
        <w:br/>
      </w:r>
      <w:r>
        <w:rPr>
          <w:sz w:val="20"/>
        </w:rPr>
        <w:t>1:16:43  jitna aadmi sochega, utna hi us ke andar spirit aayegi.</w:t>
      </w:r>
      <w:r>
        <w:br/>
      </w:r>
      <w:r>
        <w:rPr>
          <w:sz w:val="20"/>
        </w:rPr>
        <w:t>1:16:49  aur dua, dua to hamesha har kaam mein karte hain, karna hi hai humein.</w:t>
      </w:r>
    </w:p>
    <w:p>
      <w:pPr>
        <w:pStyle w:val="Heading2"/>
      </w:pPr>
      <w:r>
        <w:t>Scholarship of unqualified Islam writers</w:t>
      </w:r>
    </w:p>
    <w:p>
      <w:r>
        <w:rPr>
          <w:color w:val="666666"/>
          <w:sz w:val="18"/>
        </w:rPr>
        <w:t>Society &amp; Dawah · Life After Death January 22, 2012 · 2m 07s · at 1:41:35 · https://youtu.be/5hVH1BLKBF4?t=6095</w:t>
      </w:r>
    </w:p>
    <w:p>
      <w:r>
        <w:rPr>
          <w:i/>
        </w:rPr>
        <w:t>“Nowadays, people have emerged who are writing and publishing articles and books on Islam. These people neither possess the required scholarship related to Islam nor do they know what is called the art of writing. What would you say about such people?”</w:t>
      </w:r>
    </w:p>
    <w:p>
      <w:r>
        <w:rPr>
          <w:sz w:val="20"/>
        </w:rPr>
        <w:t>1:41:35  Maulana, in ka aik aur sawal hai. unhon ne likha hai: "aajkal aisay log uthe hain jo Islam par articles aur kitabein likh kar chhaap rahe hain.</w:t>
      </w:r>
      <w:r>
        <w:br/>
      </w:r>
      <w:r>
        <w:rPr>
          <w:sz w:val="20"/>
        </w:rPr>
        <w:t>1:41:46  yeh log na Islam ki nisbat se matloob scholarship rakhte hain aur na woh is cheez ko jante hain jis ko art of writing kaha jata hai.</w:t>
      </w:r>
      <w:r>
        <w:br/>
      </w:r>
      <w:r>
        <w:rPr>
          <w:sz w:val="20"/>
        </w:rPr>
        <w:t>1:41:56  aisay logon ke baray mein aap kya farmayein ge?</w:t>
      </w:r>
      <w:r>
        <w:br/>
      </w:r>
      <w:r>
        <w:rPr>
          <w:sz w:val="20"/>
        </w:rPr>
        <w:t>1:42:03  bhai, hum kya kahein ge? yeh to azaadi hai. aadmi kuch bhi karega, hum kya kar sakte hain is ko? koi koi rasta to rok nahin sakte aap. waqai ke un ki jo kitabein hain</w:t>
      </w:r>
      <w:r>
        <w:br/>
      </w:r>
      <w:r>
        <w:rPr>
          <w:sz w:val="20"/>
        </w:rPr>
        <w:t>1:42:13  aur dead ho jati hain, aisay log jo art of writing nahin jante hon, woh woh chhaapte hain, chhaap kar doston ko free mein baant'te hain. main aksar logon se kehta hoon, mere paas aayein ge aadmi, aik kitaab, aik gift karega apni.</w:t>
      </w:r>
      <w:r>
        <w:br/>
      </w:r>
      <w:r>
        <w:rPr>
          <w:sz w:val="20"/>
        </w:rPr>
        <w:t>1:42:27  to main kehta hoon, aakhir paisa west kiya aap ne? jo kitaab marketable na ho, us ko chhaapna bhi nahin chahiye. bas free mein baant'te hain doston ke ke main bhi musannif hoon.</w:t>
      </w:r>
      <w:r>
        <w:br/>
      </w:r>
      <w:r>
        <w:rPr>
          <w:sz w:val="20"/>
        </w:rPr>
        <w:t>1:42:41  aik martaba main ne aik mazmoon likha, isi tarah ke trending se mazmoon likha tha. to main ne kaha tha ke aaj kal jo articles chhapte hain, jo kitabein chhap'ti hain, un ka aik hi title hona chahiye.</w:t>
      </w:r>
      <w:r>
        <w:br/>
      </w:r>
      <w:r>
        <w:rPr>
          <w:sz w:val="20"/>
        </w:rPr>
        <w:t>1:42:55  aik hi title: "main writer hoon". bas. yaani apne writer hone ka ailaan kar rahe hain. baqi baat kuch bhi is ke andar nahin hoti.</w:t>
      </w:r>
      <w:r>
        <w:br/>
      </w:r>
      <w:r>
        <w:rPr>
          <w:sz w:val="20"/>
        </w:rPr>
        <w:t>1:43:06  to batane ke liye ke main bhi writer hoon, main bhi musannif hoon, main bhi author hoon,</w:t>
      </w:r>
      <w:r>
        <w:br/>
      </w:r>
      <w:r>
        <w:rPr>
          <w:sz w:val="20"/>
        </w:rPr>
        <w:t>1:43:10  chhaapte hain kitabein to apne doston ko woh free mein baant'te hain. koi parhta uṛta hai nahin in ko. ab kya kiya jaye? azaadi hai to aadmi karega.</w:t>
      </w:r>
      <w:r>
        <w:br/>
      </w:r>
      <w:r>
        <w:rPr>
          <w:sz w:val="20"/>
        </w:rPr>
        <w:t>1:43:21  lekin law of nature khud hi is ko, yaani woh maslay ko hal kar raha hai. kyunke woh kitabein aati hain aur raddi mein chali jati hain.</w:t>
      </w:r>
      <w:r>
        <w:br/>
      </w:r>
      <w:r>
        <w:rPr>
          <w:sz w:val="20"/>
        </w:rPr>
        <w:t>1:43:30  koi parhta nahin hai is ko. aap ab survey kar lijiyay. is tarah ki kitabein koi parhta parhta nahin.</w:t>
      </w:r>
      <w:r>
        <w:br/>
      </w:r>
      <w:r>
        <w:rPr>
          <w:sz w:val="20"/>
        </w:rPr>
        <w:t>1:43:38  woh sab raddi mein jati hain.</w:t>
      </w:r>
    </w:p>
    <w:p>
      <w:pPr>
        <w:pStyle w:val="Heading2"/>
      </w:pPr>
      <w:r>
        <w:t>Seeing Al-Risala as a Divine Mission</w:t>
      </w:r>
    </w:p>
    <w:p>
      <w:r>
        <w:rPr>
          <w:color w:val="666666"/>
          <w:sz w:val="18"/>
        </w:rPr>
        <w:t>Society &amp; Dawah · Q&amp;A 13 Nov 2011 · 3m 48s · at 33:09 · https://youtu.be/oOZ9h37_pL8?t=1989</w:t>
      </w:r>
    </w:p>
    <w:p>
      <w:r>
        <w:rPr>
          <w:i/>
        </w:rPr>
        <w:t>“My experience is that most people read Al-Risala only as a periodical and fail to discover it as a divine mission. How can we tell people that Al-Risala is not just a periodical but a divine mission?”</w:t>
      </w:r>
    </w:p>
    <w:p>
      <w:r>
        <w:rPr>
          <w:sz w:val="20"/>
        </w:rPr>
        <w:t>33:09  maulana ek aur sawal hai un ka. unhon ne likha hai ke mera tajurba hai ke aksar log al risala ko sirf ek periodical ki hesiyat se padhte hain.</w:t>
      </w:r>
      <w:r>
        <w:br/>
      </w:r>
      <w:r>
        <w:rPr>
          <w:sz w:val="20"/>
        </w:rPr>
        <w:t>33:21  woh al-risalah ko aik khodai mission ke tor par discover karne mein nakaam rehte hain. logon ko kis tarah yeh bataya jaye ke al-risalah sirf aik periodical nahi balkeh al-risalah aik divine mission hai?</w:t>
      </w:r>
      <w:r>
        <w:br/>
      </w:r>
      <w:r>
        <w:rPr>
          <w:sz w:val="20"/>
        </w:rPr>
        <w:t>33:37  dekhye al-risalah chunke b-zahair aik risalah hai magazine. aik majallah hai aik purcha hai. to is ka model jo hai mahol mein woh kya hai?</w:t>
      </w:r>
      <w:r>
        <w:br/>
      </w:r>
      <w:r>
        <w:rPr>
          <w:sz w:val="20"/>
        </w:rPr>
        <w:t>33:48  woh periodical ka mahol hai. periodical jo hai aya mahine ke aik tareekh ko kuch dekha kuch nahi dekha rakh diya is ko.</w:t>
      </w:r>
      <w:r>
        <w:br/>
      </w:r>
      <w:r>
        <w:rPr>
          <w:sz w:val="20"/>
        </w:rPr>
        <w:t>33:57  to saare periodicals jo hote hain unhon ne aik model qaim kar diya hai. is model mein aik naya purcha nikla al-risalah.</w:t>
      </w:r>
      <w:r>
        <w:br/>
      </w:r>
      <w:r>
        <w:rPr>
          <w:sz w:val="20"/>
        </w:rPr>
        <w:t>34:07  jo is model se alag hai woh. to log jante nahi. aik model jo maroof ho jaye jo logon ke zehnon mein chha jaye to is se alag ho kar soch nahi paate.</w:t>
      </w:r>
      <w:r>
        <w:br/>
      </w:r>
      <w:r>
        <w:rPr>
          <w:sz w:val="20"/>
        </w:rPr>
        <w:t>34:21  al-risalah aik hi purcha hai saare alam mein. balkeh poori sahhafati dor mein pehli baar aik aisa purcha hai jo poore maloom aik mission hai mission.</w:t>
      </w:r>
      <w:r>
        <w:br/>
      </w:r>
      <w:r>
        <w:rPr>
          <w:sz w:val="20"/>
        </w:rPr>
        <w:t>34:31  dawe ke aitbar se bohat se purche dawe karte hain ke mission hai woh lekin haqeeqat mein woh sirf daawa hota hai. dekhye mission kya cheez hai?</w:t>
      </w:r>
      <w:r>
        <w:br/>
      </w:r>
      <w:r>
        <w:rPr>
          <w:sz w:val="20"/>
        </w:rPr>
        <w:t>34:41  purcha nikalne wala khud mission mein jeeta hai. tab mission wala purcha banta hai. yaad rakhiye jo purcha jo murattab karta hai woh khud mission mein bhi jeena parta hai is ko.</w:t>
      </w:r>
      <w:r>
        <w:br/>
      </w:r>
      <w:r>
        <w:rPr>
          <w:sz w:val="20"/>
        </w:rPr>
        <w:t>34:55  mission ko ise orhna poshana bana parta hai.</w:t>
      </w:r>
      <w:r>
        <w:br/>
      </w:r>
      <w:r>
        <w:rPr>
          <w:sz w:val="20"/>
        </w:rPr>
        <w:t>34:59  isi mein jeena isi mein halkaan karna apne aap ko. yeh karna parta hai mission mein. tab woh purcha banta hai mission ka. to aisa purcha mere ilm ke mutabiq sirf al-risalah hai.</w:t>
      </w:r>
      <w:r>
        <w:br/>
      </w:r>
      <w:r>
        <w:rPr>
          <w:sz w:val="20"/>
        </w:rPr>
        <w:t>35:11  to chunke logon ko yeh model maloom nahi.</w:t>
      </w:r>
      <w:r>
        <w:br/>
      </w:r>
      <w:r>
        <w:rPr>
          <w:sz w:val="20"/>
        </w:rPr>
        <w:t>35:16  jo samaj mein ya dunya mein jo model hain wohi periodical ke model hain. to shaoori ya ghair shaoori tor par samajh lete hain ke yeh bhi aik purcha hoga bas.</w:t>
      </w:r>
      <w:r>
        <w:br/>
      </w:r>
      <w:r>
        <w:rPr>
          <w:sz w:val="20"/>
        </w:rPr>
        <w:t>35:27  to aik martaba parh liya. to haqeeqat yeh hai ke al-risalah ko pehle aap ko discover karna parega ke yeh mission ka mission hai. yeh</w:t>
      </w:r>
      <w:r>
        <w:br/>
      </w:r>
      <w:r>
        <w:rPr>
          <w:sz w:val="20"/>
        </w:rPr>
        <w:t>35:35  periodical nahi hai. yeh tab is ko aap ahmiyat denge. tab is ko padhenge. is liye main kaha karta hoon yeh likha tha maine risale mein ke jis ne al-risalah ko aik baar parha us ne nahi parha.</w:t>
      </w:r>
      <w:r>
        <w:br/>
      </w:r>
      <w:r>
        <w:rPr>
          <w:sz w:val="20"/>
        </w:rPr>
        <w:t>35:47  jis ne al-risalah ko do baar parha us ne parha. aur jis ne al-risalah ko kai baar parha us ne samjha is ko.</w:t>
      </w:r>
      <w:r>
        <w:br/>
      </w:r>
      <w:r>
        <w:rPr>
          <w:sz w:val="20"/>
        </w:rPr>
        <w:t>35:54  phir repeat karta hoon main. al-risalah ko mahana mein al-risalah jo hai hamara. al-risalah ko jis ne aik baar parha us ne nahi parha.</w:t>
      </w:r>
      <w:r>
        <w:br/>
      </w:r>
      <w:r>
        <w:rPr>
          <w:sz w:val="20"/>
        </w:rPr>
        <w:t>36:04  jis ne do baar parha us ne parha. jis ne kai baar parha us ne al-risalah ko samjha.</w:t>
      </w:r>
      <w:r>
        <w:br/>
      </w:r>
      <w:r>
        <w:rPr>
          <w:sz w:val="20"/>
        </w:rPr>
        <w:t>36:10  kyunke woh aik mahol se alag aik paigham deta hai woh. aap apni conditioning ki wajah se is ko aap samajh nahi paate.</w:t>
      </w:r>
      <w:r>
        <w:br/>
      </w:r>
      <w:r>
        <w:rPr>
          <w:sz w:val="20"/>
        </w:rPr>
        <w:t>36:22  to jab tak aap apni conditioning ko torein nahi aur apni</w:t>
      </w:r>
      <w:r>
        <w:br/>
      </w:r>
      <w:r>
        <w:rPr>
          <w:sz w:val="20"/>
        </w:rPr>
        <w:t>36:28  conditioning se bahar aa kar na sochein aap samajh nahi sakte risale ko. apne mindset ke lehaz se risala ko padhenge aap. jo aap ke mind mein hai wohi aap ko risale mein nazar ayega.</w:t>
      </w:r>
      <w:r>
        <w:br/>
      </w:r>
      <w:r>
        <w:rPr>
          <w:sz w:val="20"/>
        </w:rPr>
        <w:t>36:42  to beharhal main kahunga ke jo log al-risalah ko padhte hain</w:t>
      </w:r>
      <w:r>
        <w:br/>
      </w:r>
      <w:r>
        <w:rPr>
          <w:sz w:val="20"/>
        </w:rPr>
        <w:t>36:47  woh phir se al-risalah ko discover karein. aur phir se is ko is ko is ko is ki samajh kar ke is ko padhein.</w:t>
      </w:r>
    </w:p>
    <w:p>
      <w:pPr>
        <w:pStyle w:val="Heading2"/>
      </w:pPr>
      <w:r>
        <w:t>Shift from Ideal System to Ideal Human</w:t>
      </w:r>
    </w:p>
    <w:p>
      <w:r>
        <w:rPr>
          <w:color w:val="666666"/>
          <w:sz w:val="18"/>
        </w:rPr>
        <w:t>Society &amp; Dawah · Message of The Quran March 29, 2015 · 2m 06s · at 44:23 · https://youtu.be/u57TpiO8A7Y?t=2663</w:t>
      </w:r>
    </w:p>
    <w:p>
      <w:r>
        <w:rPr>
          <w:i/>
        </w:rPr>
        <w:t>“People say that not talking about the system is to make Islam landless. Once you were also a preacher of the ideal system, but how did you realize that the ideal human...”</w:t>
      </w:r>
    </w:p>
    <w:p>
      <w:r>
        <w:rPr>
          <w:sz w:val="20"/>
        </w:rPr>
        <w:t>44:23  maulana yeh sawal aaya hai tamil nadu se maulana iqbal umri ka aur unhon ne likha hai</w:t>
      </w:r>
      <w:r>
        <w:br/>
      </w:r>
      <w:r>
        <w:rPr>
          <w:sz w:val="20"/>
        </w:rPr>
        <w:t>44:32  maulana log kehte hain ke system ki baat na karna islam ko be zameen karna hai</w:t>
      </w:r>
      <w:r>
        <w:br/>
      </w:r>
      <w:r>
        <w:rPr>
          <w:sz w:val="20"/>
        </w:rPr>
        <w:t>44:40  ek zamane mein aap bhi ideal system ke daai the lekin aap ne kaise jana ke ideal insan</w:t>
      </w:r>
      <w:r>
        <w:br/>
      </w:r>
      <w:r>
        <w:rPr>
          <w:sz w:val="20"/>
        </w:rPr>
        <w:t>44:47  banana hi quran ka maqsad hai maulana is mein jo mughalta hai us ko wazeh karein</w:t>
      </w:r>
      <w:r>
        <w:br/>
      </w:r>
      <w:r>
        <w:rPr>
          <w:sz w:val="20"/>
        </w:rPr>
        <w:t>44:55  dekhiye main kabhi bhi ideal system ka daai nahi tha aap meri kitab</w:t>
      </w:r>
      <w:r>
        <w:br/>
      </w:r>
      <w:r>
        <w:rPr>
          <w:sz w:val="20"/>
        </w:rPr>
        <w:t>45:03  sab chhapi hui parh sakte hain aur us zamane mein jab ke main yani yeh islam mission shuru</w:t>
      </w:r>
      <w:r>
        <w:br/>
      </w:r>
      <w:r>
        <w:rPr>
          <w:sz w:val="20"/>
        </w:rPr>
        <w:t>45:11  nahi kiya tha us zamane ke jo mere mazameen the us ko maine chhap diya hai is</w:t>
      </w:r>
      <w:r>
        <w:br/>
      </w:r>
      <w:r>
        <w:rPr>
          <w:sz w:val="20"/>
        </w:rPr>
        <w:t>45:16  ka naam hai quran ka matloob insan is mein aap parh lijiye jo baatein aaj main kehta hoon</w:t>
      </w:r>
      <w:r>
        <w:br/>
      </w:r>
      <w:r>
        <w:rPr>
          <w:sz w:val="20"/>
        </w:rPr>
        <w:t>45:22  wahi baat is mein bhi kehta tha</w:t>
      </w:r>
      <w:r>
        <w:br/>
      </w:r>
      <w:r>
        <w:rPr>
          <w:sz w:val="20"/>
        </w:rPr>
        <w:t>45:26  is mein tareekh likhi hui kab kab woh likha kab kab chhaapa to mere pichhle mazameen aap parhein</w:t>
      </w:r>
      <w:r>
        <w:br/>
      </w:r>
      <w:r>
        <w:rPr>
          <w:sz w:val="20"/>
        </w:rPr>
        <w:t>45:32  aur aaj ke mazameen parhein to dono mein koi farq nahi dikha dega aap ko doosri baat</w:t>
      </w:r>
      <w:r>
        <w:br/>
      </w:r>
      <w:r>
        <w:rPr>
          <w:sz w:val="20"/>
        </w:rPr>
        <w:t>45:40  yeh hai ke system</w:t>
      </w:r>
      <w:r>
        <w:br/>
      </w:r>
      <w:r>
        <w:rPr>
          <w:sz w:val="20"/>
        </w:rPr>
        <w:t>45:43  ko jo ahmiyat dete hain log to apne dimagh se dete hain</w:t>
      </w:r>
      <w:r>
        <w:br/>
      </w:r>
      <w:r>
        <w:rPr>
          <w:sz w:val="20"/>
        </w:rPr>
        <w:t>45:49  unhein quran se sabit karna padega</w:t>
      </w:r>
      <w:r>
        <w:br/>
      </w:r>
      <w:r>
        <w:rPr>
          <w:sz w:val="20"/>
        </w:rPr>
        <w:t>45:53  quran mein kahin ek koi ayat bataiye ke quran mein yeh kaha gaya ke aye mus</w:t>
      </w:r>
      <w:r>
        <w:br/>
      </w:r>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p>
    <w:p>
      <w:pPr>
        <w:pStyle w:val="Heading2"/>
      </w:pPr>
      <w:r>
        <w:t>Should India adopt Saudi-style moral laws?</w:t>
      </w:r>
    </w:p>
    <w:p>
      <w:r>
        <w:rPr>
          <w:color w:val="666666"/>
          <w:sz w:val="18"/>
        </w:rPr>
        <w:t>Society &amp; Dawah · The Road to Paradise December 30, 2012 Maulana Wahiduddin Khan · 2m 06s · at 1:25:56 · https://youtu.be/vUiaPsYF4Tk?t=5156</w:t>
      </w:r>
    </w:p>
    <w:p>
      <w:r>
        <w:rPr>
          <w:i/>
        </w:rPr>
        <w:t>“Some Muslims say that India should make a law like Saudi Arabia to control moral evils. What is your opinion on this?”</w:t>
      </w:r>
    </w:p>
    <w:p>
      <w:r>
        <w:rPr>
          <w:sz w:val="20"/>
        </w:rPr>
        <w:t>1:25:56  maulana, agla sawal dilli se hai, maulana farhad ahmad sahab ka.</w:t>
      </w:r>
      <w:r>
        <w:br/>
      </w:r>
      <w:r>
        <w:rPr>
          <w:sz w:val="20"/>
        </w:rPr>
        <w:t>1:26:00  unhone likha hai: "aaj kal kuch musalman ye kehte hain ke india mein saudi jaisa qanoon banana chahiye taake yahan ikhlaqi evil par control kiya ja sake." maulana, is ke bare mein aap...</w:t>
      </w:r>
      <w:r>
        <w:br/>
      </w:r>
      <w:r>
        <w:rPr>
          <w:sz w:val="20"/>
        </w:rPr>
        <w:t>1:26:14  ye bekar baatein hain. kiya qanoon aise banta hai kahin? parliament banati hai qanoon? ye aap ke kehne se qanoon ban jaye ga?</w:t>
      </w:r>
      <w:r>
        <w:br/>
      </w:r>
      <w:r>
        <w:rPr>
          <w:sz w:val="20"/>
        </w:rPr>
        <w:t>1:26:23  jo log kehte hain, wo bilkul... main samajhta hoon ke ye log... ilm hai, na aql hai. la banate hain, kaise la banta hai? pure samaj se election hota hai, elect hote hain log, parliament banate hain, phir parliament ke log qanoon banate hain.</w:t>
      </w:r>
      <w:r>
        <w:br/>
      </w:r>
      <w:r>
        <w:rPr>
          <w:sz w:val="20"/>
        </w:rPr>
        <w:t>1:26:38  aap ye keh dein ke wo aisa qanoon banayein ge, wo... ye bekar baatein hain. koi sar napaye is baat ko kahe.</w:t>
      </w:r>
      <w:r>
        <w:br/>
      </w:r>
      <w:r>
        <w:rPr>
          <w:sz w:val="20"/>
        </w:rPr>
        <w:t>1:26:47  aur saudi arab mein aap ko kiya pata hai ke saudi arab mein kiya hai, kiya nahi?</w:t>
      </w:r>
      <w:r>
        <w:br/>
      </w:r>
      <w:r>
        <w:rPr>
          <w:sz w:val="20"/>
        </w:rPr>
        <w:t>1:26:51  aap ja ke rahiye, ek mahine to phans lein aap ko. main saudi arab se india ko behtar samajhta hoon, yaad rakhiye. india mein jo hum ko azadi hai, azadi, wo saudi arab mein nahi hai.</w:t>
      </w:r>
      <w:r>
        <w:br/>
      </w:r>
      <w:r>
        <w:rPr>
          <w:sz w:val="20"/>
        </w:rPr>
        <w:t>1:27:02  yeh program hum karte hain, hum nahi kar sakte Saudi Arab mein. Saudi Arab mein nahi kar sakte yeh program hum. To mein to azadi ko sab se bari cheez samajhta hoon.</w:t>
      </w:r>
      <w:r>
        <w:br/>
      </w:r>
      <w:r>
        <w:rPr>
          <w:sz w:val="20"/>
        </w:rPr>
        <w:t>1:27:16  sab se bari cheez azadi hai.</w:t>
      </w:r>
      <w:r>
        <w:br/>
      </w:r>
      <w:r>
        <w:rPr>
          <w:sz w:val="20"/>
        </w:rPr>
        <w:t>1:27:19  azadi nahi to koi taraqqi nahi. Wahan par khane peene ka hai, bas khoob khao, khoob khoob kamao, khoob khao. Koi azad activity aap nahi kar sakte wahan par.</w:t>
      </w:r>
      <w:r>
        <w:br/>
      </w:r>
      <w:r>
        <w:rPr>
          <w:sz w:val="20"/>
        </w:rPr>
        <w:t>1:27:32  yeh sare log jo ulama jate hain, wahan par jate hain, woh paisa lane ke liye. Wahan, yahan, wahan, woh kuch nahi kar sakte. Woh mujhe paisa dena hai to woh wahan jate bhi nahi.</w:t>
      </w:r>
      <w:r>
        <w:br/>
      </w:r>
      <w:r>
        <w:rPr>
          <w:sz w:val="20"/>
        </w:rPr>
        <w:t>1:27:45  mujhe to mission chahiye, mission. Koi bhi bare se bara aalim Saudi Arab mein interpreted mission nahi chala sakta. Hum to bohat bhi nemmat samajhte hain India ko.</w:t>
      </w:r>
      <w:r>
        <w:br/>
      </w:r>
      <w:r>
        <w:rPr>
          <w:sz w:val="20"/>
        </w:rPr>
        <w:t>1:27:55  kaise? nadar log hain jo India ki value nahi jante.</w:t>
      </w:r>
    </w:p>
    <w:p>
      <w:pPr>
        <w:pStyle w:val="Heading2"/>
      </w:pPr>
      <w:r>
        <w:t>Should Muslims accept Babri Masjid verdict or appeal?</w:t>
      </w:r>
    </w:p>
    <w:p>
      <w:r>
        <w:rPr>
          <w:color w:val="666666"/>
          <w:sz w:val="18"/>
        </w:rPr>
        <w:t>Society &amp; Dawah · Art of Crisis Management I 3 October, 2010 Maulana Wahiduddin Khan · 2m 10s · at 1:40:10 · https://youtu.be/mcJZ0YEOolk?t=6010</w:t>
      </w:r>
    </w:p>
    <w:p>
      <w:r>
        <w:rPr>
          <w:i/>
        </w:rPr>
        <w:t>“Maulana, regarding the Babri Masjid court verdict, the court said Muslims should also be given a share. This was better than before. Muslims accepted it and were ready for dawah ilallah, but that did not happen. Now they are talking about filing a case in the Supreme Court.”</w:t>
      </w:r>
    </w:p>
    <w:p>
      <w:r>
        <w:rPr>
          <w:sz w:val="20"/>
        </w:rPr>
        <w:t>1:40:10  maulana, yeh sawal kiya hai Maulana Abdul Basit Umri ne Doha Qatar se. unhone likha hai: "Maulana Babri, masjid se mutalliq adalat adalti faisle mein musalmanon ko bhi ek hissa dene ki baat kahi gayi hai.</w:t>
      </w:r>
      <w:r>
        <w:br/>
      </w:r>
      <w:r>
        <w:rPr>
          <w:sz w:val="20"/>
        </w:rPr>
        <w:t>1:40:26  yeh pehle se to behtar thi. musalman is ko accept karte, aur dawat al Allah ke liye poori tarah mustaed hote, magar aisa nahi hua.</w:t>
      </w:r>
      <w:r>
        <w:br/>
      </w:r>
      <w:r>
        <w:rPr>
          <w:sz w:val="20"/>
        </w:rPr>
        <w:t>1:40:38  ab supreme court mein muqadma dair karne ki baat kar rahe hain.</w:t>
      </w:r>
      <w:r>
        <w:br/>
      </w:r>
      <w:r>
        <w:rPr>
          <w:sz w:val="20"/>
        </w:rPr>
        <w:t>1:40:43  kya yeh soorat e haal wahi nahi hai jo Arab mein Falasteen ke mutalliq hua? 1947 mein jo baat kahi gayi, to usay musalmanon ne maana nahi.</w:t>
      </w:r>
      <w:r>
        <w:br/>
      </w:r>
      <w:r>
        <w:rPr>
          <w:sz w:val="20"/>
        </w:rPr>
        <w:t>1:40:55  ab musalman is se bhi haath dho dho bethe hain. is ke bare mein bataein. haan, sahi baat hai.</w:t>
      </w:r>
      <w:r>
        <w:br/>
      </w:r>
      <w:r>
        <w:rPr>
          <w:sz w:val="20"/>
        </w:rPr>
        <w:t>1:41:03  1948 mein Falasteen ko taqseem kiya gaya, us ko partition kiya gaya. roughly aadha diya gaya yahoodi logon ko, aadha deegar Arabon ko.</w:t>
      </w:r>
      <w:r>
        <w:br/>
      </w:r>
      <w:r>
        <w:rPr>
          <w:sz w:val="20"/>
        </w:rPr>
        <w:t>1:41:16  musalmanon ko maan lena chahiye tha is ko, maan lekin unhone kaam laga diya,</w:t>
      </w:r>
      <w:r>
        <w:br/>
      </w:r>
      <w:r>
        <w:rPr>
          <w:sz w:val="20"/>
        </w:rPr>
        <w:t>1:41:22  aur aaj tak kaam hi lag raha hai. aur jo tha, woh bhi kho kho diya Arabon ne. dekhiye, controversial maamlaat mein aap ko status quo ko maanna padta hai.</w:t>
      </w:r>
      <w:r>
        <w:br/>
      </w:r>
      <w:r>
        <w:rPr>
          <w:sz w:val="20"/>
        </w:rPr>
        <w:t>1:41:34  yaad rakhiye, controversial mamlaat mein agar status quo na maanein to kabhi bhi baat khatam nahi hoti,</w:t>
      </w:r>
      <w:r>
        <w:br/>
      </w:r>
      <w:r>
        <w:rPr>
          <w:sz w:val="20"/>
        </w:rPr>
        <w:t>1:41:42  kabhi baat khatam nahi hoti. 48 mein jo status quo tha Falasteen ka, us ko maanna chahiye tha. un ko Kashmir mein yahi jo 47 ke baad jo status quo tha, us ko maanna chahiye tha.</w:t>
      </w:r>
      <w:r>
        <w:br/>
      </w:r>
      <w:r>
        <w:rPr>
          <w:sz w:val="20"/>
        </w:rPr>
        <w:t>1:41:57  aisi yahan bhi jo status quo tha Babri Masjid mein, woh maan lena chahiye tha. is ko nahi maana to dekhiye, lad rahe hain, mar rahe hain, kat rahe hain, tabaah ho rahe hain, har har har jagah.</w:t>
      </w:r>
      <w:r>
        <w:br/>
      </w:r>
      <w:r>
        <w:rPr>
          <w:sz w:val="20"/>
        </w:rPr>
        <w:t>1:42:07  faida kuch bhi nahi.</w:t>
      </w:r>
      <w:r>
        <w:br/>
      </w:r>
      <w:r>
        <w:rPr>
          <w:sz w:val="20"/>
        </w:rPr>
        <w:t>1:42:12  you have to accept the status quo, this is only option for you.</w:t>
      </w:r>
    </w:p>
    <w:p>
      <w:pPr>
        <w:pStyle w:val="Heading2"/>
      </w:pPr>
      <w:r>
        <w:t>Should Muslims build for non-Muslims</w:t>
      </w:r>
    </w:p>
    <w:p>
      <w:r>
        <w:rPr>
          <w:color w:val="666666"/>
          <w:sz w:val="18"/>
        </w:rPr>
        <w:t>Society &amp; Dawah · The Purpose of Life | April 30, 2017 · 2m 10s · at 40:23 · https://youtu.be/ue3I3uQEYb8?t=2423</w:t>
      </w:r>
    </w:p>
    <w:p>
      <w:r>
        <w:rPr>
          <w:i/>
        </w:rPr>
        <w:t>“My question is: should Muslims not build for non-Muslims because non-Muslims are kafir?”</w:t>
      </w:r>
    </w:p>
    <w:p>
      <w:r>
        <w:rPr>
          <w:sz w:val="20"/>
        </w:rPr>
        <w:t>40:23  maulana agla sawal ali sahab ne bheja hai unhone location nahi likhi hai unhone bheja hai</w:t>
      </w:r>
      <w:r>
        <w:br/>
      </w:r>
      <w:r>
        <w:rPr>
          <w:sz w:val="20"/>
        </w:rPr>
        <w:t>40:28  سوال مولانا صاحب My question is that should Muslims do</w:t>
      </w:r>
      <w:r>
        <w:br/>
      </w:r>
      <w:r>
        <w:rPr>
          <w:sz w:val="20"/>
        </w:rPr>
        <w:t>40:33  we not allowed to non-Muslims because non-Muslims are kafir.</w:t>
      </w:r>
      <w:r>
        <w:br/>
      </w:r>
      <w:r>
        <w:rPr>
          <w:sz w:val="20"/>
        </w:rPr>
        <w:t>40:39  ya allah ya allah yeh bilkul galat soch hi galat hai kafir kyun woh insaan hai woh woh</w:t>
      </w:r>
      <w:r>
        <w:br/>
      </w:r>
      <w:r>
        <w:rPr>
          <w:sz w:val="20"/>
        </w:rPr>
        <w:t>40:45  insaan hai itni itni galat soch hai yeh itni galat soch hai ke is ka islam se koi</w:t>
      </w:r>
      <w:r>
        <w:br/>
      </w:r>
      <w:r>
        <w:rPr>
          <w:sz w:val="20"/>
        </w:rPr>
        <w:t>40:51  taalluq nahi hai har paida hone wala insaan insaan hai bas.</w:t>
      </w:r>
      <w:r>
        <w:br/>
      </w:r>
      <w:r>
        <w:rPr>
          <w:sz w:val="20"/>
        </w:rPr>
        <w:t>40:58  bilkul galat soch hai woh is ka</w:t>
      </w:r>
      <w:r>
        <w:br/>
      </w:r>
      <w:r>
        <w:rPr>
          <w:sz w:val="20"/>
        </w:rPr>
        <w:t>41:04  islam se koi talluq nahi.</w:t>
      </w:r>
      <w:r>
        <w:br/>
      </w:r>
      <w:r>
        <w:rPr>
          <w:sz w:val="20"/>
        </w:rPr>
        <w:t>41:11  ji maulana jo blood donation ko le ke sawal hai to kya blood donation dena chahiye kya woh jaiz hai.</w:t>
      </w:r>
      <w:r>
        <w:br/>
      </w:r>
      <w:r>
        <w:rPr>
          <w:sz w:val="20"/>
        </w:rPr>
        <w:t>41:19  bilkul jaiz hai is mein jaiz najais ka sawal hi nahi is tarah ki cheezon mein jaiz najais nahi hota.</w:t>
      </w:r>
      <w:r>
        <w:br/>
      </w:r>
      <w:r>
        <w:rPr>
          <w:sz w:val="20"/>
        </w:rPr>
        <w:t>41:26  ji yeh toh fiqah ka masla hai yeh baqaydah is mein</w:t>
      </w:r>
      <w:r>
        <w:br/>
      </w:r>
      <w:r>
        <w:rPr>
          <w:sz w:val="20"/>
        </w:rPr>
        <w:t>41:34  jaiz najais ka koi masla hi nahi hai yeh agar medical test mein aap ka blood woh hai jo doosre ko de sakein aap to dijiye bas koi jaiz najais ka sawal nahi hai yeh medical test ki baat hai yeh. ji okay so we we will end today session we will be back next sunday same time thank you.</w:t>
      </w:r>
    </w:p>
    <w:p>
      <w:pPr>
        <w:pStyle w:val="Heading2"/>
      </w:pPr>
      <w:r>
        <w:t>Should Muslims wage combined jihad against West?</w:t>
      </w:r>
    </w:p>
    <w:p>
      <w:r>
        <w:rPr>
          <w:color w:val="666666"/>
          <w:sz w:val="18"/>
        </w:rPr>
        <w:t>Society &amp; Dawah · Pillars of Western Thought October 6, 2013 · 4m 03s · at 52:33 · https://youtu.be/o4WfPvju5_M?t=3153</w:t>
      </w:r>
    </w:p>
    <w:p>
      <w:r>
        <w:rPr>
          <w:i/>
        </w:rPr>
        <w:t>“Today you spoke about the Western world, but it is the Western world which is exploiting the Muslim world and is the real enemy of Islam. What do you have to say about it? Should the Muslim world not unite together and wage a combined jihad against the West?”</w:t>
      </w:r>
    </w:p>
    <w:p>
      <w:r>
        <w:rPr>
          <w:sz w:val="20"/>
        </w:rPr>
        <w:t>52:33  Maulana, yeh sawal Hyderabad se aaya hai Sarfaraz sahib ka. unhon ne likha hai: "Maulana, today you spoke about the western world, but it is the western world which is exploiting the Muslim world and is the real enemy of Islam.</w:t>
      </w:r>
      <w:r>
        <w:br/>
      </w:r>
      <w:r>
        <w:rPr>
          <w:sz w:val="20"/>
        </w:rPr>
        <w:t>52:51  What do you have to say about it? Should the Muslim world not unite together and wage a combined jihad against the w</w:t>
      </w:r>
      <w:r>
        <w:br/>
      </w:r>
      <w:r>
        <w:rPr>
          <w:sz w:val="20"/>
        </w:rPr>
        <w:t>53:00  est?" bhai, is soch ko to main hundred percent galat samajhta hoon ke koi enemy hamara hai. yeh qaumi soch hai. qaumi soch musalmanon mein koi ek shakhs bhi nahi nahi maloom mujhe jis ne is soch ko banane se pehle Quran ko padha ho.</w:t>
      </w:r>
      <w:r>
        <w:br/>
      </w:r>
      <w:r>
        <w:rPr>
          <w:sz w:val="20"/>
        </w:rPr>
        <w:t>53:19  misal ke taur par, aap agar Quran ko padhen shuru se aakhir tak yeh samajhne ke liye to kya hoga</w:t>
      </w:r>
      <w:r>
        <w:br/>
      </w:r>
      <w:r>
        <w:rPr>
          <w:sz w:val="20"/>
        </w:rPr>
        <w:t>53:27  ? jagah jagah aap ko milega aap ke khilaf ayatein, misal ke taur par: "antum al-a'aloon in kuntum momineen" yani iman wali sifat tumhara darja hongi to tumhein koi kamyabi hogi.</w:t>
      </w:r>
      <w:r>
        <w:br/>
      </w:r>
      <w:r>
        <w:rPr>
          <w:sz w:val="20"/>
        </w:rPr>
        <w:t>53:42  to musalman to do sau saal se lad rahe hain, aisa nahi ke ladai abhi shuru hi nahi hui. ladai to do sau saal jari hai, to kamyab kyun nahi hui? is ke mani ke hamara tareeqa-e-kaam par iman nahi tha ya qaumi tha.</w:t>
      </w:r>
      <w:r>
        <w:br/>
      </w:r>
      <w:r>
        <w:rPr>
          <w:sz w:val="20"/>
        </w:rPr>
        <w:t>53:58  aise hi Quran mein aap padhenge, aap dekhiye ke: "Innallaha la yughayyiru ma bi qawmin hatta yughayyiru ma bi anfusihim" is ke mani ke islah ka aaghaz apne aap se hota hai.</w:t>
      </w:r>
      <w:r>
        <w:br/>
      </w:r>
      <w:r>
        <w:rPr>
          <w:sz w:val="20"/>
        </w:rPr>
        <w:t>54:12  to kabhi musalmanon ne bataiye, kabhi is par koi un ka jalsa hua yeh sochne ke liye ke bhai duniya mein hum ko jo problem hai, to hamari apni zaati, hamare andar kya kamiyan hain?</w:t>
      </w:r>
      <w:r>
        <w:br/>
      </w:r>
      <w:r>
        <w:rPr>
          <w:sz w:val="20"/>
        </w:rPr>
        <w:t>54:23  kabhi koi jalsa mujhe bataiye sirf doosron ko bura bhala karne ke liye jalsay hote hain.</w:t>
      </w:r>
      <w:r>
        <w:br/>
      </w:r>
      <w:r>
        <w:rPr>
          <w:sz w:val="20"/>
        </w:rPr>
        <w:t>54:29  to sara masla yeh hai ke musalmanon ne is zamane mein qomi nuqta nazar ikhtiyar kar rakha hai. naam lete hain Islam ka, naam lete hain Islam ka.</w:t>
      </w:r>
      <w:r>
        <w:br/>
      </w:r>
      <w:r>
        <w:rPr>
          <w:sz w:val="20"/>
        </w:rPr>
        <w:t>54:42  sab se pehla kaam yeh hai ke aap ek baar itikaf mein baithein aur Quran ko sirf is liye padhein ke Quran moajaz halaat ke liye kya hum ko hal de, hal batata hai.</w:t>
      </w:r>
      <w:r>
        <w:br/>
      </w:r>
      <w:r>
        <w:rPr>
          <w:sz w:val="20"/>
        </w:rPr>
        <w:t>54:58  misalan, ek abhi ayat maine ek padhi ke: "la tastawee al hasratain</w:t>
      </w:r>
      <w:r>
        <w:br/>
      </w:r>
      <w:r>
        <w:rPr>
          <w:sz w:val="20"/>
        </w:rPr>
        <w:t>55:11  ke agar tum ko koi dushman nazar aaye, tab bhi us se dosti ka amal karo to us ki dushmani khatm ho jayegi." to musalmanon ne mujhe bataiye, kabhi bhi ek baar bhi Quran ke formulay ko apnaya hai?</w:t>
      </w:r>
      <w:r>
        <w:br/>
      </w:r>
      <w:r>
        <w:rPr>
          <w:sz w:val="20"/>
        </w:rPr>
        <w:t>55:27  wo to qomi zid, qomi dushmani isi mein phanse hue hain. to is mein jab aap qomi ladai ladenge to Allah ka saath nahi milega aap ko.</w:t>
      </w:r>
      <w:r>
        <w:br/>
      </w:r>
      <w:r>
        <w:rPr>
          <w:sz w:val="20"/>
        </w:rPr>
        <w:t>55:38  jab aap qomi ladai ladenge to Allah ka saath aap ko nahi milega. to is mein to haar yaqeeni hai.</w:t>
      </w:r>
      <w:r>
        <w:br/>
      </w:r>
      <w:r>
        <w:rPr>
          <w:sz w:val="20"/>
        </w:rPr>
        <w:t>55:47  doosri baat ek yeh hai jin ko musalmanon ne dushman declare kar rakha hai, wo aap ke madhu hain. madhu wo dushman hai hi nahi.</w:t>
      </w:r>
      <w:r>
        <w:br/>
      </w:r>
      <w:r>
        <w:rPr>
          <w:sz w:val="20"/>
        </w:rPr>
        <w:t>55:58  sara west aap ka madhu hai. yani aap par pehla farz hai ke hum ko dawat dein.</w:t>
      </w:r>
      <w:r>
        <w:br/>
      </w:r>
      <w:r>
        <w:rPr>
          <w:sz w:val="20"/>
        </w:rPr>
        <w:t>56:07  Quran ke mutabiq yeh hukum milta hai. to musalmanon ne sara mamla bana rakha hai qomi aur hawala dete hain Islam ka.</w:t>
      </w:r>
      <w:r>
        <w:br/>
      </w:r>
      <w:r>
        <w:rPr>
          <w:sz w:val="20"/>
        </w:rPr>
        <w:t>56:17  yeh to bohat zyada jisarat ki baat hai. is ki to pakad ho gayi Allah taala ka musalmanon ki ke tum ne qomi ladai chhod rakhi thi aur is ko naam de de rahe the Islam ka.</w:t>
      </w:r>
    </w:p>
    <w:p>
      <w:pPr>
        <w:pStyle w:val="Heading2"/>
      </w:pPr>
      <w:r>
        <w:t>Significance of CPS Sunday lectures</w:t>
      </w:r>
    </w:p>
    <w:p>
      <w:r>
        <w:rPr>
          <w:color w:val="666666"/>
          <w:sz w:val="18"/>
        </w:rPr>
        <w:t>Society &amp; Dawah · Revival of Abrahamic Mission October 28, 2012 · 3m 16s · at 1:00:47 · https://youtu.be/9mV72V5gsqM?t=3647</w:t>
      </w:r>
    </w:p>
    <w:p>
      <w:r>
        <w:rPr>
          <w:i/>
        </w:rPr>
        <w:t>“What is the significance of the CPS Sunday lectures? Kindly let me know.”</w:t>
      </w:r>
    </w:p>
    <w:p>
      <w:r>
        <w:rPr>
          <w:sz w:val="20"/>
        </w:rPr>
        <w:t>1:00:47  maulana, agla sawal aaya hai mr. ramesh krishnan ka bangalore se. unhon ne likha hai: "What is the significance of the CPS Sunday lectures?</w:t>
      </w:r>
      <w:r>
        <w:br/>
      </w:r>
      <w:r>
        <w:rPr>
          <w:sz w:val="20"/>
        </w:rPr>
        <w:t>1:00:58  kindly let me know۔" ab mein is ke baray</w:t>
      </w:r>
      <w:r>
        <w:br/>
      </w:r>
      <w:r>
        <w:rPr>
          <w:sz w:val="20"/>
        </w:rPr>
        <w:t>1:01:02  mein kya kahoon? yahi keh sakta hoon ke aap ya to is mein shareek hui hain ya aap internet se suni hain.</w:t>
      </w:r>
      <w:r>
        <w:br/>
      </w:r>
      <w:r>
        <w:rPr>
          <w:sz w:val="20"/>
        </w:rPr>
        <w:t>1:01:14  kam se kam aik mahina regular tareeqay se a se z tak suniye aur do bar suniye. jab lecture hota hai, tab suniye aur phir is ko dobara suniye.</w:t>
      </w:r>
      <w:r>
        <w:br/>
      </w:r>
      <w:r>
        <w:rPr>
          <w:sz w:val="20"/>
        </w:rPr>
        <w:t>1:01:26  to aik mahinay ka jo lecture hai, woh aath bar suniye, yaani chaar bar direct aur aur chaar bar is ka dobara.</w:t>
      </w:r>
      <w:r>
        <w:br/>
      </w:r>
      <w:r>
        <w:rPr>
          <w:sz w:val="20"/>
        </w:rPr>
        <w:t>1:01:43  is ke baad aap ke samnay agar yeh wazeh na ho, phir mujh se sawal kijiye.</w:t>
      </w:r>
      <w:r>
        <w:br/>
      </w:r>
      <w:r>
        <w:rPr>
          <w:sz w:val="20"/>
        </w:rPr>
        <w:t>1:01:51  ghaliban aap ne yeh regular tor par suna nahi hai ya suna hai to is ko poore tareeqay se nahi suna hai, aadha suna, aadha nahi suna.</w:t>
      </w:r>
      <w:r>
        <w:br/>
      </w:r>
      <w:r>
        <w:rPr>
          <w:sz w:val="20"/>
        </w:rPr>
        <w:t>1:02:03  is tarah ke lecture dekhiye, a se z tak sunna parta hai. mislan yahan bhi jo log der mein atay hain, mere andhay ko nahi atay.</w:t>
      </w:r>
      <w:r>
        <w:br/>
      </w:r>
      <w:r>
        <w:rPr>
          <w:sz w:val="20"/>
        </w:rPr>
        <w:t>1:02:13  der mein aana aur na aana dono barabar hain.</w:t>
      </w:r>
      <w:r>
        <w:br/>
      </w:r>
      <w:r>
        <w:rPr>
          <w:sz w:val="20"/>
        </w:rPr>
        <w:t>1:02:17  khud yahan pe jo log atay hain, un mein jo shakhs der mein aata hai, mere andhay ko nahi aata.</w:t>
      </w:r>
      <w:r>
        <w:br/>
      </w:r>
      <w:r>
        <w:rPr>
          <w:sz w:val="20"/>
        </w:rPr>
        <w:t>1:02:26  jo der mein aata, woh nahi aata. is ka aana, na aana, na aana, dono woh kuch nahi samjhe ga. woh kuch bhi nahi samjhe ga. woh is wajah se poora lecture sunna aur dobara aik bar aur sunna,</w:t>
      </w:r>
      <w:r>
        <w:br/>
      </w:r>
      <w:r>
        <w:rPr>
          <w:sz w:val="20"/>
        </w:rPr>
        <w:t>1:02:42  tab ja kar aadmi samjhe ga ke kya mission hai, kya purpose hai.</w:t>
      </w:r>
      <w:r>
        <w:br/>
      </w:r>
      <w:r>
        <w:rPr>
          <w:sz w:val="20"/>
        </w:rPr>
        <w:t>1:02:47  to yeh sawal abhi mere nazdeek complete nahi hai.</w:t>
      </w:r>
      <w:r>
        <w:br/>
      </w:r>
      <w:r>
        <w:rPr>
          <w:sz w:val="20"/>
        </w:rPr>
        <w:t>1:02:54  is tarah jis tarah mein arz kar raha hoon, is tarah se is ki shart poori kijiye, phir sawal kijiye aap. maulana, agla aik comment aur sawal hai jo karachi pakistan se hai.</w:t>
      </w:r>
      <w:r>
        <w:br/>
      </w:r>
      <w:r>
        <w:rPr>
          <w:sz w:val="20"/>
        </w:rPr>
        <w:t>1:03:08  abdul latif sahib ne bheja hai, unhon ne likha hai: "main kaun hoon? meri zindagi ka maqsad kya hai</w:t>
      </w:r>
      <w:r>
        <w:br/>
      </w:r>
      <w:r>
        <w:rPr>
          <w:sz w:val="20"/>
        </w:rPr>
        <w:t>1:03:15  ? mujhe kyun paida kiya gaya hai? maut kya hai? jannat aur jahannum ki haqeeqat kya hai?" yeh woh sawal hai jis se aaj ka insaan, chahe musalman ho ya non muslim, ghafil hai.</w:t>
      </w:r>
      <w:r>
        <w:br/>
      </w:r>
      <w:r>
        <w:rPr>
          <w:sz w:val="20"/>
        </w:rPr>
        <w:t>1:03:31  yeh sirf cps hai jo aaj ke daur mein dawat ke zariye in sawalat se dunya ko, dunya ke tamam insanon ko ba-khabar kar raha hai.</w:t>
      </w:r>
      <w:r>
        <w:br/>
      </w:r>
      <w:r>
        <w:rPr>
          <w:sz w:val="20"/>
        </w:rPr>
        <w:t>1:03:42  mujhe maloom nahi hai ke kyun ummat, ummat ulama is mission ki mukhalifat kar raha hai. haan, theek kaha hai unhon ne.</w:t>
      </w:r>
      <w:r>
        <w:br/>
      </w:r>
      <w:r>
        <w:rPr>
          <w:sz w:val="20"/>
        </w:rPr>
        <w:t>1:03:53  is ke is ka jo nature hai, is ko sahi tor par bataya unhon ne. mujhe is se ittefaq hai.</w:t>
      </w:r>
    </w:p>
    <w:p>
      <w:pPr>
        <w:pStyle w:val="Heading2"/>
      </w:pPr>
      <w:r>
        <w:t>Significance of CPS Sunday lectures</w:t>
      </w:r>
    </w:p>
    <w:p>
      <w:r>
        <w:rPr>
          <w:color w:val="666666"/>
          <w:sz w:val="18"/>
        </w:rPr>
        <w:t>Society &amp; Dawah · The Revival of Ibrahimi Mission-28th October 2012 · 3m 26s · at 1:02:48 · https://youtu.be/kniEYfMCz9w?t=3768</w:t>
      </w:r>
    </w:p>
    <w:p>
      <w:r>
        <w:rPr>
          <w:i/>
        </w:rPr>
        <w:t>“What is the significance of the CPS Sunday lectures? Kindly let me know.”</w:t>
      </w:r>
    </w:p>
    <w:p>
      <w:r>
        <w:rPr>
          <w:sz w:val="20"/>
        </w:rPr>
        <w:t>1:02:48  maulana, agla sawal aaya hai mister ramesh krishnan ka bangalore se.</w:t>
      </w:r>
      <w:r>
        <w:br/>
      </w:r>
      <w:r>
        <w:rPr>
          <w:sz w:val="20"/>
        </w:rPr>
        <w:t>1:02:55  unhon ne likha hai: "What is the significance of the CPS Sunday lectures?</w:t>
      </w:r>
      <w:r>
        <w:br/>
      </w:r>
      <w:r>
        <w:rPr>
          <w:sz w:val="20"/>
        </w:rPr>
        <w:t>1:03:02  Kindly let me know." ab mein is ke baray mein kya kahoon? yahi keh sakta hoon ke aap</w:t>
      </w:r>
      <w:r>
        <w:br/>
      </w:r>
      <w:r>
        <w:rPr>
          <w:sz w:val="20"/>
        </w:rPr>
        <w:t>1:03:07  ya to is mein shareek huiye ya aap internet se suniye.</w:t>
      </w:r>
      <w:r>
        <w:br/>
      </w:r>
      <w:r>
        <w:rPr>
          <w:sz w:val="20"/>
        </w:rPr>
        <w:t>1:03:13  kam se kam ek mahina regular tareeqay se a se z tak suniye aur do bar suniye.</w:t>
      </w:r>
      <w:r>
        <w:br/>
      </w:r>
      <w:r>
        <w:rPr>
          <w:sz w:val="20"/>
        </w:rPr>
        <w:t>1:03:19  jab lecture hota hai, tab suniye aur phir is ko dobara suniye.</w:t>
      </w:r>
      <w:r>
        <w:br/>
      </w:r>
      <w:r>
        <w:rPr>
          <w:sz w:val="20"/>
        </w:rPr>
        <w:t>1:03:25  to ek mahine ka jo lecture hai, woh aath bar suniye, yani char bar direct aur aur char</w:t>
      </w:r>
      <w:r>
        <w:br/>
      </w:r>
      <w:r>
        <w:rPr>
          <w:sz w:val="20"/>
        </w:rPr>
        <w:t>1:03:31  baar is ka dobara.</w:t>
      </w:r>
      <w:r>
        <w:br/>
      </w:r>
      <w:r>
        <w:rPr>
          <w:sz w:val="20"/>
        </w:rPr>
        <w:t>1:03:37  is ke baad aap ke samne agar yeh wazeh na ho, phir mujh se sawal kijiye.</w:t>
      </w:r>
      <w:r>
        <w:br/>
      </w:r>
      <w:r>
        <w:rPr>
          <w:sz w:val="20"/>
        </w:rPr>
        <w:t>1:03:43  ghaaliban aap ne yeh regular tor par suna nahi hai ya suna hai to is ko poore tareeqe</w:t>
      </w:r>
      <w:r>
        <w:br/>
      </w:r>
      <w:r>
        <w:rPr>
          <w:sz w:val="20"/>
        </w:rPr>
        <w:t>1:03:48  se nahi suna hai, aadha suna, aadha nahi suna.</w:t>
      </w:r>
      <w:r>
        <w:br/>
      </w:r>
      <w:r>
        <w:rPr>
          <w:sz w:val="20"/>
        </w:rPr>
        <w:t>1:03:54  is tarah ke lecture dekhiye, A se Z tak sunna parta hai.</w:t>
      </w:r>
      <w:r>
        <w:br/>
      </w:r>
      <w:r>
        <w:rPr>
          <w:sz w:val="20"/>
        </w:rPr>
        <w:t>1:04:00  misalan yahan bhi jo log der mein aate hain, mere had tak woh nahi aate.</w:t>
      </w:r>
      <w:r>
        <w:br/>
      </w:r>
      <w:r>
        <w:rPr>
          <w:sz w:val="20"/>
        </w:rPr>
        <w:t>1:04:06  der mein aana aur na aana dono barabar hain.</w:t>
      </w:r>
      <w:r>
        <w:br/>
      </w:r>
      <w:r>
        <w:rPr>
          <w:sz w:val="20"/>
        </w:rPr>
        <w:t>1:04:12  khud yahan pe jo log aate hain, un mein jo shakhs der mein aata hai, mere had tak</w:t>
      </w:r>
      <w:r>
        <w:br/>
      </w:r>
      <w:r>
        <w:rPr>
          <w:sz w:val="20"/>
        </w:rPr>
        <w:t>1:04:18  woh nahi aata.</w:t>
      </w:r>
      <w:r>
        <w:br/>
      </w:r>
      <w:r>
        <w:rPr>
          <w:sz w:val="20"/>
        </w:rPr>
        <w:t>1:04:24  jo der mein aata hai, woh nahi aata.</w:t>
      </w:r>
      <w:r>
        <w:br/>
      </w:r>
      <w:r>
        <w:rPr>
          <w:sz w:val="20"/>
        </w:rPr>
        <w:t>1:04:30  is ka aana, na aana dono woh kuch nahi samjhe ga.</w:t>
      </w:r>
      <w:r>
        <w:br/>
      </w:r>
      <w:r>
        <w:rPr>
          <w:sz w:val="20"/>
        </w:rPr>
        <w:t>1:04:35  woh kuch bhi nahi samjhe ga.</w:t>
      </w:r>
      <w:r>
        <w:br/>
      </w:r>
      <w:r>
        <w:rPr>
          <w:sz w:val="20"/>
        </w:rPr>
        <w:t>1:04:41  woh is wajah se poora lecture sunna aur dobara aik baar aur sunna, tab ja kar aadmi samjhe</w:t>
      </w:r>
      <w:r>
        <w:br/>
      </w:r>
      <w:r>
        <w:rPr>
          <w:sz w:val="20"/>
        </w:rPr>
        <w:t>1:04:47  ga ke kia mission hai, kia purpose hai.</w:t>
      </w:r>
      <w:r>
        <w:br/>
      </w:r>
      <w:r>
        <w:rPr>
          <w:sz w:val="20"/>
        </w:rPr>
        <w:t>1:04:53  to yeh sawal abhi mere nazdeek complete nahi hai.</w:t>
      </w:r>
      <w:r>
        <w:br/>
      </w:r>
      <w:r>
        <w:rPr>
          <w:sz w:val="20"/>
        </w:rPr>
        <w:t>1:04:59  is tareeqe se jis tarah mein arz kar raha hoon, is tarah se is ki shart poori kijiye,</w:t>
      </w:r>
      <w:r>
        <w:br/>
      </w:r>
      <w:r>
        <w:rPr>
          <w:sz w:val="20"/>
        </w:rPr>
        <w:t>1:05:05  phir sawal kijiye.</w:t>
      </w:r>
      <w:r>
        <w:br/>
      </w:r>
      <w:r>
        <w:rPr>
          <w:sz w:val="20"/>
        </w:rPr>
        <w:t>1:05:11  aap Maulana, agla aik comment aur sawal hai jo Karachi Pakistan se hai.</w:t>
      </w:r>
      <w:r>
        <w:br/>
      </w:r>
      <w:r>
        <w:rPr>
          <w:sz w:val="20"/>
        </w:rPr>
        <w:t>1:05:16  Abdul Latif sahib ne bheja hai.</w:t>
      </w:r>
      <w:r>
        <w:br/>
      </w:r>
      <w:r>
        <w:rPr>
          <w:sz w:val="20"/>
        </w:rPr>
        <w:t>1:05:22  unhon ne likha hai: "main kon hoon? meri zindagi ka maqsad kia hai? mujhe kyun paida kiya gaya</w:t>
      </w:r>
      <w:r>
        <w:br/>
      </w:r>
      <w:r>
        <w:rPr>
          <w:sz w:val="20"/>
        </w:rPr>
        <w:t>1:05:28  hai? maut kia hai? jannat aur jahannum ki haqeeqat kia hai?" yeh woh sawal hai jis se aaj</w:t>
      </w:r>
      <w:r>
        <w:br/>
      </w:r>
      <w:r>
        <w:rPr>
          <w:sz w:val="20"/>
        </w:rPr>
        <w:t>1:05:34  ka insaan, chahe musalman ho ya non-muslim, ghafil hai.</w:t>
      </w:r>
      <w:r>
        <w:br/>
      </w:r>
      <w:r>
        <w:rPr>
          <w:sz w:val="20"/>
        </w:rPr>
        <w:t>1:05:40  yeh sirf CPS hai jo aaj ke daur mein dawat ke zariye in sawalat se duniya</w:t>
      </w:r>
      <w:r>
        <w:br/>
      </w:r>
      <w:r>
        <w:rPr>
          <w:sz w:val="20"/>
        </w:rPr>
        <w:t>1:05:46  ko, duniya ke tamam insanon ko ba-khabar kar raha hai.</w:t>
      </w:r>
      <w:r>
        <w:br/>
      </w:r>
      <w:r>
        <w:rPr>
          <w:sz w:val="20"/>
        </w:rPr>
        <w:t>1:05:52  mujhe maloom nahi hai ke kyun ummat, ummat ulma is mission ki mukhalifat kar raha hai.</w:t>
      </w:r>
      <w:r>
        <w:br/>
      </w:r>
      <w:r>
        <w:rPr>
          <w:sz w:val="20"/>
        </w:rPr>
        <w:t>1:05:58  haan, theek kaha hai unhon ne.</w:t>
      </w:r>
      <w:r>
        <w:br/>
      </w:r>
      <w:r>
        <w:rPr>
          <w:sz w:val="20"/>
        </w:rPr>
        <w:t>1:06:03  is ka jo nature hai, is ko sahi tor par bataya hi nahin hai.</w:t>
      </w:r>
      <w:r>
        <w:br/>
      </w:r>
      <w:r>
        <w:rPr>
          <w:sz w:val="20"/>
        </w:rPr>
        <w:t>1:06:09  mujhe is se ittefaq hai.</w:t>
      </w:r>
    </w:p>
    <w:p>
      <w:pPr>
        <w:pStyle w:val="Heading2"/>
      </w:pPr>
      <w:r>
        <w:t>Source of Western innovation and Islam's role</w:t>
      </w:r>
    </w:p>
    <w:p>
      <w:r>
        <w:rPr>
          <w:color w:val="666666"/>
          <w:sz w:val="18"/>
        </w:rPr>
        <w:t>Society &amp; Dawah · Realistic Approach March 30, 2014 Maulana Wahiduddin Khan · 4m 08s · at 55:56 · https://youtu.be/K36UonBsGlA?t=3356</w:t>
      </w:r>
    </w:p>
    <w:p>
      <w:r>
        <w:rPr>
          <w:i/>
        </w:rPr>
        <w:t>“How did the Westerners become the innovators? What was the source of their innovation? Did they get the idea to innovate from Islam?”</w:t>
      </w:r>
    </w:p>
    <w:p>
      <w:r>
        <w:rPr>
          <w:sz w:val="20"/>
        </w:rPr>
        <w:t>55:56  maulana, agla sawal kya hai dilli se muhammad khursheed alam sahib ne. unhon ne likha hai: "How did the Westerners become the innovators</w:t>
      </w:r>
      <w:r>
        <w:br/>
      </w:r>
      <w:r>
        <w:rPr>
          <w:sz w:val="20"/>
        </w:rPr>
        <w:t>56:07  ? What was the source of their innovation? Did they get the idea to innovate from Islam</w:t>
      </w:r>
      <w:r>
        <w:br/>
      </w:r>
      <w:r>
        <w:rPr>
          <w:sz w:val="20"/>
        </w:rPr>
        <w:t>56:15  ?" second: islam bas khali bas yahi hai logon ko pata hai ke hamara fakhr hamare hisse mein aana chahiye. fakhr jo hai hamare hisse mein aana chahiye.</w:t>
      </w:r>
      <w:r>
        <w:br/>
      </w:r>
      <w:r>
        <w:rPr>
          <w:sz w:val="20"/>
        </w:rPr>
        <w:t>56:26  sab se bari burai yeh hai ke aap fakhr apne hisse mein dalna chahein. woh insaan nahin hai. in ko Allah ne nahin paida kiya hai, aap hi ko paida kiya hai.</w:t>
      </w:r>
      <w:r>
        <w:br/>
      </w:r>
      <w:r>
        <w:rPr>
          <w:sz w:val="20"/>
        </w:rPr>
        <w:t>56:36  yaani musalman samajhte hain ke hamara paida karne wala to Allah hai, baqi un ka paida karne wala shaitan hai. yeh soch jo hai itni zyada Dirty hai, itni Dirty hai ke Allah kabhi is ko maaf nahin karega is soch ko.</w:t>
      </w:r>
      <w:r>
        <w:br/>
      </w:r>
      <w:r>
        <w:rPr>
          <w:sz w:val="20"/>
        </w:rPr>
        <w:t>56:49  bhai, in cheezon ko aap janna chahein to meri kitab chhap rahi hai. is ka naam hai izhar-e-deen, is ko parhiye aap. woh is waqt Press mein hai, bohat jald aa jayegi.</w:t>
      </w:r>
      <w:r>
        <w:br/>
      </w:r>
      <w:r>
        <w:rPr>
          <w:sz w:val="20"/>
        </w:rPr>
        <w:t>56:58  maulana, ek hissa un ke sawal ka yeh bhi tha ke Why Muslims consider America to be an enemy of Islam? wahi Falsehood ka hissa hai.</w:t>
      </w:r>
      <w:r>
        <w:br/>
      </w:r>
      <w:r>
        <w:rPr>
          <w:sz w:val="20"/>
        </w:rPr>
        <w:t>57:11  wahi Falsehood ka hissa hai.</w:t>
      </w:r>
      <w:r>
        <w:br/>
      </w:r>
      <w:r>
        <w:rPr>
          <w:sz w:val="20"/>
        </w:rPr>
        <w:t>57:17  dekhiye, sab se bari wajah jo musalmanon ke haan aayi hai woh yeh ke America Israel ki himayat kyun karta hai? to sawal yeh hai ke America Pakistan ki himayat kyun karta hai?</w:t>
      </w:r>
      <w:r>
        <w:br/>
      </w:r>
      <w:r>
        <w:rPr>
          <w:sz w:val="20"/>
        </w:rPr>
        <w:t>57:30  sath baras se Pakistan America ki madad mein jee raha hai.</w:t>
      </w:r>
      <w:r>
        <w:br/>
      </w:r>
      <w:r>
        <w:rPr>
          <w:sz w:val="20"/>
        </w:rPr>
        <w:t>57:36  to America agar Israel ki himayat karta hai to aap sochiye ke Pakistan ki himayat kyun karta hai? aur Seven Million musalman kyun rehte hain athath se America mein?</w:t>
      </w:r>
      <w:r>
        <w:br/>
      </w:r>
      <w:r>
        <w:rPr>
          <w:sz w:val="20"/>
        </w:rPr>
        <w:t>57:48  is ki wajah kya hai? to America apne Interest ko jahan dekhta hai, jahan Interest Israel se is ko poora ho raha hai to Israel ka saath deta hai.</w:t>
      </w:r>
      <w:r>
        <w:br/>
      </w:r>
      <w:r>
        <w:rPr>
          <w:sz w:val="20"/>
        </w:rPr>
        <w:t>57:59  jahan Pakistan hai, woh Pakistan ka saath deta hai. jo Seven Million musalman wahan hain, woh us ke woh Labor, us ko Labor ki zaroorat hai, woh Labor faraham kar rahe hain. to in ko in ko apni jagah di gayi hai.</w:t>
      </w:r>
      <w:r>
        <w:br/>
      </w:r>
      <w:r>
        <w:rPr>
          <w:sz w:val="20"/>
        </w:rPr>
        <w:t>58:12  yeh Seven Million musalman jo hain America mein, woh un ke Labor ki zaroorat poori kar rahe hain. to in ko bhi woh mauqa diya gaya hai. dekhiye, har aadmi apne Interest ko dekhta hai.</w:t>
      </w:r>
      <w:r>
        <w:br/>
      </w:r>
      <w:r>
        <w:rPr>
          <w:sz w:val="20"/>
        </w:rPr>
        <w:t>58:23  koi dushman kisi ka nahin hota. kisi insaan ko yeh fursat nahin hai ke woh aapse dushmani kare. yeh nazariya hi batil hai bilkul.</w:t>
      </w:r>
      <w:r>
        <w:br/>
      </w:r>
      <w:r>
        <w:rPr>
          <w:sz w:val="20"/>
        </w:rPr>
        <w:t>58:31  jhoot, jhoot hai. har aadmi apne Interest ko dekhta hai. ab aap ko kahin ikhtilaf pad jata hai is ka Interest to aap kehte hain yeh dushman hai. woh apne Interest ko hasil karna chahta tha.</w:t>
      </w:r>
      <w:r>
        <w:br/>
      </w:r>
      <w:r>
        <w:rPr>
          <w:sz w:val="20"/>
        </w:rPr>
        <w:t>58:43  ittifaq ki baat hai ke aap ko kahin thokar lag gayi. to yaad rakhiye, apni Dictionary se nikal dijiye yeh lafz dushmani aur Conspiracy.</w:t>
      </w:r>
      <w:r>
        <w:br/>
      </w:r>
      <w:r>
        <w:rPr>
          <w:sz w:val="20"/>
        </w:rPr>
        <w:t>58:56  aur sahi lafz is ke rakhiye ke har insaan apne Interest pe chal raha hai. aap bhi Interest pe chal rahe hain. musalman bhi apne Interest pe chal rahe hain.</w:t>
      </w:r>
      <w:r>
        <w:br/>
      </w:r>
      <w:r>
        <w:rPr>
          <w:sz w:val="20"/>
        </w:rPr>
        <w:t>59:08  to kahin aap ka Interest doosre se mawafiqat kar jayega, kahin mukhalifat kar jayega.</w:t>
      </w:r>
      <w:r>
        <w:br/>
      </w:r>
      <w:r>
        <w:rPr>
          <w:sz w:val="20"/>
        </w:rPr>
        <w:t>59:18  to woh ittifaq ki baat hai. koi kisi ka dushman nahin. kisi ko fursat nahin hai ke woh kisi ki dushmani kare. har aadmi ko khud apni taraqqi, bachchon ko taraqqi dena hai, apne ghar ko banana hai.</w:t>
      </w:r>
      <w:r>
        <w:br/>
      </w:r>
      <w:r>
        <w:rPr>
          <w:sz w:val="20"/>
        </w:rPr>
        <w:t>59:30  yeh nazariya hi bilkul Baseless hai, bilkul Baseless hai ke falan dushman hai, falan dushman hai. koi dushman nahin hai. har aadmi apne apne.</w:t>
      </w:r>
      <w:r>
        <w:br/>
      </w:r>
      <w:r>
        <w:rPr>
          <w:sz w:val="20"/>
        </w:rPr>
        <w:t>59:40  main ne aap ko misaal di ke agar Israel ki himayat karne ki wajah se America dushman ban gaya to is Pakistan ki himayat kyun karta hai? woh Seven Million musalmanon ko apne haan jagah di hui hai.</w:t>
      </w:r>
      <w:r>
        <w:br/>
      </w:r>
      <w:r>
        <w:rPr>
          <w:sz w:val="20"/>
        </w:rPr>
        <w:t>59:51  khoob kha kama rahe hain woh. kyon? to apne interest ki wajah se yeh bhi kar raha hai, interest ki wajah se woh bhi kar raha hai. interest ka lafz dono ko explain karta hai.</w:t>
      </w:r>
    </w:p>
    <w:p>
      <w:pPr>
        <w:pStyle w:val="Heading2"/>
      </w:pPr>
      <w:r>
        <w:t>Spreading God's message as the only task</w:t>
      </w:r>
    </w:p>
    <w:p>
      <w:r>
        <w:rPr>
          <w:color w:val="666666"/>
          <w:sz w:val="18"/>
        </w:rPr>
        <w:t>Society &amp; Dawah · Peaceful Islamic Mission December 28, 2014 · 2m 25s · at 47:37 · https://youtu.be/aLacalXEtRA?t=2857</w:t>
      </w:r>
    </w:p>
    <w:p>
      <w:r>
        <w:rPr>
          <w:i/>
        </w:rPr>
        <w:t>“When we try to make Muslims aware that spreading God's word and message is the only task, they say that there are so many...”</w:t>
      </w:r>
    </w:p>
    <w:p>
      <w:r>
        <w:rPr>
          <w:sz w:val="20"/>
        </w:rPr>
        <w:t>47:37  Maulana, agla sawal Delhi se hai.</w:t>
      </w:r>
      <w:r>
        <w:br/>
      </w:r>
      <w:r>
        <w:rPr>
          <w:sz w:val="20"/>
        </w:rPr>
        <w:t>47:44  Miss Naghma Siddiqui ne poocha hai aur unhone likha hai ke "When we try to make Muslims</w:t>
      </w:r>
      <w:r>
        <w:br/>
      </w:r>
      <w:r>
        <w:rPr>
          <w:sz w:val="20"/>
        </w:rPr>
        <w:t>47:50  aware that spreading God's word and message is the only task, they say that there are so many</w:t>
      </w:r>
      <w:r>
        <w:br/>
      </w:r>
      <w:r>
        <w:rPr>
          <w:sz w:val="20"/>
        </w:rPr>
        <w:t>47:56  other good works and are not convinced." Maulana, what is the responsibility that we have towards these Muslims؟</w:t>
      </w:r>
      <w:r>
        <w:br/>
      </w:r>
      <w:r>
        <w:rPr>
          <w:sz w:val="20"/>
        </w:rPr>
        <w:t>48:03  saada baat yeh hai ke un se yeh kehna chahiye ke tum khud se kyun tay karte ho</w:t>
      </w:r>
      <w:r>
        <w:br/>
      </w:r>
      <w:r>
        <w:rPr>
          <w:sz w:val="20"/>
        </w:rPr>
        <w:t>48:09  ke kya achha kaam, kaun sa achha kaam hai? Ke mislan yeh hamare saamne ek park yahan par</w:t>
      </w:r>
      <w:r>
        <w:br/>
      </w:r>
      <w:r>
        <w:rPr>
          <w:sz w:val="20"/>
        </w:rPr>
        <w:t>48:15  hai, is park ko maintain karna achha kaam hai, yeh kaun bura kaam batayega? Sawal yeh nahi</w:t>
      </w:r>
      <w:r>
        <w:br/>
      </w:r>
      <w:r>
        <w:rPr>
          <w:sz w:val="20"/>
        </w:rPr>
        <w:t>48:22  hai ke achha kaam kaun sa hai? Sawal yeh hai ke Allah taala ne kis kaam ki zimme</w:t>
      </w:r>
      <w:r>
        <w:br/>
      </w:r>
      <w:r>
        <w:rPr>
          <w:sz w:val="20"/>
        </w:rPr>
        <w:t>48:28  daari daali hai? Ali imaan par.</w:t>
      </w:r>
      <w:r>
        <w:br/>
      </w:r>
      <w:r>
        <w:rPr>
          <w:sz w:val="20"/>
        </w:rPr>
        <w:t>48:34  to main yeh kahunga ke Quran ki ek aayat hai ke "Ya ayyuha al-rasool, baligh ma unzila</w:t>
      </w:r>
      <w:r>
        <w:br/>
      </w:r>
      <w:r>
        <w:rPr>
          <w:sz w:val="20"/>
        </w:rPr>
        <w:t>48:41  ilaika min rabbik, wa in lam taf'al, fa ma balaghta risalatah, wallahu ya'simuka min an-nas." Aur doosri aayatein bhi hain ke</w:t>
      </w:r>
      <w:r>
        <w:br/>
      </w:r>
      <w:r>
        <w:rPr>
          <w:sz w:val="20"/>
        </w:rPr>
        <w:t>48:47  Rasool Allah Salallahu Alaihi Wasallam ne tum par pahunchaya hai deen, tum ko pahunchana hai doosron ko deen.</w:t>
      </w:r>
      <w:r>
        <w:br/>
      </w:r>
      <w:r>
        <w:rPr>
          <w:sz w:val="20"/>
        </w:rPr>
        <w:t>48:53  Wa kadhalika ja'alnakum ummatan wasatan litakunu shuhada'a 'ala an-nas wa yakuna ar-rasoolu 'alaykum shaheedan.</w:t>
      </w:r>
      <w:r>
        <w:br/>
      </w:r>
      <w:r>
        <w:rPr>
          <w:sz w:val="20"/>
        </w:rPr>
        <w:t>49:00  In aayaton ko le kar jo baat samajh aati hai, woh yeh hai ke Rasool Allah Salallahu</w:t>
      </w:r>
      <w:r>
        <w:br/>
      </w:r>
      <w:r>
        <w:rPr>
          <w:sz w:val="20"/>
        </w:rPr>
        <w:t>49:06  Alaihi Wasallam par yeh zimmedari thi ke agar woh Allah ke deen ko na pahunchaye logon tak,</w:t>
      </w:r>
      <w:r>
        <w:br/>
      </w:r>
      <w:r>
        <w:rPr>
          <w:sz w:val="20"/>
        </w:rPr>
        <w:t>49:12  to un ke Rasool hone ki haisiyat mujtaba yaadi thi Allah ki nazar mein.</w:t>
      </w:r>
      <w:r>
        <w:br/>
      </w:r>
      <w:r>
        <w:rPr>
          <w:sz w:val="20"/>
        </w:rPr>
        <w:t>49:19  To ummat-e-Muhammadi maqam-e-Muhammadi par hai is aitbaar se ke jo kaam Muhammad Salallahu Alaihi Wasallam</w:t>
      </w:r>
      <w:r>
        <w:br/>
      </w:r>
      <w:r>
        <w:rPr>
          <w:sz w:val="20"/>
        </w:rPr>
        <w:t>49:25  ko karna tha, woh kaam ab ummat ko karna hai.</w:t>
      </w:r>
      <w:r>
        <w:br/>
      </w:r>
      <w:r>
        <w:rPr>
          <w:sz w:val="20"/>
        </w:rPr>
        <w:t>49:31  To agar ummat yeh dawat ka kaam na kare, jis ko Quran mein indhaar aur tabshir kaha gaya</w:t>
      </w:r>
      <w:r>
        <w:br/>
      </w:r>
      <w:r>
        <w:rPr>
          <w:sz w:val="20"/>
        </w:rPr>
        <w:t>49:38  hai, to ummat ki haisiyat hi khatam ho jayegi.</w:t>
      </w:r>
      <w:r>
        <w:br/>
      </w:r>
      <w:r>
        <w:rPr>
          <w:sz w:val="20"/>
        </w:rPr>
        <w:t>49:44  Ummat ka ummat-e-Muhammadi aur mujtaba ho jayega.</w:t>
      </w:r>
      <w:r>
        <w:br/>
      </w:r>
      <w:r>
        <w:rPr>
          <w:sz w:val="20"/>
        </w:rPr>
        <w:t>49:50  To jo log aisa kehte hain, un se sirf yeh aap kahiye ke Quran ko padho, Quran ko</w:t>
      </w:r>
      <w:r>
        <w:br/>
      </w:r>
      <w:r>
        <w:rPr>
          <w:sz w:val="20"/>
        </w:rPr>
        <w:t>49:57  padh kar hi rai banao, apne dimagh se rai mat banao.</w:t>
      </w:r>
    </w:p>
    <w:p>
      <w:pPr>
        <w:pStyle w:val="Heading2"/>
      </w:pPr>
      <w:r>
        <w:t>Spreading mission despite seminary limitations</w:t>
      </w:r>
    </w:p>
    <w:p>
      <w:r>
        <w:rPr>
          <w:color w:val="666666"/>
          <w:sz w:val="18"/>
        </w:rPr>
        <w:t>Society &amp; Dawah · Paradise September 18, 2016 · 3m 42s · at 55:21 · https://youtu.be/R2kZlD0PbGQ?t=3321</w:t>
      </w:r>
    </w:p>
    <w:p>
      <w:r>
        <w:rPr>
          <w:i/>
        </w:rPr>
        <w:t>“There are many people who have been studying your books for a long period and want to spread your mission, but in the current religious seminaries it is not possible.”</w:t>
      </w:r>
    </w:p>
    <w:p>
      <w:r>
        <w:rPr>
          <w:sz w:val="20"/>
        </w:rPr>
        <w:t>55:21  ji Maulana, agla sawal Saharanpur se kiya hai Muhammad Tauseef Qasmi sahab ne, aur unhone likha</w:t>
      </w:r>
      <w:r>
        <w:br/>
      </w:r>
      <w:r>
        <w:rPr>
          <w:sz w:val="20"/>
        </w:rPr>
        <w:t>55:27  hai: "Maulana, kai aise log hain jo lambe period se aap ki kitabon ka mutala kar rahe hain</w:t>
      </w:r>
      <w:r>
        <w:br/>
      </w:r>
      <w:r>
        <w:rPr>
          <w:sz w:val="20"/>
        </w:rPr>
        <w:t>55:32  aur aap ke mission ko phailana chahte hain, magar maujooda deeni madaris mein yeh mumkin nahi hai.</w:t>
      </w:r>
      <w:r>
        <w:br/>
      </w:r>
      <w:r>
        <w:rPr>
          <w:sz w:val="20"/>
        </w:rPr>
        <w:t>55:38  Maulana, aap kuch advice dein." Nahi, nahi, deeni madaris mein koi nahi mumkin hai.</w:t>
      </w:r>
      <w:r>
        <w:br/>
      </w:r>
      <w:r>
        <w:rPr>
          <w:sz w:val="20"/>
        </w:rPr>
        <w:t>55:44  main bhi deeni madaris mein parha hua hoon.</w:t>
      </w:r>
      <w:r>
        <w:br/>
      </w:r>
      <w:r>
        <w:rPr>
          <w:sz w:val="20"/>
        </w:rPr>
        <w:t>55:49  yeh main samajhta hoon ke sahi baat nahi hai.</w:t>
      </w:r>
      <w:r>
        <w:br/>
      </w:r>
      <w:r>
        <w:rPr>
          <w:sz w:val="20"/>
        </w:rPr>
        <w:t>55:55  aap chahe deeni madaris hon ya secular idare hon, kahin bhi hon, kaam karne ke awqaat har ek</w:t>
      </w:r>
      <w:r>
        <w:br/>
      </w:r>
      <w:r>
        <w:rPr>
          <w:sz w:val="20"/>
        </w:rPr>
        <w:t>56:01  ke liye hote hain, woh kar sakta hai.</w:t>
      </w:r>
      <w:r>
        <w:br/>
      </w:r>
      <w:r>
        <w:rPr>
          <w:sz w:val="20"/>
        </w:rPr>
        <w:t>56:07  yeh main is ko is uzr ko main nahi manta kyunke mujhe khud bhi tajurba hai deeni madaris ka.</w:t>
      </w:r>
      <w:r>
        <w:br/>
      </w:r>
      <w:r>
        <w:rPr>
          <w:sz w:val="20"/>
        </w:rPr>
        <w:t>56:12  Maulana, agla ek ek baat bataoon aap ko.</w:t>
      </w:r>
      <w:r>
        <w:br/>
      </w:r>
      <w:r>
        <w:rPr>
          <w:sz w:val="20"/>
        </w:rPr>
        <w:t>56:18  ek qissa ek deeni madarse ka jahan mashhoor hai ke hamari kitabein wahan mana karte hain, par woh bante hain.</w:t>
      </w:r>
      <w:r>
        <w:br/>
      </w:r>
      <w:r>
        <w:rPr>
          <w:sz w:val="20"/>
        </w:rPr>
        <w:t>56:24  ek ek bada deeni madrassa toh ek sahab, un ka naam hai Jan Muhammad, woh woh angrez hain,</w:t>
      </w:r>
      <w:r>
        <w:br/>
      </w:r>
      <w:r>
        <w:rPr>
          <w:sz w:val="20"/>
        </w:rPr>
        <w:t>56:29  woh woh paida hue England mein, un ka naam tha woh Jan Butt.</w:t>
      </w:r>
      <w:r>
        <w:br/>
      </w:r>
      <w:r>
        <w:rPr>
          <w:sz w:val="20"/>
        </w:rPr>
        <w:t>56:35  kya naam tha bhai? Jan Butt.</w:t>
      </w:r>
      <w:r>
        <w:br/>
      </w:r>
      <w:r>
        <w:rPr>
          <w:sz w:val="20"/>
        </w:rPr>
        <w:t>56:41  Jan Butt, un ka naam tha Jan Butt.</w:t>
      </w:r>
      <w:r>
        <w:br/>
      </w:r>
      <w:r>
        <w:rPr>
          <w:sz w:val="20"/>
        </w:rPr>
        <w:t>56:46  phir un ko Islam ka mutalba kiya aur Islam qabool kar liya unhone.</w:t>
      </w:r>
      <w:r>
        <w:br/>
      </w:r>
      <w:r>
        <w:rPr>
          <w:sz w:val="20"/>
        </w:rPr>
        <w:t>56:52  to apna naam rakh diya unhon ne jaan muhammad.</w:t>
      </w:r>
      <w:r>
        <w:br/>
      </w:r>
      <w:r>
        <w:rPr>
          <w:sz w:val="20"/>
        </w:rPr>
        <w:t>56:58  to jis madrase mein, usi madrase mein parhte the woh, to woh hamari kitabein le kar ke bahar</w:t>
      </w:r>
      <w:r>
        <w:br/>
      </w:r>
      <w:r>
        <w:rPr>
          <w:sz w:val="20"/>
        </w:rPr>
        <w:t>57:04  baithte the, woh bechte the kitabein.</w:t>
      </w:r>
      <w:r>
        <w:br/>
      </w:r>
      <w:r>
        <w:rPr>
          <w:sz w:val="20"/>
        </w:rPr>
        <w:t>57:09  yani bechne ki ek shakal thi, logon ko dete the.</w:t>
      </w:r>
      <w:r>
        <w:br/>
      </w:r>
      <w:r>
        <w:rPr>
          <w:sz w:val="20"/>
        </w:rPr>
        <w:t>57:15  to kisi ne kaha ke yahan to in kitabon ko be amanat hai, yeh kitabein jo aap likh bethe hain.</w:t>
      </w:r>
      <w:r>
        <w:br/>
      </w:r>
      <w:r>
        <w:rPr>
          <w:sz w:val="20"/>
        </w:rPr>
        <w:t>57:21  to unhon ne kaha ke bhai, main to aap jante hain ke main yeh india ka aadmi nahi</w:t>
      </w:r>
      <w:r>
        <w:br/>
      </w:r>
      <w:r>
        <w:rPr>
          <w:sz w:val="20"/>
        </w:rPr>
        <w:t>57:26  hoon, bahar ka aadmi hoon, mere paas koi aamdani ka zariya nahi hai, to isi ko bech kar</w:t>
      </w:r>
      <w:r>
        <w:br/>
      </w:r>
      <w:r>
        <w:rPr>
          <w:sz w:val="20"/>
        </w:rPr>
        <w:t>57:32  ke kaam chalta hoon.</w:t>
      </w:r>
      <w:r>
        <w:br/>
      </w:r>
      <w:r>
        <w:rPr>
          <w:sz w:val="20"/>
        </w:rPr>
        <w:t>57:38  to kya aap chahte hain ke mera kaam na chale? main faqeer ban kar rahoon? to to aap</w:t>
      </w:r>
      <w:r>
        <w:br/>
      </w:r>
      <w:r>
        <w:rPr>
          <w:sz w:val="20"/>
        </w:rPr>
        <w:t>57:43  aap hi be intezam kar dijiye.</w:t>
      </w:r>
      <w:r>
        <w:br/>
      </w:r>
      <w:r>
        <w:rPr>
          <w:sz w:val="20"/>
        </w:rPr>
        <w:t>57:49  to sab chup ho gaye.</w:t>
      </w:r>
      <w:r>
        <w:br/>
      </w:r>
      <w:r>
        <w:rPr>
          <w:sz w:val="20"/>
        </w:rPr>
        <w:t>57:55  to pata hai, har cheez ko aap baans kar sakte hain.</w:t>
      </w:r>
      <w:r>
        <w:br/>
      </w:r>
      <w:r>
        <w:rPr>
          <w:sz w:val="20"/>
        </w:rPr>
        <w:t>58:01  woh sahib maujood hain, woh rehte hain, ab aaj kal jalalabad mein rehte hain, woh jaan muhammad</w:t>
      </w:r>
      <w:r>
        <w:br/>
      </w:r>
      <w:r>
        <w:rPr>
          <w:sz w:val="20"/>
        </w:rPr>
        <w:t>58:06  sahib kab ke aate hain yahan par.</w:t>
      </w:r>
      <w:r>
        <w:br/>
      </w:r>
      <w:r>
        <w:rPr>
          <w:sz w:val="20"/>
        </w:rPr>
        <w:t>58:12  to aap art of management seekhein.</w:t>
      </w:r>
      <w:r>
        <w:br/>
      </w:r>
      <w:r>
        <w:rPr>
          <w:sz w:val="20"/>
        </w:rPr>
        <w:t>58:18  you have to learn the art of management.</w:t>
      </w:r>
      <w:r>
        <w:br/>
      </w:r>
      <w:r>
        <w:rPr>
          <w:sz w:val="20"/>
        </w:rPr>
        <w:t>58:23  kisi bhi situation mein aap hon, wahan manage karna mumkin hota hai.</w:t>
      </w:r>
      <w:r>
        <w:br/>
      </w:r>
      <w:r>
        <w:rPr>
          <w:sz w:val="20"/>
        </w:rPr>
        <w:t>58:29  aap manage karna seekhein.</w:t>
      </w:r>
      <w:r>
        <w:br/>
      </w:r>
      <w:r>
        <w:rPr>
          <w:sz w:val="20"/>
        </w:rPr>
        <w:t>58:35  jab unhon ne apne case ko yeh dikhaya ke main in ka مبلغ nahi hoon, main to apna</w:t>
      </w:r>
      <w:r>
        <w:br/>
      </w:r>
      <w:r>
        <w:rPr>
          <w:sz w:val="20"/>
        </w:rPr>
        <w:t>58:40  rozi roti ke liye kar raha hoon, to logon ko woh zehan badal gaya.</w:t>
      </w:r>
      <w:r>
        <w:br/>
      </w:r>
      <w:r>
        <w:rPr>
          <w:sz w:val="20"/>
        </w:rPr>
        <w:t>58:46  unhon ne kaha theek hai, apna kijiye aap.</w:t>
      </w:r>
      <w:r>
        <w:br/>
      </w:r>
      <w:r>
        <w:rPr>
          <w:sz w:val="20"/>
        </w:rPr>
        <w:t>58:52  to main samajhta hoon ke chahe deeni madrassa ho ya koi jagah ho, har cheez manageable hoti hai.</w:t>
      </w:r>
      <w:r>
        <w:br/>
      </w:r>
      <w:r>
        <w:rPr>
          <w:sz w:val="20"/>
        </w:rPr>
        <w:t>58:58  wohi karna chahiye aadmi ko.</w:t>
      </w:r>
    </w:p>
    <w:p>
      <w:pPr>
        <w:pStyle w:val="Heading2"/>
      </w:pPr>
      <w:r>
        <w:t>Starting point for teaching religion to laborers</w:t>
      </w:r>
    </w:p>
    <w:p>
      <w:r>
        <w:rPr>
          <w:color w:val="666666"/>
          <w:sz w:val="18"/>
        </w:rPr>
        <w:t>Society &amp; Dawah · Revival of Faith September 25, 2011 Maulana Wahiduddin Khan · 2m 26s · at 1:19:09 · https://youtu.be/sG_btZMffxg?t=4749</w:t>
      </w:r>
    </w:p>
    <w:p>
      <w:r>
        <w:rPr>
          <w:i/>
        </w:rPr>
        <w:t>“Where I live, there is a labor class. They have expressed a desire to learn about the religion from me. Time and day have become tight. I don't understand where to start explaining to them, from Quran or Hadith? Please guide.”</w:t>
      </w:r>
    </w:p>
    <w:p>
      <w:r>
        <w:rPr>
          <w:sz w:val="20"/>
        </w:rPr>
        <w:t>1:19:09  mister naeem bilali ne dili se sawal likha hai. unhon ne likha hai ke jahan mein rehta hoon, wahan labor tabqa rehta hai.</w:t>
      </w:r>
      <w:r>
        <w:br/>
      </w:r>
      <w:r>
        <w:rPr>
          <w:sz w:val="20"/>
        </w:rPr>
        <w:t>1:19:20  unhon ne mujh se deen ki baat batane ki khwahish ki hai. waqt aur din mutayyan ho gaya hai. samajh mein nahi aata hai unhein kahan se samjhana shuru karoon, quran ya hadith se.</w:t>
      </w:r>
      <w:r>
        <w:br/>
      </w:r>
      <w:r>
        <w:rPr>
          <w:sz w:val="20"/>
        </w:rPr>
        <w:t>1:19:33  baraye meharbani rahnumai karein.</w:t>
      </w:r>
      <w:r>
        <w:br/>
      </w:r>
      <w:r>
        <w:rPr>
          <w:sz w:val="20"/>
        </w:rPr>
        <w:t>1:19:37  dekhein, yeh yahan se rahnumai karne ki baat to nahi hai. in logon ko read kijiye, in ko parhiye, in ke mizaj ko samjhiye, to aap khud samajh jao.</w:t>
      </w:r>
      <w:r>
        <w:br/>
      </w:r>
      <w:r>
        <w:rPr>
          <w:sz w:val="20"/>
        </w:rPr>
        <w:t>1:19:50  aap ko khud yeh janna hai ke in kis tarah kaha jaye ke in ka mind rights ho. hamare haan kitabein bohat chhapi hain, bohat hi aasan andaaz mein.</w:t>
      </w:r>
      <w:r>
        <w:br/>
      </w:r>
      <w:r>
        <w:rPr>
          <w:sz w:val="20"/>
        </w:rPr>
        <w:t>1:20:01  is ko aap parhiye, aap</w:t>
      </w:r>
      <w:r>
        <w:br/>
      </w:r>
      <w:r>
        <w:rPr>
          <w:sz w:val="20"/>
        </w:rPr>
        <w:t>1:20:03  hamare kitabein ek to woh hain jo scientific andaaz mein ya ilmi andaaz mein hain, lekin aasan andaaz mein bhi kitabein bohat si hain. to parhiye is ko jis mein simplified way mein islam ko bataya gaya hai.</w:t>
      </w:r>
      <w:r>
        <w:br/>
      </w:r>
      <w:r>
        <w:rPr>
          <w:sz w:val="20"/>
        </w:rPr>
        <w:t>1:20:14  to aap khud parhiye, aap log prepare kijiye</w:t>
      </w:r>
      <w:r>
        <w:br/>
      </w:r>
      <w:r>
        <w:rPr>
          <w:sz w:val="20"/>
        </w:rPr>
        <w:t>1:20:18  , aur phir un ko, yaani un ko, un ke mizaj ko samjhiye, un ke istidad ko samjhiye, aur khud hi aap ko yeh mutayyan karna parega ke ke un ke darmiyan kaise da'wati kaam kiya jaye.</w:t>
      </w:r>
      <w:r>
        <w:br/>
      </w:r>
      <w:r>
        <w:rPr>
          <w:sz w:val="20"/>
        </w:rPr>
        <w:t>1:20:36  is ke liye aaghaz jo hai, khud aap logon ko prepare karna hai.</w:t>
      </w:r>
    </w:p>
    <w:p>
      <w:pPr>
        <w:pStyle w:val="Heading2"/>
      </w:pPr>
      <w:r>
        <w:t>Suggestion for online Quran teaching academy</w:t>
      </w:r>
    </w:p>
    <w:p>
      <w:r>
        <w:rPr>
          <w:color w:val="666666"/>
          <w:sz w:val="18"/>
        </w:rPr>
        <w:t>Society &amp; Dawah · Spirituality in Simple Living, High Thinking October 27, 2019 Maulana Wahiduddin Khan · 2m 35s · at 1:04:37 · https://youtu.be/Kr28g15eFr8?t=3877</w:t>
      </w:r>
    </w:p>
    <w:p>
      <w:r>
        <w:rPr>
          <w:i/>
        </w:rPr>
        <w:t>“I have an academy in Pakistan and I teach Quran online worldwide. What suggestion would you give me?”</w:t>
      </w:r>
    </w:p>
    <w:p>
      <w:r>
        <w:rPr>
          <w:sz w:val="20"/>
        </w:rPr>
        <w:t>1:04:37  maulana, agla sawal phir se aaya hai, ah pakistan se Muhammad Hamza Khan sahib ka.</w:t>
      </w:r>
      <w:r>
        <w:br/>
      </w:r>
      <w:r>
        <w:rPr>
          <w:sz w:val="20"/>
        </w:rPr>
        <w:t>1:04:46  yeh un ki ek Quran institute hai Pakistan mein, aur unhon ne likha hai: "maulana, mujhe acha lagta hai jab aap hamein thoda sa daant ke hamari correction karte hain." so now, i want a suggestion from you.</w:t>
      </w:r>
      <w:r>
        <w:br/>
      </w:r>
      <w:r>
        <w:rPr>
          <w:sz w:val="20"/>
        </w:rPr>
        <w:t>1:05:04  meri Pakistan mein ek academy hai, aur mein dunya mein online Quran pak teach karta hoon. aap mujhe kiya suggestion den ge?</w:t>
      </w:r>
      <w:r>
        <w:br/>
      </w:r>
      <w:r>
        <w:rPr>
          <w:sz w:val="20"/>
        </w:rPr>
        <w:t>1:05:15  mujhe kya karna chahiye ke mere students ko meri academy se zyada faida ho sake, woh zyada seekh saken?</w:t>
      </w:r>
      <w:r>
        <w:br/>
      </w:r>
      <w:r>
        <w:rPr>
          <w:sz w:val="20"/>
        </w:rPr>
        <w:t>1:05:24  itna zyada un se mohabbat kijiye apne students se ke aap un ke dil, un ke dil se dua karne lagen.</w:t>
      </w:r>
      <w:r>
        <w:br/>
      </w:r>
      <w:r>
        <w:rPr>
          <w:sz w:val="20"/>
        </w:rPr>
        <w:t>1:05:33  aap ne ek professional sense mein chala rahe honge, aap aap ne ro ro kar duaen nahin keen gi apne students ke sath.</w:t>
      </w:r>
      <w:r>
        <w:br/>
      </w:r>
      <w:r>
        <w:rPr>
          <w:sz w:val="20"/>
        </w:rPr>
        <w:t>1:05:45  yeh professional qism ke courses jo hote hain, is se kuch hone wala nahin. aap apne student ke liye ro ro kar duaen kijiye,</w:t>
      </w:r>
      <w:r>
        <w:br/>
      </w:r>
      <w:r>
        <w:rPr>
          <w:sz w:val="20"/>
        </w:rPr>
        <w:t>1:05:58  to dekhiye kaise ji asar hoga is ka.</w:t>
      </w:r>
      <w:r>
        <w:br/>
      </w:r>
      <w:r>
        <w:rPr>
          <w:sz w:val="20"/>
        </w:rPr>
        <w:t>1:06:12  okay, so we we'll end the session now. thank you.</w:t>
      </w:r>
    </w:p>
    <w:p>
      <w:pPr>
        <w:pStyle w:val="Heading2"/>
      </w:pPr>
      <w:r>
        <w:t>Sword or Dawah: Following Ibn Taymiyyah</w:t>
      </w:r>
    </w:p>
    <w:p>
      <w:r>
        <w:rPr>
          <w:color w:val="666666"/>
          <w:sz w:val="18"/>
        </w:rPr>
        <w:t>Society &amp; Dawah · The Issues of Islam in the Present World November 11, 2012 · 2m 57s · at 1:02:21 · https://youtu.be/COoaUbCCi1c?t=3741</w:t>
      </w:r>
    </w:p>
    <w:p>
      <w:r>
        <w:rPr>
          <w:i/>
        </w:rPr>
        <w:t>“I asked a certain Umri sahib: 'Do you want to make a claim or do you want enmity?' He said that Ibn Taymiyyah's book 'Al-Sarim al-Maslul' must be followed. Does Islam want to put a sword in every person's hand, or is it the responsibility of dawah? Please explain.”</w:t>
      </w:r>
    </w:p>
    <w:p>
      <w:r>
        <w:rPr>
          <w:sz w:val="20"/>
        </w:rPr>
        <w:t>1:02:21  Maulana, agla sawal hai Umarabad se Maulana Farhad Salafi sahib ka. unhon ne likha hai: "Maulana, maine ek Umri sahib se sawal kiya ke aap dawa karna chahte hain ya adawat?" toh unhon ne kaha ke Ibn Taymiyyah ki kitab "Al-Sarim al-Maslul" par amal karna hai.</w:t>
      </w:r>
      <w:r>
        <w:br/>
      </w:r>
      <w:r>
        <w:rPr>
          <w:sz w:val="20"/>
        </w:rPr>
        <w:t>1:02:42  Maulana, kya Islam har aadmi ke haath mein talwar dena chahta hai ya dawat ki zimmedari? is ke bare mein batayein.</w:t>
      </w:r>
      <w:r>
        <w:br/>
      </w:r>
      <w:r>
        <w:rPr>
          <w:sz w:val="20"/>
        </w:rPr>
        <w:t>1:02:51  dekhein, Ibn Taymiyyah ki jo kitab hai, jante hain kab likhi thi? unhon ne naujawani ki umar mein likhi thi.</w:t>
      </w:r>
      <w:r>
        <w:br/>
      </w:r>
      <w:r>
        <w:rPr>
          <w:sz w:val="20"/>
        </w:rPr>
        <w:t>1:03:03  bas bata, us waqt un ko kitab likhni nahi chahiye thi.</w:t>
      </w:r>
      <w:r>
        <w:br/>
      </w:r>
      <w:r>
        <w:rPr>
          <w:sz w:val="20"/>
        </w:rPr>
        <w:t>1:03:09  Hazrat Musa ke bare mein aata hai ke jab nubuwwat di gayi toh us mein aata hai ke "thumma jia'ta qadra Musa"</w:t>
      </w:r>
      <w:r>
        <w:br/>
      </w:r>
      <w:r>
        <w:rPr>
          <w:sz w:val="20"/>
        </w:rPr>
        <w:t>1:03:15  tamam nabiyon ko chalis saal mein di gayi hai. nubuwwat chalis saal mein kyun? nubuwwat di jati hai jab aadmi mature ho jaye, maturity ki age ko pahunch jaye.</w:t>
      </w:r>
      <w:r>
        <w:br/>
      </w:r>
      <w:r>
        <w:rPr>
          <w:sz w:val="20"/>
        </w:rPr>
        <w:t>1:03:29  toh Ibn Taymiyyah ne woh kitab likhi jab koi mature the. woh un ke peeron ko ailan karna chahiye ke Ibn Taymiyyah ki kitab us waqt likhi gayi thi jab woh pakhtah hi nahi hue the.</w:t>
      </w:r>
      <w:r>
        <w:br/>
      </w:r>
      <w:r>
        <w:rPr>
          <w:sz w:val="20"/>
        </w:rPr>
        <w:t>1:03:40  is wajah se kitab ko daal do classical literature mein,</w:t>
      </w:r>
      <w:r>
        <w:br/>
      </w:r>
      <w:r>
        <w:rPr>
          <w:sz w:val="20"/>
        </w:rPr>
        <w:t>1:03:44  us ka hawala hi mat do, woh qabil hawala nahi hai. woh ek naujawan kitab kyun likh sakta hai?</w:t>
      </w:r>
      <w:r>
        <w:br/>
      </w:r>
      <w:r>
        <w:rPr>
          <w:sz w:val="20"/>
        </w:rPr>
        <w:t>1:03:54  bahut ajeeb baat hui hai hamare haan ke naujawano ne jo tehrikein shuru kin, usi par log qaim ho gaye. Maulana Abdullah Modudi ne naujawano ko apni kitab likhi "Ali 'Ardh fi al-Islam".</w:t>
      </w:r>
      <w:r>
        <w:br/>
      </w:r>
      <w:r>
        <w:rPr>
          <w:sz w:val="20"/>
        </w:rPr>
        <w:t>1:04:06  isi par chal padi jamaat.</w:t>
      </w:r>
      <w:r>
        <w:br/>
      </w:r>
      <w:r>
        <w:rPr>
          <w:sz w:val="20"/>
        </w:rPr>
        <w:t>1:04:09  al khawar muslimon ke jo bani the, hasan banna, unhon ne 22 saal ki umar mein jab jamaat banai, isi par chal pade log.</w:t>
      </w:r>
      <w:r>
        <w:br/>
      </w:r>
      <w:r>
        <w:rPr>
          <w:sz w:val="20"/>
        </w:rPr>
        <w:t>1:04:19  ibn taimiya ne kitab likhi naujawani ki umar mein, isi ko hawala dete hain log. dekhiye, naujawani ki umar mein koi is qabil hota hi nahin ke woh koi rehnumai de,</w:t>
      </w:r>
      <w:r>
        <w:br/>
      </w:r>
      <w:r>
        <w:rPr>
          <w:sz w:val="20"/>
        </w:rPr>
        <w:t>1:04:33  lead kare.</w:t>
      </w:r>
      <w:r>
        <w:br/>
      </w:r>
      <w:r>
        <w:rPr>
          <w:sz w:val="20"/>
        </w:rPr>
        <w:t>1:04:37  maturity ki age age tak pahunchne se pehle aadmi ko sirf padhna chahiye, mutala karna chahiye, apne ko tayyar karna chahiye. yani chalis saal ke baad hi aadmi ko chahiye ke woh koi aisi tehreek chalaye ya aisi kitab likhe.</w:t>
      </w:r>
      <w:r>
        <w:br/>
      </w:r>
      <w:r>
        <w:rPr>
          <w:sz w:val="20"/>
        </w:rPr>
        <w:t>1:04:53  kyunki tamam paighambaron ko Allah taala ne chalis saal ki umar mein nabuwat di. to ibn taimiya ke jo peeron hain, unko sochna chahiye ke yeh to Allah ki hikmat ke khilaf hai,</w:t>
      </w:r>
      <w:r>
        <w:br/>
      </w:r>
      <w:r>
        <w:rPr>
          <w:sz w:val="20"/>
        </w:rPr>
        <w:t>1:05:07  Allah ki hikmat ke khilaf hai. koi maturity ki age ko pehle pahunche baghair aisi kitab nahin daale, tehrikein chalaye.</w:t>
      </w:r>
    </w:p>
    <w:p>
      <w:pPr>
        <w:pStyle w:val="Heading2"/>
      </w:pPr>
      <w:r>
        <w:t>Tablighi Jamaat considered as bid'ah</w:t>
      </w:r>
    </w:p>
    <w:p>
      <w:r>
        <w:rPr>
          <w:color w:val="666666"/>
          <w:sz w:val="18"/>
        </w:rPr>
        <w:t>Society &amp; Dawah · Divine Crusades December 14, 2014 · 2m 26s · at 1:04:15 · https://youtu.be/qZhY00S5LQg?t=3855</w:t>
      </w:r>
    </w:p>
    <w:p>
      <w:r>
        <w:rPr>
          <w:i/>
        </w:rPr>
        <w:t>“This Tablighi Jamaat is now bid'ah. Many grand ulemas have proved it as bid'ah.”</w:t>
      </w:r>
    </w:p>
    <w:p>
      <w:r>
        <w:rPr>
          <w:sz w:val="20"/>
        </w:rPr>
        <w:t>1:04:15  Maulana, agla sawal Muzaffar Nagar se Sahil Muhammad sahib ne poocha hai aapse.</w:t>
      </w:r>
      <w:r>
        <w:br/>
      </w:r>
      <w:r>
        <w:rPr>
          <w:sz w:val="20"/>
        </w:rPr>
        <w:t>1:04:18  Aur unhone likha hai ke Maulana sahib, is tablighi jamaat ab bid'ah.</w:t>
      </w:r>
      <w:r>
        <w:br/>
      </w:r>
      <w:r>
        <w:rPr>
          <w:sz w:val="20"/>
        </w:rPr>
        <w:t>1:04:22  Many grand ulemas have proved it as bid'ah.</w:t>
      </w:r>
      <w:r>
        <w:br/>
      </w:r>
      <w:r>
        <w:rPr>
          <w:sz w:val="20"/>
        </w:rPr>
        <w:t>1:04:26  Also, some of the grand scholars of that time did not agree with this innovation.</w:t>
      </w:r>
      <w:r>
        <w:br/>
      </w:r>
      <w:r>
        <w:rPr>
          <w:sz w:val="20"/>
        </w:rPr>
        <w:t>1:04:30  Do you agree with this?</w:t>
      </w:r>
      <w:r>
        <w:br/>
      </w:r>
      <w:r>
        <w:rPr>
          <w:sz w:val="20"/>
        </w:rPr>
        <w:t>1:04:34  Since I know that you are a researcher and truth-finder, please clear your view on this.</w:t>
      </w:r>
      <w:r>
        <w:br/>
      </w:r>
      <w:r>
        <w:rPr>
          <w:sz w:val="20"/>
        </w:rPr>
        <w:t>1:04:38  nahi nahi, dekhiye, yeh hamara subject nahi hai jamaaton par remark dena.</w:t>
      </w:r>
      <w:r>
        <w:br/>
      </w:r>
      <w:r>
        <w:rPr>
          <w:sz w:val="20"/>
        </w:rPr>
        <w:t>1:04:43  yeh jamaat aisi hai, woh jamaat aisi, yeh hamara tareeqa nahi hai.</w:t>
      </w:r>
      <w:r>
        <w:br/>
      </w:r>
      <w:r>
        <w:rPr>
          <w:sz w:val="20"/>
        </w:rPr>
        <w:t>1:04:48  aap hamari kitabein nahi padhein shayad aap ne, hamari kitabein padhi hain aap.</w:t>
      </w:r>
      <w:r>
        <w:br/>
      </w:r>
      <w:r>
        <w:rPr>
          <w:sz w:val="20"/>
        </w:rPr>
        <w:t>1:04:53  yeh jamaat aisi hai, woh jamaat aisi hai, yeh party aisi hai, woh party aisi, yeh hamara tareeqa</w:t>
      </w:r>
      <w:r>
        <w:br/>
      </w:r>
      <w:r>
        <w:rPr>
          <w:sz w:val="20"/>
        </w:rPr>
        <w:t>1:04:58  hi nahi hai.</w:t>
      </w:r>
      <w:r>
        <w:br/>
      </w:r>
      <w:r>
        <w:rPr>
          <w:sz w:val="20"/>
        </w:rPr>
        <w:t>1:05:03  yeh toh hum toh isko fitna samajhte hain, fitna.</w:t>
      </w:r>
      <w:r>
        <w:br/>
      </w:r>
      <w:r>
        <w:rPr>
          <w:sz w:val="20"/>
        </w:rPr>
        <w:t>1:05:08  isi se aapas mein ikhtilaf hota hai, aapas mein takrao hota hai, aapas mein heat badhti hai, heat.</w:t>
      </w:r>
      <w:r>
        <w:br/>
      </w:r>
      <w:r>
        <w:rPr>
          <w:sz w:val="20"/>
        </w:rPr>
        <w:t>1:05:12  yeh kya aap karein? aap ko is se nikliye bahar.</w:t>
      </w:r>
      <w:r>
        <w:br/>
      </w:r>
      <w:r>
        <w:rPr>
          <w:sz w:val="20"/>
        </w:rPr>
        <w:t>1:05:17  aap heat mein jee rahe hain, aap nature mein nahi jee rahe.</w:t>
      </w:r>
      <w:r>
        <w:br/>
      </w:r>
      <w:r>
        <w:rPr>
          <w:sz w:val="20"/>
        </w:rPr>
        <w:t>1:05:22  yeh kya soch hai aap ki ke bid'at hai, woh zalalat hai, woh sahi hai, woh galat hai?</w:t>
      </w:r>
      <w:r>
        <w:br/>
      </w:r>
      <w:r>
        <w:rPr>
          <w:sz w:val="20"/>
        </w:rPr>
        <w:t>1:05:27  aap apni apni duty ko discover kijiye Allah ki nisbat se.</w:t>
      </w:r>
      <w:r>
        <w:br/>
      </w:r>
      <w:r>
        <w:rPr>
          <w:sz w:val="20"/>
        </w:rPr>
        <w:t>1:05:32  yaani Allah ki nisbat se aap ki apni duty kya hai, is mein lag jaiye bas.</w:t>
      </w:r>
      <w:r>
        <w:br/>
      </w:r>
      <w:r>
        <w:rPr>
          <w:sz w:val="20"/>
        </w:rPr>
        <w:t>1:05:37  Okay, so we will end the Sunday session now.</w:t>
      </w:r>
      <w:r>
        <w:br/>
      </w:r>
      <w:r>
        <w:rPr>
          <w:sz w:val="20"/>
        </w:rPr>
        <w:t>1:05:42  Please log in next week at 10:30 for Maulana's next session. Thank you.</w:t>
      </w:r>
    </w:p>
    <w:p>
      <w:pPr>
        <w:pStyle w:val="Heading2"/>
      </w:pPr>
      <w:r>
        <w:t>Team relationships: da'wah only or mutual care?</w:t>
      </w:r>
    </w:p>
    <w:p>
      <w:r>
        <w:rPr>
          <w:color w:val="666666"/>
          <w:sz w:val="18"/>
        </w:rPr>
        <w:t>Society &amp; Dawah · The Importance of Team Work February 5, 2012 · 4m 25s · at 1:16:25 · https://youtu.be/qBbwznqIqVw?t=4585</w:t>
      </w:r>
    </w:p>
    <w:p>
      <w:r>
        <w:rPr>
          <w:i/>
        </w:rPr>
        <w:t>“Should team members' relationship be based only on da'wah work, or should they also help each other in times of sorrow and pain?”</w:t>
      </w:r>
    </w:p>
    <w:p>
      <w:r>
        <w:rPr>
          <w:sz w:val="20"/>
        </w:rPr>
        <w:t>1:16:25  maulana, un ka ek aur sawal hai. unhon ne likha hai: "team ke logon ka aapsi taluq sirf da'wa work ki base par hona chahiye ya team ke members ko chahiye ke woh aapas mein ek doosre ke dukh dard mein bhi kaam aayein?"</w:t>
      </w:r>
      <w:r>
        <w:br/>
      </w:r>
      <w:r>
        <w:rPr>
          <w:sz w:val="20"/>
        </w:rPr>
        <w:t>1:16:44  bhai, da'wa ka matlab hai Allah ke liye. aap jo jo Allah ne hukum diya, woh sab kijiye.</w:t>
      </w:r>
      <w:r>
        <w:br/>
      </w:r>
      <w:r>
        <w:rPr>
          <w:sz w:val="20"/>
        </w:rPr>
        <w:t>1:16:53  quran o hadith mein jo ahkam diye gaye hain, un ko padhiye. aur jahan aap ko mehsoos ho ke yeh hukum hai, to us par amal kijiye.</w:t>
      </w:r>
      <w:r>
        <w:br/>
      </w:r>
      <w:r>
        <w:rPr>
          <w:sz w:val="20"/>
        </w:rPr>
        <w:t>1:17:04  yeh aap ke upar hai. is mein koi alag se koi hukum nama jari nahi kar sakta.</w:t>
      </w:r>
      <w:r>
        <w:br/>
      </w:r>
      <w:r>
        <w:rPr>
          <w:sz w:val="20"/>
        </w:rPr>
        <w:t>1:17:17  tamil nadu se maulana israr ul hasan umri ne sawal kiya hai.</w:t>
      </w:r>
      <w:r>
        <w:br/>
      </w:r>
      <w:r>
        <w:rPr>
          <w:sz w:val="20"/>
        </w:rPr>
        <w:t>1:17:21  unhon ne likha hai ke "team work ke leader ki zimmedari kya hai? is ke bare mein batayein."</w:t>
      </w:r>
      <w:r>
        <w:br/>
      </w:r>
      <w:r>
        <w:rPr>
          <w:sz w:val="20"/>
        </w:rPr>
        <w:t>1:17:30  main samajhta hoon ke team work mein jo leading role jis ka hoga, us ki zimmedari</w:t>
      </w:r>
      <w:r>
        <w:br/>
      </w:r>
      <w:r>
        <w:rPr>
          <w:sz w:val="20"/>
        </w:rPr>
        <w:t>1:17:38  ek to yeh hai ke woh bohat zyada</w:t>
      </w:r>
      <w:r>
        <w:br/>
      </w:r>
      <w:r>
        <w:rPr>
          <w:sz w:val="20"/>
        </w:rPr>
        <w:t>1:17:45  is ke andar ma'khaz ka jazba ho. hamesha sochta rahe ke main jo lead de raha hoon, woh sahi hai ya galat. yani Allah ne jo hukum diya hai quran o hadith mein, us ke mutabiq hai ke nahi.</w:t>
      </w:r>
      <w:r>
        <w:br/>
      </w:r>
      <w:r>
        <w:rPr>
          <w:sz w:val="20"/>
        </w:rPr>
        <w:t>1:18:01  to apna muhasba bohat zyada karna chahiye us ko. yani us ko super muhasba karna chahiye.</w:t>
      </w:r>
      <w:r>
        <w:br/>
      </w:r>
      <w:r>
        <w:rPr>
          <w:sz w:val="20"/>
        </w:rPr>
        <w:t>1:18:08  main samajhta hoon ke jo leading role jis ko mila hua hai, us ke zaroori ko apna super muhasba kare. aur doosri taraf jo jo log supportive role kar rahe hain, un ke liye bohat zyada khair khwahi is ke andar ho.</w:t>
      </w:r>
      <w:r>
        <w:br/>
      </w:r>
      <w:r>
        <w:rPr>
          <w:sz w:val="20"/>
        </w:rPr>
        <w:t>1:18:25  bohat zyada khair khwahi. Allah ki nisbat se bohat zyada muhasba, team ki nisbat se bohat zyada khair khwahi</w:t>
      </w:r>
      <w:r>
        <w:br/>
      </w:r>
      <w:r>
        <w:rPr>
          <w:sz w:val="20"/>
        </w:rPr>
        <w:t>1:18:33  . yeh sifat honi chahiye is insaan mein jo leading role kar raha ho.</w:t>
      </w:r>
      <w:r>
        <w:br/>
      </w:r>
      <w:r>
        <w:rPr>
          <w:sz w:val="20"/>
        </w:rPr>
        <w:t>1:18:43  kyun ke woh do ke beech mein hota hai. ek taraf Allah ka mamla, doosri taraf team ke members ka mamla. to Allah ki nisbat se us ko bohat zyada darna chahiye ke kahin Allah ka pakad na ho jaye us ki.</w:t>
      </w:r>
      <w:r>
        <w:br/>
      </w:r>
      <w:r>
        <w:rPr>
          <w:sz w:val="20"/>
        </w:rPr>
        <w:t>1:18:58  to us ko super muhasba karte rehna chahiye. aur sathiyon ki nisbat se us ko bohat hi zyada khair khwah hona chahiye.</w:t>
      </w:r>
      <w:r>
        <w:br/>
      </w:r>
      <w:r>
        <w:rPr>
          <w:sz w:val="20"/>
        </w:rPr>
        <w:t>1:19:08  un ki riayat kare, un ke liye duaein kare. lekin isi us ke sath mein yeh bhi keh doon ke ideal, yani ideal can not be achieved.</w:t>
      </w:r>
      <w:r>
        <w:br/>
      </w:r>
      <w:r>
        <w:rPr>
          <w:sz w:val="20"/>
        </w:rPr>
        <w:t>1:19:21  aap agar ideal se naapein to koi bhi aap ko us par utrega nahi.</w:t>
      </w:r>
      <w:r>
        <w:br/>
      </w:r>
      <w:r>
        <w:rPr>
          <w:sz w:val="20"/>
        </w:rPr>
        <w:t>1:19:28  to yeh to jo leading role kar raha hai, is ki maine zimmedari batai. lekin is ka matlab yeh nahi ke aap aik aik aik ya district le lein, is ko napte rahein aur phir is ko is ke khan gaam karein.</w:t>
      </w:r>
      <w:r>
        <w:br/>
      </w:r>
      <w:r>
        <w:rPr>
          <w:sz w:val="20"/>
        </w:rPr>
        <w:t>1:19:42  jaise Usman zamane mein hua. Hazrat Usman zamane mein yeh hua ke logon ne khud sakhta tor par aik ya district bana liya, aik mayar. aur is se napa to laga ke Usman is par nahi utar rahe hain, unhein qatal kar dala.</w:t>
      </w:r>
      <w:r>
        <w:br/>
      </w:r>
      <w:r>
        <w:rPr>
          <w:sz w:val="20"/>
        </w:rPr>
        <w:t>1:19:56  yeh bhi galat hai.</w:t>
      </w:r>
      <w:r>
        <w:br/>
      </w:r>
      <w:r>
        <w:rPr>
          <w:sz w:val="20"/>
        </w:rPr>
        <w:t>1:19:59  yani is aadmi ki zimmedari wahi hai jo maine batai. lekin logon ki zimmedari yeh nahi ke woh aik ya ya district le kar is ko lage, is ke khilaf gaam kar rahe hain, yahan tak ke qatal kar dale is ko.</w:t>
      </w:r>
      <w:r>
        <w:br/>
      </w:r>
      <w:r>
        <w:rPr>
          <w:sz w:val="20"/>
        </w:rPr>
        <w:t>1:20:13  to yeh yeh bhi galat ho jayega. yeh ghulu ho jayega. ghulu aur ghulu Islam mein nahi hai. la ghulu fil Islam yani mera matlab hai ke ittehad ko barqarar rakhne ke liye sab kuch kiya jana chahiye.</w:t>
      </w:r>
      <w:r>
        <w:br/>
      </w:r>
      <w:r>
        <w:rPr>
          <w:sz w:val="20"/>
        </w:rPr>
        <w:t>1:20:29  team ka ittehad baqi rakhne ke liye har qurbani dena chahiye. aur is ki shakal yeh hai ke aadmi Allah ke hawale karta rahe. jo shikayatein hain, Allah ke hawale, Allah ke hawale.</w:t>
      </w:r>
      <w:r>
        <w:br/>
      </w:r>
      <w:r>
        <w:rPr>
          <w:sz w:val="20"/>
        </w:rPr>
        <w:t>1:20:42  warna team ban nahi payegi aur na team apna role bhi nikal sakegi.</w:t>
      </w:r>
    </w:p>
    <w:p>
      <w:pPr>
        <w:pStyle w:val="Heading2"/>
      </w:pPr>
      <w:r>
        <w:t>Terrorism in Pakistan and advice for Muslims</w:t>
      </w:r>
    </w:p>
    <w:p>
      <w:r>
        <w:rPr>
          <w:color w:val="666666"/>
          <w:sz w:val="18"/>
        </w:rPr>
        <w:t>Society &amp; Dawah · Pillars of Western Thought October 6, 2013 · 2m 59s · at 48:21 · https://youtu.be/o4WfPvju5_M?t=2901</w:t>
      </w:r>
    </w:p>
    <w:p>
      <w:r>
        <w:rPr>
          <w:i/>
        </w:rPr>
        <w:t>“Maulana, what is your opinion on the increasing terrorism in Pakistan? And what suggestion do you have for the Muslims of Pakistan? What should they do at this time?”</w:t>
      </w:r>
    </w:p>
    <w:p>
      <w:r>
        <w:rPr>
          <w:sz w:val="20"/>
        </w:rPr>
        <w:t>48:21  molana, agla sawal aaya hai islamabad, pakistan se</w:t>
      </w:r>
      <w:r>
        <w:br/>
      </w:r>
      <w:r>
        <w:rPr>
          <w:sz w:val="20"/>
        </w:rPr>
        <w:t>48:25  muhammad faisal gujjar sahib ka. unhon ne likha hai: "molana, aap pakistan mein barhti hui dahshat gardi par kya rai rakhte hain?</w:t>
      </w:r>
      <w:r>
        <w:br/>
      </w:r>
      <w:r>
        <w:rPr>
          <w:sz w:val="20"/>
        </w:rPr>
        <w:t>48:36  aur aap pakistan ke musalmanon ke liye kya suggest karte hain? woh is waqt kya karen?"</w:t>
      </w:r>
      <w:r>
        <w:br/>
      </w:r>
      <w:r>
        <w:rPr>
          <w:sz w:val="20"/>
        </w:rPr>
        <w:t>48:44  dekhiye, pehla kaam to yeh hai ke aap parosi mulk se lad kar ke zinda nahi reh sakte.</w:t>
      </w:r>
      <w:r>
        <w:br/>
      </w:r>
      <w:r>
        <w:rPr>
          <w:sz w:val="20"/>
        </w:rPr>
        <w:t>48:53  pakistan ne awwal din se india se larai chhod rakhi hai,</w:t>
      </w:r>
      <w:r>
        <w:br/>
      </w:r>
      <w:r>
        <w:rPr>
          <w:sz w:val="20"/>
        </w:rPr>
        <w:t>48:59  to yak tarfa taur par pakistan ko larai ko band karna pare ga. ab kya state ke level to larai band kar diya unhon ne, lekin proxy war chala rahe hain.</w:t>
      </w:r>
      <w:r>
        <w:br/>
      </w:r>
      <w:r>
        <w:rPr>
          <w:sz w:val="20"/>
        </w:rPr>
        <w:t>49:10  abhi aaj akhbar mein tha, to proxy war bhi chhoden aur state war bhi chhoden.</w:t>
      </w:r>
      <w:r>
        <w:br/>
      </w:r>
      <w:r>
        <w:rPr>
          <w:sz w:val="20"/>
        </w:rPr>
        <w:t>49:19  is ke baghair koi beginning nahi hai pakistan ki, koi beginning nahi. rasool Allah sal-lal-lahu alai-hi wa-sal-lam ne dekhiye, hudaybiyah ka mu'ahida kar ke larai ko khatam kar diya tha,</w:t>
      </w:r>
      <w:r>
        <w:br/>
      </w:r>
      <w:r>
        <w:rPr>
          <w:sz w:val="20"/>
        </w:rPr>
        <w:t>49:29  tab wahan par taraqqi hui. aur yahan par kya hai? ladai, ladai, ladai, ladai chal rahi hai. aur direct ladai dekha ke char bar Pakistan lada, har bar hara.</w:t>
      </w:r>
      <w:r>
        <w:br/>
      </w:r>
      <w:r>
        <w:rPr>
          <w:sz w:val="20"/>
        </w:rPr>
        <w:t>49:39  ab unhon ne kya kiya? proxy war chhod chhod shuru kar diya. to jab aap baqayda ladai se nahi jeet paye, to to proxy wars ke jeetenge aap.</w:t>
      </w:r>
      <w:r>
        <w:br/>
      </w:r>
      <w:r>
        <w:rPr>
          <w:sz w:val="20"/>
        </w:rPr>
        <w:t>49:56  jab tak wahan par yeh nazariya khatm na ho ke ladai se kuch hasil kiya ja sakta hai, tab tak kuch hone wala nahi hai. Pakistan ka mera ek two point formula hai: ek to yeh ke wahan par state ke ilawa logon ke pas khoob hathiyar hain,</w:t>
      </w:r>
      <w:r>
        <w:br/>
      </w:r>
      <w:r>
        <w:rPr>
          <w:sz w:val="20"/>
        </w:rPr>
        <w:t>50:13  aur yeh khud government ne is ko, yani asaniyan paida keen ke logon ke pas hathiyar ho. main ne suna hai ke wahan hathiyar bikte hain sabzi ke tarike se.</w:t>
      </w:r>
      <w:r>
        <w:br/>
      </w:r>
      <w:r>
        <w:rPr>
          <w:sz w:val="20"/>
        </w:rPr>
        <w:t>50:26  to wahan par, yani sirf state ke pas hathiyar ho, awam ke pas bilkul hathiyar na ho, bilkul mukammal taur par is ko band kar diya jaye.</w:t>
      </w:r>
      <w:r>
        <w:br/>
      </w:r>
      <w:r>
        <w:rPr>
          <w:sz w:val="20"/>
        </w:rPr>
        <w:t>50:37  ek baat yeh ho. doosri baat yeh hai ke parosi mulk se ladai ko khatm kar diya jaye, na direct war, na proxy war.</w:t>
      </w:r>
      <w:r>
        <w:br/>
      </w:r>
      <w:r>
        <w:rPr>
          <w:sz w:val="20"/>
        </w:rPr>
        <w:t>50:46  tab beginning hogi. abhi to beginning ke asar hi nahi hain, abhi to koi beginning hi nahi hai.</w:t>
      </w:r>
      <w:r>
        <w:br/>
      </w:r>
      <w:r>
        <w:rPr>
          <w:sz w:val="20"/>
        </w:rPr>
        <w:t>50:53  is ke baad kya hoga? ke do kaam karna chahiye aap ko: mulk ki taameer, mulk ki taameer aur dawat.</w:t>
      </w:r>
      <w:r>
        <w:br/>
      </w:r>
      <w:r>
        <w:rPr>
          <w:sz w:val="20"/>
        </w:rPr>
        <w:t>51:04  mulk ki taameer aur dawat. taameer mein sab se number one par aata hai education. to education aur dawat. lekin jab tak ladai ka mahaul hai, wahan ladai ka mahaul, tab tak koi taameeri kaam nahi ho sakta hai.</w:t>
      </w:r>
    </w:p>
    <w:p>
      <w:pPr>
        <w:pStyle w:val="Heading2"/>
      </w:pPr>
      <w:r>
        <w:t>The Importance of Tension-Free Life for Da'i</w:t>
      </w:r>
    </w:p>
    <w:p>
      <w:r>
        <w:rPr>
          <w:color w:val="666666"/>
          <w:sz w:val="18"/>
        </w:rPr>
        <w:t>Society &amp; Dawah · Q&amp;A 13 Nov 2011 · 2m 21s · at 17:43 · https://youtu.be/oOZ9h37_pL8?t=1063</w:t>
      </w:r>
    </w:p>
    <w:p>
      <w:r>
        <w:rPr>
          <w:i/>
        </w:rPr>
        <w:t>“What is the importance of a tension-free life for a Da'i? How can a Da'i protect himself from tension?”</w:t>
      </w:r>
    </w:p>
    <w:p>
      <w:r>
        <w:rPr>
          <w:sz w:val="20"/>
        </w:rPr>
        <w:t>17:43  maulana agla sawal aaya hai maulana shariq hussain ka delhi se. unhon ne likha hai ek dai ke liye tension free life ki kya ahmiyat hai?</w:t>
      </w:r>
      <w:r>
        <w:br/>
      </w:r>
      <w:r>
        <w:rPr>
          <w:sz w:val="20"/>
        </w:rPr>
        <w:t>17:55  dai tension se khud ko kaise bachayein?</w:t>
      </w:r>
      <w:r>
        <w:br/>
      </w:r>
      <w:r>
        <w:rPr>
          <w:sz w:val="20"/>
        </w:rPr>
        <w:t>17:59  dekhein tension free jab honge tabhi aap normal tareeqe se dai se deal kar payenge. tension le kar ke dai ke liye aap khair khwah nahin ban sakte.</w:t>
      </w:r>
      <w:r>
        <w:br/>
      </w:r>
      <w:r>
        <w:rPr>
          <w:sz w:val="20"/>
        </w:rPr>
        <w:t>18:11  madu ke liye. dai agar tension mein jeeta ho is ka matlab hai ke nafrat karega woh insanon se. kyunke insanon ke rawish ko le kar hi toh tension aata hai.</w:t>
      </w:r>
      <w:r>
        <w:br/>
      </w:r>
      <w:r>
        <w:rPr>
          <w:sz w:val="20"/>
        </w:rPr>
        <w:t>18:23  tension ka matlab hai ke insaan se aap ko jo sulook mila us sulook par raazi nahin hue aap. toh kya matlab hoga</w:t>
      </w:r>
      <w:r>
        <w:br/>
      </w:r>
      <w:r>
        <w:rPr>
          <w:sz w:val="20"/>
        </w:rPr>
        <w:t>18:31  ? tension se kya aayega? nafrat aayegi. nafrat se kya aayega? indifferent attitude ho jayega. aap ko koi dilchaspi nahin hogi doosron se hogi.</w:t>
      </w:r>
      <w:r>
        <w:br/>
      </w:r>
      <w:r>
        <w:rPr>
          <w:sz w:val="20"/>
        </w:rPr>
        <w:t>18:41  dawat ke kaam ke liye zaroori hai ke bohat zyada khair khwahi, bohat zyada taluq, bohat zyada chahna doosre ki nijat ko.</w:t>
      </w:r>
      <w:r>
        <w:br/>
      </w:r>
      <w:r>
        <w:rPr>
          <w:sz w:val="20"/>
        </w:rPr>
        <w:t>18:50  toh is ke liye zaroori hai ke aap tension free rahen. kyunke tension free nahin rahenge toh nafrat karenge. nafrat karenge toh khair khwahi nahin hogi. yeh meri samajh mein aaya hai.</w:t>
      </w:r>
      <w:r>
        <w:br/>
      </w:r>
      <w:r>
        <w:rPr>
          <w:sz w:val="20"/>
        </w:rPr>
        <w:t>19:01  ji.</w:t>
      </w:r>
      <w:r>
        <w:br/>
      </w:r>
      <w:r>
        <w:rPr>
          <w:sz w:val="20"/>
        </w:rPr>
        <w:t>19:05  mister muhammad abid ne delhi se likha hai main tension free hoon. dunyaavi khwahishon khwahishein bhi nahin hain.</w:t>
      </w:r>
      <w:r>
        <w:br/>
      </w:r>
      <w:r>
        <w:rPr>
          <w:sz w:val="20"/>
        </w:rPr>
        <w:t>19:14  lekin woh creative mind nahin hai jo non stop soch sake. dimaghi quwaton ko kis tarah badhaya jaye is ke bare mein batayein.</w:t>
      </w:r>
      <w:r>
        <w:br/>
      </w:r>
      <w:r>
        <w:rPr>
          <w:sz w:val="20"/>
        </w:rPr>
        <w:t>19:25  nahin aap ne apni baat sahi report di hain. agar aap aise hote jaise aap keh rahe hain toh phir apne aap hi dimagh ke darwaze khulte hain.</w:t>
      </w:r>
      <w:r>
        <w:br/>
      </w:r>
      <w:r>
        <w:rPr>
          <w:sz w:val="20"/>
        </w:rPr>
        <w:t>19:37  apne bare mein jo report di hai aap ne agar waise hi aap hon toh us ko manen ke woh darwaze apne aap hi khul jaate hain. waise aap hain hi nahin aap apne bare mein aur statement kar rahe hain.</w:t>
      </w:r>
      <w:r>
        <w:br/>
      </w:r>
      <w:r>
        <w:rPr>
          <w:sz w:val="20"/>
        </w:rPr>
        <w:t>19:48  apne ko apna andaza galat kar rahe hain aap. phir se apne bare mein sochein. phir se apna muhasba kijiye.</w:t>
      </w:r>
      <w:r>
        <w:br/>
      </w:r>
      <w:r>
        <w:rPr>
          <w:sz w:val="20"/>
        </w:rPr>
        <w:t>19:57  phir se apne ko janne ki koshish kijiye.</w:t>
      </w:r>
    </w:p>
    <w:p>
      <w:pPr>
        <w:pStyle w:val="Heading2"/>
      </w:pPr>
      <w:r>
        <w:t>Understanding Kashmir problem through status quo</w:t>
      </w:r>
    </w:p>
    <w:p>
      <w:r>
        <w:rPr>
          <w:color w:val="666666"/>
          <w:sz w:val="18"/>
        </w:rPr>
        <w:t>Society &amp; Dawah · Importance of Peace August 17, 2014 · 2m 53s · at 1:10:30 · https://youtu.be/ifxSwh2Jckw?t=4230</w:t>
      </w:r>
    </w:p>
    <w:p>
      <w:r>
        <w:rPr>
          <w:i/>
        </w:rPr>
        <w:t>“In the light of today's lecture of status quo acceptance leading to peace and eventual development, one can try to understand the ongoing Palestine problem and bloodshed. But how do we understand the Kashmir problem and the alienation of the Kashmir people towards Indian state till today? What is your comment on this?”</w:t>
      </w:r>
    </w:p>
    <w:p>
      <w:r>
        <w:rPr>
          <w:sz w:val="20"/>
        </w:rPr>
        <w:t>1:10:30  Maulana, agla sawal Delhi se hai, Miss Radhika Khajuriah ne kiya hai. aur unhon ne likha hai: "Moulana sahib, in the light of today's lecture of status quo acceptance leading to peace and eventual development, one can try to understand the ongoing Palestine problem and bloodshed.</w:t>
      </w:r>
      <w:r>
        <w:br/>
      </w:r>
      <w:r>
        <w:rPr>
          <w:sz w:val="20"/>
        </w:rPr>
        <w:t>1:10:52  But</w:t>
      </w:r>
      <w:r>
        <w:br/>
      </w:r>
      <w:r>
        <w:rPr>
          <w:sz w:val="20"/>
        </w:rPr>
        <w:t>1:10:53  how do we understand the Kashmir problem and the alienation of the Kashmir people towards Indian state till today? What is your comment on this?" dekhiye, Kashmir ka jo problem hai woh yeh hai ke</w:t>
      </w:r>
      <w:r>
        <w:br/>
      </w:r>
      <w:r>
        <w:rPr>
          <w:sz w:val="20"/>
        </w:rPr>
        <w:t>1:11:12  history ne jo status quo banaya tha, us ko nahi mana unhon ne. woh history se lar rahe hain.</w:t>
      </w:r>
      <w:r>
        <w:br/>
      </w:r>
      <w:r>
        <w:rPr>
          <w:sz w:val="20"/>
        </w:rPr>
        <w:t>1:11:19  dekhiye, 15 August 1947 ko ek history apne end par pahunchi. bohat dinon se insan, India mein azadi, freedom pe struggle chal rahi thi.</w:t>
      </w:r>
      <w:r>
        <w:br/>
      </w:r>
      <w:r>
        <w:rPr>
          <w:sz w:val="20"/>
        </w:rPr>
        <w:t>1:11:29  bohat dinon se. to is ka culmination tha 15 August 1948. woh culmination tha. jab barah baj kar aik minute par Voice Raya Maud Button ne ailan kiya tha radio par "Today India is free.</w:t>
      </w:r>
      <w:r>
        <w:br/>
      </w:r>
      <w:r>
        <w:rPr>
          <w:sz w:val="20"/>
        </w:rPr>
        <w:t>1:11:47  Today India is free."</w:t>
      </w:r>
      <w:r>
        <w:br/>
      </w:r>
      <w:r>
        <w:rPr>
          <w:sz w:val="20"/>
        </w:rPr>
        <w:t>1:11:49  That was announcement by history. woh Maud Button ka announcement nahi tha. ke jo struggle chal raha tha muddaton se, jis mein hazaron hazar log mare gaye, kya hua, kya hua.</w:t>
      </w:r>
      <w:r>
        <w:br/>
      </w:r>
      <w:r>
        <w:rPr>
          <w:sz w:val="20"/>
        </w:rPr>
        <w:t>1:12:02  is ka end aa gaya. is ka culmination aa gaya. lekin Kashmiri log is se lar rahe hain. aap historical status ko badal nahi sakte.</w:t>
      </w:r>
      <w:r>
        <w:br/>
      </w:r>
      <w:r>
        <w:rPr>
          <w:sz w:val="20"/>
        </w:rPr>
        <w:t>1:12:13  Impossible hai.</w:t>
      </w:r>
      <w:r>
        <w:br/>
      </w:r>
      <w:r>
        <w:rPr>
          <w:sz w:val="20"/>
        </w:rPr>
        <w:t>1:12:18  It requires again to create a new history to change the status quo. yeh impossible hai.</w:t>
      </w:r>
      <w:r>
        <w:br/>
      </w:r>
      <w:r>
        <w:rPr>
          <w:sz w:val="20"/>
        </w:rPr>
        <w:t>1:12:27  ek history ka process tha, chalte chalte 15 August 1948 ko khatam hua. ab aap ko ek nai history chalani pare gi.</w:t>
      </w:r>
      <w:r>
        <w:br/>
      </w:r>
      <w:r>
        <w:rPr>
          <w:sz w:val="20"/>
        </w:rPr>
        <w:t>1:12:37  woh pata nahi sankron saal chalti rahe. ya pahuncha ya nahi pahuncha kahin pe.</w:t>
      </w:r>
      <w:r>
        <w:br/>
      </w:r>
      <w:r>
        <w:rPr>
          <w:sz w:val="20"/>
        </w:rPr>
        <w:t>1:12:43  to Kashmir mein main samajhta hoon koi wahid aadmi paida nahi hua, wahid leadership, jo bataye ke yeh to history ka verdict hai.</w:t>
      </w:r>
      <w:r>
        <w:br/>
      </w:r>
      <w:r>
        <w:rPr>
          <w:sz w:val="20"/>
        </w:rPr>
        <w:t>1:12:52  mano. jaise Palestine mein jo Balfour verdict tha, that was verdict of history. aise hi Kashmir mein jo hua, woh hua tha, woh tha verdict of history.</w:t>
      </w:r>
      <w:r>
        <w:br/>
      </w:r>
      <w:r>
        <w:rPr>
          <w:sz w:val="20"/>
        </w:rPr>
        <w:t>1:13:09  to aap history se lar nahi sakte.</w:t>
      </w:r>
      <w:r>
        <w:br/>
      </w:r>
      <w:r>
        <w:rPr>
          <w:sz w:val="20"/>
        </w:rPr>
        <w:t>1:13:12  Palestine mein larein, tab bhi nakam honge. Kashmir mein larein, tab bhi nakam honge. You have to accept the verdict of history. You have to accept the verdict of history.</w:t>
      </w:r>
    </w:p>
    <w:p>
      <w:pPr>
        <w:pStyle w:val="Heading2"/>
      </w:pPr>
      <w:r>
        <w:t>Unity among Muslim sects</w:t>
      </w:r>
    </w:p>
    <w:p>
      <w:r>
        <w:rPr>
          <w:color w:val="666666"/>
          <w:sz w:val="18"/>
        </w:rPr>
        <w:t>Society &amp; Dawah · Example of the Prophet March 20, 2016 · 2m 49s · at 1:01:32 · https://youtu.be/79HmhzXU41w?t=3692</w:t>
      </w:r>
    </w:p>
    <w:p>
      <w:r>
        <w:rPr>
          <w:i/>
        </w:rPr>
        <w:t>“There are many sects among Muslims. With so many sects, how can the unity of the Ummah be achieved? Please explain.”</w:t>
      </w:r>
    </w:p>
    <w:p>
      <w:r>
        <w:rPr>
          <w:sz w:val="20"/>
        </w:rPr>
        <w:t>1:01:32  Maulana, agla sawal naseer aslam sahib ne kiya hai lahore se aur unka sawal hai ke musalmanon</w:t>
      </w:r>
      <w:r>
        <w:br/>
      </w:r>
      <w:r>
        <w:rPr>
          <w:sz w:val="20"/>
        </w:rPr>
        <w:t>1:01:39  mein bohat zyada firqe hain, itne firqe ki maujoodgi mein ittehad e millat kaise ho sakti hai, iske</w:t>
      </w:r>
      <w:r>
        <w:br/>
      </w:r>
      <w:r>
        <w:rPr>
          <w:sz w:val="20"/>
        </w:rPr>
        <w:t>1:01:48  bare mein batayein.</w:t>
      </w:r>
      <w:r>
        <w:br/>
      </w:r>
      <w:r>
        <w:rPr>
          <w:sz w:val="20"/>
        </w:rPr>
        <w:t>1:01:50  dekhiye, is par hamari kitab maujood hai, aap isko padhiye.</w:t>
      </w:r>
      <w:r>
        <w:br/>
      </w:r>
      <w:r>
        <w:rPr>
          <w:sz w:val="20"/>
        </w:rPr>
        <w:t>1:01:55  tajdeed e deen, dekhiye, ittehad ka talluq</w:t>
      </w:r>
      <w:r>
        <w:br/>
      </w:r>
      <w:r>
        <w:rPr>
          <w:sz w:val="20"/>
        </w:rPr>
        <w:t>1:02:00  is se nahi hai ke differences logon mein hain, is se kuch bhi talluq nahi.</w:t>
      </w:r>
      <w:r>
        <w:br/>
      </w:r>
      <w:r>
        <w:rPr>
          <w:sz w:val="20"/>
        </w:rPr>
        <w:t>1:02:06  differences to hote hi hote hain, sahaba mein bhi differences the, hatta ke dunya mein agar back waqt</w:t>
      </w:r>
      <w:r>
        <w:br/>
      </w:r>
      <w:r>
        <w:rPr>
          <w:sz w:val="20"/>
        </w:rPr>
        <w:t>1:02:12  do paighambar hon tab bhi difference ho jata hai, jaisa ke Hazrat Haroon mein, Hazrat Musa mein hua.</w:t>
      </w:r>
      <w:r>
        <w:br/>
      </w:r>
      <w:r>
        <w:rPr>
          <w:sz w:val="20"/>
        </w:rPr>
        <w:t>1:02:20  to difference koi excuse nahi hai.</w:t>
      </w:r>
      <w:r>
        <w:br/>
      </w:r>
      <w:r>
        <w:rPr>
          <w:sz w:val="20"/>
        </w:rPr>
        <w:t>1:02:25  difference se kya hota hai? difference to rahenge, difference to zindagi ki alamat hai.</w:t>
      </w:r>
      <w:r>
        <w:br/>
      </w:r>
      <w:r>
        <w:rPr>
          <w:sz w:val="20"/>
        </w:rPr>
        <w:t>1:02:29  difference ki wajah se discussion hota hai, dialogue hota hai, intellectual development hota hai.</w:t>
      </w:r>
      <w:r>
        <w:br/>
      </w:r>
      <w:r>
        <w:rPr>
          <w:sz w:val="20"/>
        </w:rPr>
        <w:t>1:02:37  jo cheez jo ghalat hai, wo difference nahi hai, wo hai ghalu, yani extremism.</w:t>
      </w:r>
      <w:r>
        <w:br/>
      </w:r>
      <w:r>
        <w:rPr>
          <w:sz w:val="20"/>
        </w:rPr>
        <w:t>1:02:45  extremism aur extremism ki sab se zyada</w:t>
      </w:r>
      <w:r>
        <w:br/>
      </w:r>
      <w:r>
        <w:rPr>
          <w:sz w:val="20"/>
        </w:rPr>
        <w:t>1:02:51  khatarnak shakal yeh hai jis ko kehte hain kisi cheez ko logical end tak pohanchana.</w:t>
      </w:r>
      <w:r>
        <w:br/>
      </w:r>
      <w:r>
        <w:rPr>
          <w:sz w:val="20"/>
        </w:rPr>
        <w:t>1:02:58  misalan hadees mein aata hai ke la salata illa bi fatihat al-kitab</w:t>
      </w:r>
      <w:r>
        <w:br/>
      </w:r>
      <w:r>
        <w:rPr>
          <w:sz w:val="20"/>
        </w:rPr>
        <w:t>1:03:05  yani surah fatiha parhe ke baad koi namaz namaz nahin.</w:t>
      </w:r>
      <w:r>
        <w:br/>
      </w:r>
      <w:r>
        <w:rPr>
          <w:sz w:val="20"/>
        </w:rPr>
        <w:t>1:03:09  to yahan par is ko logon ne is logical end tak le gaye ke har harf, har harf</w:t>
      </w:r>
      <w:r>
        <w:br/>
      </w:r>
      <w:r>
        <w:rPr>
          <w:sz w:val="20"/>
        </w:rPr>
        <w:t>1:03:14  musalli ko parhna chahiye warna namaz hi nahin hogi.</w:t>
      </w:r>
      <w:r>
        <w:br/>
      </w:r>
      <w:r>
        <w:rPr>
          <w:sz w:val="20"/>
        </w:rPr>
        <w:t>1:03:18  jab hamara ek imam samne woh hamara represent kar raha hai to is ka parhna hamara parhna hai,</w:t>
      </w:r>
      <w:r>
        <w:br/>
      </w:r>
      <w:r>
        <w:rPr>
          <w:sz w:val="20"/>
        </w:rPr>
        <w:t>1:03:23  lekin is ko logical end tak le gaye ke mujhe personally khud parhna pare ga, nahin to meri</w:t>
      </w:r>
      <w:r>
        <w:br/>
      </w:r>
      <w:r>
        <w:rPr>
          <w:sz w:val="20"/>
        </w:rPr>
        <w:t>1:03:28  namaz nahin hogi.</w:t>
      </w:r>
      <w:r>
        <w:br/>
      </w:r>
      <w:r>
        <w:rPr>
          <w:sz w:val="20"/>
        </w:rPr>
        <w:t>1:03:31  to difference buri cheez nahin hai,</w:t>
      </w:r>
      <w:r>
        <w:br/>
      </w:r>
      <w:r>
        <w:rPr>
          <w:sz w:val="20"/>
        </w:rPr>
        <w:t>1:03:35  buri cheez hai ghalu, extremism, cheezon ko logical end tak le jana.</w:t>
      </w:r>
      <w:r>
        <w:br/>
      </w:r>
      <w:r>
        <w:rPr>
          <w:sz w:val="20"/>
        </w:rPr>
        <w:t>1:03:41  warna difference to bohat si nemmat hai,</w:t>
      </w:r>
      <w:r>
        <w:br/>
      </w:r>
      <w:r>
        <w:rPr>
          <w:sz w:val="20"/>
        </w:rPr>
        <w:t>1:03:45  ikhtilaf ummati ki wajah se dialogue hota hai, discussion hota hai, aur thinking barhti hai.</w:t>
      </w:r>
      <w:r>
        <w:br/>
      </w:r>
      <w:r>
        <w:rPr>
          <w:sz w:val="20"/>
        </w:rPr>
        <w:t>1:03:55  har aadmi ek sath sochta hai to koi zyada nahin soch raha hai.</w:t>
      </w:r>
      <w:r>
        <w:br/>
      </w:r>
      <w:r>
        <w:rPr>
          <w:sz w:val="20"/>
        </w:rPr>
        <w:t>1:04:03  to main samajhta hoon ke difference koi evil nahin hai, difference koi problem nahin hai,</w:t>
      </w:r>
      <w:r>
        <w:br/>
      </w:r>
      <w:r>
        <w:rPr>
          <w:sz w:val="20"/>
        </w:rPr>
        <w:t>1:04:10  balke difference blessing hai.</w:t>
      </w:r>
      <w:r>
        <w:br/>
      </w:r>
      <w:r>
        <w:rPr>
          <w:sz w:val="20"/>
        </w:rPr>
        <w:t>1:04:12  jo problem hai woh hai ghalu, jis ko kehte hain extremism,</w:t>
      </w:r>
      <w:r>
        <w:br/>
      </w:r>
      <w:r>
        <w:rPr>
          <w:sz w:val="20"/>
        </w:rPr>
        <w:t>1:04:18  cheezon ko logical end tak pohanchana.</w:t>
      </w:r>
    </w:p>
    <w:p>
      <w:pPr>
        <w:pStyle w:val="Heading2"/>
      </w:pPr>
      <w:r>
        <w:t>Unused literature in madrasas</w:t>
      </w:r>
    </w:p>
    <w:p>
      <w:r>
        <w:rPr>
          <w:color w:val="666666"/>
          <w:sz w:val="18"/>
        </w:rPr>
        <w:t>Society &amp; Dawah · Self Correction November 09, 2014 Maulana Wahiduddin Khan · 4m 45s · at 1:04:28 · https://youtu.be/PpwTmeCQkSQ?t=3868</w:t>
      </w:r>
    </w:p>
    <w:p>
      <w:r>
        <w:rPr>
          <w:i/>
        </w:rPr>
        <w:t>“I have found literature distributed to mollems in madrasas are lying in shelves without ever being touched by students and teachers.”</w:t>
      </w:r>
    </w:p>
    <w:p>
      <w:r>
        <w:rPr>
          <w:sz w:val="20"/>
        </w:rPr>
        <w:t>1:04:28  maulana, agla sawal kiya hai doctor wasiq ur rehman sahib ne dilli se, aur unhon ne likha hai ke</w:t>
      </w:r>
      <w:r>
        <w:br/>
      </w:r>
      <w:r>
        <w:rPr>
          <w:sz w:val="20"/>
        </w:rPr>
        <w:t>1:04:34  "I have found literature distributed to mollems in madrasas are lying in shelves without ever being touched by</w:t>
      </w:r>
      <w:r>
        <w:br/>
      </w:r>
      <w:r>
        <w:rPr>
          <w:sz w:val="20"/>
        </w:rPr>
        <w:t>1:04:40  students and teachers.</w:t>
      </w:r>
      <w:r>
        <w:br/>
      </w:r>
      <w:r>
        <w:rPr>
          <w:sz w:val="20"/>
        </w:rPr>
        <w:t>1:04:46  I feel personal training is more worthwhile rather than just distributing the literature." Maulana, "What is your view on this?</w:t>
      </w:r>
      <w:r>
        <w:br/>
      </w:r>
      <w:r>
        <w:rPr>
          <w:sz w:val="20"/>
        </w:rPr>
        <w:t>1:04:53  " kiya mein samjha nahin? kiya kar rahe hain ke Maulana jo literature distributed karte hain, aah, unhon</w:t>
      </w:r>
      <w:r>
        <w:br/>
      </w:r>
      <w:r>
        <w:rPr>
          <w:sz w:val="20"/>
        </w:rPr>
        <w:t>1:04:58  ne khaas kar jo madrasas mein jo mollems hain, wahan woh paaya ke aksar woh shelf mein rakh</w:t>
      </w:r>
      <w:r>
        <w:br/>
      </w:r>
      <w:r>
        <w:rPr>
          <w:sz w:val="20"/>
        </w:rPr>
        <w:t>1:05:03  dete hain, aur is ko koi bhi hath nahin lagata, aur na hi woh parha jata hai.</w:t>
      </w:r>
      <w:r>
        <w:br/>
      </w:r>
      <w:r>
        <w:rPr>
          <w:sz w:val="20"/>
        </w:rPr>
        <w:t>1:05:08  to woh yeh keh rahe hain ke distribution ki bajaye jo personal training wala jo method hai, woh</w:t>
      </w:r>
      <w:r>
        <w:br/>
      </w:r>
      <w:r>
        <w:rPr>
          <w:sz w:val="20"/>
        </w:rPr>
        <w:t>1:05:14  zyada fruitful ya result oriented hai.</w:t>
      </w:r>
      <w:r>
        <w:br/>
      </w:r>
      <w:r>
        <w:rPr>
          <w:sz w:val="20"/>
        </w:rPr>
        <w:t>1:05:19  mein ne nahin, woh literature parhana bohat zaroori hai.</w:t>
      </w:r>
      <w:r>
        <w:br/>
      </w:r>
      <w:r>
        <w:rPr>
          <w:sz w:val="20"/>
        </w:rPr>
        <w:t>1:05:24  is ke ilawa jo chahe kijiye, literature parhana bohat hi zaroori hai.</w:t>
      </w:r>
      <w:r>
        <w:br/>
      </w:r>
      <w:r>
        <w:rPr>
          <w:sz w:val="20"/>
        </w:rPr>
        <w:t>1:05:30  dekhiye, aap ghalati kiya kar rahe hain? result ko mass ke level par jaanch rahe hain.</w:t>
      </w:r>
      <w:r>
        <w:br/>
      </w:r>
      <w:r>
        <w:rPr>
          <w:sz w:val="20"/>
        </w:rPr>
        <w:t>1:05:35  mass ke level par kabhi bhi na jaanchiye, individual ke level par jaanchiye.</w:t>
      </w:r>
      <w:r>
        <w:br/>
      </w:r>
      <w:r>
        <w:rPr>
          <w:sz w:val="20"/>
        </w:rPr>
        <w:t>1:05:40  yeh bohat bari ghalati hai.</w:t>
      </w:r>
      <w:r>
        <w:br/>
      </w:r>
      <w:r>
        <w:rPr>
          <w:sz w:val="20"/>
        </w:rPr>
        <w:t>1:05:46  mass ke level par dekha jaye to kabhi bhi peghambaron ke zamanay mein bhi mass ke level par</w:t>
      </w:r>
      <w:r>
        <w:br/>
      </w:r>
      <w:r>
        <w:rPr>
          <w:sz w:val="20"/>
        </w:rPr>
        <w:t>1:05:51  result nahi nikla.</w:t>
      </w:r>
      <w:r>
        <w:br/>
      </w:r>
      <w:r>
        <w:rPr>
          <w:sz w:val="20"/>
        </w:rPr>
        <w:t>1:05:56  kisi paighambar ke zamane mein bhi dekhiye, aap mass ke level par result nahi nikalta, individual level par nikalta hai.</w:t>
      </w:r>
      <w:r>
        <w:br/>
      </w:r>
      <w:r>
        <w:rPr>
          <w:sz w:val="20"/>
        </w:rPr>
        <w:t>1:06:02  to distribute aap karenge, to distribute karenge to yeh thori ke saare log badal jayenge.</w:t>
      </w:r>
      <w:r>
        <w:br/>
      </w:r>
      <w:r>
        <w:rPr>
          <w:sz w:val="20"/>
        </w:rPr>
        <w:t>1:06:07  aap aur doosra jo tareeqa aap bata rahe hain, woh bhi karke dekh lijiye.</w:t>
      </w:r>
      <w:r>
        <w:br/>
      </w:r>
      <w:r>
        <w:rPr>
          <w:sz w:val="20"/>
        </w:rPr>
        <w:t>1:06:12  aap is mein bhi aisa nahi hoga ke mass ke level par log badal jayenge.</w:t>
      </w:r>
      <w:r>
        <w:br/>
      </w:r>
      <w:r>
        <w:rPr>
          <w:sz w:val="20"/>
        </w:rPr>
        <w:t>1:06:18  yeh to kuch seekhne wale hote hain, kuch sincere log hote hain, kuch chahte hain janna.</w:t>
      </w:r>
      <w:r>
        <w:br/>
      </w:r>
      <w:r>
        <w:rPr>
          <w:sz w:val="20"/>
        </w:rPr>
        <w:t>1:06:23  woh jab padhte hain to achaanak unhein badla hua jata hai.</w:t>
      </w:r>
      <w:r>
        <w:br/>
      </w:r>
      <w:r>
        <w:rPr>
          <w:sz w:val="20"/>
        </w:rPr>
        <w:t>1:06:28  jaise dekhiye, ek ek martaba yahan Kashmir baithi hui thi, agar aap ko yaad ho to ek aadmi aaya tha.</w:t>
      </w:r>
      <w:r>
        <w:br/>
      </w:r>
      <w:r>
        <w:rPr>
          <w:sz w:val="20"/>
        </w:rPr>
        <w:t>1:06:34  is mein yahi bataya tha qissa is ne apna ke woh milton tha.</w:t>
      </w:r>
      <w:r>
        <w:br/>
      </w:r>
      <w:r>
        <w:rPr>
          <w:sz w:val="20"/>
        </w:rPr>
        <w:t>1:06:39  woh phir ek baar nikla, woh ek maqam par kahin to doosre ne dekha ke kuch phaade hue</w:t>
      </w:r>
      <w:r>
        <w:br/>
      </w:r>
      <w:r>
        <w:rPr>
          <w:sz w:val="20"/>
        </w:rPr>
        <w:t>1:06:44  parze pade hue hain.</w:t>
      </w:r>
      <w:r>
        <w:br/>
      </w:r>
      <w:r>
        <w:rPr>
          <w:sz w:val="20"/>
        </w:rPr>
        <w:t>1:06:50  koi cheez thi chupi hui, woh phaad kar phenk diya kisi ne.</w:t>
      </w:r>
      <w:r>
        <w:br/>
      </w:r>
      <w:r>
        <w:rPr>
          <w:sz w:val="20"/>
        </w:rPr>
        <w:t>1:06:55  is ko uthaya, is ne tukde tukde kar diya.</w:t>
      </w:r>
      <w:r>
        <w:br/>
      </w:r>
      <w:r>
        <w:rPr>
          <w:sz w:val="20"/>
        </w:rPr>
        <w:t>1:07:00  to is ne is ko utha kar le gaya, aur sab tukde jod jod kar chipka chipka kar</w:t>
      </w:r>
      <w:r>
        <w:br/>
      </w:r>
      <w:r>
        <w:rPr>
          <w:sz w:val="20"/>
        </w:rPr>
        <w:t>1:07:06  is ka page banaya.</w:t>
      </w:r>
      <w:r>
        <w:br/>
      </w:r>
      <w:r>
        <w:rPr>
          <w:sz w:val="20"/>
        </w:rPr>
        <w:t>1:07:11  us tukde ko page bana kar padha, is ko thoda padha to us waqt hi to ek naya</w:t>
      </w:r>
      <w:r>
        <w:br/>
      </w:r>
      <w:r>
        <w:rPr>
          <w:sz w:val="20"/>
        </w:rPr>
        <w:t>1:07:16  message is ke andar hai.</w:t>
      </w:r>
      <w:r>
        <w:br/>
      </w:r>
      <w:r>
        <w:rPr>
          <w:sz w:val="20"/>
        </w:rPr>
        <w:t>1:07:22  woh hamari kitaab ka ek tukda tha.</w:t>
      </w:r>
      <w:r>
        <w:br/>
      </w:r>
      <w:r>
        <w:rPr>
          <w:sz w:val="20"/>
        </w:rPr>
        <w:t>1:07:27  kisi ghusse mein phaad diya tha kisi ne.</w:t>
      </w:r>
      <w:r>
        <w:br/>
      </w:r>
      <w:r>
        <w:rPr>
          <w:sz w:val="20"/>
        </w:rPr>
        <w:t>1:07:32  ab ghaur kijiye, ek aadmi ne ghusse mein phaada, aur doosre aadmi ne is ko chipka kar padha,</w:t>
      </w:r>
      <w:r>
        <w:br/>
      </w:r>
      <w:r>
        <w:rPr>
          <w:sz w:val="20"/>
        </w:rPr>
        <w:t>1:07:38  aur yahan aaya.</w:t>
      </w:r>
      <w:r>
        <w:br/>
      </w:r>
      <w:r>
        <w:rPr>
          <w:sz w:val="20"/>
        </w:rPr>
        <w:t>1:07:43  woh kaha ke maine tauba kar li milton se.</w:t>
      </w:r>
      <w:r>
        <w:br/>
      </w:r>
      <w:r>
        <w:rPr>
          <w:sz w:val="20"/>
        </w:rPr>
        <w:t>1:07:48  to kabhi bhi result ko mass level par mat jaanchiyye, individual level par jaanchiyye.</w:t>
      </w:r>
      <w:r>
        <w:br/>
      </w:r>
      <w:r>
        <w:rPr>
          <w:sz w:val="20"/>
        </w:rPr>
        <w:t>1:07:54  yeh ghalati kabhi mat kijiye.</w:t>
      </w:r>
      <w:r>
        <w:br/>
      </w:r>
      <w:r>
        <w:rPr>
          <w:sz w:val="20"/>
        </w:rPr>
        <w:t>1:07:59  woh nahi, paighambaron ka kaam bhi aap ko lage ke kuch bhi nahi hua.</w:t>
      </w:r>
      <w:r>
        <w:br/>
      </w:r>
      <w:r>
        <w:rPr>
          <w:sz w:val="20"/>
        </w:rPr>
        <w:t>1:08:04  aik sahib mere paas aik baar to aaye, woh kai idaray chala rahay thay, kai school college.</w:t>
      </w:r>
      <w:r>
        <w:br/>
      </w:r>
      <w:r>
        <w:rPr>
          <w:sz w:val="20"/>
        </w:rPr>
        <w:t>1:08:10  to bohat mayusi ki baat ki unhon nay kay hum nay socha tha kay is say islaah hogi,</w:t>
      </w:r>
      <w:r>
        <w:br/>
      </w:r>
      <w:r>
        <w:rPr>
          <w:sz w:val="20"/>
        </w:rPr>
        <w:t>1:08:15  aur koi islaah nahi hui.</w:t>
      </w:r>
      <w:r>
        <w:br/>
      </w:r>
      <w:r>
        <w:rPr>
          <w:sz w:val="20"/>
        </w:rPr>
        <w:t>1:08:20  hum ko to bohat mayusi ho rahi hai.</w:t>
      </w:r>
      <w:r>
        <w:br/>
      </w:r>
      <w:r>
        <w:rPr>
          <w:sz w:val="20"/>
        </w:rPr>
        <w:t>1:08:26  to yahi baat main nay un say kahi, aap islaah ko mass level par chahtay hain dekhna, aap</w:t>
      </w:r>
      <w:r>
        <w:br/>
      </w:r>
      <w:r>
        <w:rPr>
          <w:sz w:val="20"/>
        </w:rPr>
        <w:t>1:08:31  individual level par dekhiye.</w:t>
      </w:r>
      <w:r>
        <w:br/>
      </w:r>
      <w:r>
        <w:rPr>
          <w:sz w:val="20"/>
        </w:rPr>
        <w:t>1:08:36  to kuch dair chup ho gaye, woh phir socha.</w:t>
      </w:r>
      <w:r>
        <w:br/>
      </w:r>
      <w:r>
        <w:rPr>
          <w:sz w:val="20"/>
        </w:rPr>
        <w:t>1:08:42  unhon nay kaha kay waqai mujhe dikhai dainay laga shakhs, falan shakhs, falan shakhs.</w:t>
      </w:r>
      <w:r>
        <w:br/>
      </w:r>
      <w:r>
        <w:rPr>
          <w:sz w:val="20"/>
        </w:rPr>
        <w:t>1:08:47  is mein to bohat, yani islaah hui, nateeja nikla.</w:t>
      </w:r>
      <w:r>
        <w:br/>
      </w:r>
      <w:r>
        <w:rPr>
          <w:sz w:val="20"/>
        </w:rPr>
        <w:t>1:08:52  to jab bhi aap mass level par dain gay to har kaam aap ko bekaar lagay ga, hatta</w:t>
      </w:r>
      <w:r>
        <w:br/>
      </w:r>
      <w:r>
        <w:rPr>
          <w:sz w:val="20"/>
        </w:rPr>
        <w:t>1:08:58  kay peghambar ka kaam bhi, naoz billah.</w:t>
      </w:r>
      <w:r>
        <w:br/>
      </w:r>
      <w:r>
        <w:rPr>
          <w:sz w:val="20"/>
        </w:rPr>
        <w:t>1:09:03  lekan jab individual level par jaanchain gay to har kaam acha lagay ga aap ko.</w:t>
      </w:r>
      <w:r>
        <w:br/>
      </w:r>
      <w:r>
        <w:rPr>
          <w:sz w:val="20"/>
        </w:rPr>
        <w:t>1:09:08  yeh ghalti kabhi mat kijiye.</w:t>
      </w:r>
    </w:p>
    <w:p>
      <w:pPr>
        <w:pStyle w:val="Heading2"/>
      </w:pPr>
      <w:r>
        <w:t>View on neutralizing communal polarization</w:t>
      </w:r>
    </w:p>
    <w:p>
      <w:r>
        <w:rPr>
          <w:color w:val="666666"/>
          <w:sz w:val="18"/>
        </w:rPr>
        <w:t>Society &amp; Dawah · From The Spiritual Tree September 8, 2013 · 3m 52s · at 44:50 · https://youtu.be/Vv6vf2N8YQA?t=2690</w:t>
      </w:r>
    </w:p>
    <w:p>
      <w:r>
        <w:rPr>
          <w:i/>
        </w:rPr>
        <w:t>“A seminar was held on neutralizing communal polarization in Chennai. The team attended but did not get any single formula. We want your view on this topic.”</w:t>
      </w:r>
    </w:p>
    <w:p>
      <w:r>
        <w:rPr>
          <w:sz w:val="20"/>
        </w:rPr>
        <w:t>44:50  maulana yeh pehla sawal aaya hai chennai se Maulana Israr Umri ka</w:t>
      </w:r>
      <w:r>
        <w:br/>
      </w:r>
      <w:r>
        <w:rPr>
          <w:sz w:val="20"/>
        </w:rPr>
        <w:t>44:55  . yeh kehte hain "A seminar Was Held on Neutralizing of Communal Polarization on Saturday in Chennai." Team Chennai attended this program but they didn't get any single formula.</w:t>
      </w:r>
      <w:r>
        <w:br/>
      </w:r>
      <w:r>
        <w:rPr>
          <w:sz w:val="20"/>
        </w:rPr>
        <w:t>45:15  maulana we want your view on this topic.</w:t>
      </w:r>
      <w:r>
        <w:br/>
      </w:r>
      <w:r>
        <w:rPr>
          <w:sz w:val="20"/>
        </w:rPr>
        <w:t>45:27  dekhein Commonwealth Harmony har ek boli bolta hai us ki Commonwealth Harmony ki boli. lekin har ek chahta hai us ki apni Condition par.</w:t>
      </w:r>
      <w:r>
        <w:br/>
      </w:r>
      <w:r>
        <w:rPr>
          <w:sz w:val="20"/>
        </w:rPr>
        <w:t>45:39  har ek ki apni Condition hai chahta hai ke doosra aadmi us ko Accept kare.</w:t>
      </w:r>
      <w:r>
        <w:br/>
      </w:r>
      <w:r>
        <w:rPr>
          <w:sz w:val="20"/>
        </w:rPr>
        <w:t>45:46  mein is formula ko nahi manta.</w:t>
      </w:r>
      <w:r>
        <w:br/>
      </w:r>
      <w:r>
        <w:rPr>
          <w:sz w:val="20"/>
        </w:rPr>
        <w:t>45:51  mein dekhein jo formula jo Islam ne diya hai woh sirf yeh hai ke khud aap Problem Create na karein. bas. dekhein ek hadith hai ke "Wallahi la yoomin Wallahi la yoomin Wallahi la yoomin alladhi la yaman jara bawaqahu"</w:t>
      </w:r>
      <w:r>
        <w:br/>
      </w:r>
      <w:r>
        <w:rPr>
          <w:sz w:val="20"/>
        </w:rPr>
        <w:t>46:14  . Khuda kasam woh momin nahi hai, Khuda kasam momin nahi hai, Khuda kasam momin nahi hai. jo apne padosi ke liye Problem Create kare.</w:t>
      </w:r>
      <w:r>
        <w:br/>
      </w:r>
      <w:r>
        <w:rPr>
          <w:sz w:val="20"/>
        </w:rPr>
        <w:t>46:26  dekhein yeh saada tor par Religious Formula nahi hai. yeh Social Harmony ka formula hai.</w:t>
      </w:r>
      <w:r>
        <w:br/>
      </w:r>
      <w:r>
        <w:rPr>
          <w:sz w:val="20"/>
        </w:rPr>
        <w:t>46:36  How to Establish Social Harmony is ka formula hai woh. woh kya hai?</w:t>
      </w:r>
      <w:r>
        <w:br/>
      </w:r>
      <w:r>
        <w:rPr>
          <w:sz w:val="20"/>
        </w:rPr>
        <w:t>46:42  apne aap ko Problem Create karne se bachaiye. is ke baad samaj mein Harmony hogi. doosron ka kehna hai ke tum karo, police kare, Government kare, is se kuch hone wala nahi hai.</w:t>
      </w:r>
      <w:r>
        <w:br/>
      </w:r>
      <w:r>
        <w:rPr>
          <w:sz w:val="20"/>
        </w:rPr>
        <w:t>46:55  har ek ke paas ek List hoti hai ke police yeh kare, Government yeh kare, doosri Community yeh kare, falan yeh kare, falan woh kare.</w:t>
      </w:r>
      <w:r>
        <w:br/>
      </w:r>
      <w:r>
        <w:rPr>
          <w:sz w:val="20"/>
        </w:rPr>
        <w:t>47:05  kuch nahi. Simple formula hai ke aap khud ko is se bachaiye ke aap koi Problem Create karein doosron ke liye.</w:t>
      </w:r>
      <w:r>
        <w:br/>
      </w:r>
      <w:r>
        <w:rPr>
          <w:sz w:val="20"/>
        </w:rPr>
        <w:t>47:16  bas is ke baad Harmony hogi. yahi formula diya gaya hai Quran mein aur hadith mein.</w:t>
      </w:r>
      <w:r>
        <w:br/>
      </w:r>
      <w:r>
        <w:rPr>
          <w:sz w:val="20"/>
        </w:rPr>
        <w:t>47:27  aur is ke siwa koi bhi formula nahi. koi bhi formula nahi.</w:t>
      </w:r>
      <w:r>
        <w:br/>
      </w:r>
      <w:r>
        <w:rPr>
          <w:sz w:val="20"/>
        </w:rPr>
        <w:t>47:36  ek bohat hi zabardast ek ek ek Sahabi ka qaul hai ke</w:t>
      </w:r>
      <w:r>
        <w:br/>
      </w:r>
      <w:r>
        <w:rPr>
          <w:sz w:val="20"/>
        </w:rPr>
        <w:t>47:46  jo aadmi doosre ke chote sar par</w:t>
      </w:r>
      <w:r>
        <w:br/>
      </w:r>
      <w:r>
        <w:rPr>
          <w:sz w:val="20"/>
        </w:rPr>
        <w:t>47:56  ko bardasht nahi karega us ko us ke bare sar ko bardasht karna parega. is ka matlab kya hai?</w:t>
      </w:r>
      <w:r>
        <w:br/>
      </w:r>
      <w:r>
        <w:rPr>
          <w:sz w:val="20"/>
        </w:rPr>
        <w:t>48:03  agar bil farz samaj mein koi aadmi aap ko koi aisa waqia kare jis se aap ko takleef pahunche to us ko sabr ke khane mein daliye.</w:t>
      </w:r>
      <w:r>
        <w:br/>
      </w:r>
      <w:r>
        <w:rPr>
          <w:sz w:val="20"/>
        </w:rPr>
        <w:t>48:15  sabr ke khane mein. kyunke agar aap ne is se jawab ul jawab ka issue banaya to kya hoga?</w:t>
      </w:r>
      <w:r>
        <w:br/>
      </w:r>
      <w:r>
        <w:rPr>
          <w:sz w:val="20"/>
        </w:rPr>
        <w:t>48:23  phir masla badhega. abhi agar kisi ne koi ek aap ke khilaf ek baat boli thi to us ke baad gun chalegi, bam chalega.</w:t>
      </w:r>
      <w:r>
        <w:br/>
      </w:r>
      <w:r>
        <w:rPr>
          <w:sz w:val="20"/>
        </w:rPr>
        <w:t>48:34  to mein dekh yahi Social Harmony ka formula hai aur koi doosra formula nahi.</w:t>
      </w:r>
    </w:p>
    <w:p>
      <w:pPr>
        <w:pStyle w:val="Heading2"/>
      </w:pPr>
      <w:r>
        <w:t>Western innovation and Islamic influence</w:t>
      </w:r>
    </w:p>
    <w:p>
      <w:r>
        <w:rPr>
          <w:color w:val="666666"/>
          <w:sz w:val="18"/>
        </w:rPr>
        <w:t>Society &amp; Dawah · Realistic Approach 30 March, 2014 · 4m 10s · at 56:08 · https://youtu.be/HIFxmWWiEG4?t=3368</w:t>
      </w:r>
    </w:p>
    <w:p>
      <w:r>
        <w:rPr>
          <w:i/>
        </w:rPr>
        <w:t>“How did the Westerners become the innovators? What was the source of their innovation? Did they get the idea to innovate from Islam?”</w:t>
      </w:r>
    </w:p>
    <w:p>
      <w:r>
        <w:rPr>
          <w:sz w:val="20"/>
        </w:rPr>
        <w:t>56:08  Maulana, agla sawal kiya hai Delhi se Muhammad Khurshid Alam sahib ne. Unhon ne likha hai: "How did the westerners become the innovators?</w:t>
      </w:r>
      <w:r>
        <w:br/>
      </w:r>
      <w:r>
        <w:rPr>
          <w:sz w:val="20"/>
        </w:rPr>
        <w:t>56:19  What what was the source of their innovation? Did they get idea to innovate from Islam?" Second Islam bas khali bas yahi hai.</w:t>
      </w:r>
      <w:r>
        <w:br/>
      </w:r>
      <w:r>
        <w:rPr>
          <w:sz w:val="20"/>
        </w:rPr>
        <w:t>56:29  Log logon ko pata hai ke hamara fakhr hamare hisse mein aana chahiye. Fakhr jo hai, hamare hisse mein aana chahiye.</w:t>
      </w:r>
      <w:r>
        <w:br/>
      </w:r>
      <w:r>
        <w:rPr>
          <w:sz w:val="20"/>
        </w:rPr>
        <w:t>56:38  Sab se bari burai yeh hai ke aap fakhr apne hisse mein dalna chahein. Woh insaan nahi hai, un ko Allah ne nahi paida kiya hai, aap hi ko paida kiya hai.</w:t>
      </w:r>
      <w:r>
        <w:br/>
      </w:r>
      <w:r>
        <w:rPr>
          <w:sz w:val="20"/>
        </w:rPr>
        <w:t>56:48  Yaani musalman samajhta hai ke hamara paida karne wala to Allah hai, baqi un ka paida karne wala shaitan hai. Yeh soch jo hai, itni zyada dirty hai, itni dirty hai ke Allah kabhi is ko maaf nahi karega.</w:t>
      </w:r>
      <w:r>
        <w:br/>
      </w:r>
      <w:r>
        <w:rPr>
          <w:sz w:val="20"/>
        </w:rPr>
        <w:t>56:59  Is soch ko bhai, in cheezon ka aap jaanna chahein to meri kitaab chhap rahi hai, is ka naam hai "Azhar-e-Deen". Is ko parhiye, aap</w:t>
      </w:r>
      <w:r>
        <w:br/>
      </w:r>
      <w:r>
        <w:rPr>
          <w:sz w:val="20"/>
        </w:rPr>
        <w:t>57:08  Woh us waqt press mein hai, bohat jald aa jayegi. Maulana, ek hissa un ke sawal ka yeh bhi tha ke "Why Muslims consider America to be an enemy of Islam?" Wahi falsehood ka hissa hai,</w:t>
      </w:r>
      <w:r>
        <w:br/>
      </w:r>
      <w:r>
        <w:rPr>
          <w:sz w:val="20"/>
        </w:rPr>
        <w:t>57:25  isi falsehood ka hissa hai.</w:t>
      </w:r>
      <w:r>
        <w:br/>
      </w:r>
      <w:r>
        <w:rPr>
          <w:sz w:val="20"/>
        </w:rPr>
        <w:t>57:31  Dekhein, sab se bari wajah jo musalmanon ke haan aayi hui hai ke America Israel ki himayat kyun karta hai? To sawal yeh hai ke America Pakistan ki himayat kyun karta hai?</w:t>
      </w:r>
      <w:r>
        <w:br/>
      </w:r>
      <w:r>
        <w:rPr>
          <w:sz w:val="20"/>
        </w:rPr>
        <w:t>57:44  60 baras se Pakistan mein ek hi wazir raha hai.</w:t>
      </w:r>
      <w:r>
        <w:br/>
      </w:r>
      <w:r>
        <w:rPr>
          <w:sz w:val="20"/>
        </w:rPr>
        <w:t>57:50  To America agar Israel ki himayat karta hai to aap sochiye ke Pakistan ki himayat kyun karta hai? Aur seven million musalman kyun rehte hain 68 se America mein?</w:t>
      </w:r>
      <w:r>
        <w:br/>
      </w:r>
      <w:r>
        <w:rPr>
          <w:sz w:val="20"/>
        </w:rPr>
        <w:t>58:03  is ki wajah kya hai? to amreeka apne interest ko jahan dekhta hai, jahan interest israel se is ko poora ho raha hai, to israel ka saath deta hai.</w:t>
      </w:r>
      <w:r>
        <w:br/>
      </w:r>
      <w:r>
        <w:rPr>
          <w:sz w:val="20"/>
        </w:rPr>
        <w:t>58:13  jahan pakistan hai, woh pakistan ka saath deta hai.</w:t>
      </w:r>
      <w:r>
        <w:br/>
      </w:r>
      <w:r>
        <w:rPr>
          <w:sz w:val="20"/>
        </w:rPr>
        <w:t>58:16  jo seven million musalman wahan hain, woh is ke woh labor, is ko labor ki zaroorat hai, woh labor faraham kar rahe hain. to in ko in ko apni jagah di gayi hai.</w:t>
      </w:r>
      <w:r>
        <w:br/>
      </w:r>
      <w:r>
        <w:rPr>
          <w:sz w:val="20"/>
        </w:rPr>
        <w:t>58:26  is seven muslim jo hain amreeka mein, woh un ke labor ki zaroorat poora kar rahe hain. to in ko bhi woh moqa diya gaya hai. dekhen, har aadmi apne interest ko jeeta dekhta hai.</w:t>
      </w:r>
      <w:r>
        <w:br/>
      </w:r>
      <w:r>
        <w:rPr>
          <w:sz w:val="20"/>
        </w:rPr>
        <w:t>58:37  koi dushman kisi ka nahi hota. kisi insaan ko yeh fursat nahi ke woh aap se dushmani kare.</w:t>
      </w:r>
      <w:r>
        <w:br/>
      </w:r>
      <w:r>
        <w:rPr>
          <w:sz w:val="20"/>
        </w:rPr>
        <w:t>58:44  yeh nazariya hi batil hai, bilkul jhoot jhoot hai. har aadmi apne interest ko dekhta hai. ab ab aap ko kahin ikhtilaf par jata hai, is ka interest to aap ka to aik dushman hai.</w:t>
      </w:r>
      <w:r>
        <w:br/>
      </w:r>
      <w:r>
        <w:rPr>
          <w:sz w:val="20"/>
        </w:rPr>
        <w:t>58:55  woh apne interest ko hasil karna chahta tha. ittifaq ki baat hai ke aap ko kahin thokar lag gayi.</w:t>
      </w:r>
      <w:r>
        <w:br/>
      </w:r>
      <w:r>
        <w:rPr>
          <w:sz w:val="20"/>
        </w:rPr>
        <w:t>59:02  to yaad rakhiye, apni dictionary se nikaal dijiye lafz "dushmani" aur "conspiracy" aur sahi lafz is ke rakhiye ke har insaan apne interest pe chal raha hai.</w:t>
      </w:r>
      <w:r>
        <w:br/>
      </w:r>
      <w:r>
        <w:rPr>
          <w:sz w:val="20"/>
        </w:rPr>
        <w:t>59:17  aap bhi interest chal rahe hain, musalman bhi apne interest pe chal rahe hain. to</w:t>
      </w:r>
      <w:r>
        <w:br/>
      </w:r>
      <w:r>
        <w:rPr>
          <w:sz w:val="20"/>
        </w:rPr>
        <w:t>59:23  kahin aap ka interest doosre se mawafiqat kar jaye ga, kahin mukhalifat kar jaye ga.</w:t>
      </w:r>
      <w:r>
        <w:br/>
      </w:r>
      <w:r>
        <w:rPr>
          <w:sz w:val="20"/>
        </w:rPr>
        <w:t>59:33  to woh ittifaq ki baat hai, koi kisi ka dushman nahi, kisi ko fursat nahi ke woh kisi ko dushmani kare. har aadmi ko khud apni taraqqi, bachon ko taraqqi dena hai, apne ghar ko banana hai.</w:t>
      </w:r>
      <w:r>
        <w:br/>
      </w:r>
      <w:r>
        <w:rPr>
          <w:sz w:val="20"/>
        </w:rPr>
        <w:t>59:44  yeh nazariya hi bilkul baseless hai, bilkul baseless hai ke falan dushman hai, falan dushman hai, koi dushman nahi hai.</w:t>
      </w:r>
      <w:r>
        <w:br/>
      </w:r>
      <w:r>
        <w:rPr>
          <w:sz w:val="20"/>
        </w:rPr>
        <w:t>59:51  har aadmi apne apne... mein ne aap ko misaal di ke agar israel ki himayat karne ki wajah se amreeka dushman ban gaya hai to is pakistan ki himayat kyun karta hai?</w:t>
      </w:r>
      <w:r>
        <w:br/>
      </w:r>
      <w:r>
        <w:rPr>
          <w:sz w:val="20"/>
        </w:rPr>
        <w:t>1:00:02  woh seven million musalmanon ko apne haan jagah di hui hai, khoob kha kama rahe hain. woh kyun? to apne interest ki wajah se yeh bhi kar raha hai, interest ki wajah se woh bhi kar raha hai.</w:t>
      </w:r>
      <w:r>
        <w:br/>
      </w:r>
      <w:r>
        <w:rPr>
          <w:sz w:val="20"/>
        </w:rPr>
        <w:t>1:00:13  interest ka lafz dono ko explain karta hai.</w:t>
      </w:r>
    </w:p>
    <w:p>
      <w:pPr>
        <w:pStyle w:val="Heading2"/>
      </w:pPr>
      <w:r>
        <w:t>Western progress through science</w:t>
      </w:r>
    </w:p>
    <w:p>
      <w:r>
        <w:rPr>
          <w:color w:val="666666"/>
          <w:sz w:val="18"/>
        </w:rPr>
        <w:t>Society &amp; Dawah · Divine Guidance November 20, 2016 · 2m 17s · at 1:03:05 · https://youtu.be/tbcloc-fvSE?t=3785</w:t>
      </w:r>
    </w:p>
    <w:p>
      <w:r>
        <w:rPr>
          <w:i/>
        </w:rPr>
        <w:t>“The West has indulged and made the most of this life through numerous scientific researches and studies.”</w:t>
      </w:r>
    </w:p>
    <w:p>
      <w:r>
        <w:rPr>
          <w:sz w:val="20"/>
        </w:rPr>
        <w:t>1:03:05  Maulana, agla sawal kya hai Syed Ahmed Ali sahib ne Delhi se.</w:t>
      </w:r>
      <w:r>
        <w:br/>
      </w:r>
      <w:r>
        <w:rPr>
          <w:sz w:val="20"/>
        </w:rPr>
        <w:t>1:03:10  unhon ne likha hai: "The West has indulged and made the most of this life through numerous scientific</w:t>
      </w:r>
      <w:r>
        <w:br/>
      </w:r>
      <w:r>
        <w:rPr>
          <w:sz w:val="20"/>
        </w:rPr>
        <w:t>1:03:15  researches and studies.</w:t>
      </w:r>
      <w:r>
        <w:br/>
      </w:r>
      <w:r>
        <w:rPr>
          <w:sz w:val="20"/>
        </w:rPr>
        <w:t>1:03:20  Their studies have proven Allah's presence and also the fact that there is one Creator of this universe.</w:t>
      </w:r>
      <w:r>
        <w:br/>
      </w:r>
      <w:r>
        <w:rPr>
          <w:sz w:val="20"/>
        </w:rPr>
        <w:t>1:03:25  However, they do not revert to Islam.</w:t>
      </w:r>
      <w:r>
        <w:br/>
      </w:r>
      <w:r>
        <w:rPr>
          <w:sz w:val="20"/>
        </w:rPr>
        <w:t>1:03:30  The West has indulged and made the most of this life through numerous scientific researches and studies. Their studies have proven Allah's presence and also the fact that there is one Creator of this universe. However, they do not revert to Islam.</w:t>
      </w:r>
      <w:r>
        <w:br/>
      </w:r>
      <w:r>
        <w:rPr>
          <w:sz w:val="20"/>
        </w:rPr>
        <w:t>1:03:46  " kya jis shai ki sawal karoon? Maulana, woh yeh keh rahe hain ke jo West ne jo</w:t>
      </w:r>
      <w:r>
        <w:br/>
      </w:r>
      <w:r>
        <w:rPr>
          <w:sz w:val="20"/>
        </w:rPr>
        <w:t>1:03:51  itni research kar ke itni taraqqi kari hai to is se yahi prove hota hai ke God exist.</w:t>
      </w:r>
      <w:r>
        <w:br/>
      </w:r>
      <w:r>
        <w:rPr>
          <w:sz w:val="20"/>
        </w:rPr>
        <w:t>1:03:57  jaise aaj aap ne bhi talk mein kaha.</w:t>
      </w:r>
      <w:r>
        <w:br/>
      </w:r>
      <w:r>
        <w:rPr>
          <w:sz w:val="20"/>
        </w:rPr>
        <w:t>1:04:03  to lekin woh keh rahe hain ke itne dollars aur itna research pe hours kharchne ke baad bhi</w:t>
      </w:r>
      <w:r>
        <w:br/>
      </w:r>
      <w:r>
        <w:rPr>
          <w:sz w:val="20"/>
        </w:rPr>
        <w:t>1:04:08  woh they have not reverted to Islam to woh yeh yeh sawal pooch rahe hain ke kya is</w:t>
      </w:r>
      <w:r>
        <w:br/>
      </w:r>
      <w:r>
        <w:rPr>
          <w:sz w:val="20"/>
        </w:rPr>
        <w:t>1:04:14  se kuch un ko faida hoga afterlife mein? aa, yeh jo itni mehnat kari unhon ne unless they</w:t>
      </w:r>
      <w:r>
        <w:br/>
      </w:r>
      <w:r>
        <w:rPr>
          <w:sz w:val="20"/>
        </w:rPr>
        <w:t>1:04:20  accept Islam bhai, aakhirat ka baat to Allah jaane, hum kaise jaanenge? hum kaise keh sakte hain?</w:t>
      </w:r>
      <w:r>
        <w:br/>
      </w:r>
      <w:r>
        <w:rPr>
          <w:sz w:val="20"/>
        </w:rPr>
        <w:t>1:04:25  aakhirat ki baat agar aap poochein to main nahin, kuch nahin, kuch nahin keh sakta.</w:t>
      </w:r>
      <w:r>
        <w:br/>
      </w:r>
      <w:r>
        <w:rPr>
          <w:sz w:val="20"/>
        </w:rPr>
        <w:t>1:04:31  yeh Allah ke domain ki cheez hai.</w:t>
      </w:r>
      <w:r>
        <w:br/>
      </w:r>
      <w:r>
        <w:rPr>
          <w:sz w:val="20"/>
        </w:rPr>
        <w:t>1:04:37  baqi main yeh kahunga ke 20 years of freedom ka mauqa har ek ke liye hai.</w:t>
      </w:r>
      <w:r>
        <w:br/>
      </w:r>
      <w:r>
        <w:rPr>
          <w:sz w:val="20"/>
        </w:rPr>
        <w:t>1:04:42  woh Abu Talib ke liye bhi tha, woh Hazrat Ibrahim ke baap ke liye bhi tha, woh Hazrat</w:t>
      </w:r>
      <w:r>
        <w:br/>
      </w:r>
      <w:r>
        <w:rPr>
          <w:sz w:val="20"/>
        </w:rPr>
        <w:t>1:04:48  Nuh ke bete ke liye bhi tha.</w:t>
      </w:r>
      <w:r>
        <w:br/>
      </w:r>
      <w:r>
        <w:rPr>
          <w:sz w:val="20"/>
        </w:rPr>
        <w:t>1:04:54  to to aap ka jo free choice ka jo Allah ne diya hai, us ko aap rehta hai</w:t>
      </w:r>
      <w:r>
        <w:br/>
      </w:r>
      <w:r>
        <w:rPr>
          <w:sz w:val="20"/>
        </w:rPr>
        <w:t>1:04:59  ke chahe idhar istemal karein, idhar istemal karein.</w:t>
      </w:r>
      <w:r>
        <w:br/>
      </w:r>
      <w:r>
        <w:rPr>
          <w:sz w:val="20"/>
        </w:rPr>
        <w:t>1:05:05  to scientist ho ya philosopher ho, koi bhi ho, free choice to phir bhi baqi rehta hai is ka.</w:t>
      </w:r>
      <w:r>
        <w:br/>
      </w:r>
      <w:r>
        <w:rPr>
          <w:sz w:val="20"/>
        </w:rPr>
        <w:t>1:05:11  to jis tarah chahe istemal karein, maanein ya na maanein.</w:t>
      </w:r>
      <w:r>
        <w:br/>
      </w:r>
      <w:r>
        <w:rPr>
          <w:sz w:val="20"/>
        </w:rPr>
        <w:t>1:05:17  kya sab clear hai? main ne ji ji Maulana.</w:t>
      </w:r>
    </w:p>
    <w:p>
      <w:pPr>
        <w:pStyle w:val="Heading2"/>
      </w:pPr>
      <w:r>
        <w:t>What Did Islam Give to the World?</w:t>
      </w:r>
    </w:p>
    <w:p>
      <w:r>
        <w:rPr>
          <w:color w:val="666666"/>
          <w:sz w:val="18"/>
        </w:rPr>
        <w:t>Society &amp; Dawah · Importance of Peace December 16, 2012 · 2m 05s · at 1:31:04 · https://youtu.be/nymyorYyEz4?t=5464</w:t>
      </w:r>
    </w:p>
    <w:p>
      <w:r>
        <w:rPr>
          <w:i/>
        </w:rPr>
        <w:t>“A secular person said that Darwin and Marx gave a great deal to the world. What did Islam give to the world? Please explain.”</w:t>
      </w:r>
    </w:p>
    <w:p>
      <w:r>
        <w:rPr>
          <w:sz w:val="20"/>
        </w:rPr>
        <w:t>1:31:04  Maulana, agla sawal Tamil Nadu se hai Maulana Iqbal Umri ka. unhon ne aap se poocha hai: "Maulana, unhon ne yeh likha hai ke aik secular aadmi se mulaqat hui, unhon ne kaha ke Darwin ne aur Marx ne dunya ko bohat kuch diya.</w:t>
      </w:r>
      <w:r>
        <w:br/>
      </w:r>
      <w:r>
        <w:rPr>
          <w:sz w:val="20"/>
        </w:rPr>
        <w:t>1:31:22  Islam ne dunya ko kya diya?" us ke baray mein aap batayein. yeh toh daawa un ka hai. Marx ne kuch nahi diya</w:t>
      </w:r>
      <w:r>
        <w:br/>
      </w:r>
      <w:r>
        <w:rPr>
          <w:sz w:val="20"/>
        </w:rPr>
        <w:t>1:31:31  . Marx ke nazariye ko lay kar jo Russia mein inqilab aaya tha, toh wahan par 25 million insaan maar daalay gaye.</w:t>
      </w:r>
      <w:r>
        <w:br/>
      </w:r>
      <w:r>
        <w:rPr>
          <w:sz w:val="20"/>
        </w:rPr>
        <w:t>1:31:40  ab mila kya? economy tabah ho gayi Russia ki. diya kya? yeh kahan kahan diya? 25 million insaan ko maar dala sirf is liye ke woh woh socialism economy qaim karnay ke liye,</w:t>
      </w:r>
      <w:r>
        <w:br/>
      </w:r>
      <w:r>
        <w:rPr>
          <w:sz w:val="20"/>
        </w:rPr>
        <w:t>1:31:54  yani kisanon se zameen chheen nay ke liye. lekin mila kya?</w:t>
      </w:r>
      <w:r>
        <w:br/>
      </w:r>
      <w:r>
        <w:rPr>
          <w:sz w:val="20"/>
        </w:rPr>
        <w:t>1:32:01  mein khud gaya tha wahan us zamanay mein, roti nahi milti thi. woh yani kisanon se zameen chheen kar us ko state ki milkiyat de diya.</w:t>
      </w:r>
      <w:r>
        <w:br/>
      </w:r>
      <w:r>
        <w:rPr>
          <w:sz w:val="20"/>
        </w:rPr>
        <w:t>1:32:11  toh is se pehlay Russia gandum ko, yani gaon ko export karta tha. ab wahan gaon kehti hai kam hai, woh ki roti nahi milti.</w:t>
      </w:r>
      <w:r>
        <w:br/>
      </w:r>
      <w:r>
        <w:rPr>
          <w:sz w:val="20"/>
        </w:rPr>
        <w:t>1:32:20  lambe lambe line sarkon par lagi hui thi. toh diya kya? tabah kiya sirf. baqi jahan tak Darwin ka ta'alluq hai, toh yeh bhi ghalat baat hai.</w:t>
      </w:r>
      <w:r>
        <w:br/>
      </w:r>
      <w:r>
        <w:rPr>
          <w:sz w:val="20"/>
        </w:rPr>
        <w:t>1:32:30  Darwin ne kuch nahi</w:t>
      </w:r>
      <w:r>
        <w:br/>
      </w:r>
      <w:r>
        <w:rPr>
          <w:sz w:val="20"/>
        </w:rPr>
        <w:t>1:32:31  diya. aik aik workable theory thi, elevation theory. workable, woh koi scientific theory nahi thi. khud Darwin mara frustration mein.</w:t>
      </w:r>
      <w:r>
        <w:br/>
      </w:r>
      <w:r>
        <w:rPr>
          <w:sz w:val="20"/>
        </w:rPr>
        <w:t>1:32:39  aap ko agar shauq ho toh Darwin ki life parh lijiye. us ko khud apnay baray mein woh tha ke mein ne sahi nahi kiya hai. khud parh lijiye aap us ka, yani aakhri dinon mein jo us ka haal tha Darwin ka.</w:t>
      </w:r>
      <w:r>
        <w:br/>
      </w:r>
      <w:r>
        <w:rPr>
          <w:sz w:val="20"/>
        </w:rPr>
        <w:t>1:32:52  diya kya us ne? aur Islam ne kya diya? us ko bari kitab parh lijiye. aap</w:t>
      </w:r>
      <w:r>
        <w:br/>
      </w:r>
      <w:r>
        <w:rPr>
          <w:sz w:val="20"/>
        </w:rPr>
        <w:t>1:32:58  Islam the creator of modern age, us ko parh lijiye. aap Islam ne kya diya? creator of modern age mein tafseel parh sakte hain us ki.</w:t>
      </w:r>
    </w:p>
    <w:p>
      <w:pPr>
        <w:pStyle w:val="Heading2"/>
      </w:pPr>
      <w:r>
        <w:t>What to do about oppression?</w:t>
      </w:r>
    </w:p>
    <w:p>
      <w:r>
        <w:rPr>
          <w:color w:val="666666"/>
          <w:sz w:val="18"/>
        </w:rPr>
        <w:t>Society &amp; Dawah · Anger An Obstacle to wisdom 5 Jan 2020 - Maulana Wahiduddin Khan · 4m 48s · at 44:17 · https://youtu.be/q0VPtCsiYrI?t=2657</w:t>
      </w:r>
    </w:p>
    <w:p>
      <w:r>
        <w:rPr>
          <w:i/>
        </w:rPr>
        <w:t>“When we see humans oppressing humans and the condition of the poor oppressed, our heart trembles. What should we do? What will just talking good words do? What can one person do?”</w:t>
      </w:r>
    </w:p>
    <w:p>
      <w:r>
        <w:rPr>
          <w:sz w:val="20"/>
        </w:rPr>
        <w:t>44:17  Maulana, kuch sawal lena chahenge. Yeh sawal bheja hai Nadeem Saifi sahib ne jo Muzaffarnagar se hain lekin is waqt class mein maujood hain.</w:t>
      </w:r>
      <w:r>
        <w:br/>
      </w:r>
      <w:r>
        <w:rPr>
          <w:sz w:val="20"/>
        </w:rPr>
        <w:t>44:28  Unhon ne likha hai: "Hum apne charon taraf jab insan ko insan ke upar zulm karte dekhte hain aur mazloom ghareeb logon ke haal dekhte hain to dil kanp jata hai.</w:t>
      </w:r>
      <w:r>
        <w:br/>
      </w:r>
      <w:r>
        <w:rPr>
          <w:sz w:val="20"/>
        </w:rPr>
        <w:t>44:42  Aise mein hum kya karen? Sirf baat yani achhi baaton se kya hoga? Hum ek aadmi kya kar sakte hain?</w:t>
      </w:r>
      <w:r>
        <w:br/>
      </w:r>
      <w:r>
        <w:rPr>
          <w:sz w:val="20"/>
        </w:rPr>
        <w:t>44:51  Quran ka practical approach kya hai? Is ke bare mein bataen." Woh main ne bata diya aap ko. Rasool Allah se Makka mein poocha gaya tha ke aap kya chahte hain?</w:t>
      </w:r>
      <w:r>
        <w:br/>
      </w:r>
      <w:r>
        <w:rPr>
          <w:sz w:val="20"/>
        </w:rPr>
        <w:t>45:06  Kya aap ka? To aap ne kaha tha ke ek kalma, kalma wahida</w:t>
      </w:r>
      <w:r>
        <w:br/>
      </w:r>
      <w:r>
        <w:rPr>
          <w:sz w:val="20"/>
        </w:rPr>
        <w:t>45:18  ke Allah ko shukr karne wale bano. Aur is ke nateeje mein kya hua ke Islam</w:t>
      </w:r>
      <w:r>
        <w:br/>
      </w:r>
      <w:r>
        <w:rPr>
          <w:sz w:val="20"/>
        </w:rPr>
        <w:t>45:28  sari universe mein phail gaya.</w:t>
      </w:r>
      <w:r>
        <w:br/>
      </w:r>
      <w:r>
        <w:rPr>
          <w:sz w:val="20"/>
        </w:rPr>
        <w:t>45:34  to asal cheez yeh hai, dekhiye, quran mein ke quran mein hai ke tum jaldi chahte ho,</w:t>
      </w:r>
      <w:r>
        <w:br/>
      </w:r>
      <w:r>
        <w:rPr>
          <w:sz w:val="20"/>
        </w:rPr>
        <w:t>45:46  jaldi. to aap woh us process ko ikhtiyar kijiye</w:t>
      </w:r>
      <w:r>
        <w:br/>
      </w:r>
      <w:r>
        <w:rPr>
          <w:sz w:val="20"/>
        </w:rPr>
        <w:t>45:54  jo process Allah ne bataye hain, woh process ko ikhtiyar nahi karte aap aur chahte hain ke nateeja nikle.</w:t>
      </w:r>
      <w:r>
        <w:br/>
      </w:r>
      <w:r>
        <w:rPr>
          <w:sz w:val="20"/>
        </w:rPr>
        <w:t>46:03  is par to maine bohat likha hai, bohat dekha hai ke ek process hai, shukr ek process hai, hamd ek process hai, Allah se madad talab hona ek process hai.</w:t>
      </w:r>
      <w:r>
        <w:br/>
      </w:r>
      <w:r>
        <w:rPr>
          <w:sz w:val="20"/>
        </w:rPr>
        <w:t>46:16  is process ko follow kijiye, phir bataiye ke kya hua, kya nahi hua.</w:t>
      </w:r>
      <w:r>
        <w:br/>
      </w:r>
      <w:r>
        <w:rPr>
          <w:sz w:val="20"/>
        </w:rPr>
        <w:t>46:24  Muhammad Sheikh Sahib ne Indore se likha hai: "Sir, I agree with you. You are the present human angel on this planet who is motivating mankind</w:t>
      </w:r>
      <w:r>
        <w:br/>
      </w:r>
      <w:r>
        <w:rPr>
          <w:sz w:val="20"/>
        </w:rPr>
        <w:t>46:35  . everyone must listen to you with three sixty degrees. i am sure each one will be benefited۔" mehtab ali nandro sahib ne bijnor up se likha hai: "yes, absolutelyright.</w:t>
      </w:r>
      <w:r>
        <w:br/>
      </w:r>
      <w:r>
        <w:rPr>
          <w:sz w:val="20"/>
        </w:rPr>
        <w:t>46:50  self-disciplined character is the best character۔" iqbal hussain sahib ne lahore se likha hai: "as always, a great spiritual speech</w:t>
      </w:r>
      <w:r>
        <w:br/>
      </w:r>
      <w:r>
        <w:rPr>
          <w:sz w:val="20"/>
        </w:rPr>
        <w:t>47:02  . you are a motivational speaker, molana sahib۔"</w:t>
      </w:r>
      <w:r>
        <w:br/>
      </w:r>
      <w:r>
        <w:rPr>
          <w:sz w:val="20"/>
        </w:rPr>
        <w:t>47:09  sanaullah chaudhry ne islamabad se likha hai: "mashallah, i followed this practice yesterday and it was really amazing.</w:t>
      </w:r>
      <w:r>
        <w:br/>
      </w:r>
      <w:r>
        <w:rPr>
          <w:sz w:val="20"/>
        </w:rPr>
        <w:t>47:20  control anger and use hikmat to resolve the issues wisely."</w:t>
      </w:r>
      <w:r>
        <w:br/>
      </w:r>
      <w:r>
        <w:rPr>
          <w:sz w:val="20"/>
        </w:rPr>
        <w:t>47:30  mashallah. molana aamir mori sahib ka comment hai aur sawal hai, aur is ke sath sath hum ek aur question parhna chahenge jo milta julta hai molana iqbal umri ka.</w:t>
      </w:r>
      <w:r>
        <w:br/>
      </w:r>
      <w:r>
        <w:rPr>
          <w:sz w:val="20"/>
        </w:rPr>
        <w:t>47:46  aamir mori sahib ne likha hai: "thank you molana sahib for such an enlightening lecture on positive thinking and anger management.</w:t>
      </w:r>
      <w:r>
        <w:br/>
      </w:r>
      <w:r>
        <w:rPr>
          <w:sz w:val="20"/>
        </w:rPr>
        <w:t>47:56  god has created human beings with a faculty of thinking both positive and negative. this is something which is very natural.</w:t>
      </w:r>
      <w:r>
        <w:br/>
      </w:r>
      <w:r>
        <w:rPr>
          <w:sz w:val="20"/>
        </w:rPr>
        <w:t>48:07  is it? my question is, is it scientifically possible for a human being to eliminate negative thinking in complete sense?</w:t>
      </w:r>
      <w:r>
        <w:br/>
      </w:r>
      <w:r>
        <w:rPr>
          <w:sz w:val="20"/>
        </w:rPr>
        <w:t>48:18  kindly guide." aur molana iqbal umri ne isi ke extended sense mein poocha hai: "molana, ghusse ko ghusse ko control karne ka aasan tareeqa kya hai?"</w:t>
      </w:r>
      <w:r>
        <w:br/>
      </w:r>
      <w:r>
        <w:rPr>
          <w:sz w:val="20"/>
        </w:rPr>
        <w:t>48:34  bhai, dekhiye, main apni zindagi jo hai isi ka mukammal namoona hai. abhi har kitab chhapi hai, is kitab ko koi shakhs parh le:</w:t>
      </w:r>
      <w:r>
        <w:br/>
      </w:r>
      <w:r>
        <w:rPr>
          <w:sz w:val="20"/>
        </w:rPr>
        <w:t>48:50  "secret of success۔"</w:t>
      </w:r>
      <w:r>
        <w:br/>
      </w:r>
      <w:r>
        <w:rPr>
          <w:sz w:val="20"/>
        </w:rPr>
        <w:t>48:53  ek hi kitab mein aap ko sara jawab mil jayega.</w:t>
      </w:r>
    </w:p>
    <w:p>
      <w:pPr>
        <w:pStyle w:val="Heading2"/>
      </w:pPr>
      <w:r>
        <w:t>What to do when conspiracy against Islam exists?</w:t>
      </w:r>
    </w:p>
    <w:p>
      <w:r>
        <w:rPr>
          <w:color w:val="666666"/>
          <w:sz w:val="18"/>
        </w:rPr>
        <w:t>Society &amp; Dawah · The Lesson of History September 21, 2014 · 4m 19s · at 1:24:56 · https://youtu.be/aMVHLKMkhcQ?t=5096</w:t>
      </w:r>
    </w:p>
    <w:p>
      <w:r>
        <w:rPr>
          <w:i/>
        </w:rPr>
        <w:t>“You are right to suggest us to abstain from false religious ego. Yes, I agree with you to be free from glue. But when conspiracy and enmity against Islam exist, what should we do? Please advise.”</w:t>
      </w:r>
    </w:p>
    <w:p>
      <w:r>
        <w:rPr>
          <w:sz w:val="20"/>
        </w:rPr>
        <w:t>1:24:56  maulana, yeh aakhri sawal hai. eh, shahab haider sahib ne kiya hai dilli se. aur unhone likha hai ke maulana, you areright to suggest us to abstain from false religious ego.</w:t>
      </w:r>
      <w:r>
        <w:br/>
      </w:r>
      <w:r>
        <w:rPr>
          <w:sz w:val="20"/>
        </w:rPr>
        <w:t>1:25:09  yes, i agree with you to be free from glue. but when conspiracy and enmity against the islam exist, what should we do?</w:t>
      </w:r>
      <w:r>
        <w:br/>
      </w:r>
      <w:r>
        <w:rPr>
          <w:sz w:val="20"/>
        </w:rPr>
        <w:t>1:25:20  please advise. haan, dekhen, is sawal ka jawab quran mein bilkul bohat hi clear taur par maujood hai.</w:t>
      </w:r>
      <w:r>
        <w:br/>
      </w:r>
      <w:r>
        <w:rPr>
          <w:sz w:val="20"/>
        </w:rPr>
        <w:t>1:25:31  quran ki ek ayat hai wa in tasbiru wa tattaqu la yuzilukum q</w:t>
      </w:r>
      <w:r>
        <w:br/>
      </w:r>
      <w:r>
        <w:rPr>
          <w:sz w:val="20"/>
        </w:rPr>
        <w:t>1:25:37  yiduhum shai'an jis mein lafz qaid jo hai, us ke ma'ni wahi hain jo kehte hain conspiracy, ma'amla, saazish. is ka matlab hai ke agar tumhare andar sabr ki sifat ho aur taqwa ki sifat ho,</w:t>
      </w:r>
      <w:r>
        <w:br/>
      </w:r>
      <w:r>
        <w:rPr>
          <w:sz w:val="20"/>
        </w:rPr>
        <w:t>1:25:52  to logon ki saazish tum ko kuch bhi nuqsan nahi pahunchayegi. is ka ma'ni kya hai? ke hamein yeh dekhna chahiye, ya'ni yeh nahi dekhna chahiye ke koi saazish kar raha hai.</w:t>
      </w:r>
      <w:r>
        <w:br/>
      </w:r>
      <w:r>
        <w:rPr>
          <w:sz w:val="20"/>
        </w:rPr>
        <w:t>1:26:06  saazish karne wale saaz</w:t>
      </w:r>
      <w:r>
        <w:br/>
      </w:r>
      <w:r>
        <w:rPr>
          <w:sz w:val="20"/>
        </w:rPr>
        <w:t>1:26:07  sh karte rahenge. cheez ek is ka effective hona. quran yeh nahi keh raha ke saazish dunya mein na hogi. yeh nahi keh raha.</w:t>
      </w:r>
      <w:r>
        <w:br/>
      </w:r>
      <w:r>
        <w:rPr>
          <w:sz w:val="20"/>
        </w:rPr>
        <w:t>1:26:17  saazish to hogi. shaitan ne saazish kar ke adam ko nikala, hawa ko nikala jannat se. to saazish ya conspiracy is part of nature.</w:t>
      </w:r>
      <w:r>
        <w:br/>
      </w:r>
      <w:r>
        <w:rPr>
          <w:sz w:val="20"/>
        </w:rPr>
        <w:t>1:26:28  You cannot remove conspiracy. yeh yeh impossible hai. woh hamesha rahegi.</w:t>
      </w:r>
      <w:r>
        <w:br/>
      </w:r>
      <w:r>
        <w:rPr>
          <w:sz w:val="20"/>
        </w:rPr>
        <w:t>1:26:36  paighambar ke zamane mein thi, adam ke zamane mein thi, aaj bhi rahegi. to quran yeh batata hai ke yeh mat dekho ke dunya mein conspiracy ho rahi hai. yeh dekho ke tumhare andar sabr aur taqwa ki sifat hai ke nahi.</w:t>
      </w:r>
      <w:r>
        <w:br/>
      </w:r>
      <w:r>
        <w:rPr>
          <w:sz w:val="20"/>
        </w:rPr>
        <w:t>1:26:49  to kaha ke masla sabr aur taqwa ka na hona hai. saazish ka hona yeh masla nahi hai. woh to rahega. That is part of nature.</w:t>
      </w:r>
      <w:r>
        <w:br/>
      </w:r>
      <w:r>
        <w:rPr>
          <w:sz w:val="20"/>
        </w:rPr>
        <w:t>1:26:59  dunya mein jab shaitan hai, dunya mein jab insan ko azadi mili hui hai, dunya mein jab clash of interest ka mahol hai, to log karenge saazish?</w:t>
      </w:r>
      <w:r>
        <w:br/>
      </w:r>
      <w:r>
        <w:rPr>
          <w:sz w:val="20"/>
        </w:rPr>
        <w:t>1:27:13  to quran mein yeh nahi kahin kaha gaya hai ke dunya mein saazish na hogi ya tum saazish ko khatam karo. yeh kahin nahi hai. saazish ko lad kar khatam karo, yeh kahin quran mein nahi hai.</w:t>
      </w:r>
      <w:r>
        <w:br/>
      </w:r>
      <w:r>
        <w:rPr>
          <w:sz w:val="20"/>
        </w:rPr>
        <w:t>1:27:25  balkeh ek apne andar sabr ki aur taqwa ki sifat paida karo. to saazish tumhare liye ineffective ho jayegi. to quran ka formula yeh nahi hai.</w:t>
      </w:r>
      <w:r>
        <w:br/>
      </w:r>
      <w:r>
        <w:rPr>
          <w:sz w:val="20"/>
        </w:rPr>
        <w:t>1:27:34  yaad rakhiye ke jahan hum saazish dekhen, wahan lad jayein is se. jahan hum dekhen ke yahan conspiracy ho rahi hai, to use ladai chhod dein. yeh nahi hai quran.</w:t>
      </w:r>
      <w:r>
        <w:br/>
      </w:r>
      <w:r>
        <w:rPr>
          <w:sz w:val="20"/>
        </w:rPr>
        <w:t>1:27:45  balkeh jab bhi aap dekhen ke kahin aap ke khilaf conspiracy ho rahi hai, to apne logon mein dhoondhiye ke kahin aisa to nahi ke sabr kam ho kam ho gaya, taqwa kam ho gaya?</w:t>
      </w:r>
      <w:r>
        <w:br/>
      </w:r>
      <w:r>
        <w:rPr>
          <w:sz w:val="20"/>
        </w:rPr>
        <w:t>1:28:00  So lack of sabr and taqwa is the problem. Presence of conspiracy is not the problem.</w:t>
      </w:r>
      <w:r>
        <w:br/>
      </w:r>
      <w:r>
        <w:rPr>
          <w:sz w:val="20"/>
        </w:rPr>
        <w:t>1:28:09  quran ke mutabiq. ya'ni sabr aur taqwa ka fuqdan problem hai.</w:t>
      </w:r>
      <w:r>
        <w:br/>
      </w:r>
      <w:r>
        <w:rPr>
          <w:sz w:val="20"/>
        </w:rPr>
        <w:t>1:28:15  saazish ki maujoodgi problem nahi hai. yeh aap ayat ko ja kar dekhiye ga quran o hadith mein. aur aap yeh baat is mein aap clear ho jayegi aap ko.</w:t>
      </w:r>
    </w:p>
    <w:p>
      <w:pPr>
        <w:pStyle w:val="Heading2"/>
      </w:pPr>
      <w:r>
        <w:t>What will happen to the next generation due to increased evil?</w:t>
      </w:r>
    </w:p>
    <w:p>
      <w:r>
        <w:rPr>
          <w:color w:val="666666"/>
          <w:sz w:val="18"/>
        </w:rPr>
        <w:t>Society &amp; Dawah · The Problem of Intellectual Stagnation May 13, 2012 · 2m 36s · at 1:03:57 · https://youtu.be/Qi5BZlv-Vog?t=3837</w:t>
      </w:r>
    </w:p>
    <w:p>
      <w:r>
        <w:rPr>
          <w:i/>
        </w:rPr>
        <w:t>“Evil has increased a lot, what will happen to our coming generation?”</w:t>
      </w:r>
    </w:p>
    <w:p>
      <w:r>
        <w:rPr>
          <w:sz w:val="20"/>
        </w:rPr>
        <w:t>1:03:57  Maulana, agla sawal hai Maulana Iqbal Umri Sahab ka Tamil Nadu se. unhon ne poocha hai ke logon ka aksar yeh sawal rehta hai ke burai zyada ho chuki hai, hamari aanay wali nasal ka kya hoga?</w:t>
      </w:r>
      <w:r>
        <w:br/>
      </w:r>
      <w:r>
        <w:rPr>
          <w:sz w:val="20"/>
        </w:rPr>
        <w:t>1:04:17  yeh to koi sawal nahi hai. yeh nasal ka kya hone ki aap nasal ki islaah kijiye.</w:t>
      </w:r>
      <w:r>
        <w:br/>
      </w:r>
      <w:r>
        <w:rPr>
          <w:sz w:val="20"/>
        </w:rPr>
        <w:t>1:04:25  mere aziz to nasal ke bigaad ke sabza zimmedari maa baap par hai. har ghar jo hai, bigaad ka karkhana bana hua hai.</w:t>
      </w:r>
      <w:r>
        <w:br/>
      </w:r>
      <w:r>
        <w:rPr>
          <w:sz w:val="20"/>
        </w:rPr>
        <w:t>1:04:36  taqreeban saare maa baap ka haal kya hai is zamane mein ke woh aik hi baat jante hain: paisa kamao aur aur bachon ka status barhao.</w:t>
      </w:r>
      <w:r>
        <w:br/>
      </w:r>
      <w:r>
        <w:rPr>
          <w:sz w:val="20"/>
        </w:rPr>
        <w:t>1:04:47  yani bachchon ko easy money faraham karna, yeh uske liye machine banay hue hain. Maa baap</w:t>
      </w:r>
      <w:r>
        <w:br/>
      </w:r>
      <w:r>
        <w:rPr>
          <w:sz w:val="20"/>
        </w:rPr>
        <w:t>1:04:55  jitnay baap maa baap ko main jaanta hoon ke kama kama kar bachchon ko paisa dena to easy money to sab se sab sab bari bigaad ki wajah hai.</w:t>
      </w:r>
      <w:r>
        <w:br/>
      </w:r>
      <w:r>
        <w:rPr>
          <w:sz w:val="20"/>
        </w:rPr>
        <w:t>1:05:07  mere ilm ke mutabiq jitnay maa baap hain, unka aik hi kaam hai: paisa kamao, bachchon ko easy money faraham karo.</w:t>
      </w:r>
      <w:r>
        <w:br/>
      </w:r>
      <w:r>
        <w:rPr>
          <w:sz w:val="20"/>
        </w:rPr>
        <w:t>1:05:18  koi log jahaz chala kar se business kama kar aisa karte hain aur jo baray baray log hain, woh corruption ke zariye paisa kamatay hain.</w:t>
      </w:r>
      <w:r>
        <w:br/>
      </w:r>
      <w:r>
        <w:rPr>
          <w:sz w:val="20"/>
        </w:rPr>
        <w:t>1:05:29  baray baray corruption ho rahay hain, karoron arbon ke rupay corruption kis ke liye? Bete ke liye hota hai, sab bachchon ke liye hota hai.</w:t>
      </w:r>
      <w:r>
        <w:br/>
      </w:r>
      <w:r>
        <w:rPr>
          <w:sz w:val="20"/>
        </w:rPr>
        <w:t>1:05:36  aaj kal corruption ki qissay suntay hain aap ke itna scheme aur itna yani karor arbon rupay ke jo sab qissay atay hain akhbaron mein,</w:t>
      </w:r>
      <w:r>
        <w:br/>
      </w:r>
      <w:r>
        <w:rPr>
          <w:sz w:val="20"/>
        </w:rPr>
        <w:t>1:05:50  rshwaten, woh kis ke liye? Bachchon ke liye, sab bachchon ke liye ke woh khud jo leader hai, jo yeh sab kar raha hai, woh to boorha boorha ho ke marne wala hai, chahta hai ke mera bacha jaye, us ke liye dolat ka anbaar laga jaon mein.</w:t>
      </w:r>
      <w:r>
        <w:br/>
      </w:r>
      <w:r>
        <w:rPr>
          <w:sz w:val="20"/>
        </w:rPr>
        <w:t>1:06:02  to main sochta hoon ke yeh money culture sab se bari wajah hai. Money culture aur money culture har har har ghar mein money culture ka karkhana khula hua hai.</w:t>
      </w:r>
      <w:r>
        <w:br/>
      </w:r>
      <w:r>
        <w:rPr>
          <w:sz w:val="20"/>
        </w:rPr>
        <w:t>1:06:13  to doosron ko blame karne dein, jo jo kehtay hain, woh khud bhi isi mein shikar hain. Blame detay hain doosron ko, jo sahib yeh keh rahay hain, un ko is ko pata kijiye, woh khud bhi isi ka shikar hain ke kama kama kar bachchon ko easy money faraham karna.</w:t>
      </w:r>
    </w:p>
    <w:p>
      <w:pPr>
        <w:pStyle w:val="Heading2"/>
      </w:pPr>
      <w:r>
        <w:t>When will Makkah situation become Madinah?</w:t>
      </w:r>
    </w:p>
    <w:p>
      <w:r>
        <w:rPr>
          <w:color w:val="666666"/>
          <w:sz w:val="18"/>
        </w:rPr>
        <w:t>Society &amp; Dawah · Journey of History December 23, 2012 · 2m 15s · at 59:51 · https://youtu.be/bvjWl3U3Dmw?t=3591</w:t>
      </w:r>
    </w:p>
    <w:p>
      <w:r>
        <w:rPr>
          <w:i/>
        </w:rPr>
        <w:t>“You are a proponent of individual dawah work, but our situation is like Makkah. My question is: when will this situaton adopt the Madinah form? Explain.”</w:t>
      </w:r>
    </w:p>
    <w:p>
      <w:r>
        <w:rPr>
          <w:sz w:val="20"/>
        </w:rPr>
        <w:t>59:51  maulana, yeh sawal balochistan pakistan area se aya hai, mister anjum sahab ka. unhon ne likha hai: "maulana sahab, aap individual daawa work ke daai hain, lekin hamare haan makkah wali situation hai.</w:t>
      </w:r>
      <w:r>
        <w:br/>
      </w:r>
      <w:r>
        <w:rPr>
          <w:sz w:val="20"/>
        </w:rPr>
        <w:t>1:00:09  mera sawal yeh hai ke yeh madinah wali surat kab ikhtiyar kare gi? is ke baray mein batayen."</w:t>
      </w:r>
      <w:r>
        <w:br/>
      </w:r>
      <w:r>
        <w:rPr>
          <w:sz w:val="20"/>
        </w:rPr>
        <w:t>1:00:17  dekhiye, makkah aur madinah, makkhi daur aur madani daur jo hai, yeh history ke phenomena hain. yeh dawat ka principle nahi hai.</w:t>
      </w:r>
      <w:r>
        <w:br/>
      </w:r>
      <w:r>
        <w:rPr>
          <w:sz w:val="20"/>
        </w:rPr>
        <w:t>1:00:26  aisa kya ho sakta? ek sahab, ek bohat baray aalim ki kitab hai "dawat deen" par, us mein dawat ko teen marhalay bataye hain.</w:t>
      </w:r>
      <w:r>
        <w:br/>
      </w:r>
      <w:r>
        <w:rPr>
          <w:sz w:val="20"/>
        </w:rPr>
        <w:t>1:00:37  unhon ne dawat, hijrat, jihad. yeh sahi nahi hai.</w:t>
      </w:r>
      <w:r>
        <w:br/>
      </w:r>
      <w:r>
        <w:rPr>
          <w:sz w:val="20"/>
        </w:rPr>
        <w:t>1:00:46  yeh rasool Allah ke zamanay mein jo waqea paish aya, woh ek history thi. aisi isi ko aap ko repeat nahi karna hai ke pehle dawat do, phir hijrat karo, phir larai karo.</w:t>
      </w:r>
      <w:r>
        <w:br/>
      </w:r>
      <w:r>
        <w:rPr>
          <w:sz w:val="20"/>
        </w:rPr>
        <w:t>1:00:57  yeh koi islam nahi hai. history jo hai, badalti hai halaat ke aitbar se. aaj aap makkah o madinah ki is tarah mat sochiye, aap quran o hadith ki is tarah mat sochiye.</w:t>
      </w:r>
      <w:r>
        <w:br/>
      </w:r>
      <w:r>
        <w:rPr>
          <w:sz w:val="20"/>
        </w:rPr>
        <w:t>1:01:10  bas jo hain aap ka aas paas, un ko dawat dijiye.</w:t>
      </w:r>
      <w:r>
        <w:br/>
      </w:r>
      <w:r>
        <w:rPr>
          <w:sz w:val="20"/>
        </w:rPr>
        <w:t>1:01:13  yeh intezar kyun kar rahe hain ke ek daur badle, doosra daur aaye? tareekh kabhi bhi is tarah repeat nahi hua karti jis tarah se log samajhte hain.</w:t>
      </w:r>
      <w:r>
        <w:br/>
      </w:r>
      <w:r>
        <w:rPr>
          <w:sz w:val="20"/>
        </w:rPr>
        <w:t>1:01:23  aisa kabhi nahi hone wala hai dobara ke aap dawat dein, phir hijrat karein, phir jihad kar ke larai karein. yeh tasawwur bilkul galat hai.</w:t>
      </w:r>
      <w:r>
        <w:br/>
      </w:r>
      <w:r>
        <w:rPr>
          <w:sz w:val="20"/>
        </w:rPr>
        <w:t>1:01:33  yeh history ko principle ka usool dena, history ko usool ka darja dena hai.</w:t>
      </w:r>
      <w:r>
        <w:br/>
      </w:r>
      <w:r>
        <w:rPr>
          <w:sz w:val="20"/>
        </w:rPr>
        <w:t>1:01:39  history dekhiye, yaad rakhiye, usool jo hai, woh history se akhaz nahi hota. woh jo text hai, quran o hadith, us se akhaz hota hai.</w:t>
      </w:r>
      <w:r>
        <w:br/>
      </w:r>
      <w:r>
        <w:rPr>
          <w:sz w:val="20"/>
        </w:rPr>
        <w:t>1:01:50  principle hamesha nikala jaye ga text se, history se nahi. yeh bohat bari bhool hai jis mein bohat se log mubtala hain. to us mein apne zehan ko aap durust kijiye aur dawat ke rastay jo khulay hain, un par apne aap ko laga dijiye.</w:t>
      </w:r>
    </w:p>
    <w:p>
      <w:pPr>
        <w:pStyle w:val="Heading2"/>
      </w:pPr>
      <w:r>
        <w:t>Why Dawah to Non-Muslims is Limited</w:t>
      </w:r>
    </w:p>
    <w:p>
      <w:r>
        <w:rPr>
          <w:color w:val="666666"/>
          <w:sz w:val="18"/>
        </w:rPr>
        <w:t>Society &amp; Dawah · Q&amp;A 20 Nov 2011 Maulana Wahiduddin Khan · 3m 11s · at 8:01 · https://youtu.be/7sNDn8Y6jUc?t=481</w:t>
      </w:r>
    </w:p>
    <w:p>
      <w:r>
        <w:rPr>
          <w:i/>
        </w:rPr>
        <w:t>“Nowadays, the work of dawah and tabligh among non-Muslims is not seen anywhere except the CPS team. What is the reason for this?”</w:t>
      </w:r>
    </w:p>
    <w:p>
      <w:r>
        <w:rPr>
          <w:sz w:val="20"/>
        </w:rPr>
        <w:t>8:01  Maulana, agla sawal aaya hai Miss Saira ka Karachi Pakistan se. unhon ne likha hai: "aaj kal poori duniya mein ghair Muslimon mein dawat o tabligh ka kaam CPS team ke ilawa kahin bhi nazar nahin aata.</w:t>
      </w:r>
      <w:r>
        <w:br/>
      </w:r>
      <w:r>
        <w:rPr>
          <w:sz w:val="20"/>
        </w:rPr>
        <w:t>8:18  is ki kya wajah hai?"</w:t>
      </w:r>
      <w:r>
        <w:br/>
      </w:r>
      <w:r>
        <w:rPr>
          <w:sz w:val="20"/>
        </w:rPr>
        <w:t>8:27  baat yeh hai ke Musalmanon par is daur mein, yeh jo daur aaya hai, is mein Musalmanon par mukhtalif asbab se yeh chha gaya ke</w:t>
      </w:r>
      <w:r>
        <w:br/>
      </w:r>
      <w:r>
        <w:rPr>
          <w:sz w:val="20"/>
        </w:rPr>
        <w:t>8:44  hamare khilaf sazishain jari hain, sab log dushman hain hamare, sab Islam ke khilaf sargarmiyan kar rahe hain log. to Musalmanon ke andar mizaj aa gaya takrao ka, ladai bhadai ka.</w:t>
      </w:r>
      <w:r>
        <w:br/>
      </w:r>
      <w:r>
        <w:rPr>
          <w:sz w:val="20"/>
        </w:rPr>
        <w:t>8:57  wahi kar rahe hain Musalman. ya to nafrat karte hain</w:t>
      </w:r>
      <w:r>
        <w:br/>
      </w:r>
      <w:r>
        <w:rPr>
          <w:sz w:val="20"/>
        </w:rPr>
        <w:t>9:01  ya tashaddud karte hain ya baqayda takrao karte hain. to yeh jo mizaj aaya hai, yeh sau do sau saal ke andar aaya hai. jab ke Maghribi qaumein ubhren, Europe se aur har jagah un ko dabdaba mila, to Musalmanon mein</w:t>
      </w:r>
      <w:r>
        <w:br/>
      </w:r>
      <w:r>
        <w:rPr>
          <w:sz w:val="20"/>
        </w:rPr>
        <w:t>9:19  reaction ke taur par yeh mizaj paida hua. us waqt saare Musalman reaction ki nafsiyat mein jeete hain. to aap ki koshish honi chahiye ke logon ko reaction se nikalein.</w:t>
      </w:r>
      <w:r>
        <w:br/>
      </w:r>
      <w:r>
        <w:rPr>
          <w:sz w:val="20"/>
        </w:rPr>
        <w:t>9:32  isi liye main zor deta hoon bahut zyada positive thinking par.</w:t>
      </w:r>
      <w:r>
        <w:br/>
      </w:r>
      <w:r>
        <w:rPr>
          <w:sz w:val="20"/>
        </w:rPr>
        <w:t>9:37  jab tak aap Musalmanon ko reaction ki nafsiyat se azaad nahin karenge, woh baat ko samajh nahin payenge. kyunke reaction ki nafsiyat ka kya nateeja hua hai?</w:t>
      </w:r>
      <w:r>
        <w:br/>
      </w:r>
      <w:r>
        <w:rPr>
          <w:sz w:val="20"/>
        </w:rPr>
        <w:t>9:46  ke doosri qaumein aap ko lagti hain dushman, sazishi. to un ko dawat kya denge aap?</w:t>
      </w:r>
      <w:r>
        <w:br/>
      </w:r>
      <w:r>
        <w:rPr>
          <w:sz w:val="20"/>
        </w:rPr>
        <w:t>9:53  dawat ke liye zaroori hai ke aap doosri qaumon ko ke khair khwah hon, naseh hon. to khair khwahi to hai nahin.</w:t>
      </w:r>
      <w:r>
        <w:br/>
      </w:r>
      <w:r>
        <w:rPr>
          <w:sz w:val="20"/>
        </w:rPr>
        <w:t>10:03  jab khair khwahi nahin hai to wohi hai jo is waqt ho raha hoga. to pehla kaam jo hai yeh hai ke doosri qaumon ko hum</w:t>
      </w:r>
      <w:r>
        <w:br/>
      </w:r>
      <w:r>
        <w:rPr>
          <w:sz w:val="20"/>
        </w:rPr>
        <w:t>10:10  batayen musalmanon ko ke woh madu hain, woh aap ke dushman nahin hain. har haal mein woh madu hain, bil farz woh aap ke khilaaf koi dushmani wali baat kar rahe hon, tab bhi woh aap ke madu hain.</w:t>
      </w:r>
      <w:r>
        <w:br/>
      </w:r>
      <w:r>
        <w:rPr>
          <w:sz w:val="20"/>
        </w:rPr>
        <w:t>10:24  tab bhi aap ko dawat dena hai. to chounke saara literature jo aap dekhiye, jitna literature</w:t>
      </w:r>
      <w:r>
        <w:br/>
      </w:r>
      <w:r>
        <w:rPr>
          <w:sz w:val="20"/>
        </w:rPr>
        <w:t>10:31  zaban mein tayyar hua hai, chahe woh urdu mein ho, persian mein ho, arabi mein ho, angrezi mein ho, woh sab negative nafsiyat ka tayyar hua hai.</w:t>
      </w:r>
      <w:r>
        <w:br/>
      </w:r>
      <w:r>
        <w:rPr>
          <w:sz w:val="20"/>
        </w:rPr>
        <w:t>10:42  sab ko dikhaya gaya hai ke sab dushman hain, sazishi hain, hamare khilaaf sargarmiyan kar rahe hain.</w:t>
      </w:r>
      <w:r>
        <w:br/>
      </w:r>
      <w:r>
        <w:rPr>
          <w:sz w:val="20"/>
        </w:rPr>
        <w:t>10:48  to is literature se zehn bana musalmanon ka, aur media yeh karta hai. to yeh ek bohat hi gehra muamla hai, aur jab tak aap musalmanon ke zehn na badlen, aap daawti kaam nahin ho sakta hai.</w:t>
      </w:r>
      <w:r>
        <w:br/>
      </w:r>
      <w:r>
        <w:rPr>
          <w:sz w:val="20"/>
        </w:rPr>
        <w:t>11:04  to pehla kaam hai musalmanon ki soch ko badalna, phir is ke baad daawti kaam hoga.</w:t>
      </w:r>
    </w:p>
    <w:p>
      <w:pPr>
        <w:pStyle w:val="Heading2"/>
      </w:pPr>
      <w:r>
        <w:t>Why Islam blamed for Muslim illiteracy and poverty?</w:t>
      </w:r>
    </w:p>
    <w:p>
      <w:r>
        <w:rPr>
          <w:color w:val="666666"/>
          <w:sz w:val="18"/>
        </w:rPr>
        <w:t>Society &amp; Dawah · Realistic Approach 30 March, 2014 · 3m 42s · at 43:42 · https://youtu.be/HIFxmWWiEG4?t=2622</w:t>
      </w:r>
    </w:p>
    <w:p>
      <w:r>
        <w:rPr>
          <w:i/>
        </w:rPr>
        <w:t>“Many people say that Islam has produced an uneducated society as Muslim community has maximum number of illiterates and as a result poor people. I want to know your opinion on this.”</w:t>
      </w:r>
    </w:p>
    <w:p>
      <w:r>
        <w:rPr>
          <w:sz w:val="20"/>
        </w:rPr>
        <w:t>43:42  maulana, yeh sawal bihar se aya hai, javed sahib ne kiya hai. unhon ne likha hai: "many peoples say that islam has produced an uneducated society as muslim community has maximum number of illiterates and as a result poor people." Maulana, i want to know your opinion on this.</w:t>
      </w:r>
      <w:r>
        <w:br/>
      </w:r>
      <w:r>
        <w:rPr>
          <w:sz w:val="20"/>
        </w:rPr>
        <w:t>44:08  dekhiye, sab se bari ghalati yeh hai ke islam aur musalman ko ek samajhna. jaise yeh kitab jo maine di hai, yeh kitab hai musalmanon ke bare mein.</w:t>
      </w:r>
      <w:r>
        <w:br/>
      </w:r>
      <w:r>
        <w:rPr>
          <w:sz w:val="20"/>
        </w:rPr>
        <w:t>44:21  naam is ka hai "is islam". equate karte hain musalmanon ko islam se ke islam aaj bhi waise hi hai jis tarah ke woh seven century mein tha.</w:t>
      </w:r>
      <w:r>
        <w:br/>
      </w:r>
      <w:r>
        <w:rPr>
          <w:sz w:val="20"/>
        </w:rPr>
        <w:t>44:33  lekin musalman jo hai, doosri company ki tarah se in par bhi sawal aayega.</w:t>
      </w:r>
      <w:r>
        <w:br/>
      </w:r>
      <w:r>
        <w:rPr>
          <w:sz w:val="20"/>
        </w:rPr>
        <w:t>44:39  jo hadith mein aayi hai ke "tun sun man kan qablakum". yahan bhi main kahunga ke is ko modern idiom badlie, yani traditional alfaz ko modern idiom badlie.</w:t>
      </w:r>
      <w:r>
        <w:br/>
      </w:r>
      <w:r>
        <w:rPr>
          <w:sz w:val="20"/>
        </w:rPr>
        <w:t>44:51  is ka matlab hai ke tum par bhi zawal aayega jis tarah yahood par zawal aya. to musalmanon ko aap samajhte hain ke waise hi musalman aaj bhi hain jo seven century a.d. mein thay?</w:t>
      </w:r>
      <w:r>
        <w:br/>
      </w:r>
      <w:r>
        <w:rPr>
          <w:sz w:val="20"/>
        </w:rPr>
        <w:t>45:01  yeh to zawal yafta qom hai. to zawal yafta qom yahi sab hoga.</w:t>
      </w:r>
      <w:r>
        <w:br/>
      </w:r>
      <w:r>
        <w:rPr>
          <w:sz w:val="20"/>
        </w:rPr>
        <w:t>45:06  to islam jo hai, as a as a nodology intact hai, lekin musalman to in ka degeneration ho chuka hai, zawal par aa chuka hai.</w:t>
      </w:r>
      <w:r>
        <w:br/>
      </w:r>
      <w:r>
        <w:rPr>
          <w:sz w:val="20"/>
        </w:rPr>
        <w:t>45:16  is haqeeqat ko manie, tab musalmanon mein koi naya daur shuru hoga. agar aap samjhen ke musalman wahi hain jo hazar saal pehle thay to kabhi koi islaah nahi hogi.</w:t>
      </w:r>
      <w:r>
        <w:br/>
      </w:r>
      <w:r>
        <w:rPr>
          <w:sz w:val="20"/>
        </w:rPr>
        <w:t>45:28  islam ko alag kijiye, musalman ko alag kijiye.</w:t>
      </w:r>
      <w:r>
        <w:br/>
      </w:r>
      <w:r>
        <w:rPr>
          <w:sz w:val="20"/>
        </w:rPr>
        <w:t>45:31  islam ek ideology hai, is ka ek book hai, is ka ek text hai, woh aaj bhi intact hai, aaj bhi waise hi jis tarah ke pehle tha.</w:t>
      </w:r>
      <w:r>
        <w:br/>
      </w:r>
      <w:r>
        <w:rPr>
          <w:sz w:val="20"/>
        </w:rPr>
        <w:t>45:40  lekin musalman jo ek community hain, woh un par chaudah so saal jab beet gaye to generation of generation un ke andar zawal aya, zawal aya, zawal aya.</w:t>
      </w:r>
      <w:r>
        <w:br/>
      </w:r>
      <w:r>
        <w:rPr>
          <w:sz w:val="20"/>
        </w:rPr>
        <w:t>45:51  ab ab zawal ki aakhri had par hain woh.</w:t>
      </w:r>
      <w:r>
        <w:br/>
      </w:r>
      <w:r>
        <w:rPr>
          <w:sz w:val="20"/>
        </w:rPr>
        <w:t>45:56  to is ka matlab nahi ke ke zawal mein aa gaye to hum is zawal hi mein rahen g</w:t>
      </w:r>
      <w:r>
        <w:br/>
      </w:r>
      <w:r>
        <w:rPr>
          <w:sz w:val="20"/>
        </w:rPr>
        <w:t>46:01  e. nahi, phir un ki islaah ho sakti hai, lekin islaah kya hogi? jab aap tanqeed ko bura na manen, tanqeed ko islaah samjhen.</w:t>
      </w:r>
      <w:r>
        <w:br/>
      </w:r>
      <w:r>
        <w:rPr>
          <w:sz w:val="20"/>
        </w:rPr>
        <w:t>46:10  islaah musalmanon ki sab se bari museebat yeh hai ke woh tanqeed ko bura samajhte hain. ek ek shakhs tanqeed ko bura samajhta hai, mister bhi, maulvi bhi.</w:t>
      </w:r>
      <w:r>
        <w:br/>
      </w:r>
      <w:r>
        <w:rPr>
          <w:sz w:val="20"/>
        </w:rPr>
        <w:t>46:19  jitna maine tajurba kiya, chahe mister ho ya maulvi ho, tanqeed ko samajhte hain koi buri cheez hai. tanqidi to islaah ka aghaz hai, tanqidi islaah ka aghaz hai.</w:t>
      </w:r>
      <w:r>
        <w:br/>
      </w:r>
      <w:r>
        <w:rPr>
          <w:sz w:val="20"/>
        </w:rPr>
        <w:t>46:33  to tanqeed ko taboo mat samjhiye, yeh tanqeed ko sochiye ke is ne kehne wale ne kya kaha. baat par ghor kijiye, yeh na dekhen ke tanqeed hai.</w:t>
      </w:r>
      <w:r>
        <w:br/>
      </w:r>
      <w:r>
        <w:rPr>
          <w:sz w:val="20"/>
        </w:rPr>
        <w:t>46:45  sare musalman bhi jeete hain apne aadi maaqaber mein, har ek ne aaqaber bana rakha hai, isi mein jeete hain. sare musalman, mister bhi, maulvi bhi.</w:t>
      </w:r>
      <w:r>
        <w:br/>
      </w:r>
      <w:r>
        <w:rPr>
          <w:sz w:val="20"/>
        </w:rPr>
        <w:t>46:57  is se aap log bahar nikaliye, is haqeeqat ko achi tarah jaan lijie ke islam alag hai, musalman alag hai. islam intact hai, musalman zawal ka shikar ho chuke hain, aur musalman ko dobara nikalne ki zaroorat hai ke aap tanqeed karen, un ka tanqidi jaiza len,</w:t>
      </w:r>
      <w:r>
        <w:br/>
      </w:r>
      <w:r>
        <w:rPr>
          <w:sz w:val="20"/>
        </w:rPr>
        <w:t>47:16  critical study karen, tab hoga naya aghaz.</w:t>
      </w:r>
    </w:p>
    <w:p>
      <w:pPr>
        <w:pStyle w:val="Heading2"/>
      </w:pPr>
      <w:r>
        <w:t>Why Majority Follows Secular Ideology</w:t>
      </w:r>
    </w:p>
    <w:p>
      <w:r>
        <w:rPr>
          <w:color w:val="666666"/>
          <w:sz w:val="18"/>
        </w:rPr>
        <w:t>Society &amp; Dawah · Q&amp;A 11 Jul 2010 Maulana Wahiduddin Khan · 3m 35s · at 28:24 · https://youtu.be/UHtdtzGGwFQ?t=1704</w:t>
      </w:r>
    </w:p>
    <w:p>
      <w:r>
        <w:rPr>
          <w:i/>
        </w:rPr>
        <w:t>“Why is the majority of humanity following secular ideology?”</w:t>
      </w:r>
    </w:p>
    <w:p>
      <w:r>
        <w:rPr>
          <w:sz w:val="20"/>
        </w:rPr>
        <w:t>28:24  maulana, agla sawal kya hai? mister dilraj singh ne dilli se sawal hai ke "Why is majority of humanity following secular ideology?"</w:t>
      </w:r>
      <w:r>
        <w:br/>
      </w:r>
      <w:r>
        <w:rPr>
          <w:sz w:val="20"/>
        </w:rPr>
        <w:t>28:38  aasan hai bas, aur kuch nahi. khao, kamao, hawa karo, yeh bohat aasan hai. lekin mein ne seerat banna hai na, koi sensitivity dikhana hai.</w:t>
      </w:r>
      <w:r>
        <w:br/>
      </w:r>
      <w:r>
        <w:rPr>
          <w:sz w:val="20"/>
        </w:rPr>
        <w:t>28:47  na honesty ki zaroorat hai. aur agar aap jo doosra life style hai, is mein aap ko sincere banna hai, honest banna hai, responsibility lena hai, duty poora karna hai.</w:t>
      </w:r>
      <w:r>
        <w:br/>
      </w:r>
      <w:r>
        <w:rPr>
          <w:sz w:val="20"/>
        </w:rPr>
        <w:t>29:00  to zahir hai ke woh mushkil lagta hai. yeh insaan jo hai, bas easy goer hai. aasani ki taraf bhagta hai.</w:t>
      </w:r>
      <w:r>
        <w:br/>
      </w:r>
      <w:r>
        <w:rPr>
          <w:sz w:val="20"/>
        </w:rPr>
        <w:t>29:09  aur mushkil se is ko ghabrahat hoti hai. aur to koi khaas wajah nahi hai. inhi se poochein agar to andar se.</w:t>
      </w:r>
      <w:r>
        <w:br/>
      </w:r>
      <w:r>
        <w:rPr>
          <w:sz w:val="20"/>
        </w:rPr>
        <w:t>29:17  discontentment rehta hai in ko.</w:t>
      </w:r>
      <w:r>
        <w:br/>
      </w:r>
      <w:r>
        <w:rPr>
          <w:sz w:val="20"/>
        </w:rPr>
        <w:t>29:20  contentment nahi rehta. lekin aasan hai woh. keh raha tha na, kuch nahi. ek ek system chala ja raha hai. isi mein hum bhi jo apne ko ek purza ban gaye.</w:t>
      </w:r>
      <w:r>
        <w:br/>
      </w:r>
      <w:r>
        <w:rPr>
          <w:sz w:val="20"/>
        </w:rPr>
        <w:t>29:31  humein paisa aa raha hai. hamara bhi ghar ban raha hai. aur agar woh hai to aap ko</w:t>
      </w:r>
      <w:r>
        <w:br/>
      </w:r>
      <w:r>
        <w:rPr>
          <w:sz w:val="20"/>
        </w:rPr>
        <w:t>29:37  independently ek life banani padti hai. to is mein soch na aaye. is mein sensitivity hai, is mein seriousness hai, is mein duty hai, responsibility hai, accountability hai.</w:t>
      </w:r>
      <w:r>
        <w:br/>
      </w:r>
      <w:r>
        <w:rPr>
          <w:sz w:val="20"/>
        </w:rPr>
        <w:t>29:47  to aadmi ghabrata hai hamesha is se.</w:t>
      </w:r>
      <w:r>
        <w:br/>
      </w:r>
      <w:r>
        <w:rPr>
          <w:sz w:val="20"/>
        </w:rPr>
        <w:t>29:52  abhi aaj kal mein radio sunta hoon daily. minister log poster dete hain stage par. rozana suggestion dete hain. aisa hona chahiye, waisa hona chahiye.</w:t>
      </w:r>
      <w:r>
        <w:br/>
      </w:r>
      <w:r>
        <w:rPr>
          <w:sz w:val="20"/>
        </w:rPr>
        <w:t>30:02  mein sochta hoon ke ministry ki zaroorat kya hai in ko? yeh to hum bhi kar sakte hain aisa. minister to implement karne ke liye hota hai.</w:t>
      </w:r>
      <w:r>
        <w:br/>
      </w:r>
      <w:r>
        <w:rPr>
          <w:sz w:val="20"/>
        </w:rPr>
        <w:t>30:10  magar agar desh mein corruption hai to aap is se ab taqreer kar rahe hain. stage par speech dena corruption ke khilaaf yeh minister ka kaam nahi hai.</w:t>
      </w:r>
      <w:r>
        <w:br/>
      </w:r>
      <w:r>
        <w:rPr>
          <w:sz w:val="20"/>
        </w:rPr>
        <w:t>30:23  minister ka kaam hai is mein action karna. ja kar is ko mitaayein is ko. yaani matlab yeh ke jaise misaal ke taur par woh surprise visit kare.</w:t>
      </w:r>
      <w:r>
        <w:br/>
      </w:r>
      <w:r>
        <w:rPr>
          <w:sz w:val="20"/>
        </w:rPr>
        <w:t>30:32  visit badal kar ke. jahan paayein ek ek afsar aisa kar raha hai, usi waqt is ko dismiss kar dein.</w:t>
      </w:r>
      <w:r>
        <w:br/>
      </w:r>
      <w:r>
        <w:rPr>
          <w:sz w:val="20"/>
        </w:rPr>
        <w:t>30:39  usi waqt dismiss kar dein.</w:t>
      </w:r>
      <w:r>
        <w:br/>
      </w:r>
      <w:r>
        <w:rPr>
          <w:sz w:val="20"/>
        </w:rPr>
        <w:t>30:43  aaj kal kya hota hai? suspend karte hain. suspend hi nahi thi. aaj kal yeh hai ke suspend kar dijiye. woh tankhwah khaayi milti rehti hai is ko baithe baithe. aur jeet jaata hai case trial kar ke.</w:t>
      </w:r>
      <w:r>
        <w:br/>
      </w:r>
      <w:r>
        <w:rPr>
          <w:sz w:val="20"/>
        </w:rPr>
        <w:t>30:55  minister ko hota hai ikhtiyar hota hai woh suspend kar sakta hai. nahi, dismiss kar sakta hai. to jaayein.</w:t>
      </w:r>
      <w:r>
        <w:br/>
      </w:r>
      <w:r>
        <w:rPr>
          <w:sz w:val="20"/>
        </w:rPr>
        <w:t>31:01  har office mein. India mein sirf ek hi minister mein jaanta hoon jis ne aisa kiya, urfiya badqadmai. jis department mein hota tha woh sab darte the is se.</w:t>
      </w:r>
      <w:r>
        <w:br/>
      </w:r>
      <w:r>
        <w:rPr>
          <w:sz w:val="20"/>
        </w:rPr>
        <w:t>31:12  kyun ke achaanak pahunch jaata tha. surprise visit leta tha woh. usi waqt dismiss karta tha woh.</w:t>
      </w:r>
      <w:r>
        <w:br/>
      </w:r>
      <w:r>
        <w:rPr>
          <w:sz w:val="20"/>
        </w:rPr>
        <w:t>31:18  to corruption free ho gaya tha is ka department. to minister log jo hai bhagte the ke woh aasaan hai woh. jo bhagte the dete hain achhe achhe bhagte the to bahut aasaan hai woh.</w:t>
      </w:r>
      <w:r>
        <w:br/>
      </w:r>
      <w:r>
        <w:rPr>
          <w:sz w:val="20"/>
        </w:rPr>
        <w:t>31:30  jis stage par dekhein wahan minister log dikhai dete hain. achhe achhe bhagte the dete hue ke</w:t>
      </w:r>
      <w:r>
        <w:br/>
      </w:r>
      <w:r>
        <w:rPr>
          <w:sz w:val="20"/>
        </w:rPr>
        <w:t>31:35  tum tum woh karo. logon ko. tumhare paas power hai to authority ho. to is ko implement karo is ko.</w:t>
      </w:r>
      <w:r>
        <w:br/>
      </w:r>
      <w:r>
        <w:rPr>
          <w:sz w:val="20"/>
        </w:rPr>
        <w:t>31:45  in ko punishment do, in ko dismiss karo in ko. kya dete ho? to har aadmi to easy goer hai.</w:t>
      </w:r>
      <w:r>
        <w:br/>
      </w:r>
      <w:r>
        <w:rPr>
          <w:sz w:val="20"/>
        </w:rPr>
        <w:t>31:53  aasaan ka option le rakha hai is ne. woh yahan bhi hai.</w:t>
      </w:r>
    </w:p>
    <w:p>
      <w:pPr>
        <w:pStyle w:val="Heading2"/>
      </w:pPr>
      <w:r>
        <w:t>Why Muslims Are Territory-Oriented?</w:t>
      </w:r>
    </w:p>
    <w:p>
      <w:r>
        <w:rPr>
          <w:color w:val="666666"/>
          <w:sz w:val="18"/>
        </w:rPr>
        <w:t>Society &amp; Dawah · Divine Help September 22, 2015 · 2m 28s · at 43:03 · https://youtu.be/sozrNCif0Gg?t=2583</w:t>
      </w:r>
    </w:p>
    <w:p>
      <w:r>
        <w:rPr>
          <w:i/>
        </w:rPr>
        <w:t>“Why are Muslims so territory-oriented, like Kashmiris for the land of Kashmir, Palestinians for Palestine, etc.? Who said monopoly has ended? So practically a Muslim can buy a property in any part of the world and live and prosper.”</w:t>
      </w:r>
    </w:p>
    <w:p>
      <w:r>
        <w:rPr>
          <w:sz w:val="20"/>
        </w:rPr>
        <w:t>43:03  Maulana, agla sawal lete hain. yeh sawal Australia se bheja hai Nasir Khan Sahab ne.</w:t>
      </w:r>
      <w:r>
        <w:br/>
      </w:r>
      <w:r>
        <w:rPr>
          <w:sz w:val="20"/>
        </w:rPr>
        <w:t>43:12  unhon ne likha hai: "Molana sahib, why are Muslims so territory-oriented, like Kashmiris for the land of Kashmir, Palestinians for Palestine, etc.?</w:t>
      </w:r>
      <w:r>
        <w:br/>
      </w:r>
      <w:r>
        <w:rPr>
          <w:sz w:val="20"/>
        </w:rPr>
        <w:t>43:25  Who said monopoly has ended? So practically a Muslim can buy a property in any part of the world and live and prosper.</w:t>
      </w:r>
      <w:r>
        <w:br/>
      </w:r>
      <w:r>
        <w:rPr>
          <w:sz w:val="20"/>
        </w:rPr>
        <w:t>43:37  Many are already in diaspora and doing well.</w:t>
      </w:r>
      <w:r>
        <w:br/>
      </w:r>
      <w:r>
        <w:rPr>
          <w:sz w:val="20"/>
        </w:rPr>
        <w:t>43:41  So they have no restriction. Also, the whole world belongs to God. So if Muslims believe and love God, then they can worship Him from any part of the world.</w:t>
      </w:r>
      <w:r>
        <w:br/>
      </w:r>
      <w:r>
        <w:rPr>
          <w:sz w:val="20"/>
        </w:rPr>
        <w:t>43:53  Why being so closed for a particular land? Why this close thinking and what is the reason behind it?" bohat sahi baat kahi aap ne.</w:t>
      </w:r>
      <w:r>
        <w:br/>
      </w:r>
      <w:r>
        <w:rPr>
          <w:sz w:val="20"/>
        </w:rPr>
        <w:t>44:03  bohat sahi</w:t>
      </w:r>
      <w:r>
        <w:br/>
      </w:r>
      <w:r>
        <w:rPr>
          <w:sz w:val="20"/>
        </w:rPr>
        <w:t>44:04  asal baat yeh hai ke Musalmanon par abhi bhi jo old leadership thi, wahi ab oopar chhai hui hai. aur yeh fazilat ka concept hai.</w:t>
      </w:r>
      <w:r>
        <w:br/>
      </w:r>
      <w:r>
        <w:rPr>
          <w:sz w:val="20"/>
        </w:rPr>
        <w:t>44:14  aap ne bare bare laqab de diye, Ibn Taymiyyah ko, Ghazali ko. bare bare laqab. to aap samajhte hain ke woh wahi to aakhri insaan ban gaye. na Ibn Taymiyyah aakhri the, na Ghazali aakhri the.</w:t>
      </w:r>
      <w:r>
        <w:br/>
      </w:r>
      <w:r>
        <w:rPr>
          <w:sz w:val="20"/>
        </w:rPr>
        <w:t>44:26  koi aakhri nahi hai. yeh scientific, yeh scientific thinking Musalmanon mein aayi hi nahi. woh to fazail ki duniya mein jeete hain.</w:t>
      </w:r>
      <w:r>
        <w:br/>
      </w:r>
      <w:r>
        <w:rPr>
          <w:sz w:val="20"/>
        </w:rPr>
        <w:t>44:35  fazail. matlab ke sab se zyada afzal hai Ibn Taymiyyah. sab se afzal hai Ghazali. sab se afzal hai falan.</w:t>
      </w:r>
      <w:r>
        <w:br/>
      </w:r>
      <w:r>
        <w:rPr>
          <w:sz w:val="20"/>
        </w:rPr>
        <w:t>44:46  afzaliyat ka jo concept hai, yeh bohat hi killing concept hai. Killing. koi afzal nahi hai. koi bhi afzal nahi hai. Allah ke sab bande barabar hain.</w:t>
      </w:r>
      <w:r>
        <w:br/>
      </w:r>
      <w:r>
        <w:rPr>
          <w:sz w:val="20"/>
        </w:rPr>
        <w:t>44:57  to afzaliyat mein phans gaye hain Musalman. ke jo keh diya Ibn Taymiyyah ne, bas woh aakhri hai. jo keh diya Ghazali ne, woh aakhri hai. woh aakhri hai hi nahi.</w:t>
      </w:r>
      <w:r>
        <w:br/>
      </w:r>
      <w:r>
        <w:rPr>
          <w:sz w:val="20"/>
        </w:rPr>
        <w:t>45:07  aakhri to Quran hai. isi mein phanse hue hain Musalman aaj bhi. aakhri to Quran hai. isi liye ab Quran phaila rahe hain. Quran ko phaila rahe hain to ek log jaanein ke aakhri cheez Quran hai.</w:t>
      </w:r>
      <w:r>
        <w:br/>
      </w:r>
      <w:r>
        <w:rPr>
          <w:sz w:val="20"/>
        </w:rPr>
        <w:t>45:20  koi Ibn Taymiyyah aur Ghazali aur falan falan, woh aakhri nahi hai.</w:t>
      </w:r>
    </w:p>
    <w:p>
      <w:pPr>
        <w:pStyle w:val="Heading2"/>
      </w:pPr>
      <w:r>
        <w:t>Why Muslims Cannot Discard Violence</w:t>
      </w:r>
    </w:p>
    <w:p>
      <w:r>
        <w:rPr>
          <w:color w:val="666666"/>
          <w:sz w:val="18"/>
        </w:rPr>
        <w:t>Society &amp; Dawah · Reason and Faith July 10, 2016 · 3m 07s · at 59:44 · https://youtu.be/axR4I5yv29E?t=3584</w:t>
      </w:r>
    </w:p>
    <w:p>
      <w:r>
        <w:rPr>
          <w:i/>
        </w:rPr>
        <w:t>“Sir can you explain why Muslims are not able to discard their violent activities even after seeing so much destruction and loss of human lives?”</w:t>
      </w:r>
    </w:p>
    <w:p>
      <w:r>
        <w:rPr>
          <w:sz w:val="20"/>
        </w:rPr>
        <w:t>59:44  maulana, agla sawal Kanpur se kiya hai Muhammad Ayub sahib ne aur unhone likha hai ke Sir</w:t>
      </w:r>
      <w:r>
        <w:br/>
      </w:r>
      <w:r>
        <w:rPr>
          <w:sz w:val="20"/>
        </w:rPr>
        <w:t>59:49  can you explain why Muslims are not able to discard their violent activities even after seeing so much</w:t>
      </w:r>
      <w:r>
        <w:br/>
      </w:r>
      <w:r>
        <w:rPr>
          <w:sz w:val="20"/>
        </w:rPr>
        <w:t>59:55  destruction and loss of human lives?</w:t>
      </w:r>
      <w:r>
        <w:br/>
      </w:r>
      <w:r>
        <w:rPr>
          <w:sz w:val="20"/>
        </w:rPr>
        <w:t>1:00:01  What is the reason for the same?</w:t>
      </w:r>
      <w:r>
        <w:br/>
      </w:r>
      <w:r>
        <w:rPr>
          <w:sz w:val="20"/>
        </w:rPr>
        <w:t>1:00:06  dekhen, aap hadith ki kitabon mein ek hota hai kitab ul fitan.</w:t>
      </w:r>
      <w:r>
        <w:br/>
      </w:r>
      <w:r>
        <w:rPr>
          <w:sz w:val="20"/>
        </w:rPr>
        <w:t>1:00:12  har hadith mein hota hai kitab ul fitan.</w:t>
      </w:r>
      <w:r>
        <w:br/>
      </w:r>
      <w:r>
        <w:rPr>
          <w:sz w:val="20"/>
        </w:rPr>
        <w:t>1:00:17  to fitn ke ma'ni kya hain? dour-e-zawaal.</w:t>
      </w:r>
      <w:r>
        <w:br/>
      </w:r>
      <w:r>
        <w:rPr>
          <w:sz w:val="20"/>
        </w:rPr>
        <w:t>1:00:23  jo kitaab-ul-fitn mein jo riwayatein hoti hain, woh dour-e-zawaal ko batati hain.</w:t>
      </w:r>
      <w:r>
        <w:br/>
      </w:r>
      <w:r>
        <w:rPr>
          <w:sz w:val="20"/>
        </w:rPr>
        <w:t>1:00:28  ya'ni kitaab-ul-fitn ka matlab yeh hai ke dour-e-zawaal mein musalmanon ka haal kya hua? yeh hai.</w:t>
      </w:r>
      <w:r>
        <w:br/>
      </w:r>
      <w:r>
        <w:rPr>
          <w:sz w:val="20"/>
        </w:rPr>
        <w:t>1:00:34  to ab to chaudah sau saal beet gaye, ab bhi kaha dour-e-zawaal nahin aayega? yeh sab</w:t>
      </w:r>
      <w:r>
        <w:br/>
      </w:r>
      <w:r>
        <w:rPr>
          <w:sz w:val="20"/>
        </w:rPr>
        <w:t>1:00:39  jo baatein aap padh rahe hain, woh musalmanon ke dour-e-zawaal ki baatein hain.</w:t>
      </w:r>
      <w:r>
        <w:br/>
      </w:r>
      <w:r>
        <w:rPr>
          <w:sz w:val="20"/>
        </w:rPr>
        <w:t>1:00:45  kyunke Iqbal jo samjhate thay, bohat bade mufakkir, unhon ne keh diya tha ke zara nam ho to</w:t>
      </w:r>
      <w:r>
        <w:br/>
      </w:r>
      <w:r>
        <w:rPr>
          <w:sz w:val="20"/>
        </w:rPr>
        <w:t>1:00:50  yeh mitti bohat zarkhez hai.</w:t>
      </w:r>
      <w:r>
        <w:br/>
      </w:r>
      <w:r>
        <w:rPr>
          <w:sz w:val="20"/>
        </w:rPr>
        <w:t>1:00:56  taake hamare bachpan mein yeh shair bohat padha jaata tha jalson mein: zara nam ho to yeh mitti</w:t>
      </w:r>
      <w:r>
        <w:br/>
      </w:r>
      <w:r>
        <w:rPr>
          <w:sz w:val="20"/>
        </w:rPr>
        <w:t>1:01:01  bohat zarkhez hai.</w:t>
      </w:r>
      <w:r>
        <w:br/>
      </w:r>
      <w:r>
        <w:rPr>
          <w:sz w:val="20"/>
        </w:rPr>
        <w:t>1:01:07  taake baat ko ma'ni apne mutabiq samjha ke Iqbal ne apne baat ke zamane mein ek aur baat kahi thi.</w:t>
      </w:r>
      <w:r>
        <w:br/>
      </w:r>
      <w:r>
        <w:rPr>
          <w:sz w:val="20"/>
        </w:rPr>
        <w:t>1:01:12  yeh shuru baat, shuru ki baat thi.</w:t>
      </w:r>
      <w:r>
        <w:br/>
      </w:r>
      <w:r>
        <w:rPr>
          <w:sz w:val="20"/>
        </w:rPr>
        <w:t>1:01:18  ya'ni shuru ke zamane mein Iqbal ne kaha tha ke zara nam ho to yeh mitti bohat zarkhez hai.</w:t>
      </w:r>
      <w:r>
        <w:br/>
      </w:r>
      <w:r>
        <w:rPr>
          <w:sz w:val="20"/>
        </w:rPr>
        <w:t>1:01:23  taake lekin aakhri zamane mein unhon ne is ko ulta kaha tha.</w:t>
      </w:r>
      <w:r>
        <w:br/>
      </w:r>
      <w:r>
        <w:rPr>
          <w:sz w:val="20"/>
        </w:rPr>
        <w:t>1:01:29  unhon ne tere muheet mein kahin johar-e-zindagi nahin.</w:t>
      </w:r>
      <w:r>
        <w:br/>
      </w:r>
      <w:r>
        <w:rPr>
          <w:sz w:val="20"/>
        </w:rPr>
        <w:t>1:01:34  musalmanon ke bare mein tere muheet mein kahin johar-e-zindagi nahin.</w:t>
      </w:r>
      <w:r>
        <w:br/>
      </w:r>
      <w:r>
        <w:rPr>
          <w:sz w:val="20"/>
        </w:rPr>
        <w:t>1:01:40  dhoond chuka mein mauj mauj de chuka sau das.</w:t>
      </w:r>
      <w:r>
        <w:br/>
      </w:r>
      <w:r>
        <w:rPr>
          <w:sz w:val="20"/>
        </w:rPr>
        <w:t>1:01:46  yeh isi isi waqt Iqbal ka shair hai.</w:t>
      </w:r>
      <w:r>
        <w:br/>
      </w:r>
      <w:r>
        <w:rPr>
          <w:sz w:val="20"/>
        </w:rPr>
        <w:t>1:01:51  yeh shuru mein woh josh mein woh keh diya tha unhon ne, lekin baad mein jab tajruba hua</w:t>
      </w:r>
      <w:r>
        <w:br/>
      </w:r>
      <w:r>
        <w:rPr>
          <w:sz w:val="20"/>
        </w:rPr>
        <w:t>1:01:57  to unhon ne yeh shair kaha: tere muheet mein kahin johar-e-zindagi nahin.</w:t>
      </w:r>
      <w:r>
        <w:br/>
      </w:r>
      <w:r>
        <w:rPr>
          <w:sz w:val="20"/>
        </w:rPr>
        <w:t>1:02:02  dhoond chuka mein mauj mauj dekh chuka sau das.</w:t>
      </w:r>
      <w:r>
        <w:br/>
      </w:r>
      <w:r>
        <w:rPr>
          <w:sz w:val="20"/>
        </w:rPr>
        <w:t>1:02:08  to aakhri tajruba jo hai Iqbal ka, wohi sahi tajruba tha.</w:t>
      </w:r>
      <w:r>
        <w:br/>
      </w:r>
      <w:r>
        <w:rPr>
          <w:sz w:val="20"/>
        </w:rPr>
        <w:t>1:02:13  to aap ko yeh jaanna hoga ke musalmanon par dour-e-zawaal aa chuka hai aur aap ko un</w:t>
      </w:r>
      <w:r>
        <w:br/>
      </w:r>
      <w:r>
        <w:rPr>
          <w:sz w:val="20"/>
        </w:rPr>
        <w:t>1:02:19  ko revive karna hai, ehyaa karna hai.</w:t>
      </w:r>
      <w:r>
        <w:br/>
      </w:r>
      <w:r>
        <w:rPr>
          <w:sz w:val="20"/>
        </w:rPr>
        <w:t>1:02:24  yeh farz nahin karna hai ke musalman wohi musalman aaj bhi hain jo pehle thay.</w:t>
      </w:r>
      <w:r>
        <w:br/>
      </w:r>
      <w:r>
        <w:rPr>
          <w:sz w:val="20"/>
        </w:rPr>
        <w:t>1:02:30  jo musalman pehle thay, wohi musalman aaj hain.</w:t>
      </w:r>
      <w:r>
        <w:br/>
      </w:r>
      <w:r>
        <w:rPr>
          <w:sz w:val="20"/>
        </w:rPr>
        <w:t>1:02:35  is is mafrooze ko khatam karna pare ga.</w:t>
      </w:r>
      <w:r>
        <w:br/>
      </w:r>
      <w:r>
        <w:rPr>
          <w:sz w:val="20"/>
        </w:rPr>
        <w:t>1:02:41  yeh manna pare ga ke musalman apne daur-e-zawaal mein hain aur humein shuru se un ki islaah</w:t>
      </w:r>
      <w:r>
        <w:br/>
      </w:r>
      <w:r>
        <w:rPr>
          <w:sz w:val="20"/>
        </w:rPr>
        <w:t>1:02:46  karni hai, phir se revive karna hai.</w:t>
      </w:r>
    </w:p>
    <w:p>
      <w:pPr>
        <w:pStyle w:val="Heading2"/>
      </w:pPr>
      <w:r>
        <w:t>Why Muslims Lack Organization and Teamwork</w:t>
      </w:r>
    </w:p>
    <w:p>
      <w:r>
        <w:rPr>
          <w:color w:val="666666"/>
          <w:sz w:val="18"/>
        </w:rPr>
        <w:t>Society &amp; Dawah · Q&amp;A 04 DEC 2011 Maulana Wahiduddin Khan · 2m 32s · at 35:48 · https://youtu.be/KIMNmuUZoGo?t=2148</w:t>
      </w:r>
    </w:p>
    <w:p>
      <w:r>
        <w:rPr>
          <w:i/>
        </w:rPr>
        <w:t>“Among Muslims, organization and teamwork are found very little, whereas in Europe every work is done in an organized manner through teamwork. What is the reason for this?”</w:t>
      </w:r>
    </w:p>
    <w:p>
      <w:r>
        <w:rPr>
          <w:sz w:val="20"/>
        </w:rPr>
        <w:t>35:48  maulana agla sawal aaya hai mr daniyal ka patna, bihar se. unhone likha hai: "musalmanon ke andar organization aur team work bohat kam paya jata hai.</w:t>
      </w:r>
      <w:r>
        <w:br/>
      </w:r>
      <w:r>
        <w:rPr>
          <w:sz w:val="20"/>
        </w:rPr>
        <w:t>36:01  jabkeh europe mein har kaam ko organized andaaz mein team work ke tehat kiya jata hai. is ka sabab kya hai?"</w:t>
      </w:r>
      <w:r>
        <w:br/>
      </w:r>
      <w:r>
        <w:rPr>
          <w:sz w:val="20"/>
        </w:rPr>
        <w:t>36:12  pehlay europe mein bhi nahi tha aisa. yaani renaissance se pehlay europe ka bohat bura haal tha. mein samajhta hoon keh yeh sab se bara sabab hai scientific education.</w:t>
      </w:r>
      <w:r>
        <w:br/>
      </w:r>
      <w:r>
        <w:rPr>
          <w:sz w:val="20"/>
        </w:rPr>
        <w:t>36:25  jo renaissance ke baad aayi hai. musalmanon mein bad qismati hai keh scientific education taqreeban nahi ke barabar hai.</w:t>
      </w:r>
      <w:r>
        <w:br/>
      </w:r>
      <w:r>
        <w:rPr>
          <w:sz w:val="20"/>
        </w:rPr>
        <w:t>36:33  hai hi nahi. musalmanon mein jo hai jo cheezein hain woh woh aadmi ke andar discipline discipline nahi laati.</w:t>
      </w:r>
      <w:r>
        <w:br/>
      </w:r>
      <w:r>
        <w:rPr>
          <w:sz w:val="20"/>
        </w:rPr>
        <w:t>36:41  jazbaatiyat paida karti hain. yeh jihadi baat hai aur aur inshallah baaz arsay ki khitabat, debate yeh sab cheezein.</w:t>
      </w:r>
      <w:r>
        <w:br/>
      </w:r>
      <w:r>
        <w:rPr>
          <w:sz w:val="20"/>
        </w:rPr>
        <w:t>36:50  to mein samajhta hoon keh ahl-e-europe mein mein khud pehlay jo hai in ka bohat bura haal tha.</w:t>
      </w:r>
      <w:r>
        <w:br/>
      </w:r>
      <w:r>
        <w:rPr>
          <w:sz w:val="20"/>
        </w:rPr>
        <w:t>36:59  aur renaissance ke baad jab in ki education aayi, science, scientific education, tab in mein bohat zabardast badlao aaya.</w:t>
      </w:r>
      <w:r>
        <w:br/>
      </w:r>
      <w:r>
        <w:rPr>
          <w:sz w:val="20"/>
        </w:rPr>
        <w:t>37:08  to wohi musalmanon ko bhi karna hai. bad qismati se musalmanon mein scientific education ka koi concept nahi, aaj bhi nahi hai. bohat se bohat koi samajhta hai kahein koi job lene ke liye, kuch degree lete lene ke liye.</w:t>
      </w:r>
      <w:r>
        <w:br/>
      </w:r>
      <w:r>
        <w:rPr>
          <w:sz w:val="20"/>
        </w:rPr>
        <w:t>37:23  lekin degree se aagay jo science ki ahmiyat hai us ko bilkul nahi jante woh log.</w:t>
      </w:r>
      <w:r>
        <w:br/>
      </w:r>
      <w:r>
        <w:rPr>
          <w:sz w:val="20"/>
        </w:rPr>
        <w:t>37:29  to mein samajhta hoon keh musalmanon mein agar agar sahi bolana hai to scientific education ke bahar jayein. jaise jo mulk hain pakistan, iran waghera, islami jamhooria kehte hain woh apne ko, mein kehta hoon keh yeh yeh yeh khud apne aap mein ghair scientific baat hai.</w:t>
      </w:r>
      <w:r>
        <w:br/>
      </w:r>
      <w:r>
        <w:rPr>
          <w:sz w:val="20"/>
        </w:rPr>
        <w:t>37:47  rasool Allah ne jab madina ko islami jamhooria nahi kaha to aap ke haq hai kehne ka. to yeh mulk jo hain in mein sab se zaroori tha yeh keh woh islami jamhooria declare karne ke bajaye yeh kehte hain keh hamein education mein sari taqat lagana hai.</w:t>
      </w:r>
      <w:r>
        <w:br/>
      </w:r>
      <w:r>
        <w:rPr>
          <w:sz w:val="20"/>
        </w:rPr>
        <w:t>38:02  khaas tor par scientific education mein. yeh kahein bhi yaani priority basis pe kahein bhi education ko liya nahi gaya.</w:t>
      </w:r>
      <w:r>
        <w:br/>
      </w:r>
      <w:r>
        <w:rPr>
          <w:sz w:val="20"/>
        </w:rPr>
        <w:t>38:08  koi muslim country nahi hai jahan keh priority basis pe education ko liya gaya ho. jabkeh europe mein liya. to mein samajhta hoon keh yeh asal wajah hai.</w:t>
      </w:r>
    </w:p>
    <w:p>
      <w:pPr>
        <w:pStyle w:val="Heading2"/>
      </w:pPr>
      <w:r>
        <w:t>Why Muslims Protest Only Other Communities' Evils</w:t>
      </w:r>
    </w:p>
    <w:p>
      <w:r>
        <w:rPr>
          <w:color w:val="666666"/>
          <w:sz w:val="18"/>
        </w:rPr>
        <w:t>Society &amp; Dawah · Q&amp;A 04 Mar 2012 Maulana Wahiduddin Khan · 4m 17s · at 42:45 · https://youtu.be/txRmutuvWQI?t=2565</w:t>
      </w:r>
    </w:p>
    <w:p>
      <w:r>
        <w:rPr>
          <w:i/>
        </w:rPr>
        <w:t>“Why is it that Muslims do not react to the evils committed by members of their family or community, but they launch their protest only against the evils when these are committed by people belonging to another community, whom they regard as their enemies?”</w:t>
      </w:r>
    </w:p>
    <w:p>
      <w:r>
        <w:rPr>
          <w:sz w:val="20"/>
        </w:rPr>
        <w:t>42:45  maulana, agla sawal doctor farida khanam ka hai dilli se. unhon ne likha hai: "why is it that muslims do not react to the evils committed by the members of their family, by the members of their community, but they launch their protest only to the evils when these are committed by the people belonging to another community, humm, they regard as their enemies?"</w:t>
      </w:r>
      <w:r>
        <w:br/>
      </w:r>
      <w:r>
        <w:rPr>
          <w:sz w:val="20"/>
        </w:rPr>
        <w:t>43:12  haan, abhi haal mein mujhe quran ka ek english tarjuma mila jo yahan ek book fair mein kafi banta gaya hai.</w:t>
      </w:r>
      <w:r>
        <w:br/>
      </w:r>
      <w:r>
        <w:rPr>
          <w:sz w:val="20"/>
        </w:rPr>
        <w:t>43:21  to is ke shuru mein ek preface hai, ek forward hai. is forward mein likha hai</w:t>
      </w:r>
      <w:r>
        <w:br/>
      </w:r>
      <w:r>
        <w:rPr>
          <w:sz w:val="20"/>
        </w:rPr>
        <w:t>43:29  ke islam aur musalman unique hain. ghore o fikr karo ke islam bhi unique hai, musalman bhi unique hai, ummat, ummat bhi unique hai.</w:t>
      </w:r>
      <w:r>
        <w:br/>
      </w:r>
      <w:r>
        <w:rPr>
          <w:sz w:val="20"/>
        </w:rPr>
        <w:t>43:39  to yahi zehan mein paida hoga. islam to bilashuba unique hai, musalman unique nahi hai. musalman to ek</w:t>
      </w:r>
      <w:r>
        <w:br/>
      </w:r>
      <w:r>
        <w:rPr>
          <w:sz w:val="20"/>
        </w:rPr>
        <w:t>43:47  blnt bashar min khalq kiya hai? sahib, kis surat mein? blnt bashar min khalq. ji, kya kya ayat hai?</w:t>
      </w:r>
      <w:r>
        <w:br/>
      </w:r>
      <w:r>
        <w:rPr>
          <w:sz w:val="20"/>
        </w:rPr>
        <w:t>43:57  blnt bashar min khalq. blnt bashar min khalq, jaise doosra insan hai, us se musalman. main hairaan reh gaya ke is quran ko bant rahe hain ghair muslimon mein, jis mein khud likh rakha hai ke musalman unique ummah hain.</w:t>
      </w:r>
      <w:r>
        <w:br/>
      </w:r>
      <w:r>
        <w:rPr>
          <w:sz w:val="20"/>
        </w:rPr>
        <w:t>44:12  pata nahi ke yani khuda description karta hai.</w:t>
      </w:r>
      <w:r>
        <w:br/>
      </w:r>
      <w:r>
        <w:rPr>
          <w:sz w:val="20"/>
        </w:rPr>
        <w:t>44:18  to isi se logon ke andar yeh paak, jis ko kehte hain woh yani self righteousness. hum kuch doosron se bartar hain, hum kuch behtar hain, hum khair ummah hain.</w:t>
      </w:r>
      <w:r>
        <w:br/>
      </w:r>
      <w:r>
        <w:rPr>
          <w:sz w:val="20"/>
        </w:rPr>
        <w:t>44:30  isi ki wajah se apne bare mein kaha jaye to bhark bharken ge aur doosron ke bare mein khoob bolen ge, be takan. to main hairaan reh gaya ke woh quran, us mein likha hua tha ke ghair muslimon ke mein phailane ke liye, aur us mein, us mein forward word mein yeh likha hua hai.</w:t>
      </w:r>
      <w:r>
        <w:br/>
      </w:r>
      <w:r>
        <w:rPr>
          <w:sz w:val="20"/>
        </w:rPr>
        <w:t>44:50  kya kya kya tha? woh us mein yahi tha ke islam aur muslim ummah unique hain. ji ji ji, mere paas maujood hai, kuch aap aa ke dekh sakte hain.</w:t>
      </w:r>
      <w:r>
        <w:br/>
      </w:r>
      <w:r>
        <w:rPr>
          <w:sz w:val="20"/>
        </w:rPr>
        <w:t>45:00  islam bilashuba unique hai, lekin unique is tarah se main bhi unique agar tab bhi main nahi bolunga. main kahunga ke islam jo hai, preserved religion hai, mehfooz religion hai.</w:t>
      </w:r>
      <w:r>
        <w:br/>
      </w:r>
      <w:r>
        <w:rPr>
          <w:sz w:val="20"/>
        </w:rPr>
        <w:t>45:13  har har mazhab</w:t>
      </w:r>
      <w:r>
        <w:br/>
      </w:r>
      <w:r>
        <w:rPr>
          <w:sz w:val="20"/>
        </w:rPr>
        <w:t>45:14  jo tha, wahshi tha, jaisa ke islam hai, jo allah ne bheja. to islam jo hai, kuch superior hai, doosre pichle mazahib jo the, inferior the.</w:t>
      </w:r>
      <w:r>
        <w:br/>
      </w:r>
      <w:r>
        <w:rPr>
          <w:sz w:val="20"/>
        </w:rPr>
        <w:t>45:24  aisa nahi, kuch bhi nahi. to unique ka lafz hi sach much irrelevant hai.</w:t>
      </w:r>
      <w:r>
        <w:br/>
      </w:r>
      <w:r>
        <w:rPr>
          <w:sz w:val="20"/>
        </w:rPr>
        <w:t>45:32  quran ya islam koi yani doosre jo allah ke bheje hue mazahib the, us se alag nahi hai. wahi wahi wahi ka wahi hai.</w:t>
      </w:r>
      <w:r>
        <w:br/>
      </w:r>
      <w:r>
        <w:rPr>
          <w:sz w:val="20"/>
        </w:rPr>
        <w:t>45:42  to unique ka concept hi galat hai. aur musalmanon ka samajhna ke woh unique ummah hain, woh khair ummah hain, doosre log</w:t>
      </w:r>
      <w:r>
        <w:br/>
      </w:r>
      <w:r>
        <w:rPr>
          <w:sz w:val="20"/>
        </w:rPr>
        <w:t>45:50  un se kam hain, kuch yeh bilashuba ek ek khud sakhta nazariya hai, baseless hai. aur isi ki wajah se yeh agaya musalmanon mein, yani apne ko kuch behtar samajhna, doosron se ooncha samajhna.</w:t>
      </w:r>
      <w:r>
        <w:br/>
      </w:r>
      <w:r>
        <w:rPr>
          <w:sz w:val="20"/>
        </w:rPr>
        <w:t>46:07  to jo log aisa maan lein, to un par karsiz ka karsaz kiya jayega, to bohat ghussa honge. aur doosron pe kiya jaye, to khoob khush honge. yeh nafsiyat musalmanon mein iss waqt hai, jis ko angrezi mein kehte hain paranoia.</w:t>
      </w:r>
      <w:r>
        <w:br/>
      </w:r>
      <w:r>
        <w:rPr>
          <w:sz w:val="20"/>
        </w:rPr>
        <w:t>46:22  musalmanon ka jo hai, us ko panaroid character ban gaye hain musalman.</w:t>
      </w:r>
      <w:r>
        <w:br/>
      </w:r>
      <w:r>
        <w:rPr>
          <w:sz w:val="20"/>
        </w:rPr>
        <w:t>46:27  aur yeh mera dekhein, bilkul is ka islam se koi talluq nahi hai.</w:t>
      </w:r>
      <w:r>
        <w:br/>
      </w:r>
      <w:r>
        <w:rPr>
          <w:sz w:val="20"/>
        </w:rPr>
        <w:t>46:32  maulana, agla ek comment aaya hai maulana abdul basit umri ka doha, qatar se. unhon ne likha hai: "maulana shib shib abi talib ke waqeye se daai ka kirdaar bohat wazeh andaaz mein samajh mein aaya.</w:t>
      </w:r>
      <w:r>
        <w:br/>
      </w:r>
      <w:r>
        <w:rPr>
          <w:sz w:val="20"/>
        </w:rPr>
        <w:t>46:47  is wazahat ke peeche nabiyon ka waqeya yaad aaya ke un ko aari se aur lohay ki kanghiyon se un ke jism ke tukde kiye gaye, phir bhi unhein yeh bardasht karne ka hukum tha." ji haan, sahi hai.</w:t>
      </w:r>
    </w:p>
    <w:p>
      <w:pPr>
        <w:pStyle w:val="Heading2"/>
      </w:pPr>
      <w:r>
        <w:t>Why Muslims don't follow Christian success in education</w:t>
      </w:r>
    </w:p>
    <w:p>
      <w:r>
        <w:rPr>
          <w:color w:val="666666"/>
          <w:sz w:val="18"/>
        </w:rPr>
        <w:t>Society &amp; Dawah · Paradise Culture January 12, 2014 · 3m 51s · at 44:42 · https://youtu.be/Z3A6r7XjE00?t=2682</w:t>
      </w:r>
    </w:p>
    <w:p>
      <w:r>
        <w:rPr>
          <w:i/>
        </w:rPr>
        <w:t>“Maulana, if Christian brothers can succeed in their mission to dominate in the education and health sector all over the country without any power and political party, please tell us why Muslims are not thinking in similar lines.”</w:t>
      </w:r>
    </w:p>
    <w:p>
      <w:r>
        <w:rPr>
          <w:sz w:val="20"/>
        </w:rPr>
        <w:t>44:42  molana, yeh sawal bangalore se aaya hai, naseerullah sahab ka. unhone likha hai: "molana, if christian brothers can succeed in their mission to dominate in education and health sector all over the country without any power and political party,</w:t>
      </w:r>
      <w:r>
        <w:br/>
      </w:r>
      <w:r>
        <w:rPr>
          <w:sz w:val="20"/>
        </w:rPr>
        <w:t>45:05  please tell us why muslims are not thinking in similar lines.</w:t>
      </w:r>
      <w:r>
        <w:br/>
      </w:r>
      <w:r>
        <w:rPr>
          <w:sz w:val="20"/>
        </w:rPr>
        <w:t>45:11  "dekhein, muslim par blame nahi jata balkeh musalmanon ke ulma aur rehnamaon par blame jata hai.</w:t>
      </w:r>
      <w:r>
        <w:br/>
      </w:r>
      <w:r>
        <w:rPr>
          <w:sz w:val="20"/>
        </w:rPr>
        <w:t>45:19  is zamane mein saare ulma aur saare muslim leader jo hain, unhone musalmanon ko negative target pe daudaya. political hungame, hukoomaton ke khilaf shor,</w:t>
      </w:r>
      <w:r>
        <w:br/>
      </w:r>
      <w:r>
        <w:rPr>
          <w:sz w:val="20"/>
        </w:rPr>
        <w:t>45:33  injustice ho raha hai. arab mein bhi ho raha hai, yahi kaam idhar bhi ho raha hai.</w:t>
      </w:r>
      <w:r>
        <w:br/>
      </w:r>
      <w:r>
        <w:rPr>
          <w:sz w:val="20"/>
        </w:rPr>
        <w:t>45:38  yaani arab na arab, dono duniya mein sirf negative activities hain,</w:t>
      </w:r>
      <w:r>
        <w:br/>
      </w:r>
      <w:r>
        <w:rPr>
          <w:sz w:val="20"/>
        </w:rPr>
        <w:t>45:46  political hungame hain. jab yeh mahaul paida kar diya jaye to musalman bhi wahi karenge jo unke bade kar rahe hain.</w:t>
      </w:r>
      <w:r>
        <w:br/>
      </w:r>
      <w:r>
        <w:rPr>
          <w:sz w:val="20"/>
        </w:rPr>
        <w:t>46:01  to mere dekh, sari zimmedari arab aur non-arab dono ki yeh hai, unke ulma ki aur unke bade, unke leaderon ki ke unhone qaum ko negative item, negative target de diya.</w:t>
      </w:r>
      <w:r>
        <w:br/>
      </w:r>
      <w:r>
        <w:rPr>
          <w:sz w:val="20"/>
        </w:rPr>
        <w:t>46:16  yeh israel ke khilaf ladna aur kal nazer ke khilaf ladna, america ke khilaf ladna, yeh yahi nishaniyan diyan.</w:t>
      </w:r>
      <w:r>
        <w:br/>
      </w:r>
      <w:r>
        <w:rPr>
          <w:sz w:val="20"/>
        </w:rPr>
        <w:t>46:26  islami aur islami hukoomat qaim karna,</w:t>
      </w:r>
      <w:r>
        <w:br/>
      </w:r>
      <w:r>
        <w:rPr>
          <w:sz w:val="20"/>
        </w:rPr>
        <w:t>46:30  yeh sab nishaniyan di hain unhone. to isi mein pade hue log phanse hue hain, log unko pata hi nahi. aur daur-e-jadeed kya hai?</w:t>
      </w:r>
      <w:r>
        <w:br/>
      </w:r>
      <w:r>
        <w:rPr>
          <w:sz w:val="20"/>
        </w:rPr>
        <w:t>46:39  daur-e-jadeed se khud bhi na waqif the aur musalmanon ke bhi batane mein nakaam ho gaye. musalmanon ko batana chahiye tha ke yeh daur, daur-e-ilm hai, yeh age of education hai,</w:t>
      </w:r>
      <w:r>
        <w:br/>
      </w:r>
      <w:r>
        <w:rPr>
          <w:sz w:val="20"/>
        </w:rPr>
        <w:t>46:55  age of war nahi hai.</w:t>
      </w:r>
      <w:r>
        <w:br/>
      </w:r>
      <w:r>
        <w:rPr>
          <w:sz w:val="20"/>
        </w:rPr>
        <w:t>46:57  agar musalmanon ko bataya gaya hota ke yeh age of education hai, age of science hai, age of naya knowledge hai, to musalman wahi karte hain.</w:t>
      </w:r>
      <w:r>
        <w:br/>
      </w:r>
      <w:r>
        <w:rPr>
          <w:sz w:val="20"/>
        </w:rPr>
        <w:t>47:05  lekin unko batane walon ne bataya hi nahi. to asal ghalti mere nazdeek is maamle mein ulma ki hai, muslim muslim ulma aur muslim leaderon ki.</w:t>
      </w:r>
      <w:r>
        <w:br/>
      </w:r>
      <w:r>
        <w:rPr>
          <w:sz w:val="20"/>
        </w:rPr>
        <w:t>47:15  awam to yaani unhi ke kahe hue raaste pe chal rahe hain. hamara mashwara Allah ke fazl se is maamle mein is ko correction kar raha hai.</w:t>
      </w:r>
      <w:r>
        <w:br/>
      </w:r>
      <w:r>
        <w:rPr>
          <w:sz w:val="20"/>
        </w:rPr>
        <w:t>47:27  is ghalt rehnmai, correction, hum musalmanon ko naya zehan de rahe hain. Allah ke fazl se hazaron hazar log is se faida utha rahe hain.</w:t>
      </w:r>
      <w:r>
        <w:br/>
      </w:r>
      <w:r>
        <w:rPr>
          <w:sz w:val="20"/>
        </w:rPr>
        <w:t>47:38  ek nayi thinking paida ho rahi hai har jagah, sari duniya mein ek nayi thinking paida ho rahi hai. to aap aap sawal kyun kar rahe hain?</w:t>
      </w:r>
      <w:r>
        <w:br/>
      </w:r>
      <w:r>
        <w:rPr>
          <w:sz w:val="20"/>
        </w:rPr>
        <w:t>47:47  aap saath dijiye, amal-e-mashriq ka saath dijiye.</w:t>
      </w:r>
      <w:r>
        <w:br/>
      </w:r>
      <w:r>
        <w:rPr>
          <w:sz w:val="20"/>
        </w:rPr>
        <w:t>47:50  yaani jo jo log nahi kar sake, unke khilaf aap sochna chhod dijiye. jo kar rahe hain, unka saath dijiye.</w:t>
      </w:r>
      <w:r>
        <w:br/>
      </w:r>
      <w:r>
        <w:rPr>
          <w:sz w:val="20"/>
        </w:rPr>
        <w:t>48:01  yani aap ke sawal mein un ka zikr hai jo nahi kar rahe hain. lekin yeh bhi dekhen, kuch log kar rahe hain. hamare saathi, hamari team har jagah hai, sari duniya</w:t>
      </w:r>
      <w:r>
        <w:br/>
      </w:r>
      <w:r>
        <w:rPr>
          <w:sz w:val="20"/>
        </w:rPr>
        <w:t>48:10  mein. woh Allah ke fazl se is isi taraf musalmanon ko mutawajjah kar rahe hain ke peaceful the work aur peaceful education, peaceful taameer.</w:t>
      </w:r>
      <w:r>
        <w:br/>
      </w:r>
      <w:r>
        <w:rPr>
          <w:sz w:val="20"/>
        </w:rPr>
        <w:t>48:24  toh in ka saath dijiye, aap bajaye sawal karne ke, aap in ka saath dijiye. main toh yahi kahunga.</w:t>
      </w:r>
    </w:p>
    <w:p>
      <w:pPr>
        <w:pStyle w:val="Heading2"/>
      </w:pPr>
      <w:r>
        <w:t>Why Muslims prefer political empire over ideological?</w:t>
      </w:r>
    </w:p>
    <w:p>
      <w:r>
        <w:rPr>
          <w:color w:val="666666"/>
          <w:sz w:val="18"/>
        </w:rPr>
        <w:t>Society &amp; Dawah · Islam and Violence October 12, 2014 · 2m 49s · at 53:17 · https://youtu.be/KmpXYZjPlj8?t=3197</w:t>
      </w:r>
    </w:p>
    <w:p>
      <w:r>
        <w:rPr>
          <w:i/>
        </w:rPr>
        <w:t>“Maulana, Islam is an ideology, but unfortunately, instead of creating and spreading the ideological empire, Muslims want to create and spread the political empire. Why is it so difficult for them to understand this difference?”</w:t>
      </w:r>
    </w:p>
    <w:p>
      <w:r>
        <w:rPr>
          <w:sz w:val="20"/>
        </w:rPr>
        <w:t>53:17  Maulana, agla sawal aaya hai Zubair sahib ka Pune se, aur unhone likha hai ke Maulana, "Islam is an ideology, but unfortunately, instead of creating and spreading the ideological empire, Muslims want to create and spread the political empire.</w:t>
      </w:r>
      <w:r>
        <w:br/>
      </w:r>
      <w:r>
        <w:rPr>
          <w:sz w:val="20"/>
        </w:rPr>
        <w:t>53:39  Why is it so difficult for them to understand this difference?"</w:t>
      </w:r>
      <w:r>
        <w:br/>
      </w:r>
      <w:r>
        <w:rPr>
          <w:sz w:val="20"/>
        </w:rPr>
        <w:t>53:45  dekhiye, yeh galati bahut peeche tak jati hai. hamare peeche jo ulama the, unhein yeh baat fatwa dena chahiye tha, ailaan karna chahiye tha ke tum log ladai jo kar rahe ho, yeh to tribal culture ka continuation hai, is ko khatm karo.</w:t>
      </w:r>
      <w:r>
        <w:br/>
      </w:r>
      <w:r>
        <w:rPr>
          <w:sz w:val="20"/>
        </w:rPr>
        <w:t>54:00  is ko jaise Ghazi ne ailaan kiya tha ke civil disobedience ka culture khatm, azaadi mil gayi to ab is ka koi, koi is ka maqam nahi hai.</w:t>
      </w:r>
      <w:r>
        <w:br/>
      </w:r>
      <w:r>
        <w:rPr>
          <w:sz w:val="20"/>
        </w:rPr>
        <w:t>54:15  to ulama ko yeh ailaan karna chahiye tha ke yeh jo Islam mein jo ghazwaat hue, jo qital hue, jangain jo huin, woh to tribal culture ki wajah se huin.</w:t>
      </w:r>
      <w:r>
        <w:br/>
      </w:r>
      <w:r>
        <w:rPr>
          <w:sz w:val="20"/>
        </w:rPr>
        <w:t>54:28  ab to ek naya daur aa gaya hai, ab, ab tribal culture ko in continue rakhne ka koi kaam hi nahi.</w:t>
      </w:r>
      <w:r>
        <w:br/>
      </w:r>
      <w:r>
        <w:rPr>
          <w:sz w:val="20"/>
        </w:rPr>
        <w:t>54:37  aap peaceful da'wah work karo. to fatwa nahi diya in logon ne, aaj bhi fatwa nahi de rahe hain.</w:t>
      </w:r>
      <w:r>
        <w:br/>
      </w:r>
      <w:r>
        <w:rPr>
          <w:sz w:val="20"/>
        </w:rPr>
        <w:t>54:45  to galati behad is mein in logon ki hai jin ko Musalmanon ne akabir bana rakha hai. galati un ki hai, akabir jin ko bana rakha, unhein fatwa dena chahiye tha.</w:t>
      </w:r>
      <w:r>
        <w:br/>
      </w:r>
      <w:r>
        <w:rPr>
          <w:sz w:val="20"/>
        </w:rPr>
        <w:t>55:03  yani Ghazi ne yeh kaha ke chhod do yeh sab cheezein, agar chhoti chhoti goli maar di gayi, lekin kaha unhone aisi aur hamare jin logon ko akabir Musalman samajhte hain, un ko fatwa dena chahiye tha ke yeh, yeh tribal culture ko khatm karo.</w:t>
      </w:r>
      <w:r>
        <w:br/>
      </w:r>
      <w:r>
        <w:rPr>
          <w:sz w:val="20"/>
        </w:rPr>
        <w:t>55:18  ab to da'wah work ka zamana aa gaya hai. jaisa Hazrat Abdullah Ibn Umar ne yeh baat kahi thi, aur Umar Ibn Aziz bhi yeh</w:t>
      </w:r>
      <w:r>
        <w:br/>
      </w:r>
      <w:r>
        <w:rPr>
          <w:sz w:val="20"/>
        </w:rPr>
        <w:t>55:29  baat kahi thi, kuch logon ne yeh baat kahi thi, lekin koi bade paimane par baat nahi kahi gayi. beharhaal, ab press ka zamana hai.</w:t>
      </w:r>
      <w:r>
        <w:br/>
      </w:r>
      <w:r>
        <w:rPr>
          <w:sz w:val="20"/>
        </w:rPr>
        <w:t>55:39  press ke zamane mein hamein mauqa hai ke hum zyada wasee paimane par baaton ko keh saken. ab hamein chahiye ke logon ko batayein, aisi kitabon ko phailayein logon ke darmiyan.</w:t>
      </w:r>
      <w:r>
        <w:br/>
      </w:r>
      <w:r>
        <w:rPr>
          <w:sz w:val="20"/>
        </w:rPr>
        <w:t>55:51  aur ab mein, mein yeh samajhta hoon ke sara case al-nas wa adaa wa ma jahiloo ka hai.</w:t>
      </w:r>
      <w:r>
        <w:br/>
      </w:r>
      <w:r>
        <w:rPr>
          <w:sz w:val="20"/>
        </w:rPr>
        <w:t>55:58  log bekhabar hain sachai se, is liye woh is mein mashghool hain galat tareeqe mein.</w:t>
      </w:r>
    </w:p>
    <w:p>
      <w:pPr>
        <w:pStyle w:val="Heading2"/>
      </w:pPr>
      <w:r>
        <w:t>Why Muslims underestimate the call to Islam</w:t>
      </w:r>
    </w:p>
    <w:p>
      <w:r>
        <w:rPr>
          <w:color w:val="666666"/>
          <w:sz w:val="18"/>
        </w:rPr>
        <w:t>Society &amp; Dawah · Don't Be Angry Culture January 15, 2012 · 4m 41s · at 1:08:22 · https://youtu.be/NrA3X8y_FLY?t=4102</w:t>
      </w:r>
    </w:p>
    <w:p>
      <w:r>
        <w:rPr>
          <w:i/>
        </w:rPr>
        <w:t>“Why do Muslims underestimate dawah? What is the reason?”</w:t>
      </w:r>
    </w:p>
    <w:p>
      <w:r>
        <w:rPr>
          <w:sz w:val="20"/>
        </w:rPr>
        <w:t>1:08:22  Maulana, agla sawal aaya hai Tamil Nadu se</w:t>
      </w:r>
      <w:r>
        <w:br/>
      </w:r>
      <w:r>
        <w:rPr>
          <w:sz w:val="20"/>
        </w:rPr>
        <w:t>1:08:25  maulana iqbal umri sahib ka. unhon ne likha hai: musalman dawat ka kyun kamtar andaza karte hain? is ki kya wajah hai?</w:t>
      </w:r>
      <w:r>
        <w:br/>
      </w:r>
      <w:r>
        <w:rPr>
          <w:sz w:val="20"/>
        </w:rPr>
        <w:t>1:08:43  main to samajhta hoon ke wahi wajah hai jo main ne kaha, ghussa. is waqt musalman jo hain sab ghusse mein hain.</w:t>
      </w:r>
      <w:r>
        <w:br/>
      </w:r>
      <w:r>
        <w:rPr>
          <w:sz w:val="20"/>
        </w:rPr>
        <w:t>1:08:51  ghusse ka matlab yeh hai ke har ek ko dushman samjhe hue hain ke israel hamara dushman hai, america hamara dushman hai, woh hamare khilaf sazish kar rahe hain, woh hum ko necha dikhana chahte hain.</w:t>
      </w:r>
      <w:r>
        <w:br/>
      </w:r>
      <w:r>
        <w:rPr>
          <w:sz w:val="20"/>
        </w:rPr>
        <w:t>1:09:05  yani yeh chhaya hua hai dimaghon par.</w:t>
      </w:r>
      <w:r>
        <w:br/>
      </w:r>
      <w:r>
        <w:rPr>
          <w:sz w:val="20"/>
        </w:rPr>
        <w:t>1:09:09  is ki wajah se dawat ka kaam in ko samajh mein nahi aata aur goli aur bam zyada samajh mein aata hai.</w:t>
      </w:r>
      <w:r>
        <w:br/>
      </w:r>
      <w:r>
        <w:rPr>
          <w:sz w:val="20"/>
        </w:rPr>
        <w:t>1:09:18  to asal raaz jo hai, main samajhta hoon ke kuch waqiat se ghussa ho kar ke jo musalmanon mein manfi soch aa gayi, woh record ban gayi dawat ki ahmiyat ko samajhne mein.</w:t>
      </w:r>
      <w:r>
        <w:br/>
      </w:r>
      <w:r>
        <w:rPr>
          <w:sz w:val="20"/>
        </w:rPr>
        <w:t>1:09:37  ab main mislan mujhe koi kisi ke paas, main kisi se nafrat nahi karta, mujhe kisi se nafrat nahi hai, na israel se, na america se, na na na hindu se, na falan se, na falan se, kisi se.</w:t>
      </w:r>
      <w:r>
        <w:br/>
      </w:r>
      <w:r>
        <w:rPr>
          <w:sz w:val="20"/>
        </w:rPr>
        <w:t>1:09:52  sab ko main insan samajhta hoon. to main samajhta hoon ke dawat se bara koi kaam nahi hai.</w:t>
      </w:r>
      <w:r>
        <w:br/>
      </w:r>
      <w:r>
        <w:rPr>
          <w:sz w:val="20"/>
        </w:rPr>
        <w:t>1:09:58  to jar mein jo hai, jar mein woh manfi soch hai. manfi soch ke musalmanon, musalman is daur mein pichhad gaye to samajhte hain ke doosra un ko pichha kiya hua hai.</w:t>
      </w:r>
      <w:r>
        <w:br/>
      </w:r>
      <w:r>
        <w:rPr>
          <w:sz w:val="20"/>
        </w:rPr>
        <w:t>1:10:10  yani apni ghalti apne upar nahi dalte. quran mein to hai ke har aadmi apne kiye ko bhagta hai. apne kiye ko saaf saaf likha hua hai ke aadmi apne kiye ko bhagta hai.</w:t>
      </w:r>
      <w:r>
        <w:br/>
      </w:r>
      <w:r>
        <w:rPr>
          <w:sz w:val="20"/>
        </w:rPr>
        <w:t>1:10:26  kisi ki sazish se, kisi ki dushmani se koi nuqsan nahi hota is ka. lekin musalmanon ne, musalman matlab un ke un ke rehanmaon ne yeh ghalt zehn dala.</w:t>
      </w:r>
      <w:r>
        <w:br/>
      </w:r>
      <w:r>
        <w:rPr>
          <w:sz w:val="20"/>
        </w:rPr>
        <w:t>1:10:36  sab se bura role mere rahnamon ka hua hai is zamane mein. jitne rehanma uthe, sab rad-e-amal, rad-e-amal mein uthe. mujhe ek bhi rehanma nahi maloom is daur ka, is do sau saal ke andar jo rad-e-amal ke mein na utha ho.</w:t>
      </w:r>
      <w:r>
        <w:br/>
      </w:r>
      <w:r>
        <w:rPr>
          <w:sz w:val="20"/>
        </w:rPr>
        <w:t>1:10:52  sab rad-e-amal, rad-e-amal, rad-e-amal.</w:t>
      </w:r>
      <w:r>
        <w:br/>
      </w:r>
      <w:r>
        <w:rPr>
          <w:sz w:val="20"/>
        </w:rPr>
        <w:t>1:10:54  mal. to rad-e-amal se kya hota hai? negative thinking aati hai. phir kya hai? tashaddud aata hai. aur sari cheezein aati rehti hain isi mein.</w:t>
      </w:r>
      <w:r>
        <w:br/>
      </w:r>
      <w:r>
        <w:rPr>
          <w:sz w:val="20"/>
        </w:rPr>
        <w:t>1:11:05  aur phir jab yeh sab hoga to zahir hai ke dawat-e-illahi koi ahmiyat nazar nahi aayegi aap ko.</w:t>
      </w:r>
      <w:r>
        <w:br/>
      </w:r>
      <w:r>
        <w:rPr>
          <w:sz w:val="20"/>
        </w:rPr>
        <w:t>1:11:17  mujhe ek waqia yaad aata hai ke main ek martaba mewat mein tha.</w:t>
      </w:r>
      <w:r>
        <w:br/>
      </w:r>
      <w:r>
        <w:rPr>
          <w:sz w:val="20"/>
        </w:rPr>
        <w:t>1:11:22  to mewat mein ek ek band ban raha tha. is mein bohat se mawati bator mazdoor kaam kar rahe the. woh musalman the sab, sab ke sab.</w:t>
      </w:r>
      <w:r>
        <w:br/>
      </w:r>
      <w:r>
        <w:rPr>
          <w:sz w:val="20"/>
        </w:rPr>
        <w:t>1:11:34  to do group the, kisi wajah se jhagda ho gaya. aur jhagda hua to lathiyan uth uth gayeen. to main gaya, ek dadi wale musalman the, is mein mawati.</w:t>
      </w:r>
      <w:r>
        <w:br/>
      </w:r>
      <w:r>
        <w:rPr>
          <w:sz w:val="20"/>
        </w:rPr>
        <w:t>1:11:48  un se main ne kaha ke dekho sahib, yeh aap yeh bhi musalman, wohi musalman, aap log yani ladna chahte hain aur lathiyan chalana chahte hain, yeh to islam mein jaiz nahi hai.</w:t>
      </w:r>
      <w:r>
        <w:br/>
      </w:r>
      <w:r>
        <w:rPr>
          <w:sz w:val="20"/>
        </w:rPr>
        <w:t>1:12:02  aapas ki ladai islam mein jaiz nahi hai. to kuch quran o hadith maine sunaya. to woh dadi wale kya kehte hain? chalo molvi, is waqt hum ko quran mat sunao,</w:t>
      </w:r>
      <w:r>
        <w:br/>
      </w:r>
      <w:r>
        <w:rPr>
          <w:sz w:val="20"/>
        </w:rPr>
        <w:t>1:12:13  is waqt hum ko inteqam lena hai. to jab inteqam ki nafrat, jab nafrat aa jaye, inteqam aa jaye to quran o hadith ko le ke koi sochta nahi hai.</w:t>
      </w:r>
      <w:r>
        <w:br/>
      </w:r>
      <w:r>
        <w:rPr>
          <w:sz w:val="20"/>
        </w:rPr>
        <w:t>1:12:23  phir phir apne apne is mein sochta hai, apne manfi jazbat hi us ke liye wahid rehanma ban jate hain. yeh sab kis ne kiya hai?</w:t>
      </w:r>
      <w:r>
        <w:br/>
      </w:r>
      <w:r>
        <w:rPr>
          <w:sz w:val="20"/>
        </w:rPr>
        <w:t>1:12:34  aam musalmanon ne nahi, yeh rehanmaon ne kiya hai. rehanmaon ne musalmanon ko yeh sab suna suna kar ke, yeh dushman hai, woh dushman hai, woh dushman hai, woh dushman hai, yeh sab khabarain dein rehanmaon ne musalmanon ko.</w:t>
      </w:r>
      <w:r>
        <w:br/>
      </w:r>
      <w:r>
        <w:rPr>
          <w:sz w:val="20"/>
        </w:rPr>
        <w:t>1:12:48  to sari zimmedari rehanmaon ki hai.</w:t>
      </w:r>
      <w:r>
        <w:br/>
      </w:r>
      <w:r>
        <w:rPr>
          <w:sz w:val="20"/>
        </w:rPr>
        <w:t>1:12:50  is do sau saal mein jo rehanma uthe, unhon ne na manfi boli bol bol kar ke musalmanon ko manfi bana diya. is ki wajah se dawat un ke zehn se is ki ahmiyat nikal gayi.</w:t>
      </w:r>
    </w:p>
    <w:p>
      <w:pPr>
        <w:pStyle w:val="Heading2"/>
      </w:pPr>
      <w:r>
        <w:t>Why Scholars Blame Religion for Division</w:t>
      </w:r>
    </w:p>
    <w:p>
      <w:r>
        <w:rPr>
          <w:color w:val="666666"/>
          <w:sz w:val="18"/>
        </w:rPr>
        <w:t>Society &amp; Dawah · Formula of Human Life | March 13, 2016 · 2m 06s · at 55:18 · https://youtu.be/Et_ZQTYZzjU?t=3318</w:t>
      </w:r>
    </w:p>
    <w:p>
      <w:r>
        <w:rPr>
          <w:i/>
        </w:rPr>
        <w:t>“Why do scholars blame religion for violence and culture? Does religion divide people? Please clarify.”</w:t>
      </w:r>
    </w:p>
    <w:p>
      <w:r>
        <w:rPr>
          <w:sz w:val="20"/>
        </w:rPr>
        <w:t>55:18  ga: "bhai jo maine jo baat kahi, woh to bilkul theek hai." maulana, agla sawal maulana iqbal</w:t>
      </w:r>
      <w:r>
        <w:br/>
      </w:r>
      <w:r>
        <w:rPr>
          <w:sz w:val="20"/>
        </w:rPr>
        <w:t>55:24  umri ka hai chennai se, aur unhon ne likha hai: "maulana, scholar log religion ko</w:t>
      </w:r>
      <w:r>
        <w:br/>
      </w:r>
      <w:r>
        <w:rPr>
          <w:sz w:val="20"/>
        </w:rPr>
        <w:t>55:30  we and they culture ka zimmedar thahrate hain. Aisa kyun? Kya mazhab logon ko taqseem karta hai? Is ko wazeh karein." Dekhein, mazhab aksar major major jo hai, major religion ko padha maine. Major religion mein to kahin nahi paya ke woh taqseem karta ho. Na Hinduism baant'ta, na Buddhism baant'ta, na Christianity baant'ti, na</w:t>
      </w:r>
      <w:r>
        <w:br/>
      </w:r>
      <w:r>
        <w:rPr>
          <w:sz w:val="20"/>
        </w:rPr>
        <w:t>56:00  Judaism baant'ta, na Islam. Koi religion mein nahi paya maine jo baant, yani jo insan ko we and they ka concept deta ho, we and we concept deta ho har religion. Jaise yeh jo maine padha, Hath Basti ka jo qaul: "Love your enemy", woh yahi to hai ji. Yani what</w:t>
      </w:r>
      <w:r>
        <w:br/>
      </w:r>
      <w:r>
        <w:rPr>
          <w:sz w:val="20"/>
        </w:rPr>
        <w:t>56:30  It is love your enemy. اس کا مطلب یہ ہے کہ شاید دنیا میں کوئی اس نظر سے</w:t>
      </w:r>
      <w:r>
        <w:br/>
      </w:r>
      <w:r>
        <w:rPr>
          <w:sz w:val="20"/>
        </w:rPr>
        <w:t>56:37  دیکھو، اس equation کو apply کرو، VNV کا equation کو apply کرو۔</w:t>
      </w:r>
      <w:r>
        <w:br/>
      </w:r>
      <w:r>
        <w:rPr>
          <w:sz w:val="20"/>
        </w:rPr>
        <w:t>56:43  yahi to hai woh.</w:t>
      </w:r>
      <w:r>
        <w:br/>
      </w:r>
      <w:r>
        <w:rPr>
          <w:sz w:val="20"/>
        </w:rPr>
        <w:t>56:49  yeh rasool allah ne kaha, yeh har mazhab mein hai.</w:t>
      </w:r>
      <w:r>
        <w:br/>
      </w:r>
      <w:r>
        <w:rPr>
          <w:sz w:val="20"/>
        </w:rPr>
        <w:t>56:56  christianity ki, judais ki, islam ki, hinduwism, hinduwism ki sab ki jo</w:t>
      </w:r>
      <w:r>
        <w:br/>
      </w:r>
      <w:r>
        <w:rPr>
          <w:sz w:val="20"/>
        </w:rPr>
        <w:t>57:02  فارمولا ہے، وہ میں میرے اپنے لفظوں میں وہ بیس کرتا ہے VNV کے اس پرنسپل</w:t>
      </w:r>
      <w:r>
        <w:br/>
      </w:r>
      <w:r>
        <w:rPr>
          <w:sz w:val="20"/>
        </w:rPr>
        <w:t>57:09  par, we and they ke principle par nahin.</w:t>
      </w:r>
      <w:r>
        <w:br/>
      </w:r>
      <w:r>
        <w:rPr>
          <w:sz w:val="20"/>
        </w:rPr>
        <w:t>57:17  yeh to logon ki apni apni apne mind ki soch hai, yeh mazhab ki soch nahi hai.</w:t>
      </w:r>
    </w:p>
    <w:p>
      <w:pPr>
        <w:pStyle w:val="Heading2"/>
      </w:pPr>
      <w:r>
        <w:t>Why Ummah considers ill-wishers as well-wishers</w:t>
      </w:r>
    </w:p>
    <w:p>
      <w:r>
        <w:rPr>
          <w:color w:val="666666"/>
          <w:sz w:val="18"/>
        </w:rPr>
        <w:t>Society &amp; Dawah · Material Science and Spiritual Science 20 May 2012 · 2m 35s · at 1:08:46 · https://youtu.be/4K6CxjThlxQ?t=4126</w:t>
      </w:r>
    </w:p>
    <w:p>
      <w:r>
        <w:rPr>
          <w:i/>
        </w:rPr>
        <w:t>“Today, who does the Ummah consider its well-wisher? Explain that the Ummah considers its ill-wisher as its well-wisher, its enemy as its well-wisher, and this is proven from the Quran that in times of decline this happens.”</w:t>
      </w:r>
    </w:p>
    <w:p>
      <w:r>
        <w:rPr>
          <w:sz w:val="20"/>
        </w:rPr>
        <w:t>1:08:46  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r>
        <w:br/>
      </w:r>
      <w:r>
        <w:rPr>
          <w:sz w:val="20"/>
        </w:rPr>
        <w:t>1:09:07  hai jo sabza badkhwah is ka ho jo dushman is ka ho</w:t>
      </w:r>
      <w:r>
        <w:br/>
      </w:r>
      <w:r>
        <w:rPr>
          <w:sz w:val="20"/>
        </w:rPr>
        <w:t>1:09:13  aur ye Quran se sabit hai ke daur zawal mein yahi hota hai</w:t>
      </w:r>
      <w:r>
        <w:br/>
      </w:r>
      <w:r>
        <w:rPr>
          <w:sz w:val="20"/>
        </w:rPr>
        <w:t>1:09:19  aaj ummat door e zawal mein hai aur door e zawal ummat ka jo haal hota hai woh Quran mein</w:t>
      </w:r>
      <w:r>
        <w:br/>
      </w:r>
      <w:r>
        <w:rPr>
          <w:sz w:val="20"/>
        </w:rPr>
        <w:t>1:09:24  un alfaaz bayan kiya gaya hai ke woh</w:t>
      </w:r>
      <w:r>
        <w:br/>
      </w:r>
      <w:r>
        <w:rPr>
          <w:sz w:val="20"/>
        </w:rPr>
        <w:t>1:09:28  wohi hai sabil rushd la tkhsus</w:t>
      </w:r>
      <w:r>
        <w:br/>
      </w:r>
      <w:r>
        <w:rPr>
          <w:sz w:val="20"/>
        </w:rPr>
        <w:t>1:09:33  sabil ghayb ya takhsis sabila</w:t>
      </w:r>
      <w:r>
        <w:br/>
      </w:r>
      <w:r>
        <w:rPr>
          <w:sz w:val="20"/>
        </w:rPr>
        <w:t>1:09:37  ke door e zawal mein yahi hota hai door e zawal mein ke apne dushman ko woh dost bas samajh</w:t>
      </w:r>
      <w:r>
        <w:br/>
      </w:r>
      <w:r>
        <w:rPr>
          <w:sz w:val="20"/>
        </w:rPr>
        <w:t>1:09:43  lete hain aur apne dost ko dushman samajhte hain kyunke kyunke hota kya hai</w:t>
      </w:r>
      <w:r>
        <w:br/>
      </w:r>
      <w:r>
        <w:rPr>
          <w:sz w:val="20"/>
        </w:rPr>
        <w:t>1:09:50  ke jiska jisko aap se khair khwahi nahi hai</w:t>
      </w:r>
      <w:r>
        <w:br/>
      </w:r>
      <w:r>
        <w:rPr>
          <w:sz w:val="20"/>
        </w:rPr>
        <w:t>1:09:53  jo aap ko bhag mein dalee hui hai woh apni popularity ke liye apni leadership qaim rakhne ke</w:t>
      </w:r>
      <w:r>
        <w:br/>
      </w:r>
      <w:r>
        <w:rPr>
          <w:sz w:val="20"/>
        </w:rPr>
        <w:t>1:10:01  liye woh baaten kahega jo aap ko achhi lage</w:t>
      </w:r>
      <w:r>
        <w:br/>
      </w:r>
      <w:r>
        <w:rPr>
          <w:sz w:val="20"/>
        </w:rPr>
        <w:t>1:10:04  jo</w:t>
      </w:r>
      <w:r>
        <w:br/>
      </w:r>
      <w:r>
        <w:rPr>
          <w:sz w:val="20"/>
        </w:rPr>
        <w:t>1:10:05  aap ko achhi lage</w:t>
      </w:r>
      <w:r>
        <w:br/>
      </w:r>
      <w:r>
        <w:rPr>
          <w:sz w:val="20"/>
        </w:rPr>
        <w:t>1:10:07  lekin jis ko ap se khair khwahi hai jo ap ki bhalai chahta hai us ki yeh parwah</w:t>
      </w:r>
      <w:r>
        <w:br/>
      </w:r>
      <w:r>
        <w:rPr>
          <w:sz w:val="20"/>
        </w:rPr>
        <w:t>1:10:13  nahi hogi ke ap ap apni bigri hui nafsiyat ki bina par kya acha acha samajhne lage hain</w:t>
      </w:r>
      <w:r>
        <w:br/>
      </w:r>
      <w:r>
        <w:rPr>
          <w:sz w:val="20"/>
        </w:rPr>
        <w:t>1:10:19  wo kahe wo samjhe ke quran o hadith ke lihaz se kya achi baat hai wo batayega</w:t>
      </w:r>
      <w:r>
        <w:br/>
      </w:r>
      <w:r>
        <w:rPr>
          <w:sz w:val="20"/>
        </w:rPr>
        <w:t>1:10:25  to khulasa yeh hai ke jo musalmanon ki zawal yafata nafsiyat ko feed karega us ke baad</w:t>
      </w:r>
      <w:r>
        <w:br/>
      </w:r>
      <w:r>
        <w:rPr>
          <w:sz w:val="20"/>
        </w:rPr>
        <w:t>1:10:30  un ko achi lagegi aur jo musalmanon ki zawal yafata nafsiyat ki islaah karna chahega us</w:t>
      </w:r>
      <w:r>
        <w:br/>
      </w:r>
      <w:r>
        <w:rPr>
          <w:sz w:val="20"/>
        </w:rPr>
        <w:t>1:10:36  ko us ko ap dushman samajh lenge ap</w:t>
      </w:r>
      <w:r>
        <w:br/>
      </w:r>
      <w:r>
        <w:rPr>
          <w:sz w:val="20"/>
        </w:rPr>
        <w:t>1:10:41  aaj kal zamane mein jo jo popular hue hain zyada mein naam liye baghair kehta hoon ke jo bhi popular zyada hua hai wo wahi popular hua hai jis ne musalmanon ke zawaal yafta nafsiyat ko feed kiya khoob popular hua jis ne bhi jo jis ko bhi aap jante hon ke wo musalmanon mein bohat maqbool hua us ke liye bheed jama hui aur uska bada darja mil gaya musalmanon</w:t>
      </w:r>
      <w:r>
        <w:br/>
      </w:r>
      <w:r>
        <w:rPr>
          <w:sz w:val="20"/>
        </w:rPr>
        <w:t>1:11:06  mein to wo sab ke sab log wahi hain jinhon ne musalmanon ke zawaal yafta nafsiyat ko feed kiya lekin ye dushmani hai ye badkhwahi hai ye khair khwahi nahi hai</w:t>
      </w:r>
    </w:p>
    <w:p>
      <w:pPr>
        <w:pStyle w:val="Heading2"/>
      </w:pPr>
      <w:r>
        <w:t>Why always take the route of peace?</w:t>
      </w:r>
    </w:p>
    <w:p>
      <w:r>
        <w:rPr>
          <w:color w:val="666666"/>
          <w:sz w:val="18"/>
        </w:rPr>
        <w:t>Society &amp; Dawah · Pillars of Western Thought October 6, 2013 · 2m 54s · at 45:26 · https://youtu.be/o4WfPvju5_M?t=2726</w:t>
      </w:r>
    </w:p>
    <w:p>
      <w:r>
        <w:rPr>
          <w:i/>
        </w:rPr>
        <w:t>“You always talk about peace, but peace only delays the process, and the real result can be achieved only through protest and revolution—for example, the French Revolution and Russian Revolution are real-life examples of how things were achieved in this world. Why should we always take the route of peace? I don't think it is required, especially in today's scenario.”</w:t>
      </w:r>
    </w:p>
    <w:p>
      <w:r>
        <w:rPr>
          <w:sz w:val="20"/>
        </w:rPr>
        <w:t>45:26  molana, agla sawal zakir sahib ne kiya hai indore se. unhon ne likha hai: "molana sahib, you always talk about peace, but peace only delays the process, and the real result can be achieved only through protest or revolution.</w:t>
      </w:r>
      <w:r>
        <w:br/>
      </w:r>
      <w:r>
        <w:rPr>
          <w:sz w:val="20"/>
        </w:rPr>
        <w:t>45:44  for example, French Revolution, Russian Revolution are real life examples as to how things were achieved in this world.</w:t>
      </w:r>
      <w:r>
        <w:br/>
      </w:r>
      <w:r>
        <w:rPr>
          <w:sz w:val="20"/>
        </w:rPr>
        <w:t>45:53  why should we always take the route of peace? i don't think it is required, especially in today's scenario." main samajhta hoon ke aap ki kuch bhi study nahi hai, alfaaz aap ke paas hain,</w:t>
      </w:r>
      <w:r>
        <w:br/>
      </w:r>
      <w:r>
        <w:rPr>
          <w:sz w:val="20"/>
        </w:rPr>
        <w:t>46:07  alfaaz bol diye aap ne. yani protest se dunya mein kamyabi hasil hui hai? yeh kaun si tareekh parhi hai aap ne?</w:t>
      </w:r>
      <w:r>
        <w:br/>
      </w:r>
      <w:r>
        <w:rPr>
          <w:sz w:val="20"/>
        </w:rPr>
        <w:t>46:16  main aisi kisi tareekh se waqif nahi hoon. agar aap ke paas aisi tareekh hai to us ka hawala de kar agle sunday mein aap batai'e ga.</w:t>
      </w:r>
      <w:r>
        <w:br/>
      </w:r>
      <w:r>
        <w:rPr>
          <w:sz w:val="20"/>
        </w:rPr>
        <w:t>46:25  aap jo abhi jo farma rahe hain, to yeh to alfaaz hain, alfaaz hain, alfaaz hain.</w:t>
      </w:r>
      <w:r>
        <w:br/>
      </w:r>
      <w:r>
        <w:rPr>
          <w:sz w:val="20"/>
        </w:rPr>
        <w:t>46:33  quran ke mutabiq dekhiye, yeh sab jo aap farma rahe hain, yeh yeh aap ke alfaaz hain, sirf quran nahi hai. yeh</w:t>
      </w:r>
      <w:r>
        <w:br/>
      </w:r>
      <w:r>
        <w:rPr>
          <w:sz w:val="20"/>
        </w:rPr>
        <w:t>46:40  wa ma yanfa'u al-nas fi al-ard, yani jo nafeh bakhshi ka saboot deta hai, us ko dunya mein maqsad milta hai, qayam milta hai, establishment milta hai.</w:t>
      </w:r>
      <w:r>
        <w:br/>
      </w:r>
      <w:r>
        <w:rPr>
          <w:sz w:val="20"/>
        </w:rPr>
        <w:t>46:54  to quran to kehta hai ke jab apne ko nafeh bakhsh banao, yani giver banao, giver banao ge, tab dunya mein tum ko jagah mile gi.</w:t>
      </w:r>
      <w:r>
        <w:br/>
      </w:r>
      <w:r>
        <w:rPr>
          <w:sz w:val="20"/>
        </w:rPr>
        <w:t>47:03  aap kehte hain ke nahi, larai karne wala banao, yeh kis quran mein likha hua hai?</w:t>
      </w:r>
      <w:r>
        <w:br/>
      </w:r>
      <w:r>
        <w:rPr>
          <w:sz w:val="20"/>
        </w:rPr>
        <w:t>47:10  yeh kis tareekh se sabit hota hai? musalmanon ki asal ghalati is zamane mein yeh hai ke woh giver community nahi rahe hain, woh sirf protest community ban gaye hain.</w:t>
      </w:r>
      <w:r>
        <w:br/>
      </w:r>
      <w:r>
        <w:rPr>
          <w:sz w:val="20"/>
        </w:rPr>
        <w:t>47:20  protest, protestant community, protest, protest, complain, complain. aur giver community, giver community banne ka sab se zyada yaqini tareeqa kya hai?</w:t>
      </w:r>
      <w:r>
        <w:br/>
      </w:r>
      <w:r>
        <w:rPr>
          <w:sz w:val="20"/>
        </w:rPr>
        <w:t>47:32  aap dawat ka kaam karen. da'i banne ke ma'ni hain ke aap logon ko kuch de rahe hain. da'i banne ke naam par aap kuch logon ko de rahe hain.</w:t>
      </w:r>
      <w:r>
        <w:br/>
      </w:r>
      <w:r>
        <w:rPr>
          <w:sz w:val="20"/>
        </w:rPr>
        <w:t>47:41  da'i group, giver group hota hai. yani aap ghaur kijiye ke do so saal se larai lad rahe hain musalman aur bilkul hi yak tarfa taur par nuqsan utha rahe hain.</w:t>
      </w:r>
      <w:r>
        <w:br/>
      </w:r>
      <w:r>
        <w:rPr>
          <w:sz w:val="20"/>
        </w:rPr>
        <w:t>47:53  to ab to re assessment ka waqt hai.</w:t>
      </w:r>
      <w:r>
        <w:br/>
      </w:r>
      <w:r>
        <w:rPr>
          <w:sz w:val="20"/>
        </w:rPr>
        <w:t>47:57  yeh to re assessment ka waqt hai. rasool Allah sal-lal-lahu alai-hi wa-sal-lam to ek din ki larai ladte the, bas aap do so saal se lad rahe hain.</w:t>
      </w:r>
      <w:r>
        <w:br/>
      </w:r>
      <w:r>
        <w:rPr>
          <w:sz w:val="20"/>
        </w:rPr>
        <w:t>48:08  to ab time aa gaya hai re assessment ka ke kyun hum nakaam hain? kyun nakaam hain? is ka waqt aa gaya hai, na ke aap isi ko continue rakhne ke liye alfaaz naye naye bolen.</w:t>
      </w:r>
    </w:p>
    <w:p>
      <w:pPr>
        <w:pStyle w:val="Heading2"/>
      </w:pPr>
      <w:r>
        <w:t>Why are Muslims always complaining and ungrateful?</w:t>
      </w:r>
    </w:p>
    <w:p>
      <w:r>
        <w:rPr>
          <w:color w:val="666666"/>
          <w:sz w:val="18"/>
        </w:rPr>
        <w:t>Society &amp; Dawah · Revival of Ummah January 22, 2017 · 2m 46s · at 1:03:18 · https://youtu.be/vnPsv0TBCfk?t=3798</w:t>
      </w:r>
    </w:p>
    <w:p>
      <w:r>
        <w:rPr>
          <w:i/>
        </w:rPr>
        <w:t>“Muslims today are voicing concern over Trump's statement that Muslims in the US were enjoying good times before, but they have never appreciated all the opportunities that were available in the US. It is these Muslims who called America 'Dajjal' and America enemy number one. Why is it that Muslims are always in complaining mode? They are never thankful. They are unable to appreciate the good things. Why is this so?”</w:t>
      </w:r>
    </w:p>
    <w:p>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r>
        <w:br/>
      </w:r>
      <w:r>
        <w:rPr>
          <w:sz w:val="20"/>
        </w:rPr>
        <w:t>1:03:48  why is it that muslims are always in the complaining mode. they are never thankful. they are unable to appreciate the good things. why is this so. bohat sahi hai yeh yeh hua hai yani kabhi bhi in musalmanon mein jo aa rahe the main baar baar wahan gaya hoon kabhi kisi ne trump se pehle kisi musalman se maine suna nahi ke sach much shukr kare woh america ki tareef kare.</w:t>
      </w:r>
      <w:r>
        <w:br/>
      </w:r>
      <w:r>
        <w:rPr>
          <w:sz w:val="20"/>
        </w:rPr>
        <w:t>1:04:18  ab aaj raat ko kuch bol diya woh woh radicalism ke khilaaf bola hai woh. islam ke khilaaf to nahi bola hai. jo us ne kaha hai woh radicalism ke khilaaf islam ke khilaaf nahi hai. to is ko le ke yani halaat mein bol raha hai.</w:t>
      </w:r>
      <w:r>
        <w:br/>
      </w:r>
      <w:r>
        <w:rPr>
          <w:sz w:val="20"/>
        </w:rPr>
        <w:t>1:04:35  kaisi ajeeb baat hai kaise log afford karte hain ke hum ne kabhi acknowledge nahi kiya america ko aur aaj hum bol rahe hain to kaise is yani ek dualism hai yeh kaise afford karte hain log is ko log mujhe samajh mein nahi aata. kitni muddat se hum aaye hain yahan aur acknowledge nahi kiya america ko aaj raat ki baat kuch keh di us ne woh islam ke khilaaf nahi radicalism ke khilaaf. to hum is itna bol rahe hain us ke maamle mein.</w:t>
      </w:r>
      <w:r>
        <w:br/>
      </w:r>
      <w:r>
        <w:rPr>
          <w:sz w:val="20"/>
        </w:rPr>
        <w:t>1:05:04  to kaise yani is is mein main hairaan hoon ke kaise log afford karte hain is tarah se kaise un ko neend aati hai kaise khana hazam hota hai un ka. mujhe bohat taajjub hai aise logon ke upar. okay so we we will end the session now we be back next sunday same time thank you.</w:t>
      </w:r>
    </w:p>
    <w:p>
      <w:pPr>
        <w:pStyle w:val="Heading2"/>
      </w:pPr>
      <w:r>
        <w:t>Why are Muslims fighting for rights unsuccessful?</w:t>
      </w:r>
    </w:p>
    <w:p>
      <w:r>
        <w:rPr>
          <w:color w:val="666666"/>
          <w:sz w:val="18"/>
        </w:rPr>
        <w:t>Society &amp; Dawah · Importance of Patience October 26, 2014 · 2m 04s · at 1:12:49 · https://youtu.be/XdOlp9-fPG0?t=4369</w:t>
      </w:r>
    </w:p>
    <w:p>
      <w:r>
        <w:rPr>
          <w:i/>
        </w:rPr>
        <w:t>“If Muslims all over the world are fighting for their rights, then why are they so unsuccessful? What is the reason we are not able to win?”</w:t>
      </w:r>
    </w:p>
    <w:p>
      <w:r>
        <w:rPr>
          <w:sz w:val="20"/>
        </w:rPr>
        <w:t>1:12:49  Maulana, agla sawal Delhi se, is par maine ek kitaab likhi hai, aap us ko padh sakte hain, uska naam hai "Tajdeed-e-Deen". Tajdeed-e-Deen, jo log Urdu na na jante hain, woh padhwa ke sun lein kisi se.</w:t>
      </w:r>
      <w:r>
        <w:br/>
      </w:r>
      <w:r>
        <w:rPr>
          <w:sz w:val="20"/>
        </w:rPr>
        <w:t>1:13:06  Maulana, agla sawal kya hai Delhi se Muhammad Salman Sahab ne, aur unhon ne likha hai: "Agar poori duniya mein Musalman apne haq ke liye lad rahe hain, to phir itne nakaam kyun hain?</w:t>
      </w:r>
      <w:r>
        <w:br/>
      </w:r>
      <w:r>
        <w:rPr>
          <w:sz w:val="20"/>
        </w:rPr>
        <w:t>1:13:20  Wajah kya hai hum jeet nahi pa rahe hain?" Is is ke bare mein bataein. Haq ki ladai Islam mein nahi hai. Yaad rakhiye, Islam mein haq ki ladai hai hi nahi.</w:t>
      </w:r>
      <w:r>
        <w:br/>
      </w:r>
      <w:r>
        <w:rPr>
          <w:sz w:val="20"/>
        </w:rPr>
        <w:t>1:13:31  Yeh to modern age mein jo hai, us ka jo hai, yani jo concept aaya hai human right ka, jis ko main galat samajhta hoon, human right ke se yeh cheez aayi hai.</w:t>
      </w:r>
      <w:r>
        <w:br/>
      </w:r>
      <w:r>
        <w:rPr>
          <w:sz w:val="20"/>
        </w:rPr>
        <w:t>1:13:45  Islam mein hai hi nahi. Islam mein dekhiye, Bukhari mein ek riwayat hai: "Adu ilaihim haqqahum wa sallo Allah haqqakum".</w:t>
      </w:r>
      <w:r>
        <w:br/>
      </w:r>
      <w:r>
        <w:rPr>
          <w:sz w:val="20"/>
        </w:rPr>
        <w:t>1:13:56  Yeh Bukhari mein hai: "Adu ilaihim haqqahum wa sallo Allah haqqakum". Yani doosron ka jo haq hai, woh do un ko, apna haq Allah se mango.</w:t>
      </w:r>
      <w:r>
        <w:br/>
      </w:r>
      <w:r>
        <w:rPr>
          <w:sz w:val="20"/>
        </w:rPr>
        <w:t>1:14:09  Haq ki ladai hai hi nahi, haq ke liye dua hai, yani haq ke liye zaati koshish ya dua, yeh hai Islam mein. Haq ki ladai to hai hi nahi: "Adu ilaihim haqqahum wa sallo Allah haqqakum".</w:t>
      </w:r>
      <w:r>
        <w:br/>
      </w:r>
      <w:r>
        <w:rPr>
          <w:sz w:val="20"/>
        </w:rPr>
        <w:t>1:14:25  Doosron ka haq jo tumhare par aata hai, woh doosron ka haq do un ko, aur tumhara jo haq hai, woh Allah se mango. Yani apne haq ke liye humein mehnat karna hai aur dua karna hai.</w:t>
      </w:r>
      <w:r>
        <w:br/>
      </w:r>
      <w:r>
        <w:rPr>
          <w:sz w:val="20"/>
        </w:rPr>
        <w:t>1:14:36  Yeh to haq ki ladai bilkul hi baseless hai, un Islamic hai, is ka koi ta'alluq nahi Quran o Hadees se.</w:t>
      </w:r>
      <w:r>
        <w:br/>
      </w:r>
      <w:r>
        <w:rPr>
          <w:sz w:val="20"/>
        </w:rPr>
        <w:t>1:14:44  To nakaam ho gayi, jis se is ka ta'alluq Islam se na ho, to to nakaami to hona hi hona hai, hona hi hona hai. Wahan</w:t>
      </w:r>
    </w:p>
    <w:p>
      <w:pPr>
        <w:pStyle w:val="Heading2"/>
      </w:pPr>
      <w:r>
        <w:t>Why are non-Muslims not allowed to visit?</w:t>
      </w:r>
    </w:p>
    <w:p>
      <w:r>
        <w:rPr>
          <w:color w:val="666666"/>
          <w:sz w:val="18"/>
        </w:rPr>
        <w:t>Society &amp; Dawah · Principle of Loss | May 31, 2015 · 2m 54s · at 1:00:50 · https://youtu.be/IEf7QfU3BmY?t=3650</w:t>
      </w:r>
    </w:p>
    <w:p>
      <w:r>
        <w:rPr>
          <w:i/>
        </w:rPr>
        <w:t>“Today's lecture added another dimension to understand the issues in life as well as in the world and the creation plan of God. Jazakallah. My question is: why are non-Muslims not allowed to visit?”</w:t>
      </w:r>
    </w:p>
    <w:p>
      <w:r>
        <w:rPr>
          <w:sz w:val="20"/>
        </w:rPr>
        <w:t>1:00:50  Maulana agla sawal Tariq Badar sahib ne bheja hai Lahore Pakistan se, aur unhon ne likha hai ke</w:t>
      </w:r>
      <w:r>
        <w:br/>
      </w:r>
      <w:r>
        <w:rPr>
          <w:sz w:val="20"/>
        </w:rPr>
        <w:t>1:00:56  Today's lecture added another dimension to understand the issues in life as well as in the world and</w:t>
      </w:r>
      <w:r>
        <w:br/>
      </w:r>
      <w:r>
        <w:rPr>
          <w:sz w:val="20"/>
        </w:rPr>
        <w:t>1:01:02  the creation plan of God, jazak Allah, my question is why non Muslims are not allowed to visit</w:t>
      </w:r>
      <w:r>
        <w:br/>
      </w:r>
      <w:r>
        <w:rPr>
          <w:sz w:val="20"/>
        </w:rPr>
        <w:t>1:01:08  Mecca and Medina, and what is</w:t>
      </w:r>
      <w:r>
        <w:br/>
      </w:r>
      <w:r>
        <w:rPr>
          <w:sz w:val="20"/>
        </w:rPr>
        <w:t>1:01:14  the background of this law? Dekhiye, is se pehle main bata chuka hoon ke pehle aisa nahi</w:t>
      </w:r>
      <w:r>
        <w:br/>
      </w:r>
      <w:r>
        <w:rPr>
          <w:sz w:val="20"/>
        </w:rPr>
        <w:t>1:01:22  tha, pehle sabhi log aate the, is ka saboot yeh hai ke Kaaba mein but pahunch gaya to</w:t>
      </w:r>
      <w:r>
        <w:br/>
      </w:r>
      <w:r>
        <w:rPr>
          <w:sz w:val="20"/>
        </w:rPr>
        <w:t>1:01:30  mushrikeen to pohnchayen ge, but muhadd kaise but pohnchaye ga, kaba mein jo but pohncha kai so ki</w:t>
      </w:r>
      <w:r>
        <w:br/>
      </w:r>
      <w:r>
        <w:rPr>
          <w:sz w:val="20"/>
        </w:rPr>
        <w:t>1:01:37  tadad mein to mushrikeen to thay, woh jo pohnchaya unhon ne, muhadd ko pohnchaye ga woh, to</w:t>
      </w:r>
      <w:r>
        <w:br/>
      </w:r>
      <w:r>
        <w:rPr>
          <w:sz w:val="20"/>
        </w:rPr>
        <w:t>1:01:45  yeh dekha gaya ke log is is azadi ko misuse karte hain, yaani yeh nahi kaha ke</w:t>
      </w:r>
      <w:r>
        <w:br/>
      </w:r>
      <w:r>
        <w:rPr>
          <w:sz w:val="20"/>
        </w:rPr>
        <w:t>1:01:51  dekh kar chale jayen, wahan apna but rakh dete hain, woh but jo thay wahan kaba bohat chhote</w:t>
      </w:r>
      <w:r>
        <w:br/>
      </w:r>
      <w:r>
        <w:rPr>
          <w:sz w:val="20"/>
        </w:rPr>
        <w:t>1:01:57  chhote thay, yaani bara bara abu lahore ki tarah nahi tha, woh aap jeeb mein rakh ke le</w:t>
      </w:r>
      <w:r>
        <w:br/>
      </w:r>
      <w:r>
        <w:rPr>
          <w:sz w:val="20"/>
        </w:rPr>
        <w:t>1:02:03  ja sakte hain, aisa tha woh, jitne but thay kaba mein woh abu lahore ki tarah thay, nahi</w:t>
      </w:r>
      <w:r>
        <w:br/>
      </w:r>
      <w:r>
        <w:rPr>
          <w:sz w:val="20"/>
        </w:rPr>
        <w:t>1:02:09  thay bare bare, to adam</w:t>
      </w:r>
      <w:r>
        <w:br/>
      </w:r>
      <w:r>
        <w:rPr>
          <w:sz w:val="20"/>
        </w:rPr>
        <w:t>1:02:15  jaye jeeb mein rakhe hue hain, wahan rakh ke chala gaya, to us ki precaution ke taur par is tajrube ke baad aisa kiya gaya, aur main samajhta hoon ke bilkul sahi sahi kiya gaya, warna aaj bhi wahi mamla baqi rehta, insaan ajeeb ghareeb makhlooq hai, azadi ko misuse karna jo hai us ki burai ko janta hi nahin. Okay, so we will end the session now, thank</w:t>
      </w:r>
      <w:r>
        <w:br/>
      </w:r>
      <w:r>
        <w:rPr>
          <w:sz w:val="20"/>
        </w:rPr>
        <w:t>1:02:45  you.</w:t>
      </w:r>
    </w:p>
    <w:p>
      <w:pPr>
        <w:pStyle w:val="Heading2"/>
      </w:pPr>
      <w:r>
        <w:t>Why are women not respected enough?</w:t>
      </w:r>
    </w:p>
    <w:p>
      <w:r>
        <w:rPr>
          <w:color w:val="666666"/>
          <w:sz w:val="18"/>
        </w:rPr>
        <w:t>Society &amp; Dawah · The Prophet An Example of Modesty August 27, 2017 · 3m 49s · at 57:30 · https://youtu.be/aR3V4c8fQC4?t=3450</w:t>
      </w:r>
    </w:p>
    <w:p>
      <w:r>
        <w:rPr>
          <w:i/>
        </w:rPr>
        <w:t>“Women's contribution to improving society is the highest, yet society does not give women the respect they deserve. Why is that?”</w:t>
      </w:r>
    </w:p>
    <w:p>
      <w:r>
        <w:rPr>
          <w:sz w:val="20"/>
        </w:rPr>
        <w:t>57:30  molana, agla sawal dilli se kya hai nafees siddiqui sahab ne aur unhon ne likha hai, "moashre ko acha banane mein aurat ka contribution sab se zyada hota hai, phir bhi moashra aurat ko woh ehtiram nahi karta jo use karna chahiye.</w:t>
      </w:r>
      <w:r>
        <w:br/>
      </w:r>
      <w:r>
        <w:rPr>
          <w:sz w:val="20"/>
        </w:rPr>
        <w:t>57:49  aisa kyun hai?" is ke bare mein bataiye. bhai, koi ehtiram kare ya na kare, Allah ke nazdeek aap woh insan hon jo Allah ki mansha poora kar raha hai to wahi kafi hai kyunke lena insan se nahi hai, lena to Allah rab ul alameen se hai.</w:t>
      </w:r>
      <w:r>
        <w:br/>
      </w:r>
      <w:r>
        <w:rPr>
          <w:sz w:val="20"/>
        </w:rPr>
        <w:t>58:09  aurat hi ki baat nahi hai, mard ka kaun aitraf karta hai? mein ne to aaj tak kisi insan ko nahi dekha ke jo sahi maano mein kisi ke deen ko acknowledge kare.</w:t>
      </w:r>
      <w:r>
        <w:br/>
      </w:r>
      <w:r>
        <w:rPr>
          <w:sz w:val="20"/>
        </w:rPr>
        <w:t>58:23  yaqeen keejiyay ke aik insaan nahin jaanta ho, kisi ko kisi se mila ho, kisi ko kisi se faida hua ho aur woh sach much acknowledge kare uss ko.</w:t>
      </w:r>
      <w:r>
        <w:br/>
      </w:r>
      <w:r>
        <w:rPr>
          <w:sz w:val="20"/>
        </w:rPr>
        <w:t>58:39  main to nahin jaanta, main sirf aik hi misaal mere paas hai, woh scholar misaal hai, scholar mazhabi logon ki misaal mere paas nahin hai. main ne aik qissa bataya tha aap ko ke aik saahab thay abul furqan adum garh ke, to un ke gaon ke aik saahab thay, un ke jaantay thay woh.</w:t>
      </w:r>
      <w:r>
        <w:br/>
      </w:r>
      <w:r>
        <w:rPr>
          <w:sz w:val="20"/>
        </w:rPr>
        <w:t>58:58  to woh lag gaye congress mein sanjar gandhi ke zamanay mein aur gaon se nikal kar woh dilli pohnchay. to sanjar gandhi ne un ki salahiyat dekhi, un ki qadar ki aur un ko raj sabha mein bharwa diya.</w:t>
      </w:r>
      <w:r>
        <w:br/>
      </w:r>
      <w:r>
        <w:rPr>
          <w:sz w:val="20"/>
        </w:rPr>
        <w:t>59:14  iss ke baad un ko raj sabha ka jo residence hota hai, woh mil gaya jis mein sab kuch hota hai, sara saman, gaadi se le kar se le kar yaani telephone tak.</w:t>
      </w:r>
      <w:r>
        <w:br/>
      </w:r>
      <w:r>
        <w:rPr>
          <w:sz w:val="20"/>
        </w:rPr>
        <w:t>59:31  to abul furqan saahab ne bataya mujh ko, mujh se milnay gaye thay woh ke woh saahab jo thay baar baar yeh kehtay thay, "yeh sab sanjar babu ki dain hai,</w:t>
      </w:r>
      <w:r>
        <w:br/>
      </w:r>
      <w:r>
        <w:rPr>
          <w:sz w:val="20"/>
        </w:rPr>
        <w:t>59:45  yeh sab sanjar babu ki dain hai." yaani flat mein jatay hain, woh aik well furnished flat tha, woh well furnished flat to uss ko dekh ke kehtay thay ke "yeh sab sanjar babu ki dain hai." aisa acknowledgement, aisa etraaf main ne aik hi paya.</w:t>
      </w:r>
      <w:r>
        <w:br/>
      </w:r>
      <w:r>
        <w:rPr>
          <w:sz w:val="20"/>
        </w:rPr>
        <w:t>1:00:05  jitnay mazhabi log hain, deeni log hain, unhein main ne acknowledgement nahin paya. logon ke dil mein hota hoga, munh se bolain, woh to aik hi mujhe mila hai, poori zindagi mein mila hai.</w:t>
      </w:r>
      <w:r>
        <w:br/>
      </w:r>
      <w:r>
        <w:rPr>
          <w:sz w:val="20"/>
        </w:rPr>
        <w:t>1:00:17  to main kya karoon? aurat, aap aurat ki baat kar rahay hain, yeh sab ki baat hai, yeh sab ki baat hai. hamari qaum acknowledge karna jantay hi nahin,</w:t>
      </w:r>
      <w:r>
        <w:br/>
      </w:r>
      <w:r>
        <w:rPr>
          <w:sz w:val="20"/>
        </w:rPr>
        <w:t>1:00:31  aurat ki baat nahin hai, mard ki baat bhi yahi hai. mera tajurba main ne bayan kar ke bhi bohat insaanon ka main tajurba uthaya hai, main ne wohi aik insaan mujhe mila jo kehta tha, "yeh sab sanjar babu ki dain hai." aisa etraaf to khuda ke bhi nahin koi karta, insaan ka kya karay ga?</w:t>
      </w:r>
      <w:r>
        <w:br/>
      </w:r>
      <w:r>
        <w:rPr>
          <w:sz w:val="20"/>
        </w:rPr>
        <w:t>1:00:53  bas zahir si baat hai, woh ghussa ho jayen gay, zahir si baat hai, woh tanqeed karen gay, zahir si baat hai, woh negative ho jayen gay. koi baray se bara aap ne kisi ke sath sulook kiya ho, woh bhool jayen gay.</w:t>
      </w:r>
      <w:r>
        <w:br/>
      </w:r>
      <w:r>
        <w:rPr>
          <w:sz w:val="20"/>
        </w:rPr>
        <w:t>1:01:05  yeh to hum dekh rahay hain. to haqeeqat yeh hai ke mard aurat ki baat nahin hai, sab ki baat yahi hai, mere tajurbe ke mutabiq.</w:t>
      </w:r>
    </w:p>
    <w:p>
      <w:pPr>
        <w:pStyle w:val="Heading2"/>
      </w:pPr>
      <w:r>
        <w:t>Why do ISIS converts become sympathizers of Muslims only?</w:t>
      </w:r>
    </w:p>
    <w:p>
      <w:r>
        <w:rPr>
          <w:color w:val="666666"/>
          <w:sz w:val="18"/>
        </w:rPr>
        <w:t>Society &amp; Dawah · Revival of Muslims March 08, 2015 · 4m 14s · at 49:57 · https://youtu.be/8ShFcr8YozI?t=2997</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49:57  maulana, agla sawal dilli se aaya hai maulana farhad umri ka aur unhon ne likha hai it seems that a lot of fighters of isis are converted muslims.</w:t>
      </w:r>
      <w:r>
        <w:br/>
      </w:r>
      <w:r>
        <w:rPr>
          <w:sz w:val="20"/>
        </w:rPr>
        <w:t>50:13  what is the reason that these new muslims who entered into the fold of islam after reading quran and other islamic books do not become sympathizers of humans but become sympathizers of muslims?</w:t>
      </w:r>
      <w:r>
        <w:br/>
      </w:r>
      <w:r>
        <w:rPr>
          <w:sz w:val="20"/>
        </w:rPr>
        <w:t>50:30  what is the reason and how do we counter this trend? dekhen, is ko main ne, yani kafi is pe socha, study ki hai.</w:t>
      </w:r>
      <w:r>
        <w:br/>
      </w:r>
      <w:r>
        <w:rPr>
          <w:sz w:val="20"/>
        </w:rPr>
        <w:t>50:40  asal cheez yeh hai ke dekhen, yeh jo nسلم hain, woh mutasir hue quran ko padh kar ke, quran ko padh kar mutasir hue.</w:t>
      </w:r>
      <w:r>
        <w:br/>
      </w:r>
      <w:r>
        <w:rPr>
          <w:sz w:val="20"/>
        </w:rPr>
        <w:t>50:53  lekin jab islam mein dakhil hue to phir aa gaye musalmanon mein. quran ka apna koi muashra to hai nahin, koi aisi society nahin hai jis ka naam quran society ho.</w:t>
      </w:r>
      <w:r>
        <w:br/>
      </w:r>
      <w:r>
        <w:rPr>
          <w:sz w:val="20"/>
        </w:rPr>
        <w:t>51:07  society to musalmanon ki hai, wahi musalman. to baad ke jo un ki zehan banta hai, un ke baad ko woh sab muslim society banta hai.</w:t>
      </w:r>
      <w:r>
        <w:br/>
      </w:r>
      <w:r>
        <w:rPr>
          <w:sz w:val="20"/>
        </w:rPr>
        <w:t>51:20  to goya ke un ka do daur hain: ek pre islam, ek post islam. pre islam mein to unhon ne quran ko padha, is se mutasir hue, lekin post islam mein woh aa gaye musalmanon ke mahaul mein.</w:t>
      </w:r>
      <w:r>
        <w:br/>
      </w:r>
      <w:r>
        <w:rPr>
          <w:sz w:val="20"/>
        </w:rPr>
        <w:t>51:34  to yeh musalmanon ke mahaul ki wajah se aisa hua.</w:t>
      </w:r>
      <w:r>
        <w:br/>
      </w:r>
      <w:r>
        <w:rPr>
          <w:sz w:val="20"/>
        </w:rPr>
        <w:t>51:41  yeh bahut bada masla hai ke musalman jo hain, un ka haal wahi ho raha hai ke har cheez ke dar kaan namak rakhna, raft namak chhodna.</w:t>
      </w:r>
      <w:r>
        <w:br/>
      </w:r>
      <w:r>
        <w:rPr>
          <w:sz w:val="20"/>
        </w:rPr>
        <w:t>51:52  ab is ka hal yahi hai ke aap hamara jo adab hai, is ko padhaya jaye aur is ka koi hal nahin.</w:t>
      </w:r>
      <w:r>
        <w:br/>
      </w:r>
      <w:r>
        <w:rPr>
          <w:sz w:val="20"/>
        </w:rPr>
        <w:t>52:03  maulana, unhon ne ek aur comment bhi bheja hai jis pe woh aap ka bhi view chahte hain. unhon ne likha hai ke haal hi mein ek pakistani writer ne ek survey ki buniyad par yeh likha hai ke pakistan mein ek namazi masjid jate hue darta hai.</w:t>
      </w:r>
      <w:r>
        <w:br/>
      </w:r>
      <w:r>
        <w:rPr>
          <w:sz w:val="20"/>
        </w:rPr>
        <w:t>52:22  in logon ka kehna hai ke dunya mein kahin bhi itni insecurity nahin hogi, hatta ke israel mein. aap ka is pe kya comment hai?</w:t>
      </w:r>
      <w:r>
        <w:br/>
      </w:r>
      <w:r>
        <w:rPr>
          <w:sz w:val="20"/>
        </w:rPr>
        <w:t>52:33  haan, yeh sahi hai. is ki wajah dekhen, yeh hai ke musalman jo hain, woh reh gaye apne hi gheton mein.</w:t>
      </w:r>
      <w:r>
        <w:br/>
      </w:r>
      <w:r>
        <w:rPr>
          <w:sz w:val="20"/>
        </w:rPr>
        <w:t>52:48  yeh gheton ki zehniyat hai.</w:t>
      </w:r>
      <w:r>
        <w:br/>
      </w:r>
      <w:r>
        <w:rPr>
          <w:sz w:val="20"/>
        </w:rPr>
        <w:t>52:55  yahudiyon ka muamla yeh hua ke woh diaspora mein chale gaye, europe, america mein. modern taleem liya unhon ne. is se un ka woh yeh pehle yahudi waise hi the, un ka zehan badal gaya.</w:t>
      </w:r>
      <w:r>
        <w:br/>
      </w:r>
      <w:r>
        <w:rPr>
          <w:sz w:val="20"/>
        </w:rPr>
        <w:t>53:09  to main kehta hoon ke musalmanon mein agar roka na hota inhon ne, yani modern taleem se hamare ulama ne, to aaj musalman qaum mein bahut islaah ho chuki hoti.</w:t>
      </w:r>
      <w:r>
        <w:br/>
      </w:r>
      <w:r>
        <w:rPr>
          <w:sz w:val="20"/>
        </w:rPr>
        <w:t>53:24  ulama ne modern taleem se musalmanon ko rok kar ke bahut bada zulm kiya musalmanon ke upar. aur yahudi qaum, chuki woh chali gayi diaspora ke baad europe, america mein, to apne aap un ki deconditioning ho gayi.</w:t>
      </w:r>
      <w:r>
        <w:br/>
      </w:r>
      <w:r>
        <w:rPr>
          <w:sz w:val="20"/>
        </w:rPr>
        <w:t>53:41  modern taleem musalmanon ki deconditioning karne wala tha, lekin is se ulama ne roka un ko. yeh hai, is lihaz se yeh farq hai.</w:t>
      </w:r>
      <w:r>
        <w:br/>
      </w:r>
      <w:r>
        <w:rPr>
          <w:sz w:val="20"/>
        </w:rPr>
        <w:t>53:52  modern taleem jo thi, woh sach poochhen to deconditioning ka bahut achha zariya thi. yahudiyon ki modern taleem ke zariye deconditioning hui aur musalmanon ki nahin hui.</w:t>
      </w:r>
    </w:p>
    <w:p>
      <w:pPr>
        <w:pStyle w:val="Heading2"/>
      </w:pPr>
      <w:r>
        <w:t>Why do Muslims leave their countries for livelihood?</w:t>
      </w:r>
    </w:p>
    <w:p>
      <w:r>
        <w:rPr>
          <w:color w:val="666666"/>
          <w:sz w:val="18"/>
        </w:rPr>
        <w:t>Society &amp; Dawah · The Existence of God October 7, 2012 · 3m 21s · at 57:39 · https://youtu.be/Hm0ybuokQ8s?t=3459</w:t>
      </w:r>
    </w:p>
    <w:p>
      <w:r>
        <w:rPr>
          <w:i/>
        </w:rPr>
        <w:t>“Is Allah not fulfilling the needs of Muslims in their own countries that they have gone to other countries for livelihood? What compelled these people to leave their countries and go to other countries for livelihood? Please explain.”</w:t>
      </w:r>
    </w:p>
    <w:p>
      <w:r>
        <w:rPr>
          <w:sz w:val="20"/>
        </w:rPr>
        <w:t>57:39  . maulana, yeh sawal aaya hai karachi pakistan se abdul latif sahab ka. unhone likha hai: "kya ashiya mulkon mulkon ke musalmanon ki zarooraten allah taala un ke apne mulkon mein poori nahi kar raha hai ke woh bahar ke mulkon mein maash ke hasool ke liye gaye hue hain?"</w:t>
      </w:r>
      <w:r>
        <w:br/>
      </w:r>
      <w:r>
        <w:rPr>
          <w:sz w:val="20"/>
        </w:rPr>
        <w:t>58:00  aakhir in sab logon ko kis cheez ne majboor kiya hai ke woh apne mulkon ko chhod kar bahir ke mulkon mein maash ke liye gaye hue hain?</w:t>
      </w:r>
      <w:r>
        <w:br/>
      </w:r>
      <w:r>
        <w:rPr>
          <w:sz w:val="20"/>
        </w:rPr>
        <w:t>58:10  is ki wazahat karen."</w:t>
      </w:r>
      <w:r>
        <w:br/>
      </w:r>
      <w:r>
        <w:rPr>
          <w:sz w:val="20"/>
        </w:rPr>
        <w:t>58:15  bhai, is ka sabab yeh nahin ke maash nahin mil rahi un ko apne mulkon mein.</w:t>
      </w:r>
      <w:r>
        <w:br/>
      </w:r>
      <w:r>
        <w:rPr>
          <w:sz w:val="20"/>
        </w:rPr>
        <w:t>58:21  bas ek</w:t>
      </w:r>
      <w:r>
        <w:br/>
      </w:r>
      <w:r>
        <w:rPr>
          <w:sz w:val="20"/>
        </w:rPr>
        <w:t>58:25  ek shauq hai dollar kamane ka, pound kamane ka taake jab bachchon ka mustaqbil zyada achha banaein. yeh saara mamla hai ke apni family, apne bachchon ko behtar mustaqbil dene ke liye woh ja rahe hain in mulkon mein.</w:t>
      </w:r>
      <w:r>
        <w:br/>
      </w:r>
      <w:r>
        <w:rPr>
          <w:sz w:val="20"/>
        </w:rPr>
        <w:t>58:43  sab se ajeeb baat yeh hai ke Pakistan ke logon ne mutalba kiya tha</w:t>
      </w:r>
      <w:r>
        <w:br/>
      </w:r>
      <w:r>
        <w:rPr>
          <w:sz w:val="20"/>
        </w:rPr>
        <w:t>58:48  ke hamein ek alag mulk chahiye taake hum Islam ke mutabiq reh saken. sab se ajeeb mamla to Pakistani logon logon ka hai. Pakistan ki logic yahi thi ke hamein ek ek alag khitta chahiye jahan hum Islam ke mutabiq reh saken.</w:t>
      </w:r>
      <w:r>
        <w:br/>
      </w:r>
      <w:r>
        <w:rPr>
          <w:sz w:val="20"/>
        </w:rPr>
        <w:t>59:04  achha, jab woh khitta mil gaya to khud Pakistan ke beshumar log chale gaye bahir, Europe, America.</w:t>
      </w:r>
      <w:r>
        <w:br/>
      </w:r>
      <w:r>
        <w:rPr>
          <w:sz w:val="20"/>
        </w:rPr>
        <w:t>59:13  to yeh to bohat bara jurm ka mamla hai ke Khuda ne Pakistan ko kehte hain log, mamlakat e Khudadad. mamlakat e Khudadad agar sach much ho woh to us ko chhod kar tum mamlakat e Shaitan Dad mein ja rahe ho, jis ko Shaitan kehte hain.</w:t>
      </w:r>
      <w:r>
        <w:br/>
      </w:r>
      <w:r>
        <w:rPr>
          <w:sz w:val="20"/>
        </w:rPr>
        <w:t>59:30  woh</w:t>
      </w:r>
      <w:r>
        <w:br/>
      </w:r>
      <w:r>
        <w:rPr>
          <w:sz w:val="20"/>
        </w:rPr>
        <w:t>59:34  yeh bohat bari munafiqat hai yeh ke is is mutalbe ke ko le kar ke Pakistan banwaya gaya ke hamein Islam ke mutabiq jeene ke liye ek khitta chahiye.</w:t>
      </w:r>
      <w:r>
        <w:br/>
      </w:r>
      <w:r>
        <w:rPr>
          <w:sz w:val="20"/>
        </w:rPr>
        <w:t>59:47  aur jab woh ban gaya to inhi mulkon mein chale gaye jo in in ke nazdeek, yani jahan taghoot taghooti nizam qaim tha, usi taghooti nizam mein.</w:t>
      </w:r>
      <w:r>
        <w:br/>
      </w:r>
      <w:r>
        <w:rPr>
          <w:sz w:val="20"/>
        </w:rPr>
        <w:t>1:00:01  kyunke wahan par zyada achhi, yani zyada bari kamai ho sakti thi, wahan zyada achha mayar zindagi milta tha un ko.</w:t>
      </w:r>
      <w:r>
        <w:br/>
      </w:r>
      <w:r>
        <w:rPr>
          <w:sz w:val="20"/>
        </w:rPr>
        <w:t>1:00:15  to munafiqat hi munafiqat hai. ab is ko main kya keh sakta hoon? is ka to bas Allah hi in logon ka tajziya kar sakta hai, insaan ke bas mein nahin hai.</w:t>
      </w:r>
      <w:r>
        <w:br/>
      </w:r>
      <w:r>
        <w:rPr>
          <w:sz w:val="20"/>
        </w:rPr>
        <w:t>1:00:29  main ek martaba America mein ek Pakistan ke ek sahib the, wahan par baqayda daadhi waali thi un ki. to main ne kaha: "aap Pakistan ko chhod kar America kyun aa gaye?" to kya jawab diya unhon ne?</w:t>
      </w:r>
      <w:r>
        <w:br/>
      </w:r>
      <w:r>
        <w:rPr>
          <w:sz w:val="20"/>
        </w:rPr>
        <w:t>1:00:43  ke jis ki rozi jahan rahe gi, woh wahan jaye ga. to main ne kaha ke mamlakat e Khudadad mein aap ki rozi nahin hai, hum mulk ke taghoot dad mein rozi hai aap ki.</w:t>
      </w:r>
      <w:r>
        <w:br/>
      </w:r>
      <w:r>
        <w:rPr>
          <w:sz w:val="20"/>
        </w:rPr>
        <w:t>1:00:54  jis ko aap log taghoot kehte hain, wahan rozi aap ki hai.</w:t>
      </w:r>
    </w:p>
    <w:p>
      <w:pPr>
        <w:pStyle w:val="Heading2"/>
      </w:pPr>
      <w:r>
        <w:t>Why do Pakistanis leave Pakistan despite struggle?</w:t>
      </w:r>
    </w:p>
    <w:p>
      <w:r>
        <w:rPr>
          <w:color w:val="666666"/>
          <w:sz w:val="18"/>
        </w:rPr>
        <w:t>Society &amp; Dawah · The Lesson of History September 21, 2014 · 2m 51s · at 1:12:48 · https://youtu.be/aMVHLKMkhcQ?t=4368</w:t>
      </w:r>
    </w:p>
    <w:p>
      <w:r>
        <w:rPr>
          <w:i/>
        </w:rPr>
        <w:t>“If Muslims had finally succeeded after a long and hard struggle to carve out a separate land for themselves and lead a religious life, then why is it that all the Pakistanis leave Pakistan at the very first opportunity available to them?”</w:t>
      </w:r>
    </w:p>
    <w:p>
      <w:r>
        <w:rPr>
          <w:sz w:val="20"/>
        </w:rPr>
        <w:t>1:12:48  Maulana, agla sawal Dr. Saleema Siddiqui ne kiya hai Delhi se. aur unhone likha hai ke Please comment on this fact that if Muslims had finally succeeded after a long and hard struggle to carve out a separate land for themselves and lead a religious life, then why is it that all the Pakistanis leave Pakistan at the very first opportunity available to them?</w:t>
      </w:r>
      <w:r>
        <w:br/>
      </w:r>
      <w:r>
        <w:rPr>
          <w:sz w:val="20"/>
        </w:rPr>
        <w:t>1:13:16  dekhen, Pakistan banwaya gaya tha mazhab ke naam par, lekin is ka mazhab se koi ta'alluq nahi tha. woh to ek jazbati qaumiyat, yani qaumiyat bhi nahi thi.</w:t>
      </w:r>
      <w:r>
        <w:br/>
      </w:r>
      <w:r>
        <w:rPr>
          <w:sz w:val="20"/>
        </w:rPr>
        <w:t>1:13:26  is</w:t>
      </w:r>
      <w:r>
        <w:br/>
      </w:r>
      <w:r>
        <w:rPr>
          <w:sz w:val="20"/>
        </w:rPr>
        <w:t>1:13:30  ka mazhab se koi ta'alluq nahi, Islam se koi ta'alluq nahi. to wahan jo gaye log, bhaag bhaag kar ke, dekha ke Pakistan mein zyada mawaqe nahi hain aur Europe mein zyada mawaqe hain, America mein zyada mawaqe hain, to wahan bhaag bhaag gaye.</w:t>
      </w:r>
      <w:r>
        <w:br/>
      </w:r>
      <w:r>
        <w:rPr>
          <w:sz w:val="20"/>
        </w:rPr>
        <w:t>1:13:43  kyunke koi zehan to barabar tha nahi.</w:t>
      </w:r>
      <w:r>
        <w:br/>
      </w:r>
      <w:r>
        <w:rPr>
          <w:sz w:val="20"/>
        </w:rPr>
        <w:t>1:13:47  na Pakistan banne se pehle, na Pakistan banne ke baad, un ke andar koi deeni zehan tha. deeni zehan ka matlab hai ke dawat Allah ka kaam karne ka zehan.</w:t>
      </w:r>
      <w:r>
        <w:br/>
      </w:r>
      <w:r>
        <w:rPr>
          <w:sz w:val="20"/>
        </w:rPr>
        <w:t>1:13:56  mislan, yeh tha hi nahi. woh to, yani un ka maadi zehan pehle bhi tha, maadi zehan ab bhi tha. yani pre Pakistan bhi maadi zehan tha, post Pakistani maadi zehan tha.</w:t>
      </w:r>
      <w:r>
        <w:br/>
      </w:r>
      <w:r>
        <w:rPr>
          <w:sz w:val="20"/>
        </w:rPr>
        <w:t>1:14:12  to jahan dekha ke jahan kamai hai, wahan bhaag bhaag rahe hain.</w:t>
      </w:r>
      <w:r>
        <w:br/>
      </w:r>
      <w:r>
        <w:rPr>
          <w:sz w:val="20"/>
        </w:rPr>
        <w:t>1:14:16  Pakistan ka yeh yeh to naarah sirf tha ke Pakistan ka matlab La Ilaha Illallah. yeh sirf naarah tha, is ka Islam se koi ta'alluq nahi tha. aur dekhen, yeh bid'at hai.</w:t>
      </w:r>
      <w:r>
        <w:br/>
      </w:r>
      <w:r>
        <w:rPr>
          <w:sz w:val="20"/>
        </w:rPr>
        <w:t>1:14:27  kyunke mazhab ke naam par koi ilaqa alag karwana, yeh to kisi paighambar ne nahi kiya. Rasool Allah ne, Sahaba ne aisa kabhi bhi nahi kiya ke Islam ke naam par kahein ke hum ko itna hissa baant kar do.</w:t>
      </w:r>
      <w:r>
        <w:br/>
      </w:r>
      <w:r>
        <w:rPr>
          <w:sz w:val="20"/>
        </w:rPr>
        <w:t>1:14:41  yeh to ek is qism ki siyasat to is ka Islam se koi ta'alluq nahi hai.</w:t>
      </w:r>
      <w:r>
        <w:br/>
      </w:r>
      <w:r>
        <w:rPr>
          <w:sz w:val="20"/>
        </w:rPr>
        <w:t>1:14:47  taqseem ki siyasat bilashuba is ka Islam se koi ta'alluq nahi hai. yani parties of partition, is ka Islam se koi ta'alluq nahi hai.</w:t>
      </w:r>
      <w:r>
        <w:br/>
      </w:r>
      <w:r>
        <w:rPr>
          <w:sz w:val="20"/>
        </w:rPr>
        <w:t>1:14:55  to jab Islam se ta'alluq hi is ka nahi hai, to wahan Islam kahan se aaye ga? jab parties of partition jo hain, it itself was unislamic, to kaise mumkin hai ke wahan Islam aa jaye?</w:t>
      </w:r>
      <w:r>
        <w:br/>
      </w:r>
      <w:r>
        <w:rPr>
          <w:sz w:val="20"/>
        </w:rPr>
        <w:t>1:15:09  to yeh to ek ek hungama tha, is ka koi ta'alluq aqal se bhi nahi tha.</w:t>
      </w:r>
      <w:r>
        <w:br/>
      </w:r>
      <w:r>
        <w:rPr>
          <w:sz w:val="20"/>
        </w:rPr>
        <w:t>1:15:15  Islam to bohat door ki baat hai. aaj dekhen, Pakistan ek failed state hai. failed state hai woh. is se zyada tar harkatein India mein hui hain.</w:t>
      </w:r>
      <w:r>
        <w:br/>
      </w:r>
      <w:r>
        <w:rPr>
          <w:sz w:val="20"/>
        </w:rPr>
        <w:t>1:15:28  to yeh is ka ta'alluq na to Pakistan, is ka ta'alluq na to Islam se hai, na aqal se hai. yeh ek jazbati hungama tha, pehle bhi aur ab bhi hai.</w:t>
      </w:r>
    </w:p>
    <w:p>
      <w:pPr>
        <w:pStyle w:val="Heading2"/>
      </w:pPr>
      <w:r>
        <w:t>Why do new Muslims become ISIS sympathizers?</w:t>
      </w:r>
    </w:p>
    <w:p>
      <w:r>
        <w:rPr>
          <w:color w:val="666666"/>
          <w:sz w:val="18"/>
        </w:rPr>
        <w:t>Society &amp; Dawah · Revival of Muslims March 8, 2015 · 2m 02s · at 49:34 · https://youtu.be/B9E2OTb4BVE?t=2974</w:t>
      </w:r>
    </w:p>
    <w:p>
      <w:r>
        <w:rPr>
          <w:i/>
        </w:rPr>
        <w:t>“It seems that a lot of fighters of ISIS are converted Muslims. What is the reason that these new Muslims who entered into the fold of Islam after reading Quran and other Islamic books do not become sympathizers of humans but become sympathizers of Muslims? What is the reason and how do we counter this trend?”</w:t>
      </w:r>
    </w:p>
    <w:p>
      <w:r>
        <w:rPr>
          <w:sz w:val="20"/>
        </w:rPr>
        <w:t>49:34  Maulana, agla sawal Delhi se aya hai, Maulana Farhad Umri ka, aur unhone likha hai: "It seems that a lot of fighters of ISIS are converted Muslims.</w:t>
      </w:r>
      <w:r>
        <w:br/>
      </w:r>
      <w:r>
        <w:rPr>
          <w:sz w:val="20"/>
        </w:rPr>
        <w:t>49:50  What is the reason that these new Muslims who entered into the fold of Islam after reading Quran and other Islamic books do not become sympathizers of humans but become sympathizers of Muslims?</w:t>
      </w:r>
      <w:r>
        <w:br/>
      </w:r>
      <w:r>
        <w:rPr>
          <w:sz w:val="20"/>
        </w:rPr>
        <w:t>50:07  What is the reason and how do we counter this trend?" dekhen, is ko maine, yani kafi is par socha aur mutala kiya hai.</w:t>
      </w:r>
      <w:r>
        <w:br/>
      </w:r>
      <w:r>
        <w:rPr>
          <w:sz w:val="20"/>
        </w:rPr>
        <w:t>50:17  asal cheez yeh hai ke dekhen, yeh jo ghair Muslim hain, woh mutasir hue Quran ko padh kar ke, Quran ko padh kar mutasir hue, lekin jab Islam mein dakhil hue to phir aa gaye Musalmanon mein.</w:t>
      </w:r>
      <w:r>
        <w:br/>
      </w:r>
      <w:r>
        <w:rPr>
          <w:sz w:val="20"/>
        </w:rPr>
        <w:t>50:36  Quran ka apna koi muashra to hai nahi,</w:t>
      </w:r>
    </w:p>
    <w:p>
      <w:pPr>
        <w:pStyle w:val="Heading2"/>
      </w:pPr>
      <w:r>
        <w:t>Why educated youths join ISIS and solution?</w:t>
      </w:r>
    </w:p>
    <w:p>
      <w:r>
        <w:rPr>
          <w:color w:val="666666"/>
          <w:sz w:val="18"/>
        </w:rPr>
        <w:t>Society &amp; Dawah · Study of The Quran November 30, 2014 · 3m 20s · at 49:44 · https://youtu.be/x3fcJ2nlDow?t=2984</w:t>
      </w:r>
    </w:p>
    <w:p>
      <w:r>
        <w:rPr>
          <w:i/>
        </w:rPr>
        <w:t>“Recent reports show many Indian youths joining ISIS for Allah's cause. What is the reason educated youths join terror groups like ISIS, and what is the solution to this negative image?”</w:t>
      </w:r>
    </w:p>
    <w:p>
      <w:r>
        <w:rPr>
          <w:sz w:val="20"/>
        </w:rPr>
        <w:t>49:44  Maulana, agla sawal Bangalore se hai Farhad Sahab ka, aur unhon ne likha hai: "Molana, recent reports have revealed that many youths from India have gone to join ISIS, and they claim that they are doing it for the cause of Allah.</w:t>
      </w:r>
      <w:r>
        <w:br/>
      </w:r>
      <w:r>
        <w:rPr>
          <w:sz w:val="20"/>
        </w:rPr>
        <w:t>50:03  Maulana, according to you, what is the reason that these educated youths are ready to join the terror and Islamic wings like ISIS?</w:t>
      </w:r>
      <w:r>
        <w:br/>
      </w:r>
      <w:r>
        <w:rPr>
          <w:sz w:val="20"/>
        </w:rPr>
        <w:t>50:13  This creates a very negative image of Islam. What is the solution? dekhiye, jahan tak main ne samjha hai, yeh youth agarchay parhay likhe hon ge,</w:t>
      </w:r>
      <w:r>
        <w:br/>
      </w:r>
      <w:r>
        <w:rPr>
          <w:sz w:val="20"/>
        </w:rPr>
        <w:t>50:29  lekin unhon ne quran ko</w:t>
      </w:r>
      <w:r>
        <w:br/>
      </w:r>
      <w:r>
        <w:rPr>
          <w:sz w:val="20"/>
        </w:rPr>
        <w:t>50:33  nahin read kiya. unhon ne islam ko sirf samjha hai internet par jo maloomat aaj kal bhari ja rahi hain, screenst logon ki taraf se, us ko parha hai unhon ne.</w:t>
      </w:r>
      <w:r>
        <w:br/>
      </w:r>
      <w:r>
        <w:rPr>
          <w:sz w:val="20"/>
        </w:rPr>
        <w:t>50:45  aaj kal bohat bura istemal kar rahe hain musalman is ka, internet ka. kya kehte hain sahab? is mein maloomat dalte hain jo?</w:t>
      </w:r>
      <w:r>
        <w:br/>
      </w:r>
      <w:r>
        <w:rPr>
          <w:sz w:val="20"/>
        </w:rPr>
        <w:t>50:54  ji, internet theek hai, maulana. aaj kal aik nai, itni bari blessing hai internet, bohat bari blessing, lekin musalman is ka negative istemal kar rahe hain.</w:t>
      </w:r>
      <w:r>
        <w:br/>
      </w:r>
      <w:r>
        <w:rPr>
          <w:sz w:val="20"/>
        </w:rPr>
        <w:t>51:07  bohat hi zyada, yani misinformation ke zariye bana diya musalmanon ne is ko.</w:t>
      </w:r>
      <w:r>
        <w:br/>
      </w:r>
      <w:r>
        <w:rPr>
          <w:sz w:val="20"/>
        </w:rPr>
        <w:t>51:14  aik blessing ko apne liye ulta bana diya. isi ko parhte hain yeh log. in logon ne jo aap mujh se miliye, un se poochen, un hazrat se jin ko aap kehte hain ke muslim youth,</w:t>
      </w:r>
      <w:r>
        <w:br/>
      </w:r>
      <w:r>
        <w:rPr>
          <w:sz w:val="20"/>
        </w:rPr>
        <w:t>51:30  mein aise kuch logon se mila hoon.</w:t>
      </w:r>
      <w:r>
        <w:br/>
      </w:r>
      <w:r>
        <w:rPr>
          <w:sz w:val="20"/>
        </w:rPr>
        <w:t>51:33  mein ne un se pocha ke kya aap ne jo step liya hai, is se pehle bohat hi, yani sanjeedgi ke sath quran ko is darje tak parha tha ke quran kya kehta hai?</w:t>
      </w:r>
      <w:r>
        <w:br/>
      </w:r>
      <w:r>
        <w:rPr>
          <w:sz w:val="20"/>
        </w:rPr>
        <w:t>51:47  phir aap ne jump kiya? to yaqeen kijiye, aik shakhs ne bhi yeh nahin kaha. bas in ki sara jo source hai, woh internet ki maloomat hai.</w:t>
      </w:r>
      <w:r>
        <w:br/>
      </w:r>
      <w:r>
        <w:rPr>
          <w:sz w:val="20"/>
        </w:rPr>
        <w:t>51:56  aur internet ki maloomat kaun hai? woh extremist log bhar rahe hain.</w:t>
      </w:r>
      <w:r>
        <w:br/>
      </w:r>
      <w:r>
        <w:rPr>
          <w:sz w:val="20"/>
        </w:rPr>
        <w:t>52:00  extremist logon ne internet ko apne liye bana liya hai zariya logon ko bharkane ka. aur is se kehte hain, nahin nahin, jhooti baatein is mein dalte hain.</w:t>
      </w:r>
      <w:r>
        <w:br/>
      </w:r>
      <w:r>
        <w:rPr>
          <w:sz w:val="20"/>
        </w:rPr>
        <w:t>52:11  yani kahin ka koi, kisi ne mara kisi ko, koi lashain pari hui hain, us ko dikha dein ke dekho bhai, yeh musalmanon ki lashain hain, maar maar ke dali hui hain.</w:t>
      </w:r>
      <w:r>
        <w:br/>
      </w:r>
      <w:r>
        <w:rPr>
          <w:sz w:val="20"/>
        </w:rPr>
        <w:t>52:21  aik bohat hi munazzam tor par is trend ko misuse ho raha hai. is se yeh log ban rahe hain.</w:t>
      </w:r>
      <w:r>
        <w:br/>
      </w:r>
      <w:r>
        <w:rPr>
          <w:sz w:val="20"/>
        </w:rPr>
        <w:t>52:30  aap kisi se, kisi aik youth se pooch lijiye ke tum ne library mein ja kar ke sanjeedgi ke sath parha ke islam kya hai? phir aisa kiya?</w:t>
      </w:r>
      <w:r>
        <w:br/>
      </w:r>
      <w:r>
        <w:rPr>
          <w:sz w:val="20"/>
        </w:rPr>
        <w:t>52:39  to pata chale ke nahin, kuch bhi nahin. woh bhai, internet ki baatein parh parh ke ghussa ho gaye, wahan pohanch gaye.</w:t>
      </w:r>
      <w:r>
        <w:br/>
      </w:r>
      <w:r>
        <w:rPr>
          <w:sz w:val="20"/>
        </w:rPr>
        <w:t>52:48  yeh yeh youth kuch bhi jante nahin islam ke bare mein, kuch bhi nahin jante, siwaye is ke ke internet par jo, yani ghalat khabrein bhari hui hain, isi isi se isi ka pata hai un ko.</w:t>
      </w:r>
    </w:p>
    <w:p>
      <w:pPr>
        <w:pStyle w:val="Heading2"/>
      </w:pPr>
      <w:r>
        <w:t>Why elites do not turn to Islam</w:t>
      </w:r>
    </w:p>
    <w:p>
      <w:r>
        <w:rPr>
          <w:color w:val="666666"/>
          <w:sz w:val="18"/>
        </w:rPr>
        <w:t>Society &amp; Dawah · The Character of a Dayee 4 March 2012 - Maulana Wahiduddin Khan · 3m 25s · at 1:27:25 · https://youtu.be/YtavJpVNbEM?t=5245</w:t>
      </w:r>
    </w:p>
    <w:p>
      <w:r>
        <w:rPr>
          <w:i/>
        </w:rPr>
        <w:t>“Why don't intelligent people, the wealthy, and those who have attained position or fame turn towards Islam?”</w:t>
      </w:r>
    </w:p>
    <w:p>
      <w:r>
        <w:rPr>
          <w:sz w:val="20"/>
        </w:rPr>
        <w:t>1:27:25  jhoota badnaam karna, yeh bilashuba haram se bhi ziyada buri cheez hai. is mein koi shakk nahi. Maulana, agla sawal Karachi Pakistan se Miss Samia Latif ka hai.</w:t>
      </w:r>
      <w:r>
        <w:br/>
      </w:r>
      <w:r>
        <w:rPr>
          <w:sz w:val="20"/>
        </w:rPr>
        <w:t>1:27:38  unhon ne poocha hai: "aaj logon mein jo zeheen tabqa hai, ya woh log jin ke paas maal aur daulat hai,</w:t>
      </w:r>
      <w:r>
        <w:br/>
      </w:r>
      <w:r>
        <w:rPr>
          <w:sz w:val="20"/>
        </w:rPr>
        <w:t>1:27:49  ya woh log jo uhda ya shohrat paye hue hain, Maulana sahib, is qism ke log deen Islam ki satah, deen Islam ki taraf rukh kyun nahi karte?</w:t>
      </w:r>
      <w:r>
        <w:br/>
      </w:r>
      <w:r>
        <w:rPr>
          <w:sz w:val="20"/>
        </w:rPr>
        <w:t>1:28:02  kya deen Islam in ko apne zehni satah ke mutabiq nazar nahi aata, ya woh khud, ya woh Khuda ke</w:t>
      </w:r>
      <w:r>
        <w:br/>
      </w:r>
      <w:r>
        <w:rPr>
          <w:sz w:val="20"/>
        </w:rPr>
        <w:t>1:28:12  creation plan se nawaqif hain?" is ke baray mein batayen.</w:t>
      </w:r>
      <w:r>
        <w:br/>
      </w:r>
      <w:r>
        <w:rPr>
          <w:sz w:val="20"/>
        </w:rPr>
        <w:t>1:28:19  dekhen, is ke do pehlu hain. aik yeh hai ke un ka</w:t>
      </w:r>
      <w:r>
        <w:br/>
      </w:r>
      <w:r>
        <w:rPr>
          <w:sz w:val="20"/>
        </w:rPr>
        <w:t>1:28:26  mutawajjah na hona deen ki taraf, yeh un ki ghalti hai. aur bilashuba har ghalti par insan pakra jayega,</w:t>
      </w:r>
      <w:r>
        <w:br/>
      </w:r>
      <w:r>
        <w:rPr>
          <w:sz w:val="20"/>
        </w:rPr>
        <w:t>1:28:37  illa yeh ke tauba kare. lekin doosra pehlu yeh hai ke hamare jo ulama hain, woh mukammal taur par nakaam sabit hue hain is mamle mein ke jadeed tabqe ke liye Islam ko is ke understandable andaaz mein pesh karen, jo un ka mind address kare.</w:t>
      </w:r>
      <w:r>
        <w:br/>
      </w:r>
      <w:r>
        <w:rPr>
          <w:sz w:val="20"/>
        </w:rPr>
        <w:t>1:28:55  is mein koi shakk nahi hai. to 50 feesad zimmedari un logon par hai jo zeheen aur taleem yafta hon, jo hain, hain aur Islam se door ho rahe hain.</w:t>
      </w:r>
      <w:r>
        <w:br/>
      </w:r>
      <w:r>
        <w:rPr>
          <w:sz w:val="20"/>
        </w:rPr>
        <w:t>1:29:07  50 feesad un logon ki zimmedari hai jin ko ke unhein batana tha ke Islam kya hai,</w:t>
      </w:r>
      <w:r>
        <w:br/>
      </w:r>
      <w:r>
        <w:rPr>
          <w:sz w:val="20"/>
        </w:rPr>
        <w:t>1:29:14  jo madarason mein parhai jati hai, parhai parhai jati hai, isi liye parhai jati hai. log batayen, parh parh ke logon ko. lekin un ke paas fatway ki zuban hai.</w:t>
      </w:r>
      <w:r>
        <w:br/>
      </w:r>
      <w:r>
        <w:rPr>
          <w:sz w:val="20"/>
        </w:rPr>
        <w:t>1:29:23  sirf aaj kal fatwa activities bohat chala hua hai. fatwa activities Islam mein nahi hai, bilkul nahi hai.</w:t>
      </w:r>
      <w:r>
        <w:br/>
      </w:r>
      <w:r>
        <w:rPr>
          <w:sz w:val="20"/>
        </w:rPr>
        <w:t>1:29:31  Islam mein naseehat activities mein hai. aur naseehat ka tareeqa yeh hai ke kal fi nafs qaul baligha kaho un se, dil kaho un se baat is tareeqay se jo un ke mind ko address karne wali ho.</w:t>
      </w:r>
      <w:r>
        <w:br/>
      </w:r>
      <w:r>
        <w:rPr>
          <w:sz w:val="20"/>
        </w:rPr>
        <w:t>1:29:48  to kuch kar hi nahi raha koi shakhs.</w:t>
      </w:r>
      <w:r>
        <w:br/>
      </w:r>
      <w:r>
        <w:rPr>
          <w:sz w:val="20"/>
        </w:rPr>
        <w:t>1:29:53  jitne ulama hain, sab fatwa bazi ki zuban bol rahe hain.</w:t>
      </w:r>
      <w:r>
        <w:br/>
      </w:r>
      <w:r>
        <w:rPr>
          <w:sz w:val="20"/>
        </w:rPr>
        <w:t>1:30:01  to yeh mein samajhta hoon ke bohat ziyada sochna chahiye dono tabqe ko. aik tabqa agar is baat ka, yani zimmedar hai ke woh deen se phira hua hai, doosra tabqa is ka zimmedar hai ke woh un logon ko,</w:t>
      </w:r>
      <w:r>
        <w:br/>
      </w:r>
      <w:r>
        <w:rPr>
          <w:sz w:val="20"/>
        </w:rPr>
        <w:t>1:30:19  un ko is is andaz mein islam nahi pesh kar kar raha hai jo un ke mind ko address karay. is ke liye ulma ko tayari karni chahiye. madarison mein jo taleem hoti hai, woh hargiz kafi nahi hai ke aap yeh kaam kar saken.</w:t>
      </w:r>
      <w:r>
        <w:br/>
      </w:r>
      <w:r>
        <w:rPr>
          <w:sz w:val="20"/>
        </w:rPr>
        <w:t>1:30:32  hargiz nahi. aur mazeed un ko parh tayar karna hai apne aap ko.</w:t>
      </w:r>
      <w:r>
        <w:br/>
      </w:r>
      <w:r>
        <w:rPr>
          <w:sz w:val="20"/>
        </w:rPr>
        <w:t>1:30:37  to mazeed koi tayari karta nahi.</w:t>
      </w:r>
      <w:r>
        <w:br/>
      </w:r>
      <w:r>
        <w:rPr>
          <w:sz w:val="20"/>
        </w:rPr>
        <w:t>1:30:44  to beharhal yeh do tarafah zimmedari mere nazdeek hai.</w:t>
      </w:r>
    </w:p>
    <w:p>
      <w:pPr>
        <w:pStyle w:val="Heading2"/>
      </w:pPr>
      <w:r>
        <w:t>Why fights among Muslims despite peace formula</w:t>
      </w:r>
    </w:p>
    <w:p>
      <w:r>
        <w:rPr>
          <w:color w:val="666666"/>
          <w:sz w:val="18"/>
        </w:rPr>
        <w:t>Society &amp; Dawah · Importance of Peace August 17, 2014 · 2m 23s · at 56:33 · https://youtu.be/ifxSwh2Jckw?t=3393</w:t>
      </w:r>
    </w:p>
    <w:p>
      <w:r>
        <w:rPr>
          <w:i/>
        </w:rPr>
        <w:t>“Why are there fights among Muslims today when we have the formula for peace? Please clarify.”</w:t>
      </w:r>
    </w:p>
    <w:p>
      <w:r>
        <w:rPr>
          <w:sz w:val="20"/>
        </w:rPr>
        <w:t>56:33  Maulana, agla sawal Bhopal se kiya hai, Bilaluddin sahib ne. Aur unhone likha hai: Aaj musalmano mein kyun ladaiyan ho rahi hain jabke hamare paas peace ka formula maujood hai?</w:t>
      </w:r>
      <w:r>
        <w:br/>
      </w:r>
      <w:r>
        <w:rPr>
          <w:sz w:val="20"/>
        </w:rPr>
        <w:t>56:48  Is ko wazeh karein. Kyunke musalman daur-e-zawaal mein hain aur daur-e-zawaal mein yahi sab hota hai. Ab in ko daur-e-zawaal se nikalna hai.</w:t>
      </w:r>
      <w:r>
        <w:br/>
      </w:r>
      <w:r>
        <w:rPr>
          <w:sz w:val="20"/>
        </w:rPr>
        <w:t>56:59  jab tak daur-e-zawaal se nikaalne ke liye kuch nahi hoga.</w:t>
      </w:r>
      <w:r>
        <w:br/>
      </w:r>
      <w:r>
        <w:rPr>
          <w:sz w:val="20"/>
        </w:rPr>
        <w:t>57:07  to hum agar hum sirf</w:t>
      </w:r>
      <w:r>
        <w:br/>
      </w:r>
      <w:r>
        <w:rPr>
          <w:sz w:val="20"/>
        </w:rPr>
        <w:t>57:10  un ko naseehat karein to is se work nahi karega. hum pehle un ko idhar samajh laayein, soch laayein. kal parson mere paas kuch log aaye thay, ulama.</w:t>
      </w:r>
      <w:r>
        <w:br/>
      </w:r>
      <w:r>
        <w:rPr>
          <w:sz w:val="20"/>
        </w:rPr>
        <w:t>57:24  to yeh sawal tha ke kahan se kaam shuru kiya jaaye? to woh log, un logon ka nazariya tha ke logon ko namazein padhai jaayein, logon ko roze rakhwaye jaayein.</w:t>
      </w:r>
      <w:r>
        <w:br/>
      </w:r>
      <w:r>
        <w:rPr>
          <w:sz w:val="20"/>
        </w:rPr>
        <w:t>57:35  to maine kaha ke nahi, pehle un ko logon ko aqal paida ki jaaye, samajh paida ki jaaye. samajh se mehroom ho gaye hain musalman. ladte hain aur sochte hain ke lad kar ke ab apne aap ko tabaah kar rahe hain, na lad kar.</w:t>
      </w:r>
      <w:r>
        <w:br/>
      </w:r>
      <w:r>
        <w:rPr>
          <w:sz w:val="20"/>
        </w:rPr>
        <w:t>57:47  jahan musalman lad rahe hain, apne aap ko tabaah kar rahe hain, apne aap ko zaleel kar rahe hain. un ko milta to kuch hai nahi.</w:t>
      </w:r>
      <w:r>
        <w:br/>
      </w:r>
      <w:r>
        <w:rPr>
          <w:sz w:val="20"/>
        </w:rPr>
        <w:t>57:54  to aqal khoi gayi hai. to maine kaha ke beginning jo hai, jo aqal jo hai, jo beginning jo hai, jo aaghaz hai ke musalmanon ke andar soch paida ki jaaye, samajh paida ki jaaye.</w:t>
      </w:r>
      <w:r>
        <w:br/>
      </w:r>
      <w:r>
        <w:rPr>
          <w:sz w:val="20"/>
        </w:rPr>
        <w:t>58:08  aqal un ke andar, aqal se baaton ko samajhne ka mizaj banaya jaaye.</w:t>
      </w:r>
      <w:r>
        <w:br/>
      </w:r>
      <w:r>
        <w:rPr>
          <w:sz w:val="20"/>
        </w:rPr>
        <w:t>58:16  to main samajhta hoon ke humein har kaam mein, yaani ummat ki islaah ke silsile mein jo hum planning karein apni, to humein yeh jaanna chahiye ke jo aaghaz hoga, woh yahan se hoga ke logon ke andar, un ko logon ke way of thinking mein durust kiya jaaye.</w:t>
      </w:r>
      <w:r>
        <w:br/>
      </w:r>
      <w:r>
        <w:rPr>
          <w:sz w:val="20"/>
        </w:rPr>
        <w:t>58:38  way of thinking galat ho gaya hai. woh samajhte hain ke learning se faida hai, yeh nahi jaante ke sulah se faida hai.</w:t>
      </w:r>
      <w:r>
        <w:br/>
      </w:r>
      <w:r>
        <w:rPr>
          <w:sz w:val="20"/>
        </w:rPr>
        <w:t>58:47  to yeh bohat hi ek long term mansooba hai. yeh koi short term mansooba nahi hai.</w:t>
      </w:r>
    </w:p>
    <w:p>
      <w:pPr>
        <w:pStyle w:val="Heading2"/>
      </w:pPr>
      <w:r>
        <w:t>Why focus on your own books?</w:t>
      </w:r>
    </w:p>
    <w:p>
      <w:r>
        <w:rPr>
          <w:color w:val="666666"/>
          <w:sz w:val="18"/>
        </w:rPr>
        <w:t>Society &amp; Dawah · The Method of Planning August 14, 2016 · 3m 25s · at 57:03 · https://youtu.be/84WV8NS2VKQ?t=3423</w:t>
      </w:r>
    </w:p>
    <w:p>
      <w:r>
        <w:rPr>
          <w:i/>
        </w:rPr>
        <w:t>“Maulana sahib, why are you so much bent towards your books? Are there not others whose books can hold a similar way?”</w:t>
      </w:r>
    </w:p>
    <w:p>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r>
        <w:br/>
      </w:r>
      <w:r>
        <w:rPr>
          <w:sz w:val="20"/>
        </w:rPr>
        <w:t>57:27  bhai, bahut aasan jawab hai is ka, aap khud jaan sakte hain.</w:t>
      </w:r>
      <w:r>
        <w:br/>
      </w:r>
      <w:r>
        <w:rPr>
          <w:sz w:val="20"/>
        </w:rPr>
        <w:t>57:32  bahut aasan hai, aap kisi bhi doosre shakhs ko, jis ko aap samajhte hain ke woh bahut aap</w:t>
      </w:r>
      <w:r>
        <w:br/>
      </w:r>
      <w:r>
        <w:rPr>
          <w:sz w:val="20"/>
        </w:rPr>
        <w:t>57:38  ki nazar mein important hai, us ki kitabon ko lije, meri kitabon ko lije, aur dono ko comparative study kijiye.</w:t>
      </w:r>
      <w:r>
        <w:br/>
      </w:r>
      <w:r>
        <w:rPr>
          <w:sz w:val="20"/>
        </w:rPr>
        <w:t>57:44  aap doosri kitabon ka, meri kitabon ka comparative study kijiye, aap khud jaan lein ge, aap ko khud</w:t>
      </w:r>
      <w:r>
        <w:br/>
      </w:r>
      <w:r>
        <w:rPr>
          <w:sz w:val="20"/>
        </w:rPr>
        <w:t>57:49  hi is ka jawab maloom ho jaye ga.</w:t>
      </w:r>
      <w:r>
        <w:br/>
      </w:r>
      <w:r>
        <w:rPr>
          <w:sz w:val="20"/>
        </w:rPr>
        <w:t>57:55  misalan, aap dekhenge ke doosri kitabon se sab mein siyasat, zulm ki baaten hain.</w:t>
      </w:r>
      <w:r>
        <w:br/>
      </w:r>
      <w:r>
        <w:rPr>
          <w:sz w:val="20"/>
        </w:rPr>
        <w:t>58:01  zulm hai, mitana hai hamein, zulm hai, mitana hai is ko.</w:t>
      </w:r>
      <w:r>
        <w:br/>
      </w:r>
      <w:r>
        <w:rPr>
          <w:sz w:val="20"/>
        </w:rPr>
        <w:t>58:06  hamari kitabon mein yeh hai hi nahin, to main kyun kahoon doosri kitaben padhne ke liye? Kyun ke padh</w:t>
      </w:r>
      <w:r>
        <w:br/>
      </w:r>
      <w:r>
        <w:rPr>
          <w:sz w:val="20"/>
        </w:rPr>
        <w:t>58:12  kar kya aadmi negative mind banega? Zulm ko mitana hai, aap dekh lijiye jo doosri jamaaten hain,</w:t>
      </w:r>
      <w:r>
        <w:br/>
      </w:r>
      <w:r>
        <w:rPr>
          <w:sz w:val="20"/>
        </w:rPr>
        <w:t>58:18  jo doosri kitabon ko phailati hain, sab ka mind yahi hai.</w:t>
      </w:r>
      <w:r>
        <w:br/>
      </w:r>
      <w:r>
        <w:rPr>
          <w:sz w:val="20"/>
        </w:rPr>
        <w:t>58:23  Islamophobia hai aur zulm hai aur hum under siege hain, to sari kitaben yahi sab zehan deti hain.</w:t>
      </w:r>
      <w:r>
        <w:br/>
      </w:r>
      <w:r>
        <w:rPr>
          <w:sz w:val="20"/>
        </w:rPr>
        <w:t>58:29  Hamari kitaben jo hain, woh exception hain ke woh is qism ki positive zehan deti hain, mukammal taur</w:t>
      </w:r>
      <w:r>
        <w:br/>
      </w:r>
      <w:r>
        <w:rPr>
          <w:sz w:val="20"/>
        </w:rPr>
        <w:t>58:35  par positive hain.</w:t>
      </w:r>
      <w:r>
        <w:br/>
      </w:r>
      <w:r>
        <w:rPr>
          <w:sz w:val="20"/>
        </w:rPr>
        <w:t>58:40  Aap khud padh kar faisla kijiye ke doosri kitabon ko padh kar negative mind banta hai, hamari kitabon</w:t>
      </w:r>
      <w:r>
        <w:br/>
      </w:r>
      <w:r>
        <w:rPr>
          <w:sz w:val="20"/>
        </w:rPr>
        <w:t>58:46  ko padh kar positive mind banta hai.</w:t>
      </w:r>
      <w:r>
        <w:br/>
      </w:r>
      <w:r>
        <w:rPr>
          <w:sz w:val="20"/>
        </w:rPr>
        <w:t>58:52  Agar aap ko yeh ho ke falan kitaben padh kar bhi positive mind bana hai, to woh to</w:t>
      </w:r>
      <w:r>
        <w:br/>
      </w:r>
      <w:r>
        <w:rPr>
          <w:sz w:val="20"/>
        </w:rPr>
        <w:t>58:57  na batayen mujhe.</w:t>
      </w:r>
      <w:r>
        <w:br/>
      </w:r>
      <w:r>
        <w:rPr>
          <w:sz w:val="20"/>
        </w:rPr>
        <w:t>59:03  Agar aap payen padh kar ke falan writer jo hai, us ki kitaben padh kar ke positive zehan</w:t>
      </w:r>
      <w:r>
        <w:br/>
      </w:r>
      <w:r>
        <w:rPr>
          <w:sz w:val="20"/>
        </w:rPr>
        <w:t>59:09  banta hai, to mujhe woh na batayen is ka.</w:t>
      </w:r>
      <w:r>
        <w:br/>
      </w:r>
      <w:r>
        <w:rPr>
          <w:sz w:val="20"/>
        </w:rPr>
        <w:t>59:15  Abhi to main dekhta hoon ke jitne bhi writer hain, un ki kitabon ko padh kar negative mind banta hai.</w:t>
      </w:r>
      <w:r>
        <w:br/>
      </w:r>
      <w:r>
        <w:rPr>
          <w:sz w:val="20"/>
        </w:rPr>
        <w:t>59:20  Exception se hamari kitabon ka hai.</w:t>
      </w:r>
      <w:r>
        <w:br/>
      </w:r>
      <w:r>
        <w:rPr>
          <w:sz w:val="20"/>
        </w:rPr>
        <w:t>59:26  Ek ek ek ek jamaat zaroor hai jo fazail par chalti hai, to fazail hi mind banta hai.</w:t>
      </w:r>
      <w:r>
        <w:br/>
      </w:r>
      <w:r>
        <w:rPr>
          <w:sz w:val="20"/>
        </w:rPr>
        <w:t>59:32  Woh to koi mind nahin hai, mabni par fazail mind to koi mind hi nahin hai.</w:t>
      </w:r>
      <w:r>
        <w:br/>
      </w:r>
      <w:r>
        <w:rPr>
          <w:sz w:val="20"/>
        </w:rPr>
        <w:t>59:37  Woh to ek purasrar mind hai, purasrar mysterious soch banti hai is se.</w:t>
      </w:r>
      <w:r>
        <w:br/>
      </w:r>
      <w:r>
        <w:rPr>
          <w:sz w:val="20"/>
        </w:rPr>
        <w:t>59:43  Yaani fazail par jo jo mind bane, woh mysterious thinking us ke andar hogi.</w:t>
      </w:r>
      <w:r>
        <w:br/>
      </w:r>
      <w:r>
        <w:rPr>
          <w:sz w:val="20"/>
        </w:rPr>
        <w:t>59:49  Woh to kuch bhi nahin hai.</w:t>
      </w:r>
      <w:r>
        <w:br/>
      </w:r>
      <w:r>
        <w:rPr>
          <w:sz w:val="20"/>
        </w:rPr>
        <w:t>59:54  To jo log likhte hain halaat hazra par, main un ki baat karta hoon.</w:t>
      </w:r>
      <w:r>
        <w:br/>
      </w:r>
      <w:r>
        <w:rPr>
          <w:sz w:val="20"/>
        </w:rPr>
        <w:t>1:00:00  Islam aur halaat hazra, yaani aaj ke daur mein musalman kya karein? Aaj ke daur mein Islam ka</w:t>
      </w:r>
      <w:r>
        <w:br/>
      </w:r>
      <w:r>
        <w:rPr>
          <w:sz w:val="20"/>
        </w:rPr>
        <w:t>1:00:06  paigham kya hai? Jinka topic yeh hai, un ko main kehta hoon.</w:t>
      </w:r>
      <w:r>
        <w:br/>
      </w:r>
      <w:r>
        <w:rPr>
          <w:sz w:val="20"/>
        </w:rPr>
        <w:t>1:00:11  To jitni bhi kitaben maine dekhi hain is mozu par, sab negative zehan banati hain.</w:t>
      </w:r>
      <w:r>
        <w:br/>
      </w:r>
      <w:r>
        <w:rPr>
          <w:sz w:val="20"/>
        </w:rPr>
        <w:t>1:00:17  hamari kitaben akeli kitaben hain jo positive zehen banati hain.</w:t>
      </w:r>
      <w:r>
        <w:br/>
      </w:r>
      <w:r>
        <w:rPr>
          <w:sz w:val="20"/>
        </w:rPr>
        <w:t>1:00:23  aap ka aap comparative study kar ke dekh lijiye khud hi.</w:t>
      </w:r>
    </w:p>
    <w:p>
      <w:pPr>
        <w:pStyle w:val="Heading2"/>
      </w:pPr>
      <w:r>
        <w:t>Why is doubt about Islamic preaching wrong?</w:t>
      </w:r>
    </w:p>
    <w:p>
      <w:r>
        <w:rPr>
          <w:color w:val="666666"/>
          <w:sz w:val="18"/>
        </w:rPr>
        <w:t>Society &amp; Dawah · Dars-e-Quran, Chapter 25, V. 1 (Spreading Quran) September 9, 2018 · 2m 28s · at 1:05:24 · https://youtu.be/zf3V6LP2Qg0?t=3924</w:t>
      </w:r>
    </w:p>
    <w:p>
      <w:r>
        <w:rPr>
          <w:i/>
        </w:rPr>
        <w:t>“When preaching Islam, I often wonder if we might be wrong, just as Christian missionaries are not correct in their preaching. What is this? Why is this question considered wrong?”</w:t>
      </w:r>
    </w:p>
    <w:p>
      <w:r>
        <w:rPr>
          <w:sz w:val="20"/>
        </w:rPr>
        <w:t>1:05:24  maulana, yeh sawal bheja hai javed hayat sahib ne mumbai se. unhon ne likha hai: maulana, islam ki tablegh karte waqt bar bar yeh khayal aata hai ke kahin hum ghalat to nahin, jis tarah christian missionaries apne mazhab ki tablegh mein sahi nahin?</w:t>
      </w:r>
      <w:r>
        <w:br/>
      </w:r>
      <w:r>
        <w:rPr>
          <w:sz w:val="20"/>
        </w:rPr>
        <w:t>1:05:43  yeh kaun si baat hai? yeh kuch sawal hi ghalat kyun hai? bhai, aap paas quran maujood hai, quran ko phailayen to is mein ghalat kya hai? ghalati ki baat kya hai?</w:t>
      </w:r>
      <w:r>
        <w:br/>
      </w:r>
      <w:r>
        <w:rPr>
          <w:sz w:val="20"/>
        </w:rPr>
        <w:t>1:05:54  yeh to, yeh to sawali be matlab hai. jab quran aap ko mehfooz maujood hai to is ka tarjuma tayyar kijiye aur logon tak pohanchaiye.</w:t>
      </w:r>
      <w:r>
        <w:br/>
      </w:r>
      <w:r>
        <w:rPr>
          <w:sz w:val="20"/>
        </w:rPr>
        <w:t>1:06:04  is mein ghalati kya hai? yeh ghalati ki koi baat hi nahin hai.</w:t>
      </w:r>
      <w:r>
        <w:br/>
      </w:r>
      <w:r>
        <w:rPr>
          <w:sz w:val="20"/>
        </w:rPr>
        <w:t>1:06:12  hazrat umar ke alfaaz mein agar koi ghalat bataye to musalma kazzab ki boli bol raha hai. woh</w:t>
      </w:r>
      <w:r>
        <w:br/>
      </w:r>
      <w:r>
        <w:rPr>
          <w:sz w:val="20"/>
        </w:rPr>
        <w:t>1:06:22  shahid hussain sahib ne srinagar se likha hai: we can't love the creator without being impatient for spreading his word</w:t>
      </w:r>
      <w:r>
        <w:br/>
      </w:r>
      <w:r>
        <w:rPr>
          <w:sz w:val="20"/>
        </w:rPr>
        <w:t>1:06:32  Maulana sahib has helped us in removing the self imposed restrictions, which had continued, which had continuously destroyed the opportunities.</w:t>
      </w:r>
      <w:r>
        <w:br/>
      </w:r>
      <w:r>
        <w:rPr>
          <w:sz w:val="20"/>
        </w:rPr>
        <w:t>1:06:43  For the first time, we have become conscious of a great obligation. Thank you, Maulana sahib. Mashallah.</w:t>
      </w:r>
      <w:r>
        <w:br/>
      </w:r>
      <w:r>
        <w:rPr>
          <w:sz w:val="20"/>
        </w:rPr>
        <w:t>1:06:53  Okay, we will end the session now. Thank you.</w:t>
      </w:r>
    </w:p>
    <w:p>
      <w:pPr>
        <w:pStyle w:val="Heading2"/>
      </w:pPr>
      <w:r>
        <w:t>Why is separating religion and politics incomplete?</w:t>
      </w:r>
    </w:p>
    <w:p>
      <w:r>
        <w:rPr>
          <w:color w:val="666666"/>
          <w:sz w:val="18"/>
        </w:rPr>
        <w:t>Society &amp; Dawah · The Companions and the Hadith Scholars June 24, 2012 · 3m 50s · at 1:02:31 · https://youtu.be/Dj4QiYnxgBs?t=3751</w:t>
      </w:r>
    </w:p>
    <w:p>
      <w:r>
        <w:rPr>
          <w:i/>
        </w:rPr>
        <w:t>“Separating religion and politics is considered an incomplete understanding of religion. Why is that?”</w:t>
      </w:r>
    </w:p>
    <w:p>
      <w:r>
        <w:rPr>
          <w:sz w:val="20"/>
        </w:rPr>
        <w:t>1:02:31  maulana, agla sawal tamil nadu se hai, maulana iqbal umri sahib ka. unhon ne likha hai: "mazhab aur siyasat mein farq karne ko deen ka naqis tasawwur samjha jata hai, aisa kyun?" yeh to bilkul mein samajhta hoon ke yani batal tasawwur hai jis ka Islam mein koi bhi reference maujood nahi.</w:t>
      </w:r>
      <w:r>
        <w:br/>
      </w:r>
      <w:r>
        <w:rPr>
          <w:sz w:val="20"/>
        </w:rPr>
        <w:t>1:03:00  bila shubah deen alag hai aur siyasat alag hai, is mein koi shuk nahi.</w:t>
      </w:r>
      <w:r>
        <w:br/>
      </w:r>
      <w:r>
        <w:rPr>
          <w:sz w:val="20"/>
        </w:rPr>
        <w:t>1:03:09  dekhein, Islam ke mutabiq</w:t>
      </w:r>
      <w:r>
        <w:br/>
      </w:r>
      <w:r>
        <w:rPr>
          <w:sz w:val="20"/>
        </w:rPr>
        <w:t>1:03:15  deen ki taleemat jo hain, woh hoti hain according to the situation. ittaqullah wa ma astata'tum</w:t>
      </w:r>
      <w:r>
        <w:br/>
      </w:r>
      <w:r>
        <w:rPr>
          <w:sz w:val="20"/>
        </w:rPr>
        <w:t>1:03:25  to jahan tak apni zaat ka ta'alluq hai, har waqt hamare bas mein hai ke apni zaat ke aitbar se hum deen ko ikhtiyar karein.</w:t>
      </w:r>
      <w:r>
        <w:br/>
      </w:r>
      <w:r>
        <w:rPr>
          <w:sz w:val="20"/>
        </w:rPr>
        <w:t>1:03:35  yani is mein hamein koi excuse nahi ho sakta zaat ke aitbar se. lekin jab aata hai muamla society ka, mujtamay ka, to wahan doosre logon ki rai ke mutabiq karna pare ga.</w:t>
      </w:r>
      <w:r>
        <w:br/>
      </w:r>
      <w:r>
        <w:rPr>
          <w:sz w:val="20"/>
        </w:rPr>
        <w:t>1:03:51  yeh nahi hai ke aap impose kar dein un ke upar.</w:t>
      </w:r>
      <w:r>
        <w:br/>
      </w:r>
      <w:r>
        <w:rPr>
          <w:sz w:val="20"/>
        </w:rPr>
        <w:t>1:03:54  inaam ki baat hai, impose karein ge to impose nahi hoga. to hukoomat ka ki nawiyat hi alag hai, hukoomat bilkul nawiyat alag hai.</w:t>
      </w:r>
      <w:r>
        <w:br/>
      </w:r>
      <w:r>
        <w:rPr>
          <w:sz w:val="20"/>
        </w:rPr>
        <w:t>1:04:06  hukoomat ka muamla yeh hai ke jaise halaat, waisi hukoomat. hadith mein aata hai ke kama takoonoon kazalik yool alaikum jaise tum ho gaye, waise hukmaran ho gaye.</w:t>
      </w:r>
      <w:r>
        <w:br/>
      </w:r>
      <w:r>
        <w:rPr>
          <w:sz w:val="20"/>
        </w:rPr>
        <w:t>1:04:17  yani hukoomat ubharti hai mujtamay se, yani social condition se. lekin</w:t>
      </w:r>
      <w:r>
        <w:br/>
      </w:r>
      <w:r>
        <w:rPr>
          <w:sz w:val="20"/>
        </w:rPr>
        <w:t>1:04:23  infradi jo deen hai, woh to har waqt aage aate rehte hain. to jo log dono taqaze ek kar ke kehte hain ke Islam mukammal nizam hai, woh bila shubah batal boli bolte hain.</w:t>
      </w:r>
      <w:r>
        <w:br/>
      </w:r>
      <w:r>
        <w:rPr>
          <w:sz w:val="20"/>
        </w:rPr>
        <w:t>1:04:33  aur islam mein tashaddud jo aa gaya hai, isi liye aa gaya hai. tashaddud jo aa gaya hai islam mein, barah-e-rast zimmedar hain woh log kis ke jinho ne yeh naarah diya ke islam mukammal nizaam hai.</w:t>
      </w:r>
      <w:r>
        <w:br/>
      </w:r>
      <w:r>
        <w:rPr>
          <w:sz w:val="20"/>
        </w:rPr>
        <w:t>1:04:46  is ko mein bilashubah batil samajhta hoon. to meri bohat si kitabein hain, aap parh lijiye:</w:t>
      </w:r>
      <w:r>
        <w:br/>
      </w:r>
      <w:r>
        <w:rPr>
          <w:sz w:val="20"/>
        </w:rPr>
        <w:t>1:04:51  taabeer-e-ghalti, deen aur shariyat, al-islam waghera. Maulana, un ka ek aur sawal hai.</w:t>
      </w:r>
      <w:r>
        <w:br/>
      </w:r>
      <w:r>
        <w:rPr>
          <w:sz w:val="20"/>
        </w:rPr>
        <w:t>1:05:00  unho ne likha hai ke "You have written that in Islam politics is a matter of convenience and not a matter of belief.</w:t>
      </w:r>
      <w:r>
        <w:br/>
      </w:r>
      <w:r>
        <w:rPr>
          <w:sz w:val="20"/>
        </w:rPr>
        <w:t>1:05:10  Kindly clarify this." wahi baat jo mein ne kaha,</w:t>
      </w:r>
      <w:r>
        <w:br/>
      </w:r>
      <w:r>
        <w:rPr>
          <w:sz w:val="20"/>
        </w:rPr>
        <w:t>1:05:19  convenience ka matlab yeh hai jaise halaat is ke mutabiq hon. aur ek cheez woh hai deen mein jis ka ta'alluq halaat se nahi, mere apne irade se hai.</w:t>
      </w:r>
      <w:r>
        <w:br/>
      </w:r>
      <w:r>
        <w:rPr>
          <w:sz w:val="20"/>
        </w:rPr>
        <w:t>1:05:33  jaise hi mein irada karoon, fi- الفور mein is ko ikhtiyar kar sakta hoon. Allah ko ek manna, akhirat ko yaqeen karna, jannat jahannum ko manna, Allah ke creation plan ko manna,</w:t>
      </w:r>
      <w:r>
        <w:br/>
      </w:r>
      <w:r>
        <w:rPr>
          <w:sz w:val="20"/>
        </w:rPr>
        <w:t>1:05:48  jis waqt mujh par khule, usi waqt is ko mein yaqeen kar sakta hoon ke yeh barhaq hai. lekin jab, yaani jo system hai, jo social taqaze hain, wahan par aap koi cheez nafiz karna chahein to jab nafiz ho paye gi?</w:t>
      </w:r>
      <w:r>
        <w:br/>
      </w:r>
      <w:r>
        <w:rPr>
          <w:sz w:val="20"/>
        </w:rPr>
        <w:t>1:06:06  jab ke log manen is ko, warna warna kuch bhi nahi hoga.</w:t>
      </w:r>
      <w:r>
        <w:br/>
      </w:r>
      <w:r>
        <w:rPr>
          <w:sz w:val="20"/>
        </w:rPr>
        <w:t>1:06:11  to yaani woh halaat par depend karta hai, jab ke aqeedah ka ta'alluq khulas se nahi, woh aap mere apne irade se hai.</w:t>
      </w:r>
    </w:p>
    <w:p>
      <w:pPr>
        <w:pStyle w:val="Heading2"/>
      </w:pPr>
      <w:r>
        <w:t>Why negative leadership is popular</w:t>
      </w:r>
    </w:p>
    <w:p>
      <w:r>
        <w:rPr>
          <w:color w:val="666666"/>
          <w:sz w:val="18"/>
        </w:rPr>
        <w:t>Society &amp; Dawah · Opportunities of the Modern Age | March 05, 2017 · 3m 37s · at 46:42 · https://youtu.be/Cv8QEwvQ_fY?t=2802</w:t>
      </w:r>
    </w:p>
    <w:p>
      <w:r>
        <w:rPr>
          <w:i/>
        </w:rPr>
        <w:t>“Maulana, why does negative leadership become popular and why are those who give positive guidelines not popular? What is the reason for this?”</w:t>
      </w:r>
    </w:p>
    <w:p>
      <w:r>
        <w:rPr>
          <w:sz w:val="20"/>
        </w:rPr>
        <w:t>46:42  sawal aa jo aaya hai aa woh Chennai se Maulana Iqbal Umri ne likha hai.</w:t>
      </w:r>
      <w:r>
        <w:br/>
      </w:r>
      <w:r>
        <w:rPr>
          <w:sz w:val="20"/>
        </w:rPr>
        <w:t>46:49  unhon ne likha hai ke: "Maulana negative leadership kyun popular ho jati hai aur positive guidelines dene</w:t>
      </w:r>
      <w:r>
        <w:br/>
      </w:r>
      <w:r>
        <w:rPr>
          <w:sz w:val="20"/>
        </w:rPr>
        <w:t>46:57  walay kyun maqbool nahi hotay? is ki kya wajah hai?" bhai main samajhta hoon yahan tak ke deep</w:t>
      </w:r>
      <w:r>
        <w:br/>
      </w:r>
      <w:r>
        <w:rPr>
          <w:sz w:val="20"/>
        </w:rPr>
        <w:t>47:04  Thinking لوگوں کو ادھر ہے نہیں super super super super super super super super thinking ہے۔</w:t>
      </w:r>
      <w:r>
        <w:br/>
      </w:r>
      <w:r>
        <w:rPr>
          <w:sz w:val="20"/>
        </w:rPr>
        <w:t>47:12  jahan tak main samajhta hoon yahi wajah hai.</w:t>
      </w:r>
      <w:r>
        <w:br/>
      </w:r>
      <w:r>
        <w:rPr>
          <w:sz w:val="20"/>
        </w:rPr>
        <w:t>47:18  is in ke in ke andar deep thinking paida kijiye.</w:t>
      </w:r>
      <w:r>
        <w:br/>
      </w:r>
      <w:r>
        <w:rPr>
          <w:sz w:val="20"/>
        </w:rPr>
        <w:t>47:24  mera tajruba yeh hai ke bohat se log aisay mujhe milay jo is qism ki soch mein mubtala</w:t>
      </w:r>
      <w:r>
        <w:br/>
      </w:r>
      <w:r>
        <w:rPr>
          <w:sz w:val="20"/>
        </w:rPr>
        <w:t>47:31  the lekin un ke andar gehrai ke saath jab baatein batai hain maine to badal gaye woh.</w:t>
      </w:r>
      <w:r>
        <w:br/>
      </w:r>
      <w:r>
        <w:rPr>
          <w:sz w:val="20"/>
        </w:rPr>
        <w:t>47:37  to halaat ko yani beshtar log yeh karte hain ke woh</w:t>
      </w:r>
      <w:r>
        <w:br/>
      </w:r>
      <w:r>
        <w:rPr>
          <w:sz w:val="20"/>
        </w:rPr>
        <w:t>47:43  face value par lete hain cheezon ko. Face value par deep mein ja kar samajhte nahi baaton ko. To hamara mission jo hai yeh hai ke logon ko is qabil banana ke woh face value par cheezon ko na lein balkeh deep mein ja kar samjhein baaton ko. Misaal ke taur par dekhiye aksar log kehte hain ke zulm ho raha hai Falasteen mein zulm ho raha hai Kashmir mein. Woh zulm</w:t>
      </w:r>
      <w:r>
        <w:br/>
      </w:r>
      <w:r>
        <w:rPr>
          <w:sz w:val="20"/>
        </w:rPr>
        <w:t>48:13  zulm nahi hai woh retaliation hai.</w:t>
      </w:r>
      <w:r>
        <w:br/>
      </w:r>
      <w:r>
        <w:rPr>
          <w:sz w:val="20"/>
        </w:rPr>
        <w:t>48:17  मतलब जुल्म कहना यह super super super super super super super super super super super super super</w:t>
      </w:r>
      <w:r>
        <w:br/>
      </w:r>
      <w:r>
        <w:rPr>
          <w:sz w:val="20"/>
        </w:rPr>
        <w:t>48:22  super super super super super super super.</w:t>
      </w:r>
      <w:r>
        <w:br/>
      </w:r>
      <w:r>
        <w:rPr>
          <w:sz w:val="20"/>
        </w:rPr>
        <w:t>48:26  retaliation karna wisdom hai.</w:t>
      </w:r>
      <w:r>
        <w:br/>
      </w:r>
      <w:r>
        <w:rPr>
          <w:sz w:val="20"/>
        </w:rPr>
        <w:t>48:31  yani Falasteen mein Kashmir mein hota kya hai woh woh martay hain pathar to woh martay hain bomb gun.</w:t>
      </w:r>
      <w:r>
        <w:br/>
      </w:r>
      <w:r>
        <w:rPr>
          <w:sz w:val="20"/>
        </w:rPr>
        <w:t>48:35  that is retaliation woh zulm nahi hai.</w:t>
      </w:r>
      <w:r>
        <w:br/>
      </w:r>
      <w:r>
        <w:rPr>
          <w:sz w:val="20"/>
        </w:rPr>
        <w:t>48:39  to main poore yaqeen ke saath keh sakta hoon ke Falasteen ya Kashmir mein</w:t>
      </w:r>
      <w:r>
        <w:br/>
      </w:r>
      <w:r>
        <w:rPr>
          <w:sz w:val="20"/>
        </w:rPr>
        <w:t>48:44  jo kehte hain agar zulm ho raha hai woh halki rehti hai zulm nahi hai.</w:t>
      </w:r>
      <w:r>
        <w:br/>
      </w:r>
      <w:r>
        <w:rPr>
          <w:sz w:val="20"/>
        </w:rPr>
        <w:t>48:50  that is retaliation retaliation to hoga jab aap pathar maren ge to idhar se</w:t>
      </w:r>
      <w:r>
        <w:br/>
      </w:r>
      <w:r>
        <w:rPr>
          <w:sz w:val="20"/>
        </w:rPr>
        <w:t>48:56  bhi pathar aye ga bomb aye ga aap gun chalayen ge to idhar se bhi gun aye gi</w:t>
      </w:r>
      <w:r>
        <w:br/>
      </w:r>
      <w:r>
        <w:rPr>
          <w:sz w:val="20"/>
        </w:rPr>
        <w:t>49:02  goli aye gi yeh to hoga yeh koi rok nahi sakta re teliation ko koi rok nahi</w:t>
      </w:r>
      <w:r>
        <w:br/>
      </w:r>
      <w:r>
        <w:rPr>
          <w:sz w:val="20"/>
        </w:rPr>
        <w:t>49:08  sakta isi liye aik sahabi ne bohat sahih kaha tha ke: "</w:t>
      </w:r>
      <w:r>
        <w:br/>
      </w:r>
      <w:r>
        <w:rPr>
          <w:sz w:val="20"/>
        </w:rPr>
        <w:t>49:14  man la yarza bil qaleel mimma yati fis safar yarza bil kaseer" ke aap pathar maren ge to woh bom</w:t>
      </w:r>
      <w:r>
        <w:br/>
      </w:r>
      <w:r>
        <w:rPr>
          <w:sz w:val="20"/>
        </w:rPr>
        <w:t>49:18  مارے گا تو یہ super super super super super super super super super.</w:t>
      </w:r>
      <w:r>
        <w:br/>
      </w:r>
      <w:r>
        <w:rPr>
          <w:sz w:val="20"/>
        </w:rPr>
        <w:t>49:22  تو یہ super super super super super super super super super super.</w:t>
      </w:r>
      <w:r>
        <w:br/>
      </w:r>
      <w:r>
        <w:rPr>
          <w:sz w:val="20"/>
        </w:rPr>
        <w:t>49:25  تو یہ super super super super super super super super super.</w:t>
      </w:r>
      <w:r>
        <w:br/>
      </w:r>
      <w:r>
        <w:rPr>
          <w:sz w:val="20"/>
        </w:rPr>
        <w:t>49:29  is wajah se log samajhte hain ke zulm ho raha hai zulm nahi ho raha woh re telie</w:t>
      </w:r>
      <w:r>
        <w:br/>
      </w:r>
      <w:r>
        <w:rPr>
          <w:sz w:val="20"/>
        </w:rPr>
        <w:t>49:33  et kar rahe hain.</w:t>
      </w:r>
      <w:r>
        <w:br/>
      </w:r>
      <w:r>
        <w:rPr>
          <w:sz w:val="20"/>
        </w:rPr>
        <w:t>49:37  quran mein aik surah hai is ka naam hai al shura al shura is ki ayat 41 aap parhiye sari</w:t>
      </w:r>
      <w:r>
        <w:br/>
      </w:r>
      <w:r>
        <w:rPr>
          <w:sz w:val="20"/>
        </w:rPr>
        <w:t>49:40  tafsilan parh daliye</w:t>
      </w:r>
      <w:r>
        <w:br/>
      </w:r>
      <w:r>
        <w:rPr>
          <w:sz w:val="20"/>
        </w:rPr>
        <w:t>49:44  al shura 41 is mein quran ne re teliation ko bura nahi kaha to har jagah aap aap</w:t>
      </w:r>
      <w:r>
        <w:br/>
      </w:r>
      <w:r>
        <w:rPr>
          <w:sz w:val="20"/>
        </w:rPr>
        <w:t>49:51  aap pathar marte hain idhar se bom aata hai to kehte hain zulm ho raha hai zulm ho</w:t>
      </w:r>
      <w:r>
        <w:br/>
      </w:r>
      <w:r>
        <w:rPr>
          <w:sz w:val="20"/>
        </w:rPr>
        <w:t>49:58  raha hai yeh zulm nahi hai woh re teliation hai aap apne pathar ko band kijiye tab</w:t>
      </w:r>
      <w:r>
        <w:br/>
      </w:r>
      <w:r>
        <w:rPr>
          <w:sz w:val="20"/>
        </w:rPr>
        <w:t>50:05  woh ho jaye ga sahih ho jaye ga to yeh sab kis liye ke log cheezon ko dekhte</w:t>
      </w:r>
      <w:r>
        <w:br/>
      </w:r>
      <w:r>
        <w:rPr>
          <w:sz w:val="20"/>
        </w:rPr>
        <w:t>50:12  hain face value par gehrai mein ja kar ghor nahi karte</w:t>
      </w:r>
    </w:p>
    <w:p>
      <w:pPr>
        <w:pStyle w:val="Heading2"/>
      </w:pPr>
      <w:r>
        <w:t>Why not sentence one who disrespects the Prophet</w:t>
      </w:r>
    </w:p>
    <w:p>
      <w:r>
        <w:rPr>
          <w:color w:val="666666"/>
          <w:sz w:val="18"/>
        </w:rPr>
        <w:t>Society &amp; Dawah · The Importance of the Quran May 15, 2016 Maulana Wahiduddin Khan · 2m 00s · at 1:15:56 · https://youtu.be/9a-OOUR_bLg?t=4556</w:t>
      </w:r>
    </w:p>
    <w:p>
      <w:r>
        <w:rPr>
          <w:i/>
        </w:rPr>
        <w:t>“Sir, you said that political stability is necessary for ulema to do their work, and every literature is there in every Muslim country as proof of Islam and the Prophet's Sunnah. Then if a person disrespects the Prophet without knowing him, why not sentence him? What is your opinion in this?”</w:t>
      </w:r>
    </w:p>
    <w:p>
      <w:r>
        <w:rPr>
          <w:sz w:val="20"/>
        </w:rPr>
        <w:t>1:15:56  maulana, agla sawal pakistan se kya hai fawad al hassan sahab ne aur unhon ne likha hai ke ah sir you said that political stability is necessary for ulama to do their work</w:t>
      </w:r>
      <w:r>
        <w:br/>
      </w:r>
      <w:r>
        <w:rPr>
          <w:sz w:val="20"/>
        </w:rPr>
        <w:t>1:16:11  when every literature is there in every muslim country in prophet of islam and his sunnah. then of a person dis respects prophet without knowing him, then why not sentence him?</w:t>
      </w:r>
      <w:r>
        <w:br/>
      </w:r>
      <w:r>
        <w:rPr>
          <w:sz w:val="20"/>
        </w:rPr>
        <w:t>1:16:27  what what is your opinion in this?</w:t>
      </w:r>
      <w:r>
        <w:br/>
      </w:r>
      <w:r>
        <w:rPr>
          <w:sz w:val="20"/>
        </w:rPr>
        <w:t>1:16:31  sentence kis liye? yani rasool ko koi maane na maane, uski ban par usko qatl nahin kiya jayega. kya kya keh rahe hain aap?</w:t>
      </w:r>
      <w:r>
        <w:br/>
      </w:r>
      <w:r>
        <w:rPr>
          <w:sz w:val="20"/>
        </w:rPr>
        <w:t>1:16:40  sahi hain ji, rasool ko manne na maane, yani woh qatl kar denge aap. woh alag cheez hai. dekhen, qatl social crime par hota hai, thought crime par nahin.</w:t>
      </w:r>
      <w:r>
        <w:br/>
      </w:r>
      <w:r>
        <w:rPr>
          <w:sz w:val="20"/>
        </w:rPr>
        <w:t>1:16:53  yeh bahut important baat hai ke rasool ko maane ya na maane, khuda ko maane ya na maane, quran ko na maane ya na maane, that is thought crime.</w:t>
      </w:r>
      <w:r>
        <w:br/>
      </w:r>
      <w:r>
        <w:rPr>
          <w:sz w:val="20"/>
        </w:rPr>
        <w:t>1:17:04  thought crime, thought crime par koi bhi saza islam mein nahin hai. koi bhi saza.</w:t>
      </w:r>
      <w:r>
        <w:br/>
      </w:r>
      <w:r>
        <w:rPr>
          <w:sz w:val="20"/>
        </w:rPr>
        <w:t>1:17:15  aap kahen ke quran revealed book nahin hai, that is thought crime. aap kahen rasool allah khatamun nabiyyin nahin the, yeh thought crime.</w:t>
      </w:r>
      <w:r>
        <w:br/>
      </w:r>
      <w:r>
        <w:rPr>
          <w:sz w:val="20"/>
        </w:rPr>
        <w:t>1:17:26  aap kahen ke khuda ek nahin, yeh do hai, that is thought crime. to thought crime par koi saza islam mein nahin hai, har giz nahin hai.</w:t>
      </w:r>
      <w:r>
        <w:br/>
      </w:r>
      <w:r>
        <w:rPr>
          <w:sz w:val="20"/>
        </w:rPr>
        <w:t>1:17:40  crime yani punishable crime islam mein wahi hain jo social crime jo kaha jata hai. sirf social crime par punishment hai, thought crime par nahin.</w:t>
      </w:r>
    </w:p>
    <w:p>
      <w:pPr>
        <w:pStyle w:val="Heading2"/>
      </w:pPr>
      <w:r>
        <w:t>Why only CPS team does dawah among non-Muslims?</w:t>
      </w:r>
    </w:p>
    <w:p>
      <w:r>
        <w:rPr>
          <w:color w:val="666666"/>
          <w:sz w:val="18"/>
        </w:rPr>
        <w:t>Society &amp; Dawah · Building A Creative Personality | 20 Nov 2011 · 3m 10s · at 1:09:32 · https://youtu.be/jdfhpwfEvKg?t=4172</w:t>
      </w:r>
    </w:p>
    <w:p>
      <w:r>
        <w:rPr>
          <w:i/>
        </w:rPr>
        <w:t>“Nowadays, in the whole world, the work of dawah and tabligh among non-Muslims is not seen anywhere except the CPS team. What is the reason for this?”</w:t>
      </w:r>
    </w:p>
    <w:p>
      <w:r>
        <w:rPr>
          <w:sz w:val="20"/>
        </w:rPr>
        <w:t>1:09:32  maulana, agla sawal aaya hai miss saira ka karachi pakistan se.</w:t>
      </w:r>
      <w:r>
        <w:br/>
      </w:r>
      <w:r>
        <w:rPr>
          <w:sz w:val="20"/>
        </w:rPr>
        <w:t>1:09:37  unhon ne likha hai: "aaj kal poori dunya mein ghair muslimon mein da</w:t>
      </w:r>
      <w:r>
        <w:br/>
      </w:r>
      <w:r>
        <w:rPr>
          <w:sz w:val="20"/>
        </w:rPr>
        <w:t>1:09:42  wat o tablighi ka kaam CPS team ke ilawa kahin bhi nazar nahi aata. is ki kya wajah hai?" baat yeh hai ke musalmano par is daur mein, yeh jo daur aaya hai, is mein musalmano par mukhtalif asbab</w:t>
      </w:r>
      <w:r>
        <w:br/>
      </w:r>
      <w:r>
        <w:rPr>
          <w:sz w:val="20"/>
        </w:rPr>
        <w:t>1:10:12  se yeh chha gaya ke hum hum hamare khilaaf saazish ki ja rahi hai.</w:t>
      </w:r>
      <w:r>
        <w:br/>
      </w:r>
      <w:r>
        <w:rPr>
          <w:sz w:val="20"/>
        </w:rPr>
        <w:t>1:10:18  sab log dushman hain, hamare sab islam ke khilaaf sargarmian kar rahe hain log.</w:t>
      </w:r>
      <w:r>
        <w:br/>
      </w:r>
      <w:r>
        <w:rPr>
          <w:sz w:val="20"/>
        </w:rPr>
        <w:t>1:10:25  to musalmanon ke andar mizaj aa gaya takrao ka, ladaai bhadaai ka.</w:t>
      </w:r>
      <w:r>
        <w:br/>
      </w:r>
      <w:r>
        <w:rPr>
          <w:sz w:val="20"/>
        </w:rPr>
        <w:t>1:10:31  wohi kar rahe hain is musalman ya to nafrat karte hain ya tashaddud karte hain ya baqaida takrao karte hain.</w:t>
      </w:r>
      <w:r>
        <w:br/>
      </w:r>
      <w:r>
        <w:rPr>
          <w:sz w:val="20"/>
        </w:rPr>
        <w:t>1:10:37  to yeh jo mizaj aaya hai, yeh sau do sau saal ke andar aaya hai. jabke magh</w:t>
      </w:r>
      <w:r>
        <w:br/>
      </w:r>
      <w:r>
        <w:rPr>
          <w:sz w:val="20"/>
        </w:rPr>
        <w:t>1:10:43  rabi qoumein ubhren aur europe se aur har jagah in ko dabdaba mila, to musalmanon mein reaction</w:t>
      </w:r>
      <w:r>
        <w:br/>
      </w:r>
      <w:r>
        <w:rPr>
          <w:sz w:val="20"/>
        </w:rPr>
        <w:t>1:10:48  ke taur par yeh mizaj paida hua.</w:t>
      </w:r>
      <w:r>
        <w:br/>
      </w:r>
      <w:r>
        <w:rPr>
          <w:sz w:val="20"/>
        </w:rPr>
        <w:t>1:10:53  is waqt saare musalman reaction ki nafsiyat mein jeete hain.</w:t>
      </w:r>
      <w:r>
        <w:br/>
      </w:r>
      <w:r>
        <w:rPr>
          <w:sz w:val="20"/>
        </w:rPr>
        <w:t>1:10:58  to aap ki koshish honi chahiye ke logon ko reaction se nikalen.</w:t>
      </w:r>
      <w:r>
        <w:br/>
      </w:r>
      <w:r>
        <w:rPr>
          <w:sz w:val="20"/>
        </w:rPr>
        <w:t>1:11:03  isi liye mein zor deta hoon bohat zyada positive thinking par.</w:t>
      </w:r>
      <w:r>
        <w:br/>
      </w:r>
      <w:r>
        <w:rPr>
          <w:sz w:val="20"/>
        </w:rPr>
        <w:t>1:11:08  jab tak aap musalmanon ko reaction ki nafsiyat se azaad nahi karenge, woh is baat ko samajh nahi</w:t>
      </w:r>
      <w:r>
        <w:br/>
      </w:r>
      <w:r>
        <w:rPr>
          <w:sz w:val="20"/>
        </w:rPr>
        <w:t>1:11:13  paayenge.</w:t>
      </w:r>
      <w:r>
        <w:br/>
      </w:r>
      <w:r>
        <w:rPr>
          <w:sz w:val="20"/>
        </w:rPr>
        <w:t>1:11:17  kyun ke reaction ki nafsiyat ka kya nateeja hua hai ke doosri qoumein aap ko lagti hain dushman, saazishi.</w:t>
      </w:r>
      <w:r>
        <w:br/>
      </w:r>
      <w:r>
        <w:rPr>
          <w:sz w:val="20"/>
        </w:rPr>
        <w:t>1:11:21  to un ko dawat kya den ge aap? dawat ke liye zaroori hai ke aap doosron qomon ko</w:t>
      </w:r>
      <w:r>
        <w:br/>
      </w:r>
      <w:r>
        <w:rPr>
          <w:sz w:val="20"/>
        </w:rPr>
        <w:t>1:11:26  ke khair khwah hon, nasir hon.</w:t>
      </w:r>
      <w:r>
        <w:br/>
      </w:r>
      <w:r>
        <w:rPr>
          <w:sz w:val="20"/>
        </w:rPr>
        <w:t>1:11:30  to khair khwahi to hai nahi.</w:t>
      </w:r>
      <w:r>
        <w:br/>
      </w:r>
      <w:r>
        <w:rPr>
          <w:sz w:val="20"/>
        </w:rPr>
        <w:t>1:11:34  jab khair khwahi nahi hai to wohi hai jo is waqt ho raha hoga.</w:t>
      </w:r>
      <w:r>
        <w:br/>
      </w:r>
      <w:r>
        <w:rPr>
          <w:sz w:val="20"/>
        </w:rPr>
        <w:t>1:11:39  to pehla kaam jo hai yeh hai ke doosri qomon ko hum batayen, musalmanon ko ke woh madu hain,</w:t>
      </w:r>
      <w:r>
        <w:br/>
      </w:r>
      <w:r>
        <w:rPr>
          <w:sz w:val="20"/>
        </w:rPr>
        <w:t>1:11:43  woh aap ke dushman nahi hain. har haal mein woh mad'u hain, ba-farz woh aap ke khilaf koi dushmani wali baat kar rahe hon, tab bhi woh aap ke mad'u hain, tab bhi aap ko dawat dena hai. to chunke saara literature jo aap dekhiye, jitna literature zaban mein tayyar hua hai, chahe woh Urdu mein ho, Persian mein ho, Arabic mein ho, English mein ho, woh sab negative nafsiyat ke sath tayyar hua hai.</w:t>
      </w:r>
      <w:r>
        <w:br/>
      </w:r>
      <w:r>
        <w:rPr>
          <w:sz w:val="20"/>
        </w:rPr>
        <w:t>1:12:13  sab ko dikhaya gaya hai ke sab dushman hain, saazishi hain, hamare khilaaf sargami kar rahe hain.</w:t>
      </w:r>
      <w:r>
        <w:br/>
      </w:r>
      <w:r>
        <w:rPr>
          <w:sz w:val="20"/>
        </w:rPr>
        <w:t>1:12:19  to is literature se zehn bana musalmanon ka aur aur media yeh karta hai.</w:t>
      </w:r>
      <w:r>
        <w:br/>
      </w:r>
      <w:r>
        <w:rPr>
          <w:sz w:val="20"/>
        </w:rPr>
        <w:t>1:12:25  to yeh aik bohat hi gehra muamla hai aur jab tak aap musalmanon ke zehan na badlen, aap</w:t>
      </w:r>
      <w:r>
        <w:br/>
      </w:r>
      <w:r>
        <w:rPr>
          <w:sz w:val="20"/>
        </w:rPr>
        <w:t>1:12:31  dawati kaam nahi ho sakta.</w:t>
      </w:r>
      <w:r>
        <w:br/>
      </w:r>
      <w:r>
        <w:rPr>
          <w:sz w:val="20"/>
        </w:rPr>
        <w:t>1:12:37  to pehla kaam hai musalmanon ki soch ko badalna, phir is ke baad dawati kaam hoga.</w:t>
      </w:r>
    </w:p>
    <w:p>
      <w:pPr>
        <w:pStyle w:val="Heading2"/>
      </w:pPr>
      <w:r>
        <w:t>Why scholars don't practice martyrdom fatwas</w:t>
      </w:r>
    </w:p>
    <w:p>
      <w:r>
        <w:rPr>
          <w:color w:val="666666"/>
          <w:sz w:val="18"/>
        </w:rPr>
        <w:t>Society &amp; Dawah · The Issues of Islam in the Present World November 11, 2012 · 2m 14s · at 1:10:57 · https://youtu.be/COoaUbCCi1c?t=4257</w:t>
      </w:r>
    </w:p>
    <w:p>
      <w:r>
        <w:rPr>
          <w:i/>
        </w:rPr>
        <w:t>“Why don't Muslims think that when scholars give a fatwa to do shahadat (martyrdom), then the scholars should themselves do shahadat first to set an example, rather than instigating people to go for it? What is the reason for Muslims becoming close-minded?”</w:t>
      </w:r>
    </w:p>
    <w:p>
      <w:r>
        <w:rPr>
          <w:sz w:val="20"/>
        </w:rPr>
        <w:t>1:10:57  Maulana, agla sawal Dilli se hai Miss Tuti ne kiya hai,</w:t>
      </w:r>
      <w:r>
        <w:br/>
      </w:r>
      <w:r>
        <w:rPr>
          <w:sz w:val="20"/>
        </w:rPr>
        <w:t>1:11:01  unhon ne likha hai: "Why don't Muslims think that when Ulama has given fatwa to do shahadat, then the Ulama should himself do shahadat first to set an example, rather than instigating people to go for it?</w:t>
      </w:r>
      <w:r>
        <w:br/>
      </w:r>
      <w:r>
        <w:rPr>
          <w:sz w:val="20"/>
        </w:rPr>
        <w:t>1:11:17  What is the reason for Muslims becoming close-minded?" Main khud yeh yeh sochta hoon, aksar</w:t>
      </w:r>
      <w:r>
        <w:br/>
      </w:r>
      <w:r>
        <w:rPr>
          <w:sz w:val="20"/>
        </w:rPr>
        <w:t>1:11:25  logon se poochta bhi hoon ke jo log tum ko marwa rahe hain, woh khud un ke bete kyun nahi marte? Yeh baat bohat se logon ne poocha.</w:t>
      </w:r>
      <w:r>
        <w:br/>
      </w:r>
      <w:r>
        <w:rPr>
          <w:sz w:val="20"/>
        </w:rPr>
        <w:t>1:11:34  Main ne un ka koi jawab nahi hota un ke paas. Har jagah qissa hai yahi, yeh Kashmir mein hai, yeh Palestine mein hai. Khud apne beton ko log settle kiye hue hain America, Europe mein.</w:t>
      </w:r>
      <w:r>
        <w:br/>
      </w:r>
      <w:r>
        <w:rPr>
          <w:sz w:val="20"/>
        </w:rPr>
        <w:t>1:11:46  Aur doosra kehte hain ke bomb maro, gun maro.</w:t>
      </w:r>
      <w:r>
        <w:br/>
      </w:r>
      <w:r>
        <w:rPr>
          <w:sz w:val="20"/>
        </w:rPr>
        <w:t>1:11:51  Yeh ajeeb o ghareeb qism ki baat hai. Yani double, yani yeh log in ke upar dohra zimmedari hai.</w:t>
      </w:r>
      <w:r>
        <w:br/>
      </w:r>
      <w:r>
        <w:rPr>
          <w:sz w:val="20"/>
        </w:rPr>
        <w:t>1:11:59  Allah taala ki double pakar ho gayi hai aise logon ki ke apne bachon ke liye tum jante the ke un ko bahar bhej kar education dilwao, aur doosre bachon ke liye marwate the.</w:t>
      </w:r>
      <w:r>
        <w:br/>
      </w:r>
      <w:r>
        <w:rPr>
          <w:sz w:val="20"/>
        </w:rPr>
        <w:t>1:12:14  Lekin logon ne apne fatwon aur taqwon se logon ko itna zyada bharka rakha hai, itna bharka rakha hai, andha dhund bana diya hai. Andha to soch nahi paate ke un ke bete kyun nahi marte hamare sath?</w:t>
      </w:r>
      <w:r>
        <w:br/>
      </w:r>
      <w:r>
        <w:rPr>
          <w:sz w:val="20"/>
        </w:rPr>
        <w:t>1:12:26  un ke bete europe, america mein ja ke parhte kyon hain? yeh soch nahin paate andhe pan ki wajah se.</w:t>
      </w:r>
      <w:r>
        <w:br/>
      </w:r>
      <w:r>
        <w:rPr>
          <w:sz w:val="20"/>
        </w:rPr>
        <w:t>1:12:37  lekin ab aql aa rahi hai, ab inshallah. mislan kashmir mein dekhiye, inhi logon ke baaton se main aa kar kashmirion ne military chalai thi.</w:t>
      </w:r>
      <w:r>
        <w:br/>
      </w:r>
      <w:r>
        <w:rPr>
          <w:sz w:val="20"/>
        </w:rPr>
        <w:t>1:12:47  ek lakh hadi mar gaye, ab kashmirion ki aql aa gayi hai. ab woh abhi aap ne parha hoga akhbaron mein ke britain, france aur germany ne apne haan ban laga rakha tha ke woh koi kashmir na jaye tourism ke liye.</w:t>
      </w:r>
      <w:r>
        <w:br/>
      </w:r>
      <w:r>
        <w:rPr>
          <w:sz w:val="20"/>
        </w:rPr>
        <w:t>1:13:02  ab unhon ne utha liya ban, kehte hain ke ab woh halaat badal gaye hain.</w:t>
      </w:r>
      <w:r>
        <w:br/>
      </w:r>
      <w:r>
        <w:rPr>
          <w:sz w:val="20"/>
        </w:rPr>
        <w:t>1:13:07  aise hi inshallah har jagah hoga.</w:t>
      </w:r>
    </w:p>
    <w:p>
      <w:pPr>
        <w:pStyle w:val="Heading2"/>
      </w:pPr>
      <w:r>
        <w:t>Why scholars misunderstand Quran and Hadith</w:t>
      </w:r>
    </w:p>
    <w:p>
      <w:r>
        <w:rPr>
          <w:color w:val="666666"/>
          <w:sz w:val="18"/>
        </w:rPr>
        <w:t>Society &amp; Dawah · Revival of Muslims March 08, 2015 · 3m 40s · at 46:17 · https://youtu.be/8ShFcr8YozI?t=2777</w:t>
      </w:r>
    </w:p>
    <w:p>
      <w:r>
        <w:rPr>
          <w:i/>
        </w:rPr>
        <w:t>“If a doctor talks to another doctor about medical matters, he understands immediately. You are a scholar and speak about Quran and Hadith, so why don't our other scholars understand your points?”</w:t>
      </w:r>
    </w:p>
    <w:p>
      <w:r>
        <w:rPr>
          <w:sz w:val="20"/>
        </w:rPr>
        <w:t>46:17  maulana, yeh sawal dhampur se bheja hai mehtab sahib ne aur unhon ne likha hai ke maulana sahib, agar koi doctor kisi doosre doctor se medical line ki baat kare to woh doctor is baat ko foran samajh lega.</w:t>
      </w:r>
      <w:r>
        <w:br/>
      </w:r>
      <w:r>
        <w:rPr>
          <w:sz w:val="20"/>
        </w:rPr>
        <w:t>46:35  mera sawal yeh hai ke aap bhi ek aalim hain, Quran aur Hadees ke hawale se baat karte hain,</w:t>
      </w:r>
      <w:r>
        <w:br/>
      </w:r>
      <w:r>
        <w:rPr>
          <w:sz w:val="20"/>
        </w:rPr>
        <w:t>46:42  phir hamare in ulama ko aap ki baat kyun samajh mein nahi aati? bhai, aaj ki baat, aaj ka main jo bola hoon to isi par bola hoon ke cloud hai.</w:t>
      </w:r>
      <w:r>
        <w:br/>
      </w:r>
      <w:r>
        <w:rPr>
          <w:sz w:val="20"/>
        </w:rPr>
        <w:t>46:59  yaani ek woh un ke aur aur asal baat ke beech mein ek ek cloud aa gaya hai, is ki wajah se samajh mein nahi aata.</w:t>
      </w:r>
      <w:r>
        <w:br/>
      </w:r>
      <w:r>
        <w:rPr>
          <w:sz w:val="20"/>
        </w:rPr>
        <w:t>47:15  is ki maine misaal di, kai misaalें.</w:t>
      </w:r>
      <w:r>
        <w:br/>
      </w:r>
      <w:r>
        <w:rPr>
          <w:sz w:val="20"/>
        </w:rPr>
        <w:t>47:23  to dekhen, hamare madaris ki ek ek ek ek baat yeh hai ke har madrase ko kisi baray aalim ne banaya hai.</w:t>
      </w:r>
      <w:r>
        <w:br/>
      </w:r>
      <w:r>
        <w:rPr>
          <w:sz w:val="20"/>
        </w:rPr>
        <w:t>47:38  sirf ek madrassa is mein istisna hai, woh Jamia Darussalam.</w:t>
      </w:r>
      <w:r>
        <w:br/>
      </w:r>
      <w:r>
        <w:rPr>
          <w:sz w:val="20"/>
        </w:rPr>
        <w:t>47:43  to madaris mein kya hai ke woh jo bani hai, unhi ko sab kuch samajh aata hai, sab kuch.</w:t>
      </w:r>
      <w:r>
        <w:br/>
      </w:r>
      <w:r>
        <w:rPr>
          <w:sz w:val="20"/>
        </w:rPr>
        <w:t>47:53  to madaris ke baray mein mera tajruba yeh hai ke madrase ke parhe hue logon ke aur asal deen ke beech mein woh aalim haail hai.</w:t>
      </w:r>
      <w:r>
        <w:br/>
      </w:r>
      <w:r>
        <w:rPr>
          <w:sz w:val="20"/>
        </w:rPr>
        <w:t>48:06  ke hamare Hazrat Issaquiani, maine kai baar tajruba kiya hai ke koi baat aisa mein kahoon jo Quran o Hadees ke hawale se kahoon to woh kya keh den ge?</w:t>
      </w:r>
      <w:r>
        <w:br/>
      </w:r>
      <w:r>
        <w:rPr>
          <w:sz w:val="20"/>
        </w:rPr>
        <w:t>48:19  bhai, hamare Hazrat Issaquiani,</w:t>
      </w:r>
      <w:r>
        <w:br/>
      </w:r>
      <w:r>
        <w:rPr>
          <w:sz w:val="20"/>
        </w:rPr>
        <w:t>48:22  hamare Hazrat, kya aap se aap kya aap se kam jante the hamare Hazrat? yeh un ka afsar hota hai, yeh un ka afsar hota hai.</w:t>
      </w:r>
      <w:r>
        <w:br/>
      </w:r>
      <w:r>
        <w:rPr>
          <w:sz w:val="20"/>
        </w:rPr>
        <w:t>48:34  maine bar bar yeh tajruba kiya hai ke madrase ke log jo hain, woh apna, un ke jo apne akabir kehte hain, un ko woh un ke jo akabir ke afsar bhi jeete hain,</w:t>
      </w:r>
      <w:r>
        <w:br/>
      </w:r>
      <w:r>
        <w:rPr>
          <w:sz w:val="20"/>
        </w:rPr>
        <w:t>48:49  bade the. to jab main un se baat karta hoon aur quran o hadith sunata hoon to kya keh dete hain?</w:t>
      </w:r>
      <w:r>
        <w:br/>
      </w:r>
      <w:r>
        <w:rPr>
          <w:sz w:val="20"/>
        </w:rPr>
        <w:t>48:59  kya quran o hadith un ko nahin maloom tha? hamare aakabir le jate the quran o hadith ko, aap hi jante hain.</w:t>
      </w:r>
      <w:r>
        <w:br/>
      </w:r>
      <w:r>
        <w:rPr>
          <w:sz w:val="20"/>
        </w:rPr>
        <w:t>49:09  to yeh hai un ki conditioning. is conditioning ko todna, yani aap jante hain ke bahut se madarse ke padhe hue bhi hamare saathi hain, un ki conditioning tooti hai.</w:t>
      </w:r>
      <w:r>
        <w:br/>
      </w:r>
      <w:r>
        <w:rPr>
          <w:sz w:val="20"/>
        </w:rPr>
        <w:t>49:22  to conditioning ko tootne ki shakal yeh hai ke aap hamari kitabein parhwaien, hamari kitabein parhwaen.</w:t>
      </w:r>
      <w:r>
        <w:br/>
      </w:r>
      <w:r>
        <w:rPr>
          <w:sz w:val="20"/>
        </w:rPr>
        <w:t>49:29  mujhe bahut se, yani madaris ke faraghin mein bahut se log hain jo hamare khilaf the. phir jab un ki kitabein parhwai gayin to unhon ne maan liya ke bhai yeh to baat theek hai.</w:t>
      </w:r>
      <w:r>
        <w:br/>
      </w:r>
      <w:r>
        <w:rPr>
          <w:sz w:val="20"/>
        </w:rPr>
        <w:t>49:42  to mere khayal se adab ko padhana bahut zaroori hai. isi se conditioning toote gi, is ke baad un ka ikhtilaf khatm ho jayega.</w:t>
      </w:r>
    </w:p>
    <w:p>
      <w:pPr>
        <w:pStyle w:val="Heading2"/>
      </w:pPr>
      <w:r>
        <w:t>Why scholars view modern age negatively</w:t>
      </w:r>
    </w:p>
    <w:p>
      <w:r>
        <w:rPr>
          <w:color w:val="666666"/>
          <w:sz w:val="18"/>
        </w:rPr>
        <w:t>Society &amp; Dawah · Age of Alternatives April 05, 2015 · 3m 06s · at 1:01:34 · https://youtu.be/4v0uCM2BZuA?t=3694</w:t>
      </w:r>
    </w:p>
    <w:p>
      <w:r>
        <w:rPr>
          <w:i/>
        </w:rPr>
        <w:t>“Today I found out that the modern age is an alternative age which is God's blessing for dawah. Why do scholars view this modern age negatively while they benefit from it?”</w:t>
      </w:r>
    </w:p>
    <w:p>
      <w:r>
        <w:rPr>
          <w:sz w:val="20"/>
        </w:rPr>
        <w:t>1:01:34  Maulana, agla ek comment aur sawal hai jo Maulana Iqbal Umri ne poocha hai Delhi se aur unhon ne likha hai: "Maulana, aaj hi pata chala ke modern age is alternative age jo dawah ke liye Allah ki blessing hai".</w:t>
      </w:r>
      <w:r>
        <w:br/>
      </w:r>
      <w:r>
        <w:rPr>
          <w:sz w:val="20"/>
        </w:rPr>
        <w:t>1:01:53  aur unhon ne jo sawal kiya hai Maulana, woh is tarah hai ke: "Maulana, is modern age ko ulama kyun negative mein lete hain jabke saare faayde hasil karte hain is se?"</w:t>
      </w:r>
      <w:r>
        <w:br/>
      </w:r>
      <w:r>
        <w:rPr>
          <w:sz w:val="20"/>
        </w:rPr>
        <w:t>1:02:06  is ke bare mein batayein.</w:t>
      </w:r>
      <w:r>
        <w:br/>
      </w:r>
      <w:r>
        <w:rPr>
          <w:sz w:val="20"/>
        </w:rPr>
        <w:t>1:02:10  pehli baat to yeh hai ke modern age ko ulama jante hi nahi. mere ilm mein koi ek bhi aalim nahi hai jis ne objective study ki ho modern age ki.</w:t>
      </w:r>
      <w:r>
        <w:br/>
      </w:r>
      <w:r>
        <w:rPr>
          <w:sz w:val="20"/>
        </w:rPr>
        <w:t>1:02:22  ba-akhbaron mein jo padhta hai, idhar udhar us ko le kar ke dicty tasveer bana rakhi hai. is ki ek misaal main doonga aap ko ke aap Syed Qutb ki kitab padhiye: "America allati raait".</w:t>
      </w:r>
      <w:r>
        <w:br/>
      </w:r>
      <w:r>
        <w:rPr>
          <w:sz w:val="20"/>
        </w:rPr>
        <w:t>1:02:35  yani America jis ko unhon ne dekha, Syed Qutb ki kitab hai. is mein sawa kuch negative idhar udhar kuch unhon ne dekha, us ko likh diya.</w:t>
      </w:r>
      <w:r>
        <w:br/>
      </w:r>
      <w:r>
        <w:rPr>
          <w:sz w:val="20"/>
        </w:rPr>
        <w:t>1:02:44  unhon ne koi study nahi ki. unhon ne America ki society kya hai, America ki thinking kya hai, America ka mind kya hai, koi study nahi.</w:t>
      </w:r>
      <w:r>
        <w:br/>
      </w:r>
      <w:r>
        <w:rPr>
          <w:sz w:val="20"/>
        </w:rPr>
        <w:t>1:02:55  bas ek kitab likh diya: "America allati raait".</w:t>
      </w:r>
      <w:r>
        <w:br/>
      </w:r>
      <w:r>
        <w:rPr>
          <w:sz w:val="20"/>
        </w:rPr>
        <w:t>1:03:00  to ulama ne sachi baat hai ke maghrib ko jaana hi nahi to negative ho jayenge. woh</w:t>
      </w:r>
      <w:r>
        <w:br/>
      </w:r>
      <w:r>
        <w:rPr>
          <w:sz w:val="20"/>
        </w:rPr>
        <w:t>1:03:09  to ab ab chuki jo jo cheezein technology ki shakal mein di hain maghrib ne, woh hamare liye istemal ke, hamare liye mufeed hain, to us ko us aitbaar se mufeed istemal karte hain.</w:t>
      </w:r>
      <w:r>
        <w:br/>
      </w:r>
      <w:r>
        <w:rPr>
          <w:sz w:val="20"/>
        </w:rPr>
        <w:t>1:03:23  samajhte hain ke bas yani market item hai, shopping item hai.</w:t>
      </w:r>
      <w:r>
        <w:br/>
      </w:r>
      <w:r>
        <w:rPr>
          <w:sz w:val="20"/>
        </w:rPr>
        <w:t>1:03:29  halanke is is shopping item ka kahan se wajood mein aaya? woh West ne to us ko banaya. to bas shopping market, us ko us ko samajhte hain ke woh woh shopping item hai.</w:t>
      </w:r>
      <w:r>
        <w:br/>
      </w:r>
      <w:r>
        <w:rPr>
          <w:sz w:val="20"/>
        </w:rPr>
        <w:t>1:03:46  aur baqi west ko alag se dekhte hain, woh is se negative ho gaye hain, is se lar rahe hain. yeh sab kuch is liye hai ke "al-nas 'adawa ma jahiloo".</w:t>
      </w:r>
      <w:r>
        <w:br/>
      </w:r>
      <w:r>
        <w:rPr>
          <w:sz w:val="20"/>
        </w:rPr>
        <w:t>1:03:56  yeh aik maqola hai ke "al-nas 'adawa ma jahiloo</w:t>
      </w:r>
      <w:r>
        <w:br/>
      </w:r>
      <w:r>
        <w:rPr>
          <w:sz w:val="20"/>
        </w:rPr>
        <w:t>1:03:59  " log is cheez ke dushman mein aate hain jis ko woh nahi jante honge. to yeh sare ulama west se bilkul hi bekhabar hain. agar kisi ka dawa ho, koi alam janta hai west ko to mujhe bataye.</w:t>
      </w:r>
      <w:r>
        <w:br/>
      </w:r>
      <w:r>
        <w:rPr>
          <w:sz w:val="20"/>
        </w:rPr>
        <w:t>1:04:11  is kitab mein is ka tajziya karunga. koi aik alam, na arab ka alam, na ghair nan arab ka alam janta hi nahi ke west kya hai.</w:t>
      </w:r>
      <w:r>
        <w:br/>
      </w:r>
      <w:r>
        <w:rPr>
          <w:sz w:val="20"/>
        </w:rPr>
        <w:t>1:04:21  agar koi yeh kahe ke log jante hain to mujhe kitab ko na bata</w:t>
      </w:r>
      <w:r>
        <w:br/>
      </w:r>
      <w:r>
        <w:rPr>
          <w:sz w:val="20"/>
        </w:rPr>
        <w:t>1:04:25  iye. main inshallah is ka analysis kar ke bataunga ke yeh bekhabari ki baat hai. to "al-nas 'adawa ma jahiloo" ke kaise in logon ka na janne ki wajah se dushman ban gaye hain?</w:t>
      </w:r>
      <w:r>
        <w:br/>
      </w:r>
      <w:r>
        <w:rPr>
          <w:sz w:val="20"/>
        </w:rPr>
        <w:t>1:04:36  woh</w:t>
      </w:r>
    </w:p>
    <w:p>
      <w:pPr>
        <w:pStyle w:val="Heading2"/>
      </w:pPr>
      <w:r>
        <w:t>Why terrorist group calls Malala agent</w:t>
      </w:r>
    </w:p>
    <w:p>
      <w:r>
        <w:rPr>
          <w:color w:val="666666"/>
          <w:sz w:val="18"/>
        </w:rPr>
        <w:t>Society &amp; Dawah · Islam and Violence October 12, 2014 · 3m 16s · at 57:34 · https://youtu.be/KmpXYZjPlj8?t=3454</w:t>
      </w:r>
    </w:p>
    <w:p>
      <w:r>
        <w:rPr>
          <w:i/>
        </w:rPr>
        <w:t>“Some terrorist organization has called Malala an agent of unbelievers. Why do they use such a term?”</w:t>
      </w:r>
    </w:p>
    <w:p>
      <w:r>
        <w:rPr>
          <w:sz w:val="20"/>
        </w:rPr>
        <w:t>57:34  Maulana, agla sawal Delhi se hai Dr. Farida Khanam ka, aur unhone likha hai ke "Some terrorist organizations has called Malala an agent of unbelievers.</w:t>
      </w:r>
      <w:r>
        <w:br/>
      </w:r>
      <w:r>
        <w:rPr>
          <w:sz w:val="20"/>
        </w:rPr>
        <w:t>57:49  "Why is it that they use such term?" Please comment. Ye sab wahi hai, mere nazdik al-nas wa ada wa majahlu ke log is jante nahin, is liye ye sab batein bolte hain.</w:t>
      </w:r>
      <w:r>
        <w:br/>
      </w:r>
      <w:r>
        <w:rPr>
          <w:sz w:val="20"/>
        </w:rPr>
        <w:t>58:06  ye sab sab se bari jo ghalti hui ke education nahin musalmanon mein phailai gai. wahi education ke mani un ka ye hoga ke deeni taleem.</w:t>
      </w:r>
      <w:r>
        <w:br/>
      </w:r>
      <w:r>
        <w:rPr>
          <w:sz w:val="20"/>
        </w:rPr>
        <w:t>58:16  bas</w:t>
      </w:r>
      <w:r>
        <w:br/>
      </w:r>
      <w:r>
        <w:rPr>
          <w:sz w:val="20"/>
        </w:rPr>
        <w:t>58:18  hadis mein aya hai ke "talab talab al-ilm farizah". hadis mein ata hai ke talab al-ilm farizah, ilm ko hasil karna farz hai, lekin yahan par ulma ne ye kiya kehte hain ke is se murad ye ilm deen hai.</w:t>
      </w:r>
      <w:r>
        <w:br/>
      </w:r>
      <w:r>
        <w:rPr>
          <w:sz w:val="20"/>
        </w:rPr>
        <w:t>58:34  ye bilkul galat hai. ye</w:t>
      </w:r>
      <w:r>
        <w:br/>
      </w:r>
      <w:r>
        <w:rPr>
          <w:sz w:val="20"/>
        </w:rPr>
        <w:t>58:36  khud quran mein dekhen, ek ayat hai: "ilm</w:t>
      </w:r>
      <w:r>
        <w:br/>
      </w:r>
      <w:r>
        <w:rPr>
          <w:sz w:val="20"/>
        </w:rPr>
        <w:t>58:47  al-jibal juwain mukhtalif alwan mukhtalif alwan wa gharab wa sawad innama yakhsh Allah min ibad al-ulama". yahan par dekhiye, ilm al-jibal ko le kar ulma, ilm al-jibal ke mahireen ko ulma kaha gaya hai, aur kaha ke kaha wo inhi mein Allah ka khauf hota hai.</w:t>
      </w:r>
      <w:r>
        <w:br/>
      </w:r>
      <w:r>
        <w:rPr>
          <w:sz w:val="20"/>
        </w:rPr>
        <w:t>59:03  to ilm al-jibal to ek science ka subject hai. to main talab al-ilm farizah ka jo hadis hai, hargiz hargiz is ka ye matlab nahin hai ke bas deeni ilm.</w:t>
      </w:r>
      <w:r>
        <w:br/>
      </w:r>
      <w:r>
        <w:rPr>
          <w:sz w:val="20"/>
        </w:rPr>
        <w:t>59:17  har wo cheez jo ilm hai, haqiqatan is ko farz karna, is ko hasil karna farz hai hamare upar.</w:t>
      </w:r>
      <w:r>
        <w:br/>
      </w:r>
      <w:r>
        <w:rPr>
          <w:sz w:val="20"/>
        </w:rPr>
        <w:t>59:24  har wo cheez jo ilm hai, har ilm koi haq nahin kisi ko ke is ko kehe ke nahin deeni ilm. jab hadis ke text mein deeni ka lafz nahin hai, to aap kaun hoge?</w:t>
      </w:r>
      <w:r>
        <w:br/>
      </w:r>
      <w:r>
        <w:rPr>
          <w:sz w:val="20"/>
        </w:rPr>
        <w:t>59:37  to hote hain is mein izafa karne wale. jab is mein, yani aam hai ke ilm ko hasil karna farz hai musalman ke upar, to aam rakhiye is ko, aap is ko khas kyon banate hain?</w:t>
      </w:r>
      <w:r>
        <w:br/>
      </w:r>
      <w:r>
        <w:rPr>
          <w:sz w:val="20"/>
        </w:rPr>
        <w:t>59:54  to yahan se ghalti shuru hui ke is hadis ko logon ne bata diya ke deeni ilm to aap madrasay mein parhna to ilm ban gaya, aur baqi wahan jana wo qatl gah ban gaya.</w:t>
      </w:r>
      <w:r>
        <w:br/>
      </w:r>
      <w:r>
        <w:rPr>
          <w:sz w:val="20"/>
        </w:rPr>
        <w:t>1:00:06  yani college aur university mein jana qatl gah ban gaya. ye sab, ye sab itni bhayanak ghaltiyan hain, itni bhayanak ghaltiyan hain ke jab tak is ko khul kar aelan na karenge, ye hazrat jinhon ne ye sab kiya, us waqt tak wo pakar se bach nahin sakte.</w:t>
      </w:r>
      <w:r>
        <w:br/>
      </w:r>
      <w:r>
        <w:rPr>
          <w:sz w:val="20"/>
        </w:rPr>
        <w:t>1:00:24  yani madrasay mein parhna deeni ilm parhna hai, aur college university mein jana qatl gah hai, qatl gah mein jana hai. jin logon ne ye sab batein phailain, un par farz hai, un par farz hai ke wo chala kar aelan karen ke hum hum ne ghalti ki,</w:t>
      </w:r>
      <w:r>
        <w:br/>
      </w:r>
      <w:r>
        <w:rPr>
          <w:sz w:val="20"/>
        </w:rPr>
        <w:t>1:00:41  "we were wrong". warna wo pakre jayenge Allah taala ke haan, kam az kam mera jo ilm hai, wo wo yahi karta hai.</w:t>
      </w:r>
    </w:p>
    <w:p>
      <w:pPr>
        <w:pStyle w:val="Heading2"/>
      </w:pPr>
      <w:r>
        <w:t>Will terrorism also end like communism?</w:t>
      </w:r>
    </w:p>
    <w:p>
      <w:r>
        <w:rPr>
          <w:color w:val="666666"/>
          <w:sz w:val="18"/>
        </w:rPr>
        <w:t>Society &amp; Dawah · Root Cause of Terrorism February 22, 2015 · 2m 32s · at 53:10 · https://youtu.be/n0AIGEI7b9U?t=3190</w:t>
      </w:r>
    </w:p>
    <w:p>
      <w:r>
        <w:rPr>
          <w:i/>
        </w:rPr>
        <w:t>“Can we say that this terrorism phase is also a temporary one, and it will also end like communism?”</w:t>
      </w:r>
    </w:p>
    <w:p>
      <w:r>
        <w:rPr>
          <w:sz w:val="20"/>
        </w:rPr>
        <w:t>53:10  maulana, agla sawal dilli se kiya hai mister ajay dravidi ne, aur unhon ne likha hai ke: "can</w:t>
      </w:r>
      <w:r>
        <w:br/>
      </w:r>
      <w:r>
        <w:rPr>
          <w:sz w:val="20"/>
        </w:rPr>
        <w:t>53:17  We see that this terrorism phase is also a temporary one, and it will also end.</w:t>
      </w:r>
      <w:r>
        <w:br/>
      </w:r>
      <w:r>
        <w:rPr>
          <w:sz w:val="20"/>
        </w:rPr>
        <w:t>53:25  like communism?" haan, sahi sahi keh rahe hain aap, bilkul sahi keh rahe hain, bilkul sahi keh rahe</w:t>
      </w:r>
      <w:r>
        <w:br/>
      </w:r>
      <w:r>
        <w:rPr>
          <w:sz w:val="20"/>
        </w:rPr>
        <w:t>53:33  hain.</w:t>
      </w:r>
      <w:r>
        <w:br/>
      </w:r>
      <w:r>
        <w:rPr>
          <w:sz w:val="20"/>
        </w:rPr>
        <w:t>53:34  maulana, agla comment aaya hai doha qatar se maulana abdul basit umri ka, aur unhon ne likha hai: "maulana,</w:t>
      </w:r>
      <w:r>
        <w:br/>
      </w:r>
      <w:r>
        <w:rPr>
          <w:sz w:val="20"/>
        </w:rPr>
        <w:t>53:42  aaj ka lecture mere liye bohat ziyada thrilling full tha.</w:t>
      </w:r>
      <w:r>
        <w:br/>
      </w:r>
      <w:r>
        <w:rPr>
          <w:sz w:val="20"/>
        </w:rPr>
        <w:t>53:46  aap ki yeh baat ke aaj sirf ideology ke zariye hi tashaddud par mabni tahrikon ka khatma mumkin</w:t>
      </w:r>
      <w:r>
        <w:br/>
      </w:r>
      <w:r>
        <w:rPr>
          <w:sz w:val="20"/>
        </w:rPr>
        <w:t>53:54  hai, kyunke jab bhi kisi bhi mulk ko dahshat gardon ka samna hua to unhon ne taqat se,</w:t>
      </w:r>
      <w:r>
        <w:br/>
      </w:r>
      <w:r>
        <w:rPr>
          <w:sz w:val="20"/>
        </w:rPr>
        <w:t>54:02  yaani jadeed hathiyaron se, is ka muqabla kiya.</w:t>
      </w:r>
      <w:r>
        <w:br/>
      </w:r>
      <w:r>
        <w:rPr>
          <w:sz w:val="20"/>
        </w:rPr>
        <w:t>54:05  jadeed hathiyaron ki tabahi se kuch masoom bachche aur auraten bhi halak ho gayeen.</w:t>
      </w:r>
      <w:r>
        <w:br/>
      </w:r>
      <w:r>
        <w:rPr>
          <w:sz w:val="20"/>
        </w:rPr>
        <w:t>54:11  ab dahshat gardon ne in masoom bachchon aur auraton ki tasweeren internet par daal kar awam ko apni</w:t>
      </w:r>
      <w:r>
        <w:br/>
      </w:r>
      <w:r>
        <w:rPr>
          <w:sz w:val="20"/>
        </w:rPr>
        <w:t>54:18  taraf khenchne ki koshish ki, aur is mein woh kamyab bhi hue.</w:t>
      </w:r>
      <w:r>
        <w:br/>
      </w:r>
      <w:r>
        <w:rPr>
          <w:sz w:val="20"/>
        </w:rPr>
        <w:t>54:24  yeh arab mulkon mein, yeh arab mulkon mein bhi hum dekh rahe hain, aur pakistan wagera mein to</w:t>
      </w:r>
      <w:r>
        <w:br/>
      </w:r>
      <w:r>
        <w:rPr>
          <w:sz w:val="20"/>
        </w:rPr>
        <w:t>54:31  bar bar hua hai.</w:t>
      </w:r>
      <w:r>
        <w:br/>
      </w:r>
      <w:r>
        <w:rPr>
          <w:sz w:val="20"/>
        </w:rPr>
        <w:t>54:33  maulana, aap ki baat hi aaj qabil amal hai.</w:t>
      </w:r>
      <w:r>
        <w:br/>
      </w:r>
      <w:r>
        <w:rPr>
          <w:sz w:val="20"/>
        </w:rPr>
        <w:t>54:37  allah hamein aap ke literature ko tamam logon tak pohnchaney ki tofeeq de.</w:t>
      </w:r>
      <w:r>
        <w:br/>
      </w:r>
      <w:r>
        <w:rPr>
          <w:sz w:val="20"/>
        </w:rPr>
        <w:t>54:42  so, so we will end the session now.</w:t>
      </w:r>
    </w:p>
    <w:p>
      <w:pPr>
        <w:pStyle w:val="Heading2"/>
      </w:pPr>
      <w:r>
        <w:t>Wisdom of Islamizing the world today</w:t>
      </w:r>
    </w:p>
    <w:p>
      <w:r>
        <w:rPr>
          <w:color w:val="666666"/>
          <w:sz w:val="18"/>
        </w:rPr>
        <w:t>Society &amp; Dawah · History of Kaaba March 19, 2017 · 2m 36s · at 52:50 · https://youtu.be/HPvWnoueeqg?t=3170</w:t>
      </w:r>
    </w:p>
    <w:p>
      <w:r>
        <w:rPr>
          <w:i/>
        </w:rPr>
        <w:t>“What is the wisdom of Islamizing the world today? Can any action be taken with this intention? Please clarify.”</w:t>
      </w:r>
    </w:p>
    <w:p>
      <w:r>
        <w:rPr>
          <w:sz w:val="20"/>
        </w:rPr>
        <w:t>52:50  ji maulana agla sawal lete hain jo chennai se bheja hai maulana iqbal umri ne aur unhone</w:t>
      </w:r>
      <w:r>
        <w:br/>
      </w:r>
      <w:r>
        <w:rPr>
          <w:sz w:val="20"/>
        </w:rPr>
        <w:t>52:57  likha hai Maulana aaj dunya ko Islamize karne ki hikmat kya hai kya is niyat se koi qadam</w:t>
      </w:r>
      <w:r>
        <w:br/>
      </w:r>
      <w:r>
        <w:rPr>
          <w:sz w:val="20"/>
        </w:rPr>
        <w:t>53:07  kya ja sakta hai is ko wazeh karen</w:t>
      </w:r>
      <w:r>
        <w:br/>
      </w:r>
      <w:r>
        <w:rPr>
          <w:sz w:val="20"/>
        </w:rPr>
        <w:t>53:11  dekhiye dunya ko Islamize karna yeh target hi nahi hai</w:t>
      </w:r>
      <w:r>
        <w:br/>
      </w:r>
      <w:r>
        <w:rPr>
          <w:sz w:val="20"/>
        </w:rPr>
        <w:t>53:16  yeh target nahi hai ke dunya ko Islamize kiya jaye</w:t>
      </w:r>
      <w:r>
        <w:br/>
      </w:r>
      <w:r>
        <w:rPr>
          <w:sz w:val="20"/>
        </w:rPr>
        <w:t>53:23  duniya ho ya Musalman hon sab ke liye target yeh hai ke un ko aware banaya jaye aware ba khabar banaya jaye Islamize karna ke target mein nazdeek sahi nahi hai</w:t>
      </w:r>
      <w:r>
        <w:br/>
      </w:r>
      <w:r>
        <w:rPr>
          <w:sz w:val="20"/>
        </w:rPr>
        <w:t>53:40  ji Maulana kuch aur comments lena chahenge jo abhi abhi aaye hain aa Shahid Hussain sahib ne</w:t>
      </w:r>
      <w:r>
        <w:br/>
      </w:r>
      <w:r>
        <w:rPr>
          <w:sz w:val="20"/>
        </w:rPr>
        <w:t>53:47  Srinagar se likha hai those who indulged in the futile exercise of reshaping history became part of</w:t>
      </w:r>
      <w:r>
        <w:br/>
      </w:r>
      <w:r>
        <w:rPr>
          <w:sz w:val="20"/>
        </w:rPr>
        <w:t>53:55  history thanks to Maulana for making us conscious about the opportunities created by history let us all rise</w:t>
      </w:r>
      <w:r>
        <w:br/>
      </w:r>
      <w:r>
        <w:rPr>
          <w:sz w:val="20"/>
        </w:rPr>
        <w:t>54:03  to the occasion</w:t>
      </w:r>
      <w:r>
        <w:br/>
      </w:r>
      <w:r>
        <w:rPr>
          <w:sz w:val="20"/>
        </w:rPr>
        <w:t>54:05  Muslim Khan sahib ne likha hai aa</w:t>
      </w:r>
      <w:r>
        <w:br/>
      </w:r>
      <w:r>
        <w:rPr>
          <w:sz w:val="20"/>
        </w:rPr>
        <w:t>54:10  un ka location nahi pata Maulana reshape the Muslim mindset and avail the opportunity presented by the history</w:t>
      </w:r>
      <w:r>
        <w:br/>
      </w:r>
      <w:r>
        <w:rPr>
          <w:sz w:val="20"/>
        </w:rPr>
        <w:t>54:18  and not vice versa jazaak Allah Maulana sahib karoot leen mas karoot leen</w:t>
      </w:r>
      <w:r>
        <w:br/>
      </w:r>
      <w:r>
        <w:rPr>
          <w:sz w:val="20"/>
        </w:rPr>
        <w:t>54:25  ne likha hai Srinagar se the crux of today's lecture is instead of reshaping the history we</w:t>
      </w:r>
      <w:r>
        <w:br/>
      </w:r>
      <w:r>
        <w:rPr>
          <w:sz w:val="20"/>
        </w:rPr>
        <w:t>54:33  should avail the opportunities created by history Muslims ought to adhere to Sunnah and teachings of prophet strictly</w:t>
      </w:r>
      <w:r>
        <w:br/>
      </w:r>
      <w:r>
        <w:rPr>
          <w:sz w:val="20"/>
        </w:rPr>
        <w:t>54:42  and refrain from any kind of violence</w:t>
      </w:r>
      <w:r>
        <w:br/>
      </w:r>
      <w:r>
        <w:rPr>
          <w:sz w:val="20"/>
        </w:rPr>
        <w:t>54:46  Maulana's assertion that whatever he preaches and says is entirely based on Hadith and Sunnah's message to those</w:t>
      </w:r>
      <w:r>
        <w:br/>
      </w:r>
      <w:r>
        <w:rPr>
          <w:sz w:val="20"/>
        </w:rPr>
        <w:t>54:54  who have misgivings about it a modest and humble approach from the ambassador of peace and spirituality</w:t>
      </w:r>
      <w:r>
        <w:br/>
      </w:r>
      <w:r>
        <w:rPr>
          <w:sz w:val="20"/>
        </w:rPr>
        <w:t>55:03  thank you Maulana sahib for such a refreshing lecture</w:t>
      </w:r>
      <w:r>
        <w:br/>
      </w:r>
      <w:r>
        <w:rPr>
          <w:sz w:val="20"/>
        </w:rPr>
        <w:t>55:06  there were startling revelations about the history of Kaba and we are grateful for that</w:t>
      </w:r>
      <w:r>
        <w:br/>
      </w:r>
      <w:r>
        <w:rPr>
          <w:sz w:val="20"/>
        </w:rPr>
        <w:t>55:13  Tariq Badar sahib ne Pakistan se likha hai Maulana today's lecture was very important where we learned that</w:t>
      </w:r>
      <w:r>
        <w:br/>
      </w:r>
      <w:r>
        <w:rPr>
          <w:sz w:val="20"/>
        </w:rPr>
        <w:t>55:21  we do not have to rebuild the history rather avail the opportunities</w:t>
      </w:r>
    </w:p>
    <w:p>
      <w:pPr>
        <w:pStyle w:val="Heading2"/>
      </w:pPr>
      <w:r>
        <w:t>Women inferiority in Islam</w:t>
      </w:r>
    </w:p>
    <w:p>
      <w:r>
        <w:rPr>
          <w:color w:val="666666"/>
          <w:sz w:val="18"/>
        </w:rPr>
        <w:t>Society &amp; Dawah · The Role of a Woman March 8, 2020 Maulana Wahiduddin Khan · 2m 13s · at 18:31 · https://youtu.be/aBPy_KTsk1A?t=1111</w:t>
      </w:r>
    </w:p>
    <w:p>
      <w:r>
        <w:rPr>
          <w:i/>
        </w:rPr>
        <w:t>“Why is it that women in Islam are considered inferior or less than a man? Why is this so?”</w:t>
      </w:r>
    </w:p>
    <w:p>
      <w:r>
        <w:rPr>
          <w:sz w:val="20"/>
        </w:rPr>
        <w:t>18:31  Jazak Allah Maulana. Maulana, aap sawal lena chahenge. Yeh sawal Lucknow se hai. Idrees sahib ne ek bheja hai. Unhon ne aapse poocha hai ke۔۔۔۔۔۔۔۔۔۔</w:t>
      </w:r>
      <w:r>
        <w:br/>
      </w:r>
      <w:r>
        <w:rPr>
          <w:sz w:val="20"/>
        </w:rPr>
        <w:t>18:43  Kaun kaun sahib? Idrees. Acha, Lucknow se. Acha, unhon ne aapse poocha hai ke Maulana, Why is it that women in Islam are considered inferior or less than a man</w:t>
      </w:r>
      <w:r>
        <w:br/>
      </w:r>
      <w:r>
        <w:rPr>
          <w:sz w:val="20"/>
        </w:rPr>
        <w:t>18:55  ? Why is this so? Main toh nahi samajhta. Ji, jo samajhta hai, use poocho. Maine toh kabhi bhi nahi samjha aisa.</w:t>
      </w:r>
      <w:r>
        <w:br/>
      </w:r>
      <w:r>
        <w:rPr>
          <w:sz w:val="20"/>
        </w:rPr>
        <w:t>19:08  Yeh koi aalami</w:t>
      </w:r>
      <w:r>
        <w:br/>
      </w:r>
      <w:r>
        <w:rPr>
          <w:sz w:val="20"/>
        </w:rPr>
        <w:t>19:12  koi faisla nahi hai. Yeh kuch logon ki is zamane mein, jabke</w:t>
      </w:r>
      <w:r>
        <w:br/>
      </w:r>
      <w:r>
        <w:rPr>
          <w:sz w:val="20"/>
        </w:rPr>
        <w:t>19:22  maghrib mein</w:t>
      </w:r>
      <w:r>
        <w:br/>
      </w:r>
      <w:r>
        <w:rPr>
          <w:sz w:val="20"/>
        </w:rPr>
        <w:t>19:26  woh daur aaya, women's lib ka, us zamane mein yeh yeh afwaah phailayi gayi thi.</w:t>
      </w:r>
      <w:r>
        <w:br/>
      </w:r>
      <w:r>
        <w:rPr>
          <w:sz w:val="20"/>
        </w:rPr>
        <w:t>19:37  Warna main nahi samajhta ke yeh koi</w:t>
      </w:r>
      <w:r>
        <w:br/>
      </w:r>
      <w:r>
        <w:rPr>
          <w:sz w:val="20"/>
        </w:rPr>
        <w:t>19:42  aalami</w:t>
      </w:r>
      <w:r>
        <w:br/>
      </w:r>
      <w:r>
        <w:rPr>
          <w:sz w:val="20"/>
        </w:rPr>
        <w:t>19:49  verdict hai.</w:t>
      </w:r>
      <w:r>
        <w:br/>
      </w:r>
      <w:r>
        <w:rPr>
          <w:sz w:val="20"/>
        </w:rPr>
        <w:t>19:53  mein is ko nahin manta. kuch logon ne aisi baat mashhoor kardi ke koi fact nahin hai yeh.</w:t>
      </w:r>
      <w:r>
        <w:br/>
      </w:r>
      <w:r>
        <w:rPr>
          <w:sz w:val="20"/>
        </w:rPr>
        <w:t>20:13  Doctor Naghma Siddiqui ne comment bheja hai dilli se. unhon ne likha hai: "Maulana, thank you for giving women such a major role in your mission.</w:t>
      </w:r>
      <w:r>
        <w:br/>
      </w:r>
      <w:r>
        <w:rPr>
          <w:sz w:val="20"/>
        </w:rPr>
        <w:t>20:24  We dedicate ourselves to this task. May God guide us and accept our work."</w:t>
      </w:r>
      <w:r>
        <w:br/>
      </w:r>
      <w:r>
        <w:rPr>
          <w:sz w:val="20"/>
        </w:rPr>
        <w:t>20:33  Maulana Iqbal Umri ne, jo is waqt Rajouri mein hain aur program dekh rahe hain, unhon ne likha hai: "Spiritual world ke peechay bhi aik aurat ka hi hath hai.</w:t>
      </w:r>
    </w:p>
    <w:p>
      <w:pPr>
        <w:pStyle w:val="Heading2"/>
      </w:pPr>
      <w:r>
        <w:t>Women's dependence on male relatives</w:t>
      </w:r>
    </w:p>
    <w:p>
      <w:r>
        <w:rPr>
          <w:color w:val="666666"/>
          <w:sz w:val="18"/>
        </w:rPr>
        <w:t>Society &amp; Dawah · Contemplation on The Quran December 16, 2018 Maulana Wahiduddin Khan · 4m 26s · at 44:21 · https://youtu.be/bSOe1_KKEYk?t=2661</w:t>
      </w:r>
    </w:p>
    <w:p>
      <w:r>
        <w:rPr>
          <w:i/>
        </w:rPr>
        <w:t>“No matter how wise a woman is, she is dependent on her male mahrams for decisions. In Asian culture, men consider themselves superior and restrict women to home. Please provide guidance on this issue.”</w:t>
      </w:r>
    </w:p>
    <w:p>
      <w:r>
        <w:rPr>
          <w:sz w:val="20"/>
        </w:rPr>
        <w:t>44:21  ji, maulana, agla sawal lete hain. yeh sawal bheja hai pakistan se miss khadija ne.</w:t>
      </w:r>
      <w:r>
        <w:br/>
      </w:r>
      <w:r>
        <w:rPr>
          <w:sz w:val="20"/>
        </w:rPr>
        <w:t>44:30  unhon ne likha hai: "mera maulana se ek sawal hai jis par mujhe un ki guidance chahiye. mera sawal yeh hai ke aurat chahe jitna bhi samajhdar aur aqalmand ho, woh apne faislon ke liye apni family ke mard hazrat yani mehram par dependent hoti hai.</w:t>
      </w:r>
      <w:r>
        <w:br/>
      </w:r>
      <w:r>
        <w:rPr>
          <w:sz w:val="20"/>
        </w:rPr>
        <w:t>44:51  hamare asian culture hai ke aadmi khud ko aurat se superior samajhta hai aur aurat ko ghar mein rakhna aur ghar ke kamon tak hi mehdood kar deta hai.</w:t>
      </w:r>
      <w:r>
        <w:br/>
      </w:r>
      <w:r>
        <w:rPr>
          <w:sz w:val="20"/>
        </w:rPr>
        <w:t>45:03  aur aisi auratein hi achi aurat samjhi jati hain. as an individual, aurat mein jo talent ya qualities hoti hain, us ko barhane ki ijazat nahi di jati, jis ki wajah se aurat zehni taur par oppressed feel karti hai aur apni intellectual needs ko marne pe majboor ho jati hai,</w:t>
      </w:r>
      <w:r>
        <w:br/>
      </w:r>
      <w:r>
        <w:rPr>
          <w:sz w:val="20"/>
        </w:rPr>
        <w:t>45:26  jis ki wajah se woh ek fragile personality banti hai aur mental illness tak pahunch jati hai. aisi auraton ko kaise sambhalna chahiye jin ke husband, walid ya bhai kisi bhi tarah apni soch ko badalne ko tayyar nahi hain aur na hi koi ganjaiish rakhte hain, kyun ke woh aisi hadith ka hawala dete hain ke aurat naqis ul aql hai.</w:t>
      </w:r>
      <w:r>
        <w:br/>
      </w:r>
      <w:r>
        <w:rPr>
          <w:sz w:val="20"/>
        </w:rPr>
        <w:t>45:52  aurat ke mashware pe chala jaye to ghar ki barbadi hoti hai, etcetera. maulana, main aap ki desperate guidance chahti hoon ke auratein kaise aisi situation ko deal kar sakte hain.</w:t>
      </w:r>
      <w:r>
        <w:br/>
      </w:r>
      <w:r>
        <w:rPr>
          <w:sz w:val="20"/>
        </w:rPr>
        <w:t>46:06  dekhiye, ek hai rawaji mazhab, rawaji, aur ek hai</w:t>
      </w:r>
      <w:r>
        <w:br/>
      </w:r>
      <w:r>
        <w:rPr>
          <w:sz w:val="20"/>
        </w:rPr>
        <w:t>46:16  quran o hadith ka mazhab, sacha mazhab.</w:t>
      </w:r>
      <w:r>
        <w:br/>
      </w:r>
      <w:r>
        <w:rPr>
          <w:sz w:val="20"/>
        </w:rPr>
        <w:t>46:22  to mera jo mutala hai, meri jo study hai, to main to samajhta hoon ke mashhoor jo maqola hai: "they da woman at the beginning of all great things" yeh maqola sab se apply hota hai islam ki history par.</w:t>
      </w:r>
      <w:r>
        <w:br/>
      </w:r>
      <w:r>
        <w:rPr>
          <w:sz w:val="20"/>
        </w:rPr>
        <w:t>46:44  islam ki history rasool allah se begin nahi hoti, woh to bohat pehle se shuru hoti hai, hazrat ibrahim se shuru hoti hai. to dekhiye, jo literature hai islam ka,</w:t>
      </w:r>
      <w:r>
        <w:br/>
      </w:r>
      <w:r>
        <w:rPr>
          <w:sz w:val="20"/>
        </w:rPr>
        <w:t>46:59  us se sabit hota hai ke kuch khawateen aisi hain jo mardon se bhi bara darja un ka hai. misaal ke taur par dekhiye,</w:t>
      </w:r>
      <w:r>
        <w:br/>
      </w:r>
      <w:r>
        <w:rPr>
          <w:sz w:val="20"/>
        </w:rPr>
        <w:t>47:12  woh hazrat haajra. hazrat haajra to ka darja itna bara hai ke haajra na hoti to islami na hota.</w:t>
      </w:r>
      <w:r>
        <w:br/>
      </w:r>
      <w:r>
        <w:rPr>
          <w:sz w:val="20"/>
        </w:rPr>
        <w:t>47:27  phir hazrat aasiya, jo agarche firoun ki</w:t>
      </w:r>
      <w:r>
        <w:br/>
      </w:r>
      <w:r>
        <w:rPr>
          <w:sz w:val="20"/>
        </w:rPr>
        <w:t>47:38  zawja theen, lekin un ka darja itna bara hai ke ke kisi mard ka bhi itna bara darja nahin. phir hazrat khadija, hazrat aisha.</w:t>
      </w:r>
      <w:r>
        <w:br/>
      </w:r>
      <w:r>
        <w:rPr>
          <w:sz w:val="20"/>
        </w:rPr>
        <w:t>47:51  aisha ke baray mein aap jantay hain ke yeh kaha jata hai ke "afqah al-sahaba" ke tamam sahaba mein sab se ziyada yaani deen ko jananay wali hai.</w:t>
      </w:r>
      <w:r>
        <w:br/>
      </w:r>
      <w:r>
        <w:rPr>
          <w:sz w:val="20"/>
        </w:rPr>
        <w:t>48:05  to dekhiye, aap riwaj ko le kar mat qaim kijiye ke mazhab kya hai. jo true, jo scripture hai, jo history hai, us se kya nikalta hai?</w:t>
      </w:r>
      <w:r>
        <w:br/>
      </w:r>
      <w:r>
        <w:rPr>
          <w:sz w:val="20"/>
        </w:rPr>
        <w:t>48:16  riwaj to hamesha ghalat rahega, hamesha rahega. aisa nahin ke kabhi riwaj ko aap khatam kar dein.</w:t>
      </w:r>
      <w:r>
        <w:br/>
      </w:r>
      <w:r>
        <w:rPr>
          <w:sz w:val="20"/>
        </w:rPr>
        <w:t>48:29  to aap ko chahiye ke "don't see the riwaj" but "you have to see the scripture" the true history of Islam.</w:t>
      </w:r>
    </w:p>
    <w:p>
      <w:pPr>
        <w:pStyle w:val="Heading2"/>
      </w:pPr>
      <w:r>
        <w:t>Women's kitchen time and Dawah work</w:t>
      </w:r>
    </w:p>
    <w:p>
      <w:r>
        <w:rPr>
          <w:color w:val="666666"/>
          <w:sz w:val="18"/>
        </w:rPr>
        <w:t>Society &amp; Dawah · Q&amp;A 13 Nov 2011 · 3m 38s · at 28:13 · https://youtu.be/oOZ9h37_pL8?t=1693</w:t>
      </w:r>
    </w:p>
    <w:p>
      <w:r>
        <w:rPr>
          <w:i/>
        </w:rPr>
        <w:t>“A gentleman said that women spend most of their time in the kitchen. How is it possible for them to do Dawah work and study literature?”</w:t>
      </w:r>
    </w:p>
    <w:p>
      <w:r>
        <w:rPr>
          <w:sz w:val="20"/>
        </w:rPr>
        <w:t>28:13  maulana un ka ek aur sawal hai. unhon ne likha hai ke ek sahib ne kaha ke auraton ka ziyada waqt kitchen mein guzar jata hai. un ke liye daawa work aur literature ka mutala kaise mumkin hai?</w:t>
      </w:r>
      <w:r>
        <w:br/>
      </w:r>
      <w:r>
        <w:rPr>
          <w:sz w:val="20"/>
        </w:rPr>
        <w:t>28:28  aap is silsile mein rehnumai farmayein. kitchen ko band kar dein. kya zaroorat hai kitchen mein waqt lagane ki.</w:t>
      </w:r>
      <w:r>
        <w:br/>
      </w:r>
      <w:r>
        <w:rPr>
          <w:sz w:val="20"/>
        </w:rPr>
        <w:t>28:37  main aap ko ek ek ek misaal deta hoon haqeeqi misaal. ek sahib mere paas aaye apni biwi ko le kar ke. abhi bilkul ek sachi misaal bata raha hoon.</w:t>
      </w:r>
      <w:r>
        <w:br/>
      </w:r>
      <w:r>
        <w:rPr>
          <w:sz w:val="20"/>
        </w:rPr>
        <w:t>28:48  aap chahen ge to mere daftar mein aayein main un ka naam pata telephone number de doon ga.</w:t>
      </w:r>
      <w:r>
        <w:br/>
      </w:r>
      <w:r>
        <w:rPr>
          <w:sz w:val="20"/>
        </w:rPr>
        <w:t>28:54  woh ek madrasa chalate hain. ab madrasay mein bachon ki khana pakta hai. saada khana. to unhon ne bataya ke un ke haan mehman bohat aate hain.</w:t>
      </w:r>
      <w:r>
        <w:br/>
      </w:r>
      <w:r>
        <w:rPr>
          <w:sz w:val="20"/>
        </w:rPr>
        <w:t>29:05  biwi jo hai din bhar khane ke intizam mein rehti hai. aur biwi un ki parhi likhi thi. to main ne bohat dinon tak un ko hemoori ki an ki.</w:t>
      </w:r>
      <w:r>
        <w:br/>
      </w:r>
      <w:r>
        <w:rPr>
          <w:sz w:val="20"/>
        </w:rPr>
        <w:t>29:14  ke har aadmi ko biwi jo hai Allah gift hoti hai. aap ko jo ek aurat mili hai wo Allah gift hai us ki naqadri kar rahe hain aap.</w:t>
      </w:r>
      <w:r>
        <w:br/>
      </w:r>
      <w:r>
        <w:rPr>
          <w:sz w:val="20"/>
        </w:rPr>
        <w:t>29:23  us ko istemal kijiye. main ne kaha aap mehman khali band kijiye. yeh sare mehmaanon ko band kijiye. koi mehmaandari nahin. jo mehman aaye us ko kahiye jaao bahar khao.</w:t>
      </w:r>
      <w:r>
        <w:br/>
      </w:r>
      <w:r>
        <w:rPr>
          <w:sz w:val="20"/>
        </w:rPr>
        <w:t>29:36  to unhon ne kya kiya</w:t>
      </w:r>
      <w:r>
        <w:br/>
      </w:r>
      <w:r>
        <w:rPr>
          <w:sz w:val="20"/>
        </w:rPr>
        <w:t>29:38  ? ek bohat zabardast kaam kiya unhon ne. yaani yahan se lootne ke baad yak lakht unhon ne mehmaandari band kar di.</w:t>
      </w:r>
      <w:r>
        <w:br/>
      </w:r>
      <w:r>
        <w:rPr>
          <w:sz w:val="20"/>
        </w:rPr>
        <w:t>29:47  kehte hain yeh nahin kiya wo khud apne apna jo khana pakta tha khud apna us ko bhi unhon ne band kar diya.</w:t>
      </w:r>
      <w:r>
        <w:br/>
      </w:r>
      <w:r>
        <w:rPr>
          <w:sz w:val="20"/>
        </w:rPr>
        <w:t>29:55  aur unhon ne kaha ke jo madrase mein pakta hai bachon ke liye khana wahi hum bhi khayenge. to madrase ka jo jo matbakh hota hai us se khana aata hai un ke haan paisa dete hain wo.</w:t>
      </w:r>
      <w:r>
        <w:br/>
      </w:r>
      <w:r>
        <w:rPr>
          <w:sz w:val="20"/>
        </w:rPr>
        <w:t>30:10  paisa de kar wo matbakh ka khana lete hain.</w:t>
      </w:r>
      <w:r>
        <w:br/>
      </w:r>
      <w:r>
        <w:rPr>
          <w:sz w:val="20"/>
        </w:rPr>
        <w:t>30:13  apna khana pakwate hi nahin. aur mehmaanon se keh diya ke tum bhi ja kar khao aur paisa do. yaani matbakh mein khao aur matbakh mein paisa de kar ke jab tak chaho khate raho.</w:t>
      </w:r>
      <w:r>
        <w:br/>
      </w:r>
      <w:r>
        <w:rPr>
          <w:sz w:val="20"/>
        </w:rPr>
        <w:t>30:29  to mehmaanon ko bhi keh diya ja kar madrase mein khao paisa de kar ke. khud apne liye bhi unhon ne yeh kiya ke apna matbakh band kar ke masjid se</w:t>
      </w:r>
      <w:r>
        <w:br/>
      </w:r>
      <w:r>
        <w:rPr>
          <w:sz w:val="20"/>
        </w:rPr>
        <w:t>30:39  apna barish khana band kar ke matbakh ke khana lene lage. yeh sachi kahani hai. ab kya hai ke wo miyan biwi dono khoob daawa work kar rahe hain.</w:t>
      </w:r>
      <w:r>
        <w:br/>
      </w:r>
      <w:r>
        <w:rPr>
          <w:sz w:val="20"/>
        </w:rPr>
        <w:t>30:50  apne shahar mein. yaani kitabein parh rahe hain. study ke liye waqt mil gaya kafi un ko. aur daawa work bhi khoob kar rahe hain.</w:t>
      </w:r>
      <w:r>
        <w:br/>
      </w:r>
      <w:r>
        <w:rPr>
          <w:sz w:val="20"/>
        </w:rPr>
        <w:t>30:59  to koi yaani zindagi aaj itni bigri hui hai ke koi drastic step lena parega. zindagi aaj itni bigri hui hai.</w:t>
      </w:r>
      <w:r>
        <w:br/>
      </w:r>
      <w:r>
        <w:rPr>
          <w:sz w:val="20"/>
        </w:rPr>
        <w:t>31:07  jhooti mehmaandari jhooti family attend karna yeh sab jhooti us ko main kaha karta hoon ideal business. idle befaida sargarmiyan.</w:t>
      </w:r>
      <w:r>
        <w:br/>
      </w:r>
      <w:r>
        <w:rPr>
          <w:sz w:val="20"/>
        </w:rPr>
        <w:t>31:20  sab log jo hai aaj kal ke zamane mein ideal business pade hue hain. to aap ko radically apne andar change karna lana parega.</w:t>
      </w:r>
      <w:r>
        <w:br/>
      </w:r>
      <w:r>
        <w:rPr>
          <w:sz w:val="20"/>
        </w:rPr>
        <w:t>31:28  ek lakht band karna parega jis tarah unhon ne band kar diya. aap khoob kaam kar rahe hain. haqeeqat zindagi mein koi rukawat nahin hai. rukawat aap ki soch mein hai.</w:t>
      </w:r>
      <w:r>
        <w:br/>
      </w:r>
      <w:r>
        <w:rPr>
          <w:sz w:val="20"/>
        </w:rPr>
        <w:t>31:41  rukawat sirf aap ki soch mein hai. inqalabi ban jaiye soch ke aitbar se to sari rukawat apne aap khatam ho jayegi.</w:t>
      </w:r>
    </w:p>
    <w:p>
      <w:pPr>
        <w:pStyle w:val="Heading2"/>
      </w:pPr>
      <w:r>
        <w:t>Women's role in dawah work</w:t>
      </w:r>
    </w:p>
    <w:p>
      <w:r>
        <w:rPr>
          <w:color w:val="666666"/>
          <w:sz w:val="18"/>
        </w:rPr>
        <w:t>Society &amp; Dawah · Age of Alternatives April 05, 2015 · 2m 59s · at 58:35 · https://youtu.be/4v0uCM2BZuA?t=3515</w:t>
      </w:r>
    </w:p>
    <w:p>
      <w:r>
        <w:rPr>
          <w:i/>
        </w:rPr>
        <w:t>“Maulana, women like Aisha and many more played great roles in the history of Islam. In fact, many hadith are attributed to Aisha, but still Muslims today don't want their women to be part of dawah work. Why is this that they can't take lessons from the life of the Prophet and his companions who involved their women in the way of Islam?”</w:t>
      </w:r>
    </w:p>
    <w:p>
      <w:r>
        <w:rPr>
          <w:sz w:val="20"/>
        </w:rPr>
        <w:t>58:35  maulana, agla sawal mumbai se kiya hai faheem sahab ne aur unhon ne likha hai: "maulana, women like Hazrat Aisha and many more played great roles in the history of Islam۔</w:t>
      </w:r>
      <w:r>
        <w:br/>
      </w:r>
      <w:r>
        <w:rPr>
          <w:sz w:val="20"/>
        </w:rPr>
        <w:t>58:49  in fact, many hadith are attributed to Hazrat Aisha, but still Muslims today don't want their women to be part of dawa work</w:t>
      </w:r>
      <w:r>
        <w:br/>
      </w:r>
      <w:r>
        <w:rPr>
          <w:sz w:val="20"/>
        </w:rPr>
        <w:t>58:58  . why is this that they can't take lessons from the life of prophet and his companions who involve their women in the way of Islam?" dekhiye, asal masla women ka nahi hai.</w:t>
      </w:r>
      <w:r>
        <w:br/>
      </w:r>
      <w:r>
        <w:rPr>
          <w:sz w:val="20"/>
        </w:rPr>
        <w:t>59:11  asal masla hai ke dawah ko musalmanon ne hadaf kar diya. poori hazar saal ki tareekh mein jo kitabein likhi gayi hain, maine bar bar kal logon se kaha hai ke batao kis kitab kaun si kitab dawah ke mauzu par hai?</w:t>
      </w:r>
      <w:r>
        <w:br/>
      </w:r>
      <w:r>
        <w:rPr>
          <w:sz w:val="20"/>
        </w:rPr>
        <w:t>59:27  to mardon ke liye hadaf kar diya unhon ne, sirf auraton ke liye nahi. to asal jar yeh hai ke hamare ulama ne aur hamare jo jin logon ne Islam ki numaindagi ki, un sab logon ne dawah ko hadaf kar diya.</w:t>
      </w:r>
      <w:r>
        <w:br/>
      </w:r>
      <w:r>
        <w:rPr>
          <w:sz w:val="20"/>
        </w:rPr>
        <w:t>59:42  bas jihad aur ladai bas isi ko highlight kiya. yeh masla is wajah se yeh surat-e-haal paida hui hai.</w:t>
      </w:r>
      <w:r>
        <w:br/>
      </w:r>
      <w:r>
        <w:rPr>
          <w:sz w:val="20"/>
        </w:rPr>
        <w:t>59:52  maine bahut padha hai Allah ke fazl se, koi ek kitab mujhe aisi nahi mili jo sahi maanon mein is ke andar dawah ka concept paya jata ho.</w:t>
      </w:r>
      <w:r>
        <w:br/>
      </w:r>
      <w:r>
        <w:rPr>
          <w:sz w:val="20"/>
        </w:rPr>
        <w:t>1:00:01  ek kitab bhi nahi. agar koi kehta hai ke hai kitab, main urdu zaban ki baat kar raha hoon, koi urdu kitab to woh mujhe bataye. hatta ke dekhiye, fiqh par jo kitabein likhi gayi hain, fiqh par is mein koi kitab o dawah o tabligh nahi.</w:t>
      </w:r>
      <w:r>
        <w:br/>
      </w:r>
      <w:r>
        <w:rPr>
          <w:sz w:val="20"/>
        </w:rPr>
        <w:t>1:00:16  yani kisi fiqhi kitab mein dawah ka chapter hi nahi hai.</w:t>
      </w:r>
      <w:r>
        <w:br/>
      </w:r>
      <w:r>
        <w:rPr>
          <w:sz w:val="20"/>
        </w:rPr>
        <w:t>1:00:20  to to musalman yani musalman mardon se bhi hadaf kar rakha hai aur auraton bhi se hadaf ho gaya hai. to asal jar yeh hai ke hamare ulama ne yani dawah ko hadaf kar diya, halanke Rasool Allah ki asal yeh thi ke dawah dawah asal se thi: "dairah Allah bizni,</w:t>
      </w:r>
      <w:r>
        <w:br/>
      </w:r>
      <w:r>
        <w:rPr>
          <w:sz w:val="20"/>
        </w:rPr>
        <w:t>1:00:44  dairah Allah bizni wa siraj munira".</w:t>
      </w:r>
      <w:r>
        <w:br/>
      </w:r>
      <w:r>
        <w:rPr>
          <w:sz w:val="20"/>
        </w:rPr>
        <w:t>1:00:51  to yeh mislan maine bahut likha hai is ke upar aur main is par qaim hoon ke kisi ek shakhs ne bhi dawah ko sahi maanon mein yani is par kuch koi kitab nahi likhi.</w:t>
      </w:r>
      <w:r>
        <w:br/>
      </w:r>
      <w:r>
        <w:rPr>
          <w:sz w:val="20"/>
        </w:rPr>
        <w:t>1:01:06  kuch log dawah ka naam lete hain lekin woh dawah woh dawah nahi hoti. woh to qaumi yani Muslim parliament ko bhi dawah kehte hain, ladai ladai ko bhi dawah kehte hain.</w:t>
      </w:r>
      <w:r>
        <w:br/>
      </w:r>
      <w:r>
        <w:rPr>
          <w:sz w:val="20"/>
        </w:rPr>
        <w:t>1:01:18  yeh to jis ko kehte hain minus marking ke mushtaq hain. yeh log jo log aisa karte hain ke doosre doosre kamon ko dawah kehte hain, woh minus marking ke mushtaq hain.</w:t>
      </w:r>
    </w:p>
    <w:p>
      <w:pPr>
        <w:pStyle w:val="Heading2"/>
      </w:pPr>
      <w:r>
        <w:t>دنیا میں اسلامی حکومت کے انتظار کی غلطی</w:t>
      </w:r>
    </w:p>
    <w:p>
      <w:r>
        <w:rPr>
          <w:color w:val="666666"/>
          <w:sz w:val="18"/>
        </w:rPr>
        <w:t>Society &amp; Dawah · Discovery of God (In Conversation with Maulana) December 25, 2011 · 2m 30s · at 19:03 · https://youtu.be/-1c1d7cFj0s?t=1143</w:t>
      </w:r>
    </w:p>
    <w:p>
      <w:r>
        <w:rPr>
          <w:i/>
        </w:rPr>
        <w:t>“معرفت اور دعوت کا انعام آخرت میں ملے گا، مگر مسلم ایمپائر کا فائدہ دنیا میں ملے گا۔ مسلم اسی چیز کی بات پر اس کا انتظار کر رہے ہیں کہ اسلامی حکومت کب قائم ہوگی۔ مولانا، اس غلط بات کو کیسے سمجھایا جائے؟”</w:t>
      </w:r>
    </w:p>
    <w:p>
      <w:r>
        <w:rPr>
          <w:sz w:val="20"/>
        </w:rPr>
        <w:t>19:03  maulana, agla sawal aya hai tamil nadu se maulana farhat ahmad salfi umri ka. unhon ne poocha hai ke marifat aur dawat ka inaam akhirat mein milega, magar muslim empire ka faida dunya mein milega.</w:t>
      </w:r>
      <w:r>
        <w:br/>
      </w:r>
      <w:r>
        <w:rPr>
          <w:sz w:val="20"/>
        </w:rPr>
        <w:t>19:21  muslim isi isi cheez ki baat pe is ka intezar kar rahe hain ke islami hukumat kab qaim hogi.</w:t>
      </w:r>
      <w:r>
        <w:br/>
      </w:r>
      <w:r>
        <w:rPr>
          <w:sz w:val="20"/>
        </w:rPr>
        <w:t>19:30  maulana, is galat baat ko kaise samjhaya jaye?</w:t>
      </w:r>
      <w:r>
        <w:br/>
      </w:r>
      <w:r>
        <w:rPr>
          <w:sz w:val="20"/>
        </w:rPr>
        <w:t>19:34  samjhaya jaye ke woh possible nahi hai. jis cheez ko muslim jo kehte hain ke muslim hukumatain theen, to woh hukumat kahan thi?</w:t>
      </w:r>
      <w:r>
        <w:br/>
      </w:r>
      <w:r>
        <w:rPr>
          <w:sz w:val="20"/>
        </w:rPr>
        <w:t>19:43  woh to dynasty thi, ek khandan hukumat kar raha tha. aam musalmanon ko to kuch bhi nahi mila hua tha, aur sari dunya mein muslim hukumat woh to possible hi nahi hai, mumkin hi nahi hai.</w:t>
      </w:r>
      <w:r>
        <w:br/>
      </w:r>
      <w:r>
        <w:rPr>
          <w:sz w:val="20"/>
        </w:rPr>
        <w:t>19:55  to ek unachievable goal ke liye musalman jo hai, apne dimagh khwamkhwah is mein apne dimagh ko masroof kiye hue hain. yeh goal achievable hi nahi hai ke sari dunya mein islami hukumat qaim ho.</w:t>
      </w:r>
      <w:r>
        <w:br/>
      </w:r>
      <w:r>
        <w:rPr>
          <w:sz w:val="20"/>
        </w:rPr>
        <w:t>20:07  na kabhi hua, na aindah hone wala hai. aur jo hukumatain bani theen musalmanon ki, woh sab dynasty theen, yani khandani badshahat.</w:t>
      </w:r>
      <w:r>
        <w:br/>
      </w:r>
      <w:r>
        <w:rPr>
          <w:sz w:val="20"/>
        </w:rPr>
        <w:t>20:18  jo kuch mila hua tha, ek khandan ko mila hua tha. to dynasty ke liye aap sare apne aap ko kya khatam kar denge?</w:t>
      </w:r>
      <w:r>
        <w:br/>
      </w:r>
      <w:r>
        <w:rPr>
          <w:sz w:val="20"/>
        </w:rPr>
        <w:t>20:26  isi ko isi ke peeche.</w:t>
      </w:r>
      <w:r>
        <w:br/>
      </w:r>
      <w:r>
        <w:rPr>
          <w:sz w:val="20"/>
        </w:rPr>
        <w:t>20:32  to behal yeh mere nazdeek political goal achievable nahi hai, sirf ek fareb hai, ek romantic concept hai. yeh woh achieve hi nahi ho sakta kabhi is dunya mein, jo ke test ke liye banai gayi hai.</w:t>
      </w:r>
      <w:r>
        <w:br/>
      </w:r>
      <w:r>
        <w:rPr>
          <w:sz w:val="20"/>
        </w:rPr>
        <w:t>20:48  aur marifat aur dawat to har ek aadmi ke liye achievable hai. har aadmi apne aap ko عارف bana sakta hai, har aadmi apne aap ko dāi bana sakta hai.</w:t>
      </w:r>
      <w:r>
        <w:br/>
      </w:r>
      <w:r>
        <w:rPr>
          <w:sz w:val="20"/>
        </w:rPr>
        <w:t>21:00  is baat ko log nahi samajhte, is farq ko jaan lein. agar ke عارف banna aur dāi banna, yeh to hamare bas mein hai, lekin islami hukumat sari dunya mein qaim karna, yeh to bas mein nahi hai, achievable hi nahi hai.</w:t>
      </w:r>
      <w:r>
        <w:br/>
      </w:r>
      <w:r>
        <w:rPr>
          <w:sz w:val="20"/>
        </w:rPr>
        <w:t>21:11  woh sary se is ko chand samajhte hain, samajhte hain yeh log. aur bohat si kitabein chhapi hui hain, jo is mein romantic baatein hain, un romantic baaton mein phanse hue hain log.</w:t>
      </w:r>
      <w:r>
        <w:br/>
      </w:r>
      <w:r>
        <w:rPr>
          <w:sz w:val="20"/>
        </w:rPr>
        <w:t>21:23  to is ko clear kar diya jaye to inshallah yaqeenan apni islaah kar lenge log.</w:t>
      </w:r>
    </w:p>
    <w:p>
      <w:pPr>
        <w:pStyle w:val="Heading2"/>
      </w:pPr>
      <w:r>
        <w:t>مسلمانوں میں سائنسی تحقیق کی کمی کی وجہ</w:t>
      </w:r>
    </w:p>
    <w:p>
      <w:r>
        <w:rPr>
          <w:color w:val="666666"/>
          <w:sz w:val="18"/>
        </w:rPr>
        <w:t>Society &amp; Dawah · Dars-e-Quran, Ch. 12, V. 105 ; Ch. 10 V. 61 (Study of Nature) | July 15, 2018 · 2m 38s · at 1:08:11 · https://youtu.be/5d-qNvpMg4k?t=4091</w:t>
      </w:r>
    </w:p>
    <w:p>
      <w:r>
        <w:rPr>
          <w:i/>
        </w:rPr>
        <w:t>“کیا آج مسلمانوں میں سپرٹ آف ان کوائری ختم ہونے کی وجہ سے سائنس کی تحقیق بھی ختم ہوگئی ہے؟ اس کی وضاحت کریں۔”</w:t>
      </w:r>
    </w:p>
    <w:p>
      <w:r>
        <w:rPr>
          <w:sz w:val="20"/>
        </w:rPr>
        <w:t>1:08:11  evil forces and good forces. ji haan, to yeh to nature hai. yeh yeh yeh jari rahega. isi se taraqqi hoti hai. isi se personality development hota hai. maulana agla sawal ah bihar se kiya hai qase raza raza sahib ne. unhon ne likha hai ke kya aaj musalmanon mein spirit of in</w:t>
      </w:r>
      <w:r>
        <w:br/>
      </w:r>
      <w:r>
        <w:rPr>
          <w:sz w:val="20"/>
        </w:rPr>
        <w:t>1:08:41  inquiry khatam hone ki wajah se science ki tehqeeq bhi khatam ho gayi hai? is ki wazahat karen.</w:t>
      </w:r>
      <w:r>
        <w:br/>
      </w:r>
      <w:r>
        <w:rPr>
          <w:sz w:val="20"/>
        </w:rPr>
        <w:t>1:08:47  ab baat to theek lagti hai mujhe.</w:t>
      </w:r>
      <w:r>
        <w:br/>
      </w:r>
      <w:r>
        <w:rPr>
          <w:sz w:val="20"/>
        </w:rPr>
        <w:t>1:08:53  musalmanon mein spirit of inquiry mere to khaas hai hi nahin.</w:t>
      </w:r>
      <w:r>
        <w:br/>
      </w:r>
      <w:r>
        <w:rPr>
          <w:sz w:val="20"/>
        </w:rPr>
        <w:t>1:08:59  ya to mukhalif pahunch jaate hain ya muwafiq pahunch jaate hain.</w:t>
      </w:r>
      <w:r>
        <w:br/>
      </w:r>
      <w:r>
        <w:rPr>
          <w:sz w:val="20"/>
        </w:rPr>
        <w:t>1:09:05  kisi ke khilaf bolte hain ya kisi ke muwafqat bolte hain.</w:t>
      </w:r>
      <w:r>
        <w:br/>
      </w:r>
      <w:r>
        <w:rPr>
          <w:sz w:val="20"/>
        </w:rPr>
        <w:t>1:09:12  kisi ko to woh isi jis ko kehte hain spirit of inquiry. woh shayad musalmanon mein sahi taur par hai nahi. is ko revive karne ki zaroorat hai. maulana do comment parhna chahenge. ah pehla comment bheja hai maulana yaqoob umri ne. unhon ne likha hai, "maulana, the concept of knowledge expansion you</w:t>
      </w:r>
      <w:r>
        <w:br/>
      </w:r>
      <w:r>
        <w:rPr>
          <w:sz w:val="20"/>
        </w:rPr>
        <w:t>1:09:42  described, i have never heard or read about it before. muslims in history have focused on their political expansion rather than knowledge expansion. this is also a tragedy that now a days muslims could not identify those who did knowledge expansion." maulana sahib, you are so true. sahi, jazakumullah. maulana agla comment bheja hai naseer sinha sahib</w:t>
      </w:r>
      <w:r>
        <w:br/>
      </w:r>
      <w:r>
        <w:rPr>
          <w:sz w:val="20"/>
        </w:rPr>
        <w:t>1:10:12  ne tamapur se.</w:t>
      </w:r>
      <w:r>
        <w:br/>
      </w:r>
      <w:r>
        <w:rPr>
          <w:sz w:val="20"/>
        </w:rPr>
        <w:t>1:10:18  unhon ne likha hai, "maulana sahab, main ne ek company mein ek hindu salesman ko canada ka</w:t>
      </w:r>
      <w:r>
        <w:br/>
      </w:r>
      <w:r>
        <w:rPr>
          <w:sz w:val="20"/>
        </w:rPr>
        <w:t>1:10:24  quran diya to unhon ne bohat khushi se liya.</w:t>
      </w:r>
      <w:r>
        <w:br/>
      </w:r>
      <w:r>
        <w:rPr>
          <w:sz w:val="20"/>
        </w:rPr>
        <w:t>1:10:30  phir woh mujhe dobara mile to unhon ne kaha ke aap ne jo quran diya hai woh bohat acha hai.</w:t>
      </w:r>
      <w:r>
        <w:br/>
      </w:r>
      <w:r>
        <w:rPr>
          <w:sz w:val="20"/>
        </w:rPr>
        <w:t>1:10:37  main ise rozana sone se pehle aadha ghanta parh ke sota hoon." keh kar shukriya ada kiya. mashallah, mashallah,</w:t>
      </w:r>
      <w:r>
        <w:br/>
      </w:r>
      <w:r>
        <w:rPr>
          <w:sz w:val="20"/>
        </w:rPr>
        <w:t>1:10:43  mashallah.</w:t>
      </w:r>
    </w:p>
    <w:p>
      <w:pPr>
        <w:pStyle w:val="Heading2"/>
      </w:pPr>
      <w:r>
        <w:t>کیا مرد و عورت کے کاموں کی تقسیم الہٰی ہے؟</w:t>
      </w:r>
    </w:p>
    <w:p>
      <w:r>
        <w:rPr>
          <w:color w:val="666666"/>
          <w:sz w:val="18"/>
        </w:rPr>
        <w:t>Society &amp; Dawah · God Oriented Life (In Conversation with Maulana) 23 10 11 · 4m 17s · at 23:46 · https://youtu.be/E_LWwsWww2U?t=1426</w:t>
      </w:r>
    </w:p>
    <w:p>
      <w:r>
        <w:rPr>
          <w:i/>
        </w:rPr>
        <w:t>“I have some issues with divine ordaining of division of labor between men and women as you have indicated that it is the man to work outside and woman to home. Is this divine ordaining subject to change with demands of changing life? Women not only do so much outside these days, they even are recruited to the defense and assigned to front line and field action where they are vulnerable targets for abuse. I realize the physical...”</w:t>
      </w:r>
    </w:p>
    <w:p>
      <w:r>
        <w:rPr>
          <w:sz w:val="20"/>
        </w:rPr>
        <w:t>23:46  maulana agla sawal aaya hai mister kailash nath ka kingston usa se unhone likha hai maulana i have some issues with the divine ordaining of division of labor between men and women as you have indicated that is the man to work outside and woman to home is this divine ordaining ordaining subject to change with the demands of changing life</w:t>
      </w:r>
      <w:r>
        <w:br/>
      </w:r>
      <w:r>
        <w:rPr>
          <w:sz w:val="20"/>
        </w:rPr>
        <w:t>24:13  Women not only do so much outside these days, they even are recruited to the defense and</w:t>
      </w:r>
      <w:r>
        <w:br/>
      </w:r>
      <w:r>
        <w:rPr>
          <w:sz w:val="20"/>
        </w:rPr>
        <w:t>24:19  assigned to frontline and field action where they are vulnerable targets for abuse. I realized the physical</w:t>
      </w:r>
      <w:r>
        <w:br/>
      </w:r>
      <w:r>
        <w:rPr>
          <w:sz w:val="20"/>
        </w:rPr>
        <w:t>24:28  and psychological differences in the makeup and constitution between men and women. But isn't it that men</w:t>
      </w:r>
      <w:r>
        <w:br/>
      </w:r>
      <w:r>
        <w:rPr>
          <w:sz w:val="20"/>
        </w:rPr>
        <w:t>24:35  can do a lot to share and be a helping hand for women at home and women can</w:t>
      </w:r>
      <w:r>
        <w:br/>
      </w:r>
      <w:r>
        <w:rPr>
          <w:sz w:val="20"/>
        </w:rPr>
        <w:t>24:41  do the same with men outside</w:t>
      </w:r>
      <w:r>
        <w:br/>
      </w:r>
      <w:r>
        <w:rPr>
          <w:sz w:val="20"/>
        </w:rPr>
        <w:t>24:45  wouldnt this divine ordain of division of labor you are talking about are so much at odds with the realities of the world we live in your comments in this regard will help and may god give you keep you going in continuing to guide and bless us towards our efforts to make good sense out of this complex world</w:t>
      </w:r>
      <w:r>
        <w:br/>
      </w:r>
      <w:r>
        <w:rPr>
          <w:sz w:val="20"/>
        </w:rPr>
        <w:t>25:06  dekhiye maine aisa nahi likha hai aap is ko phir se padhiye meri tehreer ko ke aurat</w:t>
      </w:r>
      <w:r>
        <w:br/>
      </w:r>
      <w:r>
        <w:rPr>
          <w:sz w:val="20"/>
        </w:rPr>
        <w:t>25:12  sirf ghar kaam kare aur aurat sirf bahar kaam kare aisa maine likha hai maine kaha</w:t>
      </w:r>
      <w:r>
        <w:br/>
      </w:r>
      <w:r>
        <w:rPr>
          <w:sz w:val="20"/>
        </w:rPr>
        <w:t>25:17  ke basically aisa hona chahiye basically wahan lafz padhiye aap mera hmm aisa nahi likha likha maine</w:t>
      </w:r>
      <w:r>
        <w:br/>
      </w:r>
      <w:r>
        <w:rPr>
          <w:sz w:val="20"/>
        </w:rPr>
        <w:t>25:23  kabhi bhi nahi likha hai yani ek general division yeh hai general aam halat mein ke aisa aurat</w:t>
      </w:r>
      <w:r>
        <w:br/>
      </w:r>
      <w:r>
        <w:rPr>
          <w:sz w:val="20"/>
        </w:rPr>
        <w:t>25:32  kare aisa mard kare lekin agar aap zaroorat samajhte hain to mard bahar ja kar kaam kar sakti</w:t>
      </w:r>
      <w:r>
        <w:br/>
      </w:r>
      <w:r>
        <w:rPr>
          <w:sz w:val="20"/>
        </w:rPr>
        <w:t>25:40  hai aur is mein koi islam mein koi harj nahi hai harj asal cheez jo hai dekhiye yeh</w:t>
      </w:r>
      <w:r>
        <w:br/>
      </w:r>
      <w:r>
        <w:rPr>
          <w:sz w:val="20"/>
        </w:rPr>
        <w:t>25:48  nahi ke aurat ghar mein confine rahi hai matlab nahi asal</w:t>
      </w:r>
      <w:r>
        <w:br/>
      </w:r>
      <w:r>
        <w:rPr>
          <w:sz w:val="20"/>
        </w:rPr>
        <w:t>25:52  mein asal cheez jo islam mein hai woh newdity</w:t>
      </w:r>
      <w:r>
        <w:br/>
      </w:r>
      <w:r>
        <w:rPr>
          <w:sz w:val="20"/>
        </w:rPr>
        <w:t>25:56  یعنی free society اور یہ سب جو ہوتا ہے یعنی مرد عورت بالکل مچھلیوں کی طرح رہتے ہیں</w:t>
      </w:r>
      <w:r>
        <w:br/>
      </w:r>
      <w:r>
        <w:rPr>
          <w:sz w:val="20"/>
        </w:rPr>
        <w:t>26:03  yeh sab galat hai islam mein</w:t>
      </w:r>
      <w:r>
        <w:br/>
      </w:r>
      <w:r>
        <w:rPr>
          <w:sz w:val="20"/>
        </w:rPr>
        <w:t>26:06  aisa nahi ke aurat bahar kaam nahi kar sakti</w:t>
      </w:r>
      <w:r>
        <w:br/>
      </w:r>
      <w:r>
        <w:rPr>
          <w:sz w:val="20"/>
        </w:rPr>
        <w:t>26:11  aisa hargiz nahi hai lekin aam halaat mein maine kaha hai ke aam halaat mein</w:t>
      </w:r>
      <w:r>
        <w:br/>
      </w:r>
      <w:r>
        <w:rPr>
          <w:sz w:val="20"/>
        </w:rPr>
        <w:t>26:17  agar yeh arrangement hota hai ke aurat ghar ka sambhalti hai mard bahar ka sambhalta hai to yeh</w:t>
      </w:r>
      <w:r>
        <w:br/>
      </w:r>
      <w:r>
        <w:rPr>
          <w:sz w:val="20"/>
        </w:rPr>
        <w:t>26:24  ایک نیچرل ڈیویژن ہوگا آپ یورپ امریکہ کا ذکر فرما رہے ہیں میں بار بار وہاں گیا ہوں</w:t>
      </w:r>
      <w:r>
        <w:br/>
      </w:r>
      <w:r>
        <w:rPr>
          <w:sz w:val="20"/>
        </w:rPr>
        <w:t>26:31  wahan par chounke is is ko nahi mante log to is se bohat nuksan hua hai wahan jis</w:t>
      </w:r>
      <w:r>
        <w:br/>
      </w:r>
      <w:r>
        <w:rPr>
          <w:sz w:val="20"/>
        </w:rPr>
        <w:t>26:37  ko</w:t>
      </w:r>
      <w:r>
        <w:br/>
      </w:r>
      <w:r>
        <w:rPr>
          <w:sz w:val="20"/>
        </w:rPr>
        <w:t>26:37  کہتے ہیں broken homes, broken homes جو مسئلہ پیدا ہوا ہے وہ ہر وہاں کا سپر مسئلہ ہے</w:t>
      </w:r>
      <w:r>
        <w:br/>
      </w:r>
      <w:r>
        <w:rPr>
          <w:sz w:val="20"/>
        </w:rPr>
        <w:t>26:44  broken homes, yaani maa mein alag, bachche alag, aur shauhar alag. Toh bachche bilkul yaani koi unki</w:t>
      </w:r>
      <w:r>
        <w:br/>
      </w:r>
      <w:r>
        <w:rPr>
          <w:sz w:val="20"/>
        </w:rPr>
        <w:t>26:55  ٹریننگ نہیں ہوتی بالکل اینیمل کی طرح جیتے ہیں وہ تو broken homes کو جو جو phenomena وہاں</w:t>
      </w:r>
      <w:r>
        <w:br/>
      </w:r>
      <w:r>
        <w:rPr>
          <w:sz w:val="20"/>
        </w:rPr>
        <w:t>27:01  ہے وہ وہ تو super evil ہے وہاں کی سوسائٹی بالکل یعنی تباہ ہو گئی اس کی بنا</w:t>
      </w:r>
      <w:r>
        <w:br/>
      </w:r>
      <w:r>
        <w:rPr>
          <w:sz w:val="20"/>
        </w:rPr>
        <w:t>27:09  par to natural taqseem mein yeh hai maine kaha hai ke dono shobe hain yani ghar sambhalna</w:t>
      </w:r>
      <w:r>
        <w:br/>
      </w:r>
      <w:r>
        <w:rPr>
          <w:sz w:val="20"/>
        </w:rPr>
        <w:t>27:18  bachon ko sambhalna aur bahar ka sambhalna bhi lekin yeh koi</w:t>
      </w:r>
      <w:r>
        <w:br/>
      </w:r>
      <w:r>
        <w:rPr>
          <w:sz w:val="20"/>
        </w:rPr>
        <w:t>27:22  aisa nahi ke aise hi lazman har jagah hona chahiye maine yeh bhi kaha hai aap parhein</w:t>
      </w:r>
      <w:r>
        <w:br/>
      </w:r>
      <w:r>
        <w:rPr>
          <w:sz w:val="20"/>
        </w:rPr>
        <w:t>27:27  اس کو کہ یہ جو generation کو جو تیار کرنا ہے کہ through education اس کے لیے best</w:t>
      </w:r>
      <w:r>
        <w:br/>
      </w:r>
      <w:r>
        <w:rPr>
          <w:sz w:val="20"/>
        </w:rPr>
        <w:t>27:38  teacher aurtein hoti hain yani education ka jo department hai woh aurton ko sambhalna chahiye kyunke aurtein bohat</w:t>
      </w:r>
      <w:r>
        <w:br/>
      </w:r>
      <w:r>
        <w:rPr>
          <w:sz w:val="20"/>
        </w:rPr>
        <w:t>27:46  acha teaching ka job kar sakti hain yeh bhi maine likha hai to aap phir se parhiye</w:t>
      </w:r>
      <w:r>
        <w:br/>
      </w:r>
      <w:r>
        <w:rPr>
          <w:sz w:val="20"/>
        </w:rPr>
        <w:t>27:51  is ko maine is ko aisa nahi likha hai ke sirf yeh aur sirf woh</w:t>
      </w:r>
    </w:p>
    <w:p>
      <w:pPr>
        <w:pStyle w:val="Heading2"/>
      </w:pPr>
      <w:r>
        <w:t>Achieving focused mind for contemplation</w:t>
      </w:r>
    </w:p>
    <w:p>
      <w:r>
        <w:rPr>
          <w:color w:val="666666"/>
          <w:sz w:val="18"/>
        </w:rPr>
        <w:t>Spirituality · Deeper Meaning of The Quran May 17, 2015 · 2m 28s · at 55:23 · https://youtu.be/CoTUNYxSRiI?t=3323</w:t>
      </w:r>
    </w:p>
    <w:p>
      <w:r>
        <w:rPr>
          <w:i/>
        </w:rPr>
        <w:t>“Contemplation requires a focused mind. How can we stay away from distraction to get a focused mind?”</w:t>
      </w:r>
    </w:p>
    <w:p>
      <w:r>
        <w:rPr>
          <w:sz w:val="20"/>
        </w:rPr>
        <w:t>55:23  maulana, agla sawal dilli se hai miss naghma siddiqui ka. aur unhon ne likha hai: "contemplation requires a focused mind</w:t>
      </w:r>
      <w:r>
        <w:br/>
      </w:r>
      <w:r>
        <w:rPr>
          <w:sz w:val="20"/>
        </w:rPr>
        <w:t>55:34  . how can we stay away from distraction to get a focused mind?"</w:t>
      </w:r>
      <w:r>
        <w:br/>
      </w:r>
      <w:r>
        <w:rPr>
          <w:sz w:val="20"/>
        </w:rPr>
        <w:t>55:44  dekhiye main samajhta hoon ke har aadmi kisi ek cheez par focus kiya rehta hai. baghair focus ke koi jeeta nahi.</w:t>
      </w:r>
      <w:r>
        <w:br/>
      </w:r>
      <w:r>
        <w:rPr>
          <w:sz w:val="20"/>
        </w:rPr>
        <w:t>56:00  sirf yeh hai ke aap focus kisi ka hota hai akhirat par kisi ka aur dunya par.</w:t>
      </w:r>
      <w:r>
        <w:br/>
      </w:r>
      <w:r>
        <w:rPr>
          <w:sz w:val="20"/>
        </w:rPr>
        <w:t>56:06  misalan ek shakhs ne mujhe bataya ke mere mulk ke bhai rehte hain bahar europe ke kisi mulk mein ya america mein kahein.</w:t>
      </w:r>
      <w:r>
        <w:br/>
      </w:r>
      <w:r>
        <w:rPr>
          <w:sz w:val="20"/>
        </w:rPr>
        <w:t>56:16  to unhon ne kaha un ki ek bachi paida hui beti. to bas isi ko le ke khelte rehte hain. to unhon ne kaha ke woh office mein kaam karte hain.</w:t>
      </w:r>
      <w:r>
        <w:br/>
      </w:r>
      <w:r>
        <w:rPr>
          <w:sz w:val="20"/>
        </w:rPr>
        <w:t>56:27  to office mein jab aate hain to sab se pehle is bachi ko utha lete hain. use pyar karte hain us ki god mein lete hain.</w:t>
      </w:r>
      <w:r>
        <w:br/>
      </w:r>
      <w:r>
        <w:rPr>
          <w:sz w:val="20"/>
        </w:rPr>
        <w:t>56:35  to kaha office mein tab bhi focus bachchi bachchi par hai. isi ko yaad kiye hue hain.</w:t>
      </w:r>
      <w:r>
        <w:br/>
      </w:r>
      <w:r>
        <w:rPr>
          <w:sz w:val="20"/>
        </w:rPr>
        <w:t>56:44  to har aadmi ka focus hota hai kisi na kisi cheez par. baghair focus ke koi jeeta nahi hai dunya mein.</w:t>
      </w:r>
      <w:r>
        <w:br/>
      </w:r>
      <w:r>
        <w:rPr>
          <w:sz w:val="20"/>
        </w:rPr>
        <w:t>56:54  hata ke jo galat log hain unhon ne kaha focus koi hai? koi galat cheez un ka focus bani hui hai? to focus to rehta hi rehta hai.</w:t>
      </w:r>
      <w:r>
        <w:br/>
      </w:r>
      <w:r>
        <w:rPr>
          <w:sz w:val="20"/>
        </w:rPr>
        <w:t>57:05  ab cheez yeh hai ke focus sahi ho. Allah par ho jannat par ho akhirat par ho. to yeh cheez aayegi soch se.</w:t>
      </w:r>
      <w:r>
        <w:br/>
      </w:r>
      <w:r>
        <w:rPr>
          <w:sz w:val="20"/>
        </w:rPr>
        <w:t>57:15  jab tak sochenge itni focus ka correction hoga. to focused mind to by nature har ek ka hota hi hota hai.</w:t>
      </w:r>
      <w:r>
        <w:br/>
      </w:r>
      <w:r>
        <w:rPr>
          <w:sz w:val="20"/>
        </w:rPr>
        <w:t>57:24  sirf masla hai correction ka. apne focus ko aap sahi karein.</w:t>
      </w:r>
      <w:r>
        <w:br/>
      </w:r>
      <w:r>
        <w:rPr>
          <w:sz w:val="20"/>
        </w:rPr>
        <w:t>57:30  to main samajhta hoon ke study karna ghor o fikar karna duaein mangna yahi is ka zariya hai.</w:t>
      </w:r>
      <w:r>
        <w:br/>
      </w:r>
      <w:r>
        <w:rPr>
          <w:sz w:val="20"/>
        </w:rPr>
        <w:t>57:41  jisko jo chahta ho ke mera focus sahi ho to yahi rasta hai is ke liye aur koi rasta to hai nahi.</w:t>
      </w:r>
    </w:p>
    <w:p>
      <w:pPr>
        <w:pStyle w:val="Heading2"/>
      </w:pPr>
      <w:r>
        <w:t>Are Sufi concepts like kashf acceptable?</w:t>
      </w:r>
    </w:p>
    <w:p>
      <w:r>
        <w:rPr>
          <w:color w:val="666666"/>
          <w:sz w:val="18"/>
        </w:rPr>
        <w:t>Spirituality · Material Science Vs Spiritual Science 20th May 12 SLOW · 3m 28s · at 1:45:45 · https://youtu.be/qYwFExG7cyM?t=6345</w:t>
      </w:r>
    </w:p>
    <w:p>
      <w:r>
        <w:rPr>
          <w:i/>
        </w:rPr>
        <w:t>“Some people say that Sufi concepts like kashf, ilham, and istara do not go against the Quran, so they are perfectly acceptable. What is your opinion?”</w:t>
      </w:r>
    </w:p>
    <w:p>
      <w:r>
        <w:rPr>
          <w:sz w:val="20"/>
        </w:rPr>
        <w:t>1:45:45  agla sawal ghaziabad se hai mr zubair sahab ka.</w:t>
      </w:r>
      <w:r>
        <w:br/>
      </w:r>
      <w:r>
        <w:rPr>
          <w:sz w:val="20"/>
        </w:rPr>
        <w:t>1:45:49  انہوں نے لکھا ہے: "People say that the Sufi concepts like kashf, ilham, etcetera, do not go against</w:t>
      </w:r>
      <w:r>
        <w:br/>
      </w:r>
      <w:r>
        <w:rPr>
          <w:sz w:val="20"/>
        </w:rPr>
        <w:t>1:45:57  the quran, so they are perfectly acceptable.</w:t>
      </w:r>
      <w:r>
        <w:br/>
      </w:r>
      <w:r>
        <w:rPr>
          <w:sz w:val="20"/>
        </w:rPr>
        <w:t>1:46:00  what is your opinion? nahin, nahin, yeh kashf waghera kuch bhi nahin, be-haqeeqat hai.</w:t>
      </w:r>
      <w:r>
        <w:br/>
      </w:r>
      <w:r>
        <w:rPr>
          <w:sz w:val="20"/>
        </w:rPr>
        <w:t>1:46:06  quran hi criterion hai.</w:t>
      </w:r>
      <w:r>
        <w:br/>
      </w:r>
      <w:r>
        <w:rPr>
          <w:sz w:val="20"/>
        </w:rPr>
        <w:t>1:46:08  jo cheez quran se mutabiqat rakhe, usi ko mana jayega.</w:t>
      </w:r>
      <w:r>
        <w:br/>
      </w:r>
      <w:r>
        <w:rPr>
          <w:sz w:val="20"/>
        </w:rPr>
        <w:t>1:46:13  jo mutabiqat na rakhe, wo nahi mana jayega.</w:t>
      </w:r>
      <w:r>
        <w:br/>
      </w:r>
      <w:r>
        <w:rPr>
          <w:sz w:val="20"/>
        </w:rPr>
        <w:t>1:46:16  is ko kashf koi independent source nahi hai.</w:t>
      </w:r>
      <w:r>
        <w:br/>
      </w:r>
      <w:r>
        <w:rPr>
          <w:sz w:val="20"/>
        </w:rPr>
        <w:t>1:46:20  kashf jo hai, wo koi independent source nahi hai.</w:t>
      </w:r>
      <w:r>
        <w:br/>
      </w:r>
      <w:r>
        <w:rPr>
          <w:sz w:val="20"/>
        </w:rPr>
        <w:t>1:46:24  main is ko independent source nahi manta.</w:t>
      </w:r>
      <w:r>
        <w:br/>
      </w:r>
      <w:r>
        <w:rPr>
          <w:sz w:val="20"/>
        </w:rPr>
        <w:t>1:46:27  mustanad source jo hai, authentic source, is ko quran aur sunnat hai, bas aur kuch nahi.</w:t>
      </w:r>
      <w:r>
        <w:br/>
      </w:r>
      <w:r>
        <w:rPr>
          <w:sz w:val="20"/>
        </w:rPr>
        <w:t>1:46:34  maulana, ye sawal aya hai maulana zikwan nadvi ka dilli se.</w:t>
      </w:r>
      <w:r>
        <w:br/>
      </w:r>
      <w:r>
        <w:rPr>
          <w:sz w:val="20"/>
        </w:rPr>
        <w:t>1:46:38  unhon ne likha hai: "kal raat ko ek sahib ka phone aya, unhon ne kaha ke is waqt</w:t>
      </w:r>
      <w:r>
        <w:br/>
      </w:r>
      <w:r>
        <w:rPr>
          <w:sz w:val="20"/>
        </w:rPr>
        <w:t>1:46:46  yahan mere sath kai log bethe hue hain.</w:t>
      </w:r>
      <w:r>
        <w:br/>
      </w:r>
      <w:r>
        <w:rPr>
          <w:sz w:val="20"/>
        </w:rPr>
        <w:t>1:46:49  un ka sawal ye hai ke quran mein darhi ke bare mein kya hukum diya gaya hai?" main</w:t>
      </w:r>
      <w:r>
        <w:br/>
      </w:r>
      <w:r>
        <w:rPr>
          <w:sz w:val="20"/>
        </w:rPr>
        <w:t>1:46:57  ne kaha ke is tarah ka sawal durust nahi.</w:t>
      </w:r>
      <w:r>
        <w:br/>
      </w:r>
      <w:r>
        <w:rPr>
          <w:sz w:val="20"/>
        </w:rPr>
        <w:t>1:47:01  koi shakhs jab ek poda lagata hai to pehle wo apni apna sara focus jar par deta hai,</w:t>
      </w:r>
      <w:r>
        <w:br/>
      </w:r>
      <w:r>
        <w:rPr>
          <w:sz w:val="20"/>
        </w:rPr>
        <w:t>1:47:09  na ke patiyon par.</w:t>
      </w:r>
      <w:r>
        <w:br/>
      </w:r>
      <w:r>
        <w:rPr>
          <w:sz w:val="20"/>
        </w:rPr>
        <w:t>1:47:10  اس طرح ہم کو قرآن کے بارے میں سوچنا چاہیے کہ کیا ہم قرآن کی basic teachings پر</w:t>
      </w:r>
      <w:r>
        <w:br/>
      </w:r>
      <w:r>
        <w:rPr>
          <w:sz w:val="20"/>
        </w:rPr>
        <w:t>1:47:18  qaim hain ya nahi, maslan allah ka khauf aur insan se mohabbat wagera.</w:t>
      </w:r>
      <w:r>
        <w:br/>
      </w:r>
      <w:r>
        <w:rPr>
          <w:sz w:val="20"/>
        </w:rPr>
        <w:t>1:47:24  is sawal ke bare mein aap kya farmayenge? darhi kon hai? ji haan, ji haan, to theek</w:t>
      </w:r>
      <w:r>
        <w:br/>
      </w:r>
      <w:r>
        <w:rPr>
          <w:sz w:val="20"/>
        </w:rPr>
        <w:t>1:47:31  jawab, theek jawab diya bhai.</w:t>
      </w:r>
      <w:r>
        <w:br/>
      </w:r>
      <w:r>
        <w:rPr>
          <w:sz w:val="20"/>
        </w:rPr>
        <w:t>1:47:34  yehi se, yani islam ki beginning jo hai, darhi se nahi hoti.</w:t>
      </w:r>
      <w:r>
        <w:br/>
      </w:r>
      <w:r>
        <w:rPr>
          <w:sz w:val="20"/>
        </w:rPr>
        <w:t>1:47:39  ye to ek maloom baat hai ke islam ki beginning darhi se nahi hoti hai.</w:t>
      </w:r>
      <w:r>
        <w:br/>
      </w:r>
      <w:r>
        <w:rPr>
          <w:sz w:val="20"/>
        </w:rPr>
        <w:t>1:47:45  islam ki beginning hoti hai marifat se, yani intellectual development se.</w:t>
      </w:r>
      <w:r>
        <w:br/>
      </w:r>
      <w:r>
        <w:rPr>
          <w:sz w:val="20"/>
        </w:rPr>
        <w:t>1:47:50  to pehli agar aap kahein darhi rakho to ye to ye aap ka apna tareeqa hoga, ye quran</w:t>
      </w:r>
      <w:r>
        <w:br/>
      </w:r>
      <w:r>
        <w:rPr>
          <w:sz w:val="20"/>
        </w:rPr>
        <w:t>1:47:58  o hadith ka tareeqa nahi hoga.</w:t>
      </w:r>
      <w:r>
        <w:br/>
      </w:r>
      <w:r>
        <w:rPr>
          <w:sz w:val="20"/>
        </w:rPr>
        <w:t>1:48:00  baqi darhi, darhi mein bhi darhi rakhi hai, aap dekh lijiye darhi ko.</w:t>
      </w:r>
      <w:r>
        <w:br/>
      </w:r>
      <w:r>
        <w:rPr>
          <w:sz w:val="20"/>
        </w:rPr>
        <w:t>1:48:06  main agar na manta to main koi darhi rakhi hui thi.</w:t>
      </w:r>
      <w:r>
        <w:br/>
      </w:r>
      <w:r>
        <w:rPr>
          <w:sz w:val="20"/>
        </w:rPr>
        <w:t>1:48:10  okay, we will end the session now.</w:t>
      </w:r>
      <w:r>
        <w:br/>
      </w:r>
      <w:r>
        <w:rPr>
          <w:sz w:val="20"/>
        </w:rPr>
        <w:t>1:48:13  thank you.</w:t>
      </w:r>
    </w:p>
    <w:p>
      <w:pPr>
        <w:pStyle w:val="Heading2"/>
      </w:pPr>
      <w:r>
        <w:t>Balancing Dua and Objective Thinking in Crisis</w:t>
      </w:r>
    </w:p>
    <w:p>
      <w:r>
        <w:rPr>
          <w:color w:val="666666"/>
          <w:sz w:val="18"/>
        </w:rPr>
        <w:t>Spirituality · Understanding the Quran April 7, 2019 · 2m 02s · at 35:54 · https://youtu.be/m_Om5MtQJz4?t=2154</w:t>
      </w:r>
    </w:p>
    <w:p>
      <w:r>
        <w:rPr>
          <w:i/>
        </w:rPr>
        <w:t>“Maulana, you always emphasize on doing dua whenever one finds oneself in a difficult situation. On the other hand, you also emphasize on developing objective thinking. So my question is: how simply doing dua can develop objective thinking to handle a crisis situation? If one relies only on dua, then how can one solve a crisis?”</w:t>
      </w:r>
    </w:p>
    <w:p>
      <w:r>
        <w:rPr>
          <w:sz w:val="20"/>
        </w:rPr>
        <w:t>35:54  Lucknow se sawal bheja hai Muhammad Imran sahab ne, aur unhone likha hai: "Maulana, you always emphasize on doing dua whenever one finds oneself in a difficult situation.</w:t>
      </w:r>
      <w:r>
        <w:br/>
      </w:r>
      <w:r>
        <w:rPr>
          <w:sz w:val="20"/>
        </w:rPr>
        <w:t>36:10  On the other hand, you also emphasize on developing objective thinking. So my question is: how simply doing dua can develop objective thinking to handle a crisis situation?</w:t>
      </w:r>
      <w:r>
        <w:br/>
      </w:r>
      <w:r>
        <w:rPr>
          <w:sz w:val="20"/>
        </w:rPr>
        <w:t>36:25  If one relies only on dua, then how can one solve a crisis?"</w:t>
      </w:r>
      <w:r>
        <w:br/>
      </w:r>
      <w:r>
        <w:rPr>
          <w:sz w:val="20"/>
        </w:rPr>
        <w:t>36:36  Bhai, dua ke maani hain Allah ki help mangna. Isse Allama Ibn Taymiyyah Quran padh rahe the, koi ayat un pe clear nahi hui to unhone kya kiya?</w:t>
      </w:r>
      <w:r>
        <w:br/>
      </w:r>
      <w:r>
        <w:rPr>
          <w:sz w:val="20"/>
        </w:rPr>
        <w:t>36:54  Wazu kiya, wazu kar ke namaz ke liye khade ho gaye, aur namaz mein dua kiya: "Ya Muallim Ibrahim Allimni".</w:t>
      </w:r>
      <w:r>
        <w:br/>
      </w:r>
      <w:r>
        <w:rPr>
          <w:sz w:val="20"/>
        </w:rPr>
        <w:t>37:06  "Ya Muallim Ibrahim Allimni". Yeh help mangna, Allah se help mangna, dua koi bhi seedhi cheez nahi hai.</w:t>
      </w:r>
      <w:r>
        <w:br/>
      </w:r>
      <w:r>
        <w:rPr>
          <w:sz w:val="20"/>
        </w:rPr>
        <w:t>37:16  Dua ka matlab hai ke jo khaliq hai is alam ka, jo author hai Quran ka, jis ne apne paighambar ko bheja, us se kehna ke: "Khudaaya,</w:t>
      </w:r>
      <w:r>
        <w:br/>
      </w:r>
      <w:r>
        <w:rPr>
          <w:sz w:val="20"/>
        </w:rPr>
        <w:t>37:32  meri hadd aa gayi, meri limit aa gayi, ab tu mujhe madad farma, mere limitation ki talafi ata farma." Yeh hai dua.</w:t>
      </w:r>
      <w:r>
        <w:br/>
      </w:r>
      <w:r>
        <w:rPr>
          <w:sz w:val="20"/>
        </w:rPr>
        <w:t>37:48  To dua to bohat badi taqat hai.</w:t>
      </w:r>
    </w:p>
    <w:p>
      <w:pPr>
        <w:pStyle w:val="Heading2"/>
      </w:pPr>
      <w:r>
        <w:t>Closeness to God: Intellect or Emotions?</w:t>
      </w:r>
    </w:p>
    <w:p>
      <w:r>
        <w:rPr>
          <w:color w:val="666666"/>
          <w:sz w:val="18"/>
        </w:rPr>
        <w:t>Spirituality · The Importance of Thinking November 10, 2013 · 2m 25s · at 49:09 · https://youtu.be/y16CddTHoqE?t=2949</w:t>
      </w:r>
    </w:p>
    <w:p>
      <w:r>
        <w:rPr>
          <w:i/>
        </w:rPr>
        <w:t>“Is closeness to God possible at the level of intellect or at the level of emotions?”</w:t>
      </w:r>
    </w:p>
    <w:p>
      <w:r>
        <w:rPr>
          <w:sz w:val="20"/>
        </w:rPr>
        <w:t>49:09  maulana, agla sawal tamil nadu se hai maulana iqbal umri ka.</w:t>
      </w:r>
      <w:r>
        <w:br/>
      </w:r>
      <w:r>
        <w:rPr>
          <w:sz w:val="20"/>
        </w:rPr>
        <w:t>49:14  unhon ne likha hai: "maulana, khuda se qurbat aql ki satah par mumkin hai ya jazbat ki satah par?" dekhen, agar jazbat ki satah par qurbat na hui ho to woh qurbat hi nahi hai.</w:t>
      </w:r>
      <w:r>
        <w:br/>
      </w:r>
      <w:r>
        <w:rPr>
          <w:sz w:val="20"/>
        </w:rPr>
        <w:t>49:31  woh toh mechanical qurbat hai.</w:t>
      </w:r>
      <w:r>
        <w:br/>
      </w:r>
      <w:r>
        <w:rPr>
          <w:sz w:val="20"/>
        </w:rPr>
        <w:t>49:37  hub jo hai, hub toh zahir hai ke emotion ki cheez hai, hub toh jazbat ki cheez hai. aur Quran mein hai ke: "allazeen aamanoo ashad hubba lillah".</w:t>
      </w:r>
      <w:r>
        <w:br/>
      </w:r>
      <w:r>
        <w:rPr>
          <w:sz w:val="20"/>
        </w:rPr>
        <w:t>49:48  jo iman wale hain, unko Allah se hub shadeed hota hai.</w:t>
      </w:r>
      <w:r>
        <w:br/>
      </w:r>
      <w:r>
        <w:rPr>
          <w:sz w:val="20"/>
        </w:rPr>
        <w:t>49:54  toh sahi baat dekhiye yeh hai ke aqli soch se aap pohnchte hain gate tak,</w:t>
      </w:r>
      <w:r>
        <w:br/>
      </w:r>
      <w:r>
        <w:rPr>
          <w:sz w:val="20"/>
        </w:rPr>
        <w:t>50:07  mohabbat ke gate tak. jab aap aql ko istemal karte hain toh matlab kya hota hai? aap study karte hain, aap mushahida karte hain, aap cheezon ka analysis karte hain.</w:t>
      </w:r>
      <w:r>
        <w:br/>
      </w:r>
      <w:r>
        <w:rPr>
          <w:sz w:val="20"/>
        </w:rPr>
        <w:t>50:22  yeh sab karte karte aap ko intellectual level par discovery hoti hai. yeh ek darja hai.</w:t>
      </w:r>
      <w:r>
        <w:br/>
      </w:r>
      <w:r>
        <w:rPr>
          <w:sz w:val="20"/>
        </w:rPr>
        <w:t>50:32  is ke baad phir aql ka qafila aage badhta hai, phir mohabbat shuru hoti hai. jazbat, jazbat ke yani yani aala jazbat ke aitbar se aap Allah se taalluq paida ho jata</w:t>
      </w:r>
      <w:r>
        <w:br/>
      </w:r>
      <w:r>
        <w:rPr>
          <w:sz w:val="20"/>
        </w:rPr>
        <w:t>50:50  hai, phir badhte rehta hai, badhte rehta hai, badhta hai. toh main dekh, aql ka darja seerhi ka darja hai, seerhi manzil ka darja nahi hai.</w:t>
      </w:r>
      <w:r>
        <w:br/>
      </w:r>
      <w:r>
        <w:rPr>
          <w:sz w:val="20"/>
        </w:rPr>
        <w:t>51:02  seerhi yani stair, stair ke par charh kar hi aap pohnchte hain manzil tak. lekin stair, stair hai, manzil, manzil hai.</w:t>
      </w:r>
      <w:r>
        <w:br/>
      </w:r>
      <w:r>
        <w:rPr>
          <w:sz w:val="20"/>
        </w:rPr>
        <w:t>51:15  toh mere tajurbe ke mutabiq aql seerhi ka kaam karti hai. jab aap pohnch jaate hain toh woh duniya, duniya mohabbat hi hoti hai.</w:t>
      </w:r>
      <w:r>
        <w:br/>
      </w:r>
      <w:r>
        <w:rPr>
          <w:sz w:val="20"/>
        </w:rPr>
        <w:t>51:24  woh</w:t>
      </w:r>
      <w:r>
        <w:br/>
      </w:r>
      <w:r>
        <w:rPr>
          <w:sz w:val="20"/>
        </w:rPr>
        <w:t>51:28  yeh main samjha hoon mutale se bhi aur apne tajurbe se bhi.</w:t>
      </w:r>
    </w:p>
    <w:p>
      <w:pPr>
        <w:pStyle w:val="Heading2"/>
      </w:pPr>
      <w:r>
        <w:t>Concept of 'Insan-e-Kamil' and spiritual exercises</w:t>
      </w:r>
    </w:p>
    <w:p>
      <w:r>
        <w:rPr>
          <w:color w:val="666666"/>
          <w:sz w:val="18"/>
        </w:rPr>
        <w:t>Spirituality · Islamic Pacifism Q&amp;A 8 May 2011 · 2m 07s · at 15:40 · https://youtu.be/5ZersGDNVcw?t=940</w:t>
      </w:r>
    </w:p>
    <w:p>
      <w:r>
        <w:rPr>
          <w:i/>
        </w:rPr>
        <w:t>“Molana, who according to you is 'insan-e-kamil'? Can a spiritual exercise that is generally done in khanqahs produce insan-e-kamil? Or is it that without a mind-based or tadabbur-based spiritual exercise, it cannot be achieved?”</w:t>
      </w:r>
    </w:p>
    <w:p>
      <w:r>
        <w:rPr>
          <w:sz w:val="20"/>
        </w:rPr>
        <w:t>15:40  agla sawal Maulana hai mister khalid ansari ka, noida se. unhon ne likha hai: "Molana, who according to you is insan-e-kamil?</w:t>
      </w:r>
      <w:r>
        <w:br/>
      </w:r>
      <w:r>
        <w:rPr>
          <w:sz w:val="20"/>
        </w:rPr>
        <w:t>15:51  Can a spiritual exercise that is generally done in khanqahs produce insan-e-kamil? Or is it that without a mind-based or tadabbur-based spiritual exercise, it cannot be achieved?"</w:t>
      </w:r>
      <w:r>
        <w:br/>
      </w:r>
      <w:r>
        <w:rPr>
          <w:sz w:val="20"/>
        </w:rPr>
        <w:t>16:07  dekhen, insan-e-kamil ka to lafz hi ek bid'at hai. na quran mein yeh lafz hai, na hadis mein yeh lafz hai. main samajhta hoon koi aadmi duniya mein insan-e-kamil ho nahi sakta hai.</w:t>
      </w:r>
      <w:r>
        <w:br/>
      </w:r>
      <w:r>
        <w:rPr>
          <w:sz w:val="20"/>
        </w:rPr>
        <w:t>16:21  impossible hai. yani yeh target nahi hai ke hum insan-e-kamil banen.</w:t>
      </w:r>
      <w:r>
        <w:br/>
      </w:r>
      <w:r>
        <w:rPr>
          <w:sz w:val="20"/>
        </w:rPr>
        <w:t>16:30  koi bhi mujhe hadith nahi maloom hai, koi bhi ayat nahi maloom hai jis mein yeh kaha gaya ho ke a logon, tum insan kamil bano. yeh jo log banaye hain, woh Quran o hadith se bahar apna nazariya unhon ne banaya hai.</w:t>
      </w:r>
      <w:r>
        <w:br/>
      </w:r>
      <w:r>
        <w:rPr>
          <w:sz w:val="20"/>
        </w:rPr>
        <w:t>16:45  to ab ab sawal yeh hai ke woh khanqahi tareeqa kya hai? woh ek alag sawal hai. khanqahi tareeqa jo hai, mein us ko</w:t>
      </w:r>
      <w:r>
        <w:br/>
      </w:r>
      <w:r>
        <w:rPr>
          <w:sz w:val="20"/>
        </w:rPr>
        <w:t>16:56  yani mein ne woh tareeqa nahi ikhtiyar kiya hai. is par meri kitab hai, tajdeed de sakta hoon ke yeh yeh jo concept hai insan kamil ka, woh ek bidat hai.</w:t>
      </w:r>
      <w:r>
        <w:br/>
      </w:r>
      <w:r>
        <w:rPr>
          <w:sz w:val="20"/>
        </w:rPr>
        <w:t>17:10  kyun ke is dunya mein yeh mumkin nahi ke koi aadmi insan kamil ban jaye.</w:t>
      </w:r>
      <w:r>
        <w:br/>
      </w:r>
      <w:r>
        <w:rPr>
          <w:sz w:val="20"/>
        </w:rPr>
        <w:t>17:15  yeh to fitnon ki dunya hai, yeh ibtila ki dunya hai, test ki dunya hai.</w:t>
      </w:r>
      <w:r>
        <w:br/>
      </w:r>
      <w:r>
        <w:rPr>
          <w:sz w:val="20"/>
        </w:rPr>
        <w:t>17:22  to yeh mumkin nahi hai. sahaba ke halaat aap parhiye, kisi sahabi ko ke baray mein aap nahi payenge ke woh samajhta ho ke mein insan kamil ban gaya hoon.</w:t>
      </w:r>
      <w:r>
        <w:br/>
      </w:r>
      <w:r>
        <w:rPr>
          <w:sz w:val="20"/>
        </w:rPr>
        <w:t>17:35  har aadmi yeh samajhta tha ke mein abhi insan naqis hoon. to</w:t>
      </w:r>
      <w:r>
        <w:br/>
      </w:r>
      <w:r>
        <w:rPr>
          <w:sz w:val="20"/>
        </w:rPr>
        <w:t>17:41  mere meri study ke mutabiq yeh hai soorat e haal.</w:t>
      </w:r>
    </w:p>
    <w:p>
      <w:pPr>
        <w:pStyle w:val="Heading2"/>
      </w:pPr>
      <w:r>
        <w:t>Consciously increasing iman</w:t>
      </w:r>
    </w:p>
    <w:p>
      <w:r>
        <w:rPr>
          <w:color w:val="666666"/>
          <w:sz w:val="18"/>
        </w:rPr>
        <w:t>Spirituality · Divine Help February 09, 2014 Maulana Wahiduddin Khan · 3m 55s · at 50:52 · https://youtu.be/eJBjiYGZcKY?t=3052</w:t>
      </w:r>
    </w:p>
    <w:p>
      <w:r>
        <w:rPr>
          <w:i/>
        </w:rPr>
        <w:t>“How can I increase my iman in a conscious way and...?”</w:t>
      </w:r>
    </w:p>
    <w:p>
      <w:r>
        <w:rPr>
          <w:sz w:val="20"/>
        </w:rPr>
        <w:t>50:52  Maulana agla sawal Islamabad Pakistan se hai.</w:t>
      </w:r>
      <w:r>
        <w:br/>
      </w:r>
      <w:r>
        <w:rPr>
          <w:sz w:val="20"/>
        </w:rPr>
        <w:t>50:57  Waseem Bari sahib ka.</w:t>
      </w:r>
      <w:r>
        <w:br/>
      </w:r>
      <w:r>
        <w:rPr>
          <w:sz w:val="20"/>
        </w:rPr>
        <w:t>51:03  انہوں نے آپ سے پوچھا ہے کہ How can I increase my iman in a conscious way and</w:t>
      </w:r>
      <w:r>
        <w:br/>
      </w:r>
      <w:r>
        <w:rPr>
          <w:sz w:val="20"/>
        </w:rPr>
        <w:t>51:09  permanently? is ke baray mein batayen.</w:t>
      </w:r>
      <w:r>
        <w:br/>
      </w:r>
      <w:r>
        <w:rPr>
          <w:sz w:val="20"/>
        </w:rPr>
        <w:t>51:14  pehli baat yeh hai ke aap sincere banen.</w:t>
      </w:r>
      <w:r>
        <w:br/>
      </w:r>
      <w:r>
        <w:rPr>
          <w:sz w:val="20"/>
        </w:rPr>
        <w:t>51:20  koi batane wala nahi bata sakta aap ko.</w:t>
      </w:r>
      <w:r>
        <w:br/>
      </w:r>
      <w:r>
        <w:rPr>
          <w:sz w:val="20"/>
        </w:rPr>
        <w:t>51:25  aap kisi aadmi se poochen ke main pani kaise piyoon? to kya batayega woh? dekhiye yeh sawal</w:t>
      </w:r>
      <w:r>
        <w:br/>
      </w:r>
      <w:r>
        <w:rPr>
          <w:sz w:val="20"/>
        </w:rPr>
        <w:t>51:31  poochne ka nahi hai.</w:t>
      </w:r>
      <w:r>
        <w:br/>
      </w:r>
      <w:r>
        <w:rPr>
          <w:sz w:val="20"/>
        </w:rPr>
        <w:t>51:36  main raat ke waqt sooon kaise? aur piyas lage to pani kaise piyoon? yeh poochne ki baat nahi hai.</w:t>
      </w:r>
      <w:r>
        <w:br/>
      </w:r>
      <w:r>
        <w:rPr>
          <w:sz w:val="20"/>
        </w:rPr>
        <w:t>51:42  aap sincere baniyen.</w:t>
      </w:r>
      <w:r>
        <w:br/>
      </w:r>
      <w:r>
        <w:rPr>
          <w:sz w:val="20"/>
        </w:rPr>
        <w:t>51:48  yaani aap is ko apna soul concern banaiye.</w:t>
      </w:r>
      <w:r>
        <w:br/>
      </w:r>
      <w:r>
        <w:rPr>
          <w:sz w:val="20"/>
        </w:rPr>
        <w:t>51:53  to kya hoga? aap ka zehn activate hoga.</w:t>
      </w:r>
      <w:r>
        <w:br/>
      </w:r>
      <w:r>
        <w:rPr>
          <w:sz w:val="20"/>
        </w:rPr>
        <w:t>51:59  aap ke andar thinking process jari hoga.</w:t>
      </w:r>
      <w:r>
        <w:br/>
      </w:r>
      <w:r>
        <w:rPr>
          <w:sz w:val="20"/>
        </w:rPr>
        <w:t>52:04  phir aap ko agar sincere hain, waqeatan sincere to batayega woh aap ki sincerity batayegi ke</w:t>
      </w:r>
      <w:r>
        <w:br/>
      </w:r>
      <w:r>
        <w:rPr>
          <w:sz w:val="20"/>
        </w:rPr>
        <w:t>52:10  Save yourself from all kinds of distraction.</w:t>
      </w:r>
      <w:r>
        <w:br/>
      </w:r>
      <w:r>
        <w:rPr>
          <w:sz w:val="20"/>
        </w:rPr>
        <w:t>52:16  apni conditioning ko torto.</w:t>
      </w:r>
      <w:r>
        <w:br/>
      </w:r>
      <w:r>
        <w:rPr>
          <w:sz w:val="20"/>
        </w:rPr>
        <w:t>52:21  apne aap ko deconnection banao.</w:t>
      </w:r>
      <w:r>
        <w:br/>
      </w:r>
      <w:r>
        <w:rPr>
          <w:sz w:val="20"/>
        </w:rPr>
        <w:t>52:27  Distraction se apne aap ko bachao.</w:t>
      </w:r>
      <w:r>
        <w:br/>
      </w:r>
      <w:r>
        <w:rPr>
          <w:sz w:val="20"/>
        </w:rPr>
        <w:t>52:32  Yeh sab aap ki sincerity bataey gi.</w:t>
      </w:r>
      <w:r>
        <w:br/>
      </w:r>
      <w:r>
        <w:rPr>
          <w:sz w:val="20"/>
        </w:rPr>
        <w:t>52:38  Dekhiye koi bhi batane wala nahi bata sakta.</w:t>
      </w:r>
      <w:r>
        <w:br/>
      </w:r>
      <w:r>
        <w:rPr>
          <w:sz w:val="20"/>
        </w:rPr>
        <w:t>52:44  Jo bataye gi woh aap ki sincerity, aap ki sanjeedgi.</w:t>
      </w:r>
      <w:r>
        <w:br/>
      </w:r>
      <w:r>
        <w:rPr>
          <w:sz w:val="20"/>
        </w:rPr>
        <w:t>52:49  Aise sawal jo hain aadmi ko apne aap se karne chahiye.</w:t>
      </w:r>
      <w:r>
        <w:br/>
      </w:r>
      <w:r>
        <w:rPr>
          <w:sz w:val="20"/>
        </w:rPr>
        <w:t>52:55  Keh mein jo chahta hoon us ke liye mein kitna sacrifice de sakta hoon? Kitni qurbani? Mein sachai</w:t>
      </w:r>
      <w:r>
        <w:br/>
      </w:r>
      <w:r>
        <w:rPr>
          <w:sz w:val="20"/>
        </w:rPr>
        <w:t>53:00  Chahta hoon to sachai ek qeemat mangti hai, qeemat.</w:t>
      </w:r>
      <w:r>
        <w:br/>
      </w:r>
      <w:r>
        <w:rPr>
          <w:sz w:val="20"/>
        </w:rPr>
        <w:t>53:06  Woh qeemat yeh hai aap apne aap ko conditioning se bachaen.</w:t>
      </w:r>
      <w:r>
        <w:br/>
      </w:r>
      <w:r>
        <w:rPr>
          <w:sz w:val="20"/>
        </w:rPr>
        <w:t>53:12  Apne aap ko distraction se bachaen.</w:t>
      </w:r>
      <w:r>
        <w:br/>
      </w:r>
      <w:r>
        <w:rPr>
          <w:sz w:val="20"/>
        </w:rPr>
        <w:t>53:17  Apne aap ko deconnection bataen. Banaen.</w:t>
      </w:r>
      <w:r>
        <w:br/>
      </w:r>
      <w:r>
        <w:rPr>
          <w:sz w:val="20"/>
        </w:rPr>
        <w:t>53:23  Apne habits ko badlen.</w:t>
      </w:r>
      <w:r>
        <w:br/>
      </w:r>
      <w:r>
        <w:rPr>
          <w:sz w:val="20"/>
        </w:rPr>
        <w:t>53:28  Bachpan se aadmi ke habit lag jaate hain.</w:t>
      </w:r>
      <w:r>
        <w:br/>
      </w:r>
      <w:r>
        <w:rPr>
          <w:sz w:val="20"/>
        </w:rPr>
        <w:t>53:34  Tarah tarah ke habit.</w:t>
      </w:r>
      <w:r>
        <w:br/>
      </w:r>
      <w:r>
        <w:rPr>
          <w:sz w:val="20"/>
        </w:rPr>
        <w:t>53:40  Is se apne aap ko bachaen.</w:t>
      </w:r>
      <w:r>
        <w:br/>
      </w:r>
      <w:r>
        <w:rPr>
          <w:sz w:val="20"/>
        </w:rPr>
        <w:t>53:45  Jhoote shauq se bachaen.</w:t>
      </w:r>
      <w:r>
        <w:br/>
      </w:r>
      <w:r>
        <w:rPr>
          <w:sz w:val="20"/>
        </w:rPr>
        <w:t>53:51  Kisi ko stage ka shauq hai.</w:t>
      </w:r>
      <w:r>
        <w:br/>
      </w:r>
      <w:r>
        <w:rPr>
          <w:sz w:val="20"/>
        </w:rPr>
        <w:t>53:56  Kisi ko sair o siyahat ka shauq hai.</w:t>
      </w:r>
      <w:r>
        <w:br/>
      </w:r>
      <w:r>
        <w:rPr>
          <w:sz w:val="20"/>
        </w:rPr>
        <w:t>54:02  Kisi ko luxury ka shauq hai.</w:t>
      </w:r>
      <w:r>
        <w:br/>
      </w:r>
      <w:r>
        <w:rPr>
          <w:sz w:val="20"/>
        </w:rPr>
        <w:t>54:08  Is se bachaen.</w:t>
      </w:r>
      <w:r>
        <w:br/>
      </w:r>
      <w:r>
        <w:rPr>
          <w:sz w:val="20"/>
        </w:rPr>
        <w:t>54:13  Apna focus sirf ek cheez pe dalen woh hai sachai.</w:t>
      </w:r>
      <w:r>
        <w:br/>
      </w:r>
      <w:r>
        <w:rPr>
          <w:sz w:val="20"/>
        </w:rPr>
        <w:t>54:19  Keh to yeh sab kuch kahan se aye gi? Aap ki sincerity se aye gi.</w:t>
      </w:r>
      <w:r>
        <w:br/>
      </w:r>
      <w:r>
        <w:rPr>
          <w:sz w:val="20"/>
        </w:rPr>
        <w:t>54:24  Agar aap sincere nahi hain to kuch bhi nahi, kuch bhi nahi, kuch bhi nahi.</w:t>
      </w:r>
      <w:r>
        <w:br/>
      </w:r>
      <w:r>
        <w:rPr>
          <w:sz w:val="20"/>
        </w:rPr>
        <w:t>54:30  To sab se pehle apne aap ko sachai ke muamle mein sincere banaiye. Sanjeeda banaiye.</w:t>
      </w:r>
      <w:r>
        <w:br/>
      </w:r>
      <w:r>
        <w:rPr>
          <w:sz w:val="20"/>
        </w:rPr>
        <w:t>54:36  To sanjeedgi apne aap mein moallim ban jaye gi, teacher ban jaye gi.</w:t>
      </w:r>
      <w:r>
        <w:br/>
      </w:r>
      <w:r>
        <w:rPr>
          <w:sz w:val="20"/>
        </w:rPr>
        <w:t>54:41  Woh sab kuch aap ko batati chali jaye gi.</w:t>
      </w:r>
    </w:p>
    <w:p>
      <w:pPr>
        <w:pStyle w:val="Heading2"/>
      </w:pPr>
      <w:r>
        <w:t>Dargah culture origin and status in Islam</w:t>
      </w:r>
    </w:p>
    <w:p>
      <w:r>
        <w:rPr>
          <w:color w:val="666666"/>
          <w:sz w:val="18"/>
        </w:rPr>
        <w:t>Spirituality · The Issues of Islam in the Present World November 11, 2012 · 2m 27s · at 1:14:26 · https://youtu.be/COoaUbCCi1c?t=4466</w:t>
      </w:r>
    </w:p>
    <w:p>
      <w:r>
        <w:rPr>
          <w:i/>
        </w:rPr>
        <w:t>“I went to the dargah of Khwaja Moinuddin Chishti in Ajmer. I was extremely surprised to see that Muslims who believe in one God were prostrating to Khwaja Ghareeb Nawaz. My question is: How did the dargah culture originate in India? And what is the status of dargahs and saints in Islam?”</w:t>
      </w:r>
    </w:p>
    <w:p>
      <w:r>
        <w:rPr>
          <w:sz w:val="20"/>
        </w:rPr>
        <w:t>1:14:26  maulana, agla sawal dilli se hai shah imran hasan sahib ka</w:t>
      </w:r>
      <w:r>
        <w:br/>
      </w:r>
      <w:r>
        <w:rPr>
          <w:sz w:val="20"/>
        </w:rPr>
        <w:t>1:14:30  , unhon ne likha hai: "main ek saptah ajmer khwaja moinuddin chishti ki dargah par gaya. mujhe yeh dekh kar atyant aashcharya hua ke ek khuda ko manane wale musalman khwaja garib nawaz ko sajda kar rahe hain.</w:t>
      </w:r>
      <w:r>
        <w:br/>
      </w:r>
      <w:r>
        <w:rPr>
          <w:sz w:val="20"/>
        </w:rPr>
        <w:t>1:14:46  mera poochna yeh hai ke bharat mein dargah culture ki sthapna kis tarah hui? tatha islam dharm mein dargah aur auliya ka kya maqam hai?</w:t>
      </w:r>
      <w:r>
        <w:br/>
      </w:r>
      <w:r>
        <w:rPr>
          <w:sz w:val="20"/>
        </w:rPr>
        <w:t>1:14:57  kripa karke is sandarbh mein apna vichar vyakt karen." dekhiye, yeh hinduized islam hai. yeh</w:t>
      </w:r>
      <w:r>
        <w:br/>
      </w:r>
      <w:r>
        <w:rPr>
          <w:sz w:val="20"/>
        </w:rPr>
        <w:t>1:15:06  wahi phenomenon yahan hua jo maine arz kiya ke arab mein ke hindu jo convert hue, india mein dekhiye, mass conversion hua.</w:t>
      </w:r>
      <w:r>
        <w:br/>
      </w:r>
      <w:r>
        <w:rPr>
          <w:sz w:val="20"/>
        </w:rPr>
        <w:t>1:15:15  aap jante hain, sufiyon ke zamane mein india mein mass conversion hua to un ki tibbat kuch hui nahin.</w:t>
      </w:r>
      <w:r>
        <w:br/>
      </w:r>
      <w:r>
        <w:rPr>
          <w:sz w:val="20"/>
        </w:rPr>
        <w:t>1:15:24  is liye mindset ke sath woh musalmanon mein dakhil ho gaye.</w:t>
      </w:r>
      <w:r>
        <w:br/>
      </w:r>
      <w:r>
        <w:rPr>
          <w:sz w:val="20"/>
        </w:rPr>
        <w:t>1:15:30  to isi ko unhon ne yaani hindu rivajon ko unhon ne islamize kar ke yahan raij kar diya. main ek martaba gaya tha wahan par yaani rishikesh to ek sahib mujhe dikha rahe the to yeh jagah bahut se khade hue the deewaron ke paas, aise but aise hi bithaye hue the.</w:t>
      </w:r>
      <w:r>
        <w:br/>
      </w:r>
      <w:r>
        <w:rPr>
          <w:sz w:val="20"/>
        </w:rPr>
        <w:t>1:15:53  to is ko dekh kar unhon ne hanste hue kaha ke dekhiye, musalmanon mein hinduo mein kya farq hai?</w:t>
      </w:r>
      <w:r>
        <w:br/>
      </w:r>
      <w:r>
        <w:rPr>
          <w:sz w:val="20"/>
        </w:rPr>
        <w:t>1:15:59  hum khada kar poochte hain, aap lita kar poochte hain. matlab qabr, darg, dargah mein jo qabr hai, wahan buddhu leta hua hai, us ko aap pooch rahe hain.</w:t>
      </w:r>
      <w:r>
        <w:br/>
      </w:r>
      <w:r>
        <w:rPr>
          <w:sz w:val="20"/>
        </w:rPr>
        <w:t>1:16:10  to unhon ne kaha ke hum khada kar pooch rahe hain, aap lita kar poochte hain. to yeh yeh islam nahin hai. yeh converted jo hindu the, unhon ne aa kar ke pichhle mindset ke mutabiq kiya, wahi sab chala diya.</w:t>
      </w:r>
      <w:r>
        <w:br/>
      </w:r>
      <w:r>
        <w:rPr>
          <w:sz w:val="20"/>
        </w:rPr>
        <w:t>1:16:25  aur un logon ki tarbiyat thi nahin. sufiyon ke haan ka tarbiyat, tarbiyat, tarbiyat koi nizam nahin tha.</w:t>
      </w:r>
      <w:r>
        <w:br/>
      </w:r>
      <w:r>
        <w:rPr>
          <w:sz w:val="20"/>
        </w:rPr>
        <w:t>1:16:30  sufiyon ke zariye se mass conversion hua, phir sufiyon ne un ki taleem, tarbiyat ka koi intezam kiya nahin. to is ke aaj tak is ke hum bhagat rahe hain.</w:t>
      </w:r>
      <w:r>
        <w:br/>
      </w:r>
      <w:r>
        <w:rPr>
          <w:sz w:val="20"/>
        </w:rPr>
        <w:t>1:16:42  is ko isi liye mein education pe zor deta hoon, siwa education ke aur koi hamare paas starting point nahi hai.</w:t>
      </w:r>
    </w:p>
    <w:p>
      <w:pPr>
        <w:pStyle w:val="Heading2"/>
      </w:pPr>
      <w:r>
        <w:t>Dealing with depression about end times</w:t>
      </w:r>
    </w:p>
    <w:p>
      <w:r>
        <w:rPr>
          <w:color w:val="666666"/>
          <w:sz w:val="18"/>
        </w:rPr>
        <w:t>Spirituality · Advance Preparation and Planning October 27, 2018 · 4m 46s · at 37:16 · https://youtu.be/X0ycKqLspoA?t=2236</w:t>
      </w:r>
    </w:p>
    <w:p>
      <w:r>
        <w:rPr>
          <w:i/>
        </w:rPr>
        <w:t>“I get confused and depressed when I think about the fact that Moulana and other scholars say the end of times is very near and we are living in the end of times. How should I deal with this?”</w:t>
      </w:r>
    </w:p>
    <w:p>
      <w:r>
        <w:rPr>
          <w:sz w:val="20"/>
        </w:rPr>
        <w:t>37:16  maulana, agla sawal bheja hai faizan maqsood sahib ne. yeh teenager hain aur pakistan se hain. is waqt london mein apni education ke liye wahan pe reh rahe hain.</w:t>
      </w:r>
      <w:r>
        <w:br/>
      </w:r>
      <w:r>
        <w:rPr>
          <w:sz w:val="20"/>
        </w:rPr>
        <w:t>37:30  un ka sawal yeh hai ke "ah, it has". maulana ne likha hai ke "that i really get confused and i get depressed when i think about the fact which maulana also mentioned in the signs of day of judgment.</w:t>
      </w:r>
      <w:r>
        <w:br/>
      </w:r>
      <w:r>
        <w:rPr>
          <w:sz w:val="20"/>
        </w:rPr>
        <w:t>37:58  not only his, but also some of the other scholars like javed ahmed ghamdi sahib. one thing i find common between all the lectures is that the end of times is very near or we are living in the end of times.</w:t>
      </w:r>
      <w:r>
        <w:br/>
      </w:r>
      <w:r>
        <w:rPr>
          <w:sz w:val="20"/>
        </w:rPr>
        <w:t>38:17  i read maulana article explaining a hadith where prophet said that i fear the misguided scholars more than dajjal.</w:t>
      </w:r>
      <w:r>
        <w:br/>
      </w:r>
      <w:r>
        <w:rPr>
          <w:sz w:val="20"/>
        </w:rPr>
        <w:t>38:29  maulana said that this is the time very see a lot of misguided ulama and this is the time of dajjal.</w:t>
      </w:r>
      <w:r>
        <w:br/>
      </w:r>
      <w:r>
        <w:rPr>
          <w:sz w:val="20"/>
        </w:rPr>
        <w:t>38:38  thinking about this stuff gets me goosebumps. i start to question god on why i am in this world at this time as i am a teenager and have a life to live.</w:t>
      </w:r>
      <w:r>
        <w:br/>
      </w:r>
      <w:r>
        <w:rPr>
          <w:sz w:val="20"/>
        </w:rPr>
        <w:t>38:52  i know that as a muslim i am expected to be grateful to god all the time, but sometimes it gets really difficult seeing what the ulama are preaching which has nothing to do with islam.</w:t>
      </w:r>
      <w:r>
        <w:br/>
      </w:r>
      <w:r>
        <w:rPr>
          <w:sz w:val="20"/>
        </w:rPr>
        <w:t>39:08  please, please ask Maulana. just, just guys. Maulana, woh basically aap se advice chah rahe hain ke woh teenager hain aur aaj ke zamane ko le ke aap ne yeh kaha tha ke ek hadith ko bayan kiya tha ke woh, ah,</w:t>
      </w:r>
      <w:r>
        <w:br/>
      </w:r>
      <w:r>
        <w:rPr>
          <w:sz w:val="20"/>
        </w:rPr>
        <w:t>39:26  ke woh scholar se zyada, ah, mis guided.</w:t>
      </w:r>
      <w:r>
        <w:br/>
      </w:r>
      <w:r>
        <w:rPr>
          <w:sz w:val="20"/>
        </w:rPr>
        <w:t>39:33  haan, unhon ne kaha tha Maulana ne jo hadith unhon ne likha hai ke "Prophet said that i fear the mis guided scholars more than dajjal".</w:t>
      </w:r>
      <w:r>
        <w:br/>
      </w:r>
      <w:r>
        <w:rPr>
          <w:sz w:val="20"/>
        </w:rPr>
        <w:t>39:42  to woh yeh keh rahe hain ke aaj ka waqt wahi hai ke jab bohat zyada mis guided scholars hain. to as a teenager woh kaise, ah, life ko live karein?</w:t>
      </w:r>
      <w:r>
        <w:br/>
      </w:r>
      <w:r>
        <w:rPr>
          <w:sz w:val="20"/>
        </w:rPr>
        <w:t>39:53  un ko bohat zyada confusion aur pareshani hoti hai yeh soch ke ke woh bohat zyada mis guide kar rahe hain logon ko. to aap ka kya advice hai?</w:t>
      </w:r>
      <w:r>
        <w:br/>
      </w:r>
      <w:r>
        <w:rPr>
          <w:sz w:val="20"/>
        </w:rPr>
        <w:t>40:03  dekhiye, yeh ek survey ke mutabiq jo finding hai woh yeh hai ke aadmi jab teenage mein hota hai, jo teenagers hain, woh bohat sharp mind un ka hota hai.</w:t>
      </w:r>
      <w:r>
        <w:br/>
      </w:r>
      <w:r>
        <w:rPr>
          <w:sz w:val="20"/>
        </w:rPr>
        <w:t>40:21  baat ko pakarne ke liye bohat hi tez hote hain woh. to dekhiye, teenagers ki woh kami nahi jo aap ne farmaya.</w:t>
      </w:r>
      <w:r>
        <w:br/>
      </w:r>
      <w:r>
        <w:rPr>
          <w:sz w:val="20"/>
        </w:rPr>
        <w:t>40:33  sahih baat yeh hai ke teenagers bohat zyada distraction mein par jaate hain. distraction</w:t>
      </w:r>
      <w:r>
        <w:br/>
      </w:r>
      <w:r>
        <w:rPr>
          <w:sz w:val="20"/>
        </w:rPr>
        <w:t>40:40  . agar teenager apne ko distraction se bachayein to teenager to super thinker hote hain.</w:t>
      </w:r>
      <w:r>
        <w:br/>
      </w:r>
      <w:r>
        <w:rPr>
          <w:sz w:val="20"/>
        </w:rPr>
        <w:t>40:50  un ka mind foran baat ko pakarta hai. bas sharp mind un ka hota hai. to aap ko jo Allah ne is umar mein tofeeq di hai, to yeh best umar hai aap ki.</w:t>
      </w:r>
      <w:r>
        <w:br/>
      </w:r>
      <w:r>
        <w:rPr>
          <w:sz w:val="20"/>
        </w:rPr>
        <w:t>41:02  bas apne ko distraction se bachaiye aur sab kuch mind manage kar lega. manage apne aap</w:t>
      </w:r>
    </w:p>
    <w:p>
      <w:pPr>
        <w:pStyle w:val="Heading2"/>
      </w:pPr>
      <w:r>
        <w:t>Dealing with frustration despite knowing God's plan</w:t>
      </w:r>
    </w:p>
    <w:p>
      <w:r>
        <w:rPr>
          <w:color w:val="666666"/>
          <w:sz w:val="18"/>
        </w:rPr>
        <w:t>Spirituality · Discovery of Paradise March 22, 2015 · 2m 00s · at 49:17 · https://youtu.be/2axrfd7sZkE?t=2957</w:t>
      </w:r>
    </w:p>
    <w:p>
      <w:r>
        <w:rPr>
          <w:i/>
        </w:rPr>
        <w:t>“When we do not get something in this world, we often fall into frustration in spite of knowing the creation plan of God. Please give guidance for this.”</w:t>
      </w:r>
    </w:p>
    <w:p>
      <w:r>
        <w:rPr>
          <w:sz w:val="20"/>
        </w:rPr>
        <w:t>49:17  to is mein koi sawal hai nahi? ji, yeh comment hai Maulana in ka. theek hai, baat hai. Maulana, agla sawal Dilli se hai Miss Naghma Siddiqui ka, aur unhon ne likha hai:</w:t>
      </w:r>
      <w:r>
        <w:br/>
      </w:r>
      <w:r>
        <w:rPr>
          <w:sz w:val="20"/>
        </w:rPr>
        <w:t>49:32  wen we do not get something in this world, we often fall into frustration in spite of knowing the creation plan of God.</w:t>
      </w:r>
      <w:r>
        <w:br/>
      </w:r>
      <w:r>
        <w:rPr>
          <w:sz w:val="20"/>
        </w:rPr>
        <w:t>49:43  please give guidance for this.</w:t>
      </w:r>
      <w:r>
        <w:br/>
      </w:r>
      <w:r>
        <w:rPr>
          <w:sz w:val="20"/>
        </w:rPr>
        <w:t>49:46  mera jo tajurba hai, wo to yeh hai ke insaan ki ek kamzori hai ke uska dhyan jab jo cheez mil chuki hai, us ka us par dhyan nahi rehta.</w:t>
      </w:r>
      <w:r>
        <w:br/>
      </w:r>
      <w:r>
        <w:rPr>
          <w:sz w:val="20"/>
        </w:rPr>
        <w:t>49:59  is ka jo nahi mili hai, usi pe dhyan rehta hai. yaani mili hui cheez ko for granted le lena aur na mili hui cheez ko apna goal samajhna,</w:t>
      </w:r>
      <w:r>
        <w:br/>
      </w:r>
      <w:r>
        <w:rPr>
          <w:sz w:val="20"/>
        </w:rPr>
        <w:t>50:12  isi ka phenomena hai. yeh yeh aam baat hai ke har aadmi mili hui cheez ko for granted leta hai. misaal ke taur par, mein subah baitha tha, ab suraj nikla to ajeeb ehsaas hua ke suraj nikla mere liye,</w:t>
      </w:r>
      <w:r>
        <w:br/>
      </w:r>
      <w:r>
        <w:rPr>
          <w:sz w:val="20"/>
        </w:rPr>
        <w:t>50:31  mujh se nau yaani nau crore 30 lakh meel door hai suraj, aur wahan se itni achhi roshni bhi bhej raha hai. to kaun sochta hai</w:t>
      </w:r>
      <w:r>
        <w:br/>
      </w:r>
      <w:r>
        <w:rPr>
          <w:sz w:val="20"/>
        </w:rPr>
        <w:t>50:41  suraj ke nikalne ko log for granted lete hain? mujhe aisa laga ke aaj hi suraj mere liye banaya gaya hai, aaj hi suraj mere liye roshan kiya gaya. to logon ka mizaj yeh ban gaya hai ke mili hui cheezon ko for greater khane mein daal dena aur na mili hui cheezon ko usi par dhyan lagana.</w:t>
      </w:r>
      <w:r>
        <w:br/>
      </w:r>
      <w:r>
        <w:rPr>
          <w:sz w:val="20"/>
        </w:rPr>
        <w:t>51:02  lagana to apne is mizaj ka hamein durust karna padega, is mizaj ko correction karna padega, tab ja kar ke wo baat hasil hogi.</w:t>
      </w:r>
    </w:p>
    <w:p>
      <w:pPr>
        <w:pStyle w:val="Heading2"/>
      </w:pPr>
      <w:r>
        <w:t>Dealing with guilt after repeated repentance</w:t>
      </w:r>
    </w:p>
    <w:p>
      <w:r>
        <w:rPr>
          <w:color w:val="666666"/>
          <w:sz w:val="18"/>
        </w:rPr>
        <w:t>Spirituality · Tawbah-e-Nasuh (Sincere Repentance) 16 Feb 2020 - Maulana Wahiduddin Khan · 3m 25s · at 31:33 · https://youtu.be/0CccKs-1Uu8?t=1893</w:t>
      </w:r>
    </w:p>
    <w:p>
      <w:r>
        <w:rPr>
          <w:i/>
        </w:rPr>
        <w:t>“Many a times we do repentance and we mean it as well. But after a while we again end up either repeating the mistake or make new ones. This gives rise to guilty feeling to such a level that we fall in frustration.”</w:t>
      </w:r>
    </w:p>
    <w:p>
      <w:r>
        <w:rPr>
          <w:sz w:val="20"/>
        </w:rPr>
        <w:t>31:33  Allah aap ko sehat de." Maulana ab sawal lena chahenge. aa yeh sawal bheja hai Jamnagar, Gujarat se Aasif Iqbal sahib ne.</w:t>
      </w:r>
      <w:r>
        <w:br/>
      </w:r>
      <w:r>
        <w:rPr>
          <w:sz w:val="20"/>
        </w:rPr>
        <w:t>31:47  unhon ne likha hai: "Maulana many a times we do repentance and we mean it as well.</w:t>
      </w:r>
      <w:r>
        <w:br/>
      </w:r>
      <w:r>
        <w:rPr>
          <w:sz w:val="20"/>
        </w:rPr>
        <w:t>31:55  But after a while we again end up either repeating the mistake or make new ones. This gives rise to guilty feeling to such a level that we fall in frustration.</w:t>
      </w:r>
      <w:r>
        <w:br/>
      </w:r>
      <w:r>
        <w:rPr>
          <w:sz w:val="20"/>
        </w:rPr>
        <w:t>32:09  The frustration is because despite us</w:t>
      </w:r>
      <w:r>
        <w:br/>
      </w:r>
      <w:r>
        <w:rPr>
          <w:sz w:val="20"/>
        </w:rPr>
        <w:t>32:12  not wanting to do the mistake, we end up repeating it. Maulana my question is what should we do? It gives a feeling that we all are useless." bhai yeh toh apne hi ko karna hai.</w:t>
      </w:r>
      <w:r>
        <w:br/>
      </w:r>
      <w:r>
        <w:rPr>
          <w:sz w:val="20"/>
        </w:rPr>
        <w:t>32:27  dekhen main jab naujawan tha, naujwani kon mein,</w:t>
      </w:r>
      <w:r>
        <w:br/>
      </w:r>
      <w:r>
        <w:rPr>
          <w:sz w:val="20"/>
        </w:rPr>
        <w:t>32:31  hum rehte the zamindar family mein. is zamane mein zamindar ka malik hota tha.</w:t>
      </w:r>
      <w:r>
        <w:br/>
      </w:r>
      <w:r>
        <w:rPr>
          <w:sz w:val="20"/>
        </w:rPr>
        <w:t>32:41  is zamane mein toh main ne ek ek dalit ko jis ko is zamane mein chuhar kehte the,</w:t>
      </w:r>
      <w:r>
        <w:br/>
      </w:r>
      <w:r>
        <w:rPr>
          <w:sz w:val="20"/>
        </w:rPr>
        <w:t>32:50  main didde se maar diya. maar diya. toh us ke baad mere andar repeatness aaya ke maine us ko mara.</w:t>
      </w:r>
      <w:r>
        <w:br/>
      </w:r>
      <w:r>
        <w:rPr>
          <w:sz w:val="20"/>
        </w:rPr>
        <w:t>33:00  toh main us ke ghar ko talash karte karte us ke ghar pohancha. us ke ghar pohancha. Nawada is gaon ka naam tha.</w:t>
      </w:r>
      <w:r>
        <w:br/>
      </w:r>
      <w:r>
        <w:rPr>
          <w:sz w:val="20"/>
        </w:rPr>
        <w:t>33:11  aur woh Bawri ke ghar rehta tha. ja ke maine us ka darwaza khatkhataya. woh nikla toh maine poocha ke bhai dekho falan mauqe par maine tum ko maar diya tha.</w:t>
      </w:r>
      <w:r>
        <w:br/>
      </w:r>
      <w:r>
        <w:rPr>
          <w:sz w:val="20"/>
        </w:rPr>
        <w:t>33:24  main us ki maafi mangne ke liye aaya hoon tumhare paas.</w:t>
      </w:r>
      <w:r>
        <w:br/>
      </w:r>
      <w:r>
        <w:rPr>
          <w:sz w:val="20"/>
        </w:rPr>
        <w:t>33:29  toh uska raaz dekhen kya hai?</w:t>
      </w:r>
      <w:r>
        <w:br/>
      </w:r>
      <w:r>
        <w:rPr>
          <w:sz w:val="20"/>
        </w:rPr>
        <w:t>33:34  yeh yeh kahan hai sahib yeh ayat? Surah Nisa. Bahut ba-maani ayat hai yeh. Tauba qareeb.</w:t>
      </w:r>
      <w:r>
        <w:br/>
      </w:r>
      <w:r>
        <w:rPr>
          <w:sz w:val="20"/>
        </w:rPr>
        <w:t>33:46  yani der aap agar aap der ki aap ne to dheere dheere woh aap ke mind mein woh</w:t>
      </w:r>
      <w:r>
        <w:br/>
      </w:r>
      <w:r>
        <w:rPr>
          <w:sz w:val="20"/>
        </w:rPr>
        <w:t>33:54  mit jaye ga. Aap sensitive nahi rahenge is ke liye. Ke jaise hi aap ko ghalti ka ehsas hua, foran ke foran aap usi ko us ki tahlfi ke liye doriye.</w:t>
      </w:r>
      <w:r>
        <w:br/>
      </w:r>
      <w:r>
        <w:rPr>
          <w:sz w:val="20"/>
        </w:rPr>
        <w:t>34:09  Tauba qareeb ka tareeqa ikhtiyar kijiye.</w:t>
      </w:r>
      <w:r>
        <w:br/>
      </w:r>
      <w:r>
        <w:rPr>
          <w:sz w:val="20"/>
        </w:rPr>
        <w:t>34:18  Log jo hain tauba baeed mein phanse hue hain. Ke kar len ge, kar len ge, kar len ge. To tab tak woh mind mein woh cheez oujhal ho jati hai.</w:t>
      </w:r>
      <w:r>
        <w:br/>
      </w:r>
      <w:r>
        <w:rPr>
          <w:sz w:val="20"/>
        </w:rPr>
        <w:t>34:30  To main samajhta hoon ke har aadmi jo yeh shikayat karta ho</w:t>
      </w:r>
      <w:r>
        <w:br/>
      </w:r>
      <w:r>
        <w:rPr>
          <w:sz w:val="20"/>
        </w:rPr>
        <w:t>34:36  To us ko yahi karna chahiye ke tauba qareeb. Tab yeh cheez khatam hogi. Nagpur se Muhammad Irfan Rashidi sahib ne comment bheja hai.</w:t>
      </w:r>
      <w:r>
        <w:br/>
      </w:r>
      <w:r>
        <w:rPr>
          <w:sz w:val="20"/>
        </w:rPr>
        <w:t>34:49  Unhon ne likha hai: "Choti choti misalon se badi badi baatein akhaz karna Maulana sahib yeh aap hi ka wasf hai.</w:t>
      </w:r>
    </w:p>
    <w:p>
      <w:pPr>
        <w:pStyle w:val="Heading2"/>
      </w:pPr>
      <w:r>
        <w:t>Deferring gratification until afterlife</w:t>
      </w:r>
    </w:p>
    <w:p>
      <w:r>
        <w:rPr>
          <w:color w:val="666666"/>
          <w:sz w:val="18"/>
        </w:rPr>
        <w:t>Spirituality · Discovery of God (In Conversation with Maulana) December 25, 2011 · 3m 26s · at 26:33 · https://youtu.be/-1c1d7cFj0s?t=1593</w:t>
      </w:r>
    </w:p>
    <w:p>
      <w:r>
        <w:rPr>
          <w:i/>
        </w:rPr>
        <w:t>“How can one make it easy to defer gratification of desires until the afterlife, especially in an age of instant gratification?”</w:t>
      </w:r>
    </w:p>
    <w:p>
      <w:r>
        <w:rPr>
          <w:sz w:val="20"/>
        </w:rPr>
        <w:t>26:33  maulana, yeh sawal aaya hai patna se mister anwar imam ghazali ka. unhone likha hai: "i would like to know how one can make it easy for oneself to defer the gratification of desires till the post death period, especially today when one sees possibility of instant gratification all around."</w:t>
      </w:r>
      <w:r>
        <w:br/>
      </w:r>
      <w:r>
        <w:rPr>
          <w:sz w:val="20"/>
        </w:rPr>
        <w:t>26:58  bhai, mera jo tajurba hai ya mera jo state hai, mein to samajhta hoon kuch cheez milti nahi. yeh sirf ek ek milne se pehle to lagta hai ke hum yeh pa jayen to hum ko bohat hi achi cheez mil jayegi hum ko.</w:t>
      </w:r>
      <w:r>
        <w:br/>
      </w:r>
      <w:r>
        <w:rPr>
          <w:sz w:val="20"/>
        </w:rPr>
        <w:t>27:13  lekin jab pa leta hai aadmi, to maloom hota hai kuch nahi. jaise ek sath meri mulaqat hui, unhone love marriage ki hai. maine un se poocha ke love marriage ka kya tajurba aap ko hai?</w:t>
      </w:r>
      <w:r>
        <w:br/>
      </w:r>
      <w:r>
        <w:rPr>
          <w:sz w:val="20"/>
        </w:rPr>
        <w:t>27:27  ek top ke aadmi se poocha maine. unhone kaha ke jab tak marriage nahi hui thi, tab to lagta tha ke love marriage koi bohat bari cheez hai. mein aasman mein ud raha tha, jab mujhe ho gayi to zameen mein aa gaya.</w:t>
      </w:r>
      <w:r>
        <w:br/>
      </w:r>
      <w:r>
        <w:rPr>
          <w:sz w:val="20"/>
        </w:rPr>
        <w:t>27:38  ab kuch nahi, wohi same love marriage jo hai, mujhe ab kuch nahi dikhai padti. ab normal lagti hai. woh aisi jis ko bhi mein mein ne padha, jis ko bhi abhi mein ne internet par likhwa ya, nikala,</w:t>
      </w:r>
      <w:r>
        <w:br/>
      </w:r>
      <w:r>
        <w:rPr>
          <w:sz w:val="20"/>
        </w:rPr>
        <w:t>27:51  nikalwaya, woh ke jo super achievers hain, un ki zindagi khatm kaise hui? to sab despair mein mare, sab ke sab.</w:t>
      </w:r>
      <w:r>
        <w:br/>
      </w:r>
      <w:r>
        <w:rPr>
          <w:sz w:val="20"/>
        </w:rPr>
        <w:t>28:01  to milti kahan woh cheez? to ek fareb hai ke hum is cheez ko pa lete hain. to sab se bara question to yahi hai ke kya wajah hai ke hum hum ko fulfillment, fulfillment, fulfillment nahi milta is duniya mein?</w:t>
      </w:r>
      <w:r>
        <w:br/>
      </w:r>
      <w:r>
        <w:rPr>
          <w:sz w:val="20"/>
        </w:rPr>
        <w:t>28:12  jo hum chahte hain, woh hum paate nahi is duniya mein. yeh thori hai ke pa lete hain hum. yeh to ek fareb ki baat hai. mein samajhta hoon ke sab se bara question jo insan ke liye hai, woh yahi hai ke kya wajah hai ke hum jo kuch chahna chahte hain, jo kuch hum chahte hain paana, wohi paane paate nahi hum?</w:t>
      </w:r>
      <w:r>
        <w:br/>
      </w:r>
      <w:r>
        <w:rPr>
          <w:sz w:val="20"/>
        </w:rPr>
        <w:t>28:30  isi se hum mehroom rehte hain aur mar jate hain. paane se pehle lagta hai ke yeh ek cheez mil hi mil jayegi, to hamein bari khushi hogi, hum bohat enjoy karenge.</w:t>
      </w:r>
      <w:r>
        <w:br/>
      </w:r>
      <w:r>
        <w:rPr>
          <w:sz w:val="20"/>
        </w:rPr>
        <w:t>28:39  lekin paane ke baad kahan hota hai? paane ke baad kuch nahi hota. bill gates ko bhi kuch nahi hai. ab jab jab woh shuru mein usko khushiyan nahi hongi, ab toh zindagi uske liye kuch bhi nahi hai,</w:t>
      </w:r>
      <w:r>
        <w:br/>
      </w:r>
      <w:r>
        <w:rPr>
          <w:sz w:val="20"/>
        </w:rPr>
        <w:t>28:53  sivaye liability ke. toh yeh main samajhta hoon ke yeh soch sahi nahi hai ke is duniya mein hum kuch pa lete hain. paane se pehle hum zaroor samajhte hain ke hum paane ke baad hum ko khushi mil jayegi.</w:t>
      </w:r>
      <w:r>
        <w:br/>
      </w:r>
      <w:r>
        <w:rPr>
          <w:sz w:val="20"/>
        </w:rPr>
        <w:t>29:10  ek kitaab likhi hai isne, bert russell ne, uska naam hi hai "happiness". is mein likhta hai ke happiness achievable nahi is duniya mein. aur waqea hai, aap kisi bhi kisi bhi shakhs ko dekhiye jo bare martabe pahuncha ho, jisne bare paise kamaye hon, uska end kya hota hai?</w:t>
      </w:r>
      <w:r>
        <w:br/>
      </w:r>
      <w:r>
        <w:rPr>
          <w:sz w:val="20"/>
        </w:rPr>
        <w:t>29:27  end uska khatma toh aap dekhein ke frustration mein, despair mein khatam hota hai. woh kyunke woh paane ke baad, jo usne apne mind mein samjha tha ke is se mujhe yeh milega, woh milega, woh kuch mila nahi usko.</w:t>
      </w:r>
      <w:r>
        <w:br/>
      </w:r>
      <w:r>
        <w:rPr>
          <w:sz w:val="20"/>
        </w:rPr>
        <w:t>29:42  toh asal sawal toh yahi hai ke kya wajah hai ke hum is duniya mein, hum paane ke bawajood mehroom rehte hain? isi sawal ko jab hum jaan lein, tab paradise hamari goal ban jayegi ke wahan par hamein fulfillment milega.</w:t>
      </w:r>
    </w:p>
    <w:p>
      <w:pPr>
        <w:pStyle w:val="Heading2"/>
      </w:pPr>
      <w:r>
        <w:t>Definition of taqwa</w:t>
      </w:r>
    </w:p>
    <w:p>
      <w:r>
        <w:rPr>
          <w:color w:val="666666"/>
          <w:sz w:val="18"/>
        </w:rPr>
        <w:t>Spirituality · Spirit of Ramadan | June 14, 2015 · 4m 18s · at 1:03:08 · https://youtu.be/LMQxfxQcnxQ?t=3788</w:t>
      </w:r>
    </w:p>
    <w:p>
      <w:r>
        <w:rPr>
          <w:i/>
        </w:rPr>
        <w:t>“You said the real thing is taqwa. What is taqwa?”</w:t>
      </w:r>
    </w:p>
    <w:p>
      <w:r>
        <w:rPr>
          <w:sz w:val="20"/>
        </w:rPr>
        <w:t>1:03:08  agar wohi wohi jo the America mein, kaha ji kaise aadmi aap hain? aap ki wajah se maine program sab cancel kar diya. aaj maine sab ko program cancel kar ke tayyar hua ke aap ke saath jaunga aur aap yeh aisa kar rahe hain. kal ko nahin bataya to aisa nahin kiya unhon ne. unhon ne kaha chalo yeh bhi theek hai. sab se acha formula yahi hai. mona, inhi ka agla sawal hai. Maulana, aap ne bataya asal cheez taqwa hai. yeh taqwa</w:t>
      </w:r>
      <w:r>
        <w:br/>
      </w:r>
      <w:r>
        <w:rPr>
          <w:sz w:val="20"/>
        </w:rPr>
        <w:t>1:03:38  kya hai? taqwa spirit ka naam hai.</w:t>
      </w:r>
      <w:r>
        <w:br/>
      </w:r>
      <w:r>
        <w:rPr>
          <w:sz w:val="20"/>
        </w:rPr>
        <w:t>1:03:42  taqwa koi mysterious cheez nahi hai.</w:t>
      </w:r>
      <w:r>
        <w:br/>
      </w:r>
      <w:r>
        <w:rPr>
          <w:sz w:val="20"/>
        </w:rPr>
        <w:t>1:03:46  spirit, spirit yani aik hota hai form, aik hoti hai spirit.</w:t>
      </w:r>
      <w:r>
        <w:br/>
      </w:r>
      <w:r>
        <w:rPr>
          <w:sz w:val="20"/>
        </w:rPr>
        <w:t>1:03:51  to jo log aam tor par log bas form ko jante hain, is form ke peechay jo spirit</w:t>
      </w:r>
      <w:r>
        <w:br/>
      </w:r>
      <w:r>
        <w:rPr>
          <w:sz w:val="20"/>
        </w:rPr>
        <w:t>1:03:55  hai, us se bekhabar hain.</w:t>
      </w:r>
      <w:r>
        <w:br/>
      </w:r>
      <w:r>
        <w:rPr>
          <w:sz w:val="20"/>
        </w:rPr>
        <w:t>1:03:59  misalan roza hai.</w:t>
      </w:r>
      <w:r>
        <w:br/>
      </w:r>
      <w:r>
        <w:rPr>
          <w:sz w:val="20"/>
        </w:rPr>
        <w:t>1:04:04  roze mein yahi jante hain ke kya hamein lena hai? yeh khana, yeh pani, woh saman,</w:t>
      </w:r>
      <w:r>
        <w:br/>
      </w:r>
      <w:r>
        <w:rPr>
          <w:sz w:val="20"/>
        </w:rPr>
        <w:t>1:04:08  yeh chahiye mujhe taake khoob khayein sehri ke waqt, taake bhook na lage.</w:t>
      </w:r>
      <w:r>
        <w:br/>
      </w:r>
      <w:r>
        <w:rPr>
          <w:sz w:val="20"/>
        </w:rPr>
        <w:t>1:04:13  to yeh lena hai.</w:t>
      </w:r>
      <w:r>
        <w:br/>
      </w:r>
      <w:r>
        <w:rPr>
          <w:sz w:val="20"/>
        </w:rPr>
        <w:t>1:04:18  to roze mein log jo jo form logon par pakar rakha hai, woh taking spirit par base karta hai.</w:t>
      </w:r>
      <w:r>
        <w:br/>
      </w:r>
      <w:r>
        <w:rPr>
          <w:sz w:val="20"/>
        </w:rPr>
        <w:t>1:04:23  dosra jo mein ne arz kiya, woh giving spirit, doosron ko dena.</w:t>
      </w:r>
      <w:r>
        <w:br/>
      </w:r>
      <w:r>
        <w:rPr>
          <w:sz w:val="20"/>
        </w:rPr>
        <w:t>1:04:28  to har cheez mein aik form hota hai, aik spirit hoti hai.</w:t>
      </w:r>
      <w:r>
        <w:br/>
      </w:r>
      <w:r>
        <w:rPr>
          <w:sz w:val="20"/>
        </w:rPr>
        <w:t>1:04:33  islam ki jitni bhi taleemat hain, jitni bhi teaching hain,</w:t>
      </w:r>
      <w:r>
        <w:br/>
      </w:r>
      <w:r>
        <w:rPr>
          <w:sz w:val="20"/>
        </w:rPr>
        <w:t>1:04:38  sab spirit ke aitbar se un ki importance hai, form ke aitbar se nahin hai. mona, yeh agla comment aaya hai Shafi Dar sahib ka Kashmir se. respected Maulana sahib, Assalam-o-Alaikum. I heard your last Sunday talk and it was full of inspiration. I was thinking that I am suffering in discrimination somewhere in my job and in my relationship. but your Sunday l</w:t>
      </w:r>
      <w:r>
        <w:br/>
      </w:r>
      <w:r>
        <w:rPr>
          <w:sz w:val="20"/>
        </w:rPr>
        <w:t>1:05:08  lecture helped me a lot and I thank Allah Almighty that He provided me a chance to</w:t>
      </w:r>
      <w:r>
        <w:br/>
      </w:r>
      <w:r>
        <w:rPr>
          <w:sz w:val="20"/>
        </w:rPr>
        <w:t>1:05:13  heer your lecture.</w:t>
      </w:r>
      <w:r>
        <w:br/>
      </w:r>
      <w:r>
        <w:rPr>
          <w:sz w:val="20"/>
        </w:rPr>
        <w:t>1:05:18  Otherwise, I would have died in a state of negative mentality and discrimination.</w:t>
      </w:r>
      <w:r>
        <w:br/>
      </w:r>
      <w:r>
        <w:rPr>
          <w:sz w:val="20"/>
        </w:rPr>
        <w:t>1:05:23  dekhiye, main phir kahunga ke jo aadmi discrimination ki boli bolta hai, woh ka koi talluq Islam</w:t>
      </w:r>
      <w:r>
        <w:br/>
      </w:r>
      <w:r>
        <w:rPr>
          <w:sz w:val="20"/>
        </w:rPr>
        <w:t>1:05:28  se nahi hai.</w:t>
      </w:r>
      <w:r>
        <w:br/>
      </w:r>
      <w:r>
        <w:rPr>
          <w:sz w:val="20"/>
        </w:rPr>
        <w:t>1:05:33  Islam mein discrimination ki bol</w:t>
      </w:r>
      <w:r>
        <w:br/>
      </w:r>
      <w:r>
        <w:rPr>
          <w:sz w:val="20"/>
        </w:rPr>
        <w:t>1:05:38  yi sirf Satan ki thi, Satan ki, na Rasool ki, na Sahabi ki.</w:t>
      </w:r>
      <w:r>
        <w:br/>
      </w:r>
      <w:r>
        <w:rPr>
          <w:sz w:val="20"/>
        </w:rPr>
        <w:t>1:05:43  yeh yeh Rasool Islam ki boli nahi hai.</w:t>
      </w:r>
      <w:r>
        <w:br/>
      </w:r>
      <w:r>
        <w:rPr>
          <w:sz w:val="20"/>
        </w:rPr>
        <w:t>1:05:47  discrimination yeh Satan ki boli hai.</w:t>
      </w:r>
      <w:r>
        <w:br/>
      </w:r>
      <w:r>
        <w:rPr>
          <w:sz w:val="20"/>
        </w:rPr>
        <w:t>1:05:51  Satan ne kaha tha ke khalaq khalaq min deen ke main is se mera darja bada hai aur</w:t>
      </w:r>
      <w:r>
        <w:br/>
      </w:r>
      <w:r>
        <w:rPr>
          <w:sz w:val="20"/>
        </w:rPr>
        <w:t>1:05:55  insaan ka darja chhota hai.</w:t>
      </w:r>
      <w:r>
        <w:br/>
      </w:r>
      <w:r>
        <w:rPr>
          <w:sz w:val="20"/>
        </w:rPr>
        <w:t>1:06:00  toh toh ne is ko badha diya, mujhe peeche peeche kar diya.</w:t>
      </w:r>
      <w:r>
        <w:br/>
      </w:r>
      <w:r>
        <w:rPr>
          <w:sz w:val="20"/>
        </w:rPr>
        <w:t>1:06:04  yeh discriminate ki Rasool Allah par ilzaam lagaya discrimination</w:t>
      </w:r>
      <w:r>
        <w:br/>
      </w:r>
      <w:r>
        <w:rPr>
          <w:sz w:val="20"/>
        </w:rPr>
        <w:t>1:06:08  ka.</w:t>
      </w:r>
      <w:r>
        <w:br/>
      </w:r>
      <w:r>
        <w:rPr>
          <w:sz w:val="20"/>
        </w:rPr>
        <w:t>1:06:12  toh jo aadmi aaj yaad rakhiye, discrimination mein ki boli bolta hai, woh Satan ki boli bolta hai,</w:t>
      </w:r>
      <w:r>
        <w:br/>
      </w:r>
      <w:r>
        <w:rPr>
          <w:sz w:val="20"/>
        </w:rPr>
        <w:t>1:06:15  Satan ki boli bolta hai.</w:t>
      </w:r>
      <w:r>
        <w:br/>
      </w:r>
      <w:r>
        <w:rPr>
          <w:sz w:val="20"/>
        </w:rPr>
        <w:t>1:06:19  isi liye aap poora jo Quran o Hadees hai, kahin padh kar dikha dijiye.</w:t>
      </w:r>
      <w:r>
        <w:br/>
      </w:r>
      <w:r>
        <w:rPr>
          <w:sz w:val="20"/>
        </w:rPr>
        <w:t>1:06:22  koi paighambar bola ho discrimination ki boli, koi Sahabi bola ho discrimination ki boli, yeh sirf Satan hai</w:t>
      </w:r>
      <w:r>
        <w:br/>
      </w:r>
      <w:r>
        <w:rPr>
          <w:sz w:val="20"/>
        </w:rPr>
        <w:t>1:06:25  jo bola tha.</w:t>
      </w:r>
      <w:r>
        <w:br/>
      </w:r>
      <w:r>
        <w:rPr>
          <w:sz w:val="20"/>
        </w:rPr>
        <w:t>1:06:29  isi ko log follow kar rahe hain.</w:t>
      </w:r>
      <w:r>
        <w:br/>
      </w:r>
      <w:r>
        <w:rPr>
          <w:sz w:val="20"/>
        </w:rPr>
        <w:t>1:06:32  ab bohat khatarnak baat yaad rakhiye ke Quran mein hai.</w:t>
      </w:r>
      <w:r>
        <w:br/>
      </w:r>
      <w:r>
        <w:rPr>
          <w:sz w:val="20"/>
        </w:rPr>
        <w:t>1:06:35  lamman tab'a'ka minhum la'amla jah</w:t>
      </w:r>
      <w:r>
        <w:br/>
      </w:r>
      <w:r>
        <w:rPr>
          <w:sz w:val="20"/>
        </w:rPr>
        <w:t>1:06:39  nam minkum ajmaeen haan, Allah taala ne farmaya ke jo shaitan ko follow karega toh main is</w:t>
      </w:r>
      <w:r>
        <w:br/>
      </w:r>
      <w:r>
        <w:rPr>
          <w:sz w:val="20"/>
        </w:rPr>
        <w:t>1:06:44  ka anjaam shaitan ke saath karunga.</w:t>
      </w:r>
      <w:r>
        <w:br/>
      </w:r>
      <w:r>
        <w:rPr>
          <w:sz w:val="20"/>
        </w:rPr>
        <w:t>1:06:49  toh kya yeh yeh risk lene ke tayyar hain woh log jo discrimination ki boli bolte hain? Jo</w:t>
      </w:r>
      <w:r>
        <w:br/>
      </w:r>
      <w:r>
        <w:rPr>
          <w:sz w:val="20"/>
        </w:rPr>
        <w:t>1:06:54  log discrimination ki boli bolte hain, woh Satan ki boli bolte hain.</w:t>
      </w:r>
      <w:r>
        <w:br/>
      </w:r>
      <w:r>
        <w:rPr>
          <w:sz w:val="20"/>
        </w:rPr>
        <w:t>1:06:59  aur Satan ki boli walon ke liye Quran mein hai ke jo boli bolega toh uska</w:t>
      </w:r>
      <w:r>
        <w:br/>
      </w:r>
      <w:r>
        <w:rPr>
          <w:sz w:val="20"/>
        </w:rPr>
        <w:t>1:07:04  wohi hoga anjam jo sitan ka hoga to</w:t>
      </w:r>
      <w:r>
        <w:br/>
      </w:r>
      <w:r>
        <w:rPr>
          <w:sz w:val="20"/>
        </w:rPr>
        <w:t>1:07:09  sochna chahiye in logon ko ke woh kya kis cheez ka risk le rahe hain jo sitan ki</w:t>
      </w:r>
      <w:r>
        <w:br/>
      </w:r>
      <w:r>
        <w:rPr>
          <w:sz w:val="20"/>
        </w:rPr>
        <w:t>1:07:13  بولی، جو risk description کی بولی بولتے ہیں۔</w:t>
      </w:r>
      <w:r>
        <w:br/>
      </w:r>
      <w:r>
        <w:rPr>
          <w:sz w:val="20"/>
        </w:rPr>
        <w:t>1:07:18  bohat bohat hi bohat hi bara risk le rahe hain aise log.</w:t>
      </w:r>
      <w:r>
        <w:br/>
      </w:r>
      <w:r>
        <w:rPr>
          <w:sz w:val="20"/>
        </w:rPr>
        <w:t>1:07:22  discrimination ko main islam mein bilkul hi jaiz nahi samajhta.</w:t>
      </w:r>
    </w:p>
    <w:p>
      <w:pPr>
        <w:pStyle w:val="Heading2"/>
      </w:pPr>
      <w:r>
        <w:t>Developing inner peace for external harmony</w:t>
      </w:r>
    </w:p>
    <w:p>
      <w:r>
        <w:rPr>
          <w:color w:val="666666"/>
          <w:sz w:val="18"/>
        </w:rPr>
        <w:t>Spirituality · Communal Harmony October 16, 2022 · 4m 35s · at 27:29 · https://youtu.be/Ob4BVozf3KY?t=1649</w:t>
      </w:r>
    </w:p>
    <w:p>
      <w:r>
        <w:rPr>
          <w:i/>
        </w:rPr>
        <w:t>“How can we develop inner peace so that it reflects in external actions? Because only when we have inner peace can there be communal harmony.”</w:t>
      </w:r>
    </w:p>
    <w:p>
      <w:r>
        <w:rPr>
          <w:sz w:val="20"/>
        </w:rPr>
        <w:t>27:29  maulana iqbal umri ne chennai se likha hai: "masha allah, bahut achha naksha khencha hai shanti yatra ka." apa, ab ab sawal lena chahunga.</w:t>
      </w:r>
      <w:r>
        <w:br/>
      </w:r>
      <w:r>
        <w:rPr>
          <w:sz w:val="20"/>
        </w:rPr>
        <w:t>27:39  yeh sawal hai ah ali hasan sahib ka lucknow se. unhon ne likha hai ke: "ah how can we develop inner peace so that it reflects in external action?" ah because only when we have inner peace can there be communal harmony.</w:t>
      </w:r>
      <w:r>
        <w:br/>
      </w:r>
      <w:r>
        <w:rPr>
          <w:sz w:val="20"/>
        </w:rPr>
        <w:t>27:58  to</w:t>
      </w:r>
      <w:r>
        <w:br/>
      </w:r>
      <w:r>
        <w:rPr>
          <w:sz w:val="20"/>
        </w:rPr>
        <w:t>27:59  is ke bare mein bataein aap. inner peace ke liye zaroori hai ke hum apni zindagi ko kisi worth while mission mein lagayein.</w:t>
      </w:r>
      <w:r>
        <w:br/>
      </w:r>
      <w:r>
        <w:rPr>
          <w:sz w:val="20"/>
        </w:rPr>
        <w:t>28:09  ji, sirf ah job karna aur business karna is se inner peace nahin aata. hamein khuda se taluq qaim karna parega.</w:t>
      </w:r>
      <w:r>
        <w:br/>
      </w:r>
      <w:r>
        <w:rPr>
          <w:sz w:val="20"/>
        </w:rPr>
        <w:t>28:22  kehte hain ke: "man cannot live by Bible mein, man cannot live by bread alone.</w:t>
      </w:r>
      <w:r>
        <w:br/>
      </w:r>
      <w:r>
        <w:rPr>
          <w:sz w:val="20"/>
        </w:rPr>
        <w:t>28:28  " to hamein inner peace jabhi milega jab hamara khuda se taluq qaim hoga. to is ke liye hamein bahut zyada, main to yahi samajhti hoon ke maulana ki literature padhein aur yeh jo divine mission hai, is mein lag jayein.</w:t>
      </w:r>
      <w:r>
        <w:br/>
      </w:r>
      <w:r>
        <w:rPr>
          <w:sz w:val="20"/>
        </w:rPr>
        <w:t>28:45  kyun ke is waqt sab se bada kaam yahi hai jab jab hamein yeh mehsoos hoga ke hum ek aise kaam mein lage hue hain jo khuda ka kaam hai, khuda ki nusrat karna hai.</w:t>
      </w:r>
      <w:r>
        <w:br/>
      </w:r>
      <w:r>
        <w:rPr>
          <w:sz w:val="20"/>
        </w:rPr>
        <w:t>28:55  to</w:t>
      </w:r>
      <w:r>
        <w:br/>
      </w:r>
      <w:r>
        <w:rPr>
          <w:sz w:val="20"/>
        </w:rPr>
        <w:t>28:56  is se hamein peace milta hai. agar hum sirf dunya ke kaam mein lage rahein to dunya ke kaam to kabhi hal hi nahin hote hain. kabhi aisa nahin hota ke insaan ki jo desires hain, woh itni zyada hain ke woh kabhi hal nahin hongi.</w:t>
      </w:r>
      <w:r>
        <w:br/>
      </w:r>
      <w:r>
        <w:rPr>
          <w:sz w:val="20"/>
        </w:rPr>
        <w:t>29:09  to hamein yeh sochna chahiye ke is dunya mein sirf baqadr zaroorat aur akhirat mein baqadr desire, aur baqi jitne bhi hamare paas time ho zaroorat ke baad, woh sab hum isi mission mein apne aap ko waqf kar dein.</w:t>
      </w:r>
      <w:r>
        <w:br/>
      </w:r>
      <w:r>
        <w:rPr>
          <w:sz w:val="20"/>
        </w:rPr>
        <w:t>29:25  khuda ke kaam mein apne aap ko waqf kar dein, khuda se taluq qaim karein, khuda se connection qaim karein, aur aur baqi jo hai achhe kaam karein.</w:t>
      </w:r>
      <w:r>
        <w:br/>
      </w:r>
      <w:r>
        <w:rPr>
          <w:sz w:val="20"/>
        </w:rPr>
        <w:t>29:35  logon ki madad karna yeh bhi bahut zyada mustahsan qarar diya gaya hai islam mein. to logon ki madad karein, logon ki taleem mein un ki madad karein, har achhe kaam mein saath</w:t>
      </w:r>
      <w:r>
        <w:br/>
      </w:r>
      <w:r>
        <w:rPr>
          <w:sz w:val="20"/>
        </w:rPr>
        <w:t>29:48  dein. jaise rasool allah sallallahu alaihi wasallam ne hilf al-fudul mein saath bahut hi khushi se saath diya tha, aur baad mein bhi kaha: "prophet mil, prophethood milne ke baad bhi aap ne kaha ke agar hilf al-fudul ke liye mujhe bulaya jaye to main aaj bhi jaane ke liye tayyar hoon." kyun ke woh tha ke kisi ne ek bar koi saman khareeda tha aur uska paisa nahin diya tha,</w:t>
      </w:r>
      <w:r>
        <w:br/>
      </w:r>
      <w:r>
        <w:rPr>
          <w:sz w:val="20"/>
        </w:rPr>
        <w:t>30:13  to woh dahai de raha tha ke ab quraish aise ho gaye hain ke hamein saman khareeda aur paisa nahin diya. to yeh baat jo hai, kyun ke society mein yeh kaam bahut zaroori hai, maroof munkir wala kaam bahut zaroori hai.</w:t>
      </w:r>
      <w:r>
        <w:br/>
      </w:r>
      <w:r>
        <w:rPr>
          <w:sz w:val="20"/>
        </w:rPr>
        <w:t>30:28  maroof maani har achhi baat ko society mein us ke liye kaam karna taake log us par chalein, aur munkir hai ke har buri baat se logon ko bachana.</w:t>
      </w:r>
      <w:r>
        <w:br/>
      </w:r>
      <w:r>
        <w:rPr>
          <w:sz w:val="20"/>
        </w:rPr>
        <w:t>30:39  to yeh kaam karna chahiye hamein,</w:t>
      </w:r>
      <w:r>
        <w:br/>
      </w:r>
      <w:r>
        <w:rPr>
          <w:sz w:val="20"/>
        </w:rPr>
        <w:t>30:42  yeh bhi khudai kaam hai, aur da'wah work karna chahiye taake logon ki akhirat sudhre. ek taraf dunya ke bare mein kaam karna hai ke logon ki dunya ki bhalai ke liye kaam karna hai, aur akhirat ki kamyabi ke liye kaam karna hai.</w:t>
      </w:r>
      <w:r>
        <w:br/>
      </w:r>
      <w:r>
        <w:rPr>
          <w:sz w:val="20"/>
        </w:rPr>
        <w:t>30:58  to jab hum apne aap se niklenge aur bahar kaam karenge, tab hamein inner peace milega.</w:t>
      </w:r>
      <w:r>
        <w:br/>
      </w:r>
      <w:r>
        <w:rPr>
          <w:sz w:val="20"/>
        </w:rPr>
        <w:t>31:06  agar hum sochenge ke bas hum apni desires hi par chalte rahein, to desires to hamari kabhi khatam hi nahin hongi. kyun ke desires itni zyada hain, itni zyada hain ke yeh dunya jo hai, is ko support hi nahin karti.</w:t>
      </w:r>
      <w:r>
        <w:br/>
      </w:r>
      <w:r>
        <w:rPr>
          <w:sz w:val="20"/>
        </w:rPr>
        <w:t>31:17  woh to akhirat ke liye hai, akhirat mein hi hamari sari desires fulfill hongi. to mujhe yahi samajh mein aata hai ke khuda se gehra taluq qaim karein.</w:t>
      </w:r>
      <w:r>
        <w:br/>
      </w:r>
      <w:r>
        <w:rPr>
          <w:sz w:val="20"/>
        </w:rPr>
        <w:t>31:27  ji, aur apa yeh bhi hai ke: "an individual is governed by his or her thinking.</w:t>
      </w:r>
      <w:r>
        <w:br/>
      </w:r>
      <w:r>
        <w:rPr>
          <w:sz w:val="20"/>
        </w:rPr>
        <w:t>31:33  " to agar aap tolerance aur avoidance ki ahmiyat ko agar samjhein, as compared to intolerance ya confrontation, to you will realize ke ah result ke aitbar se ah kya important hai.</w:t>
      </w:r>
      <w:r>
        <w:br/>
      </w:r>
      <w:r>
        <w:rPr>
          <w:sz w:val="20"/>
        </w:rPr>
        <w:t>31:48  to Maulana hamesha yeh kehte thay ke: "result oriented, positive, misbat soch rakhiye.</w:t>
      </w:r>
      <w:r>
        <w:br/>
      </w:r>
      <w:r>
        <w:rPr>
          <w:sz w:val="20"/>
        </w:rPr>
        <w:t>31:53  " to is liye yeh bohat ziyada ah zaroori hai, aur agar hum is cheez ko realize karein to automatically hamari jo thinking pattern hai, ah woh positive lines mein develop hone lag jata hai.</w:t>
      </w:r>
    </w:p>
    <w:p>
      <w:pPr>
        <w:pStyle w:val="Heading2"/>
      </w:pPr>
      <w:r>
        <w:t>Developing love for Allah</w:t>
      </w:r>
    </w:p>
    <w:p>
      <w:r>
        <w:rPr>
          <w:color w:val="666666"/>
          <w:sz w:val="18"/>
        </w:rPr>
        <w:t>Spirituality · Islam in A New Age March 18, 2012 · 2m 28s · at 59:40 · https://youtu.be/P5hzq_NheY0?t=3580</w:t>
      </w:r>
    </w:p>
    <w:p>
      <w:r>
        <w:rPr>
          <w:i/>
        </w:rPr>
        <w:t>“How can one develop love for Allah in the heart? What should be done for this? People want to love Allah but also want to continue their other loves; they do not want to sacrifice.”</w:t>
      </w:r>
    </w:p>
    <w:p>
      <w:r>
        <w:rPr>
          <w:sz w:val="20"/>
        </w:rPr>
        <w:t>59:40  Maulana, agla sawal aya hai Kashmir se Mr Arif Jilani sahib ka. unhon ne likha hai ke Allah se mohabbat karne ke liye dil kaise lag jaye, is ke liye kya kya jaye?</w:t>
      </w:r>
      <w:r>
        <w:br/>
      </w:r>
      <w:r>
        <w:rPr>
          <w:sz w:val="20"/>
        </w:rPr>
        <w:t>59:53  wazahat farmayen.</w:t>
      </w:r>
      <w:r>
        <w:br/>
      </w:r>
      <w:r>
        <w:rPr>
          <w:sz w:val="20"/>
        </w:rPr>
        <w:t>1:00:00  asal mein log chahte hain ke Allah se mohabbat to karen aur doosron se mohabbatें bhi jari rahen. sacrifice karna chahte nahi,</w:t>
      </w:r>
      <w:r>
        <w:br/>
      </w:r>
      <w:r>
        <w:rPr>
          <w:sz w:val="20"/>
        </w:rPr>
        <w:t>1:00:10  tab is liye aisa اولاد karte hain. agar aap ko Allah se mohabbat karna hai aur mohabbat ka jo inaam hai, wo lena hai to doosri mohabbatوں ko chhodna padega aap ko.</w:t>
      </w:r>
      <w:r>
        <w:br/>
      </w:r>
      <w:r>
        <w:rPr>
          <w:sz w:val="20"/>
        </w:rPr>
        <w:t>1:00:26  madi mohabbat, family ki mohabbat, beta beti ki mohabbat, job ki mohabbat, business ki mohabbat. yani chahte hain ke log wo bhi mohabbatیں ج</w:t>
      </w:r>
      <w:r>
        <w:br/>
      </w:r>
      <w:r>
        <w:rPr>
          <w:sz w:val="20"/>
        </w:rPr>
        <w:t>1:00:35  ari rahen aur sath sath, yani Khuda ki mohabbat bhi mil jaye. ye to mumkin nahi hai. ya to aisi baat na kijiye, baat kar rahe the is ke liye jo price hai, dijiye is ki price.</w:t>
      </w:r>
      <w:r>
        <w:br/>
      </w:r>
      <w:r>
        <w:rPr>
          <w:sz w:val="20"/>
        </w:rPr>
        <w:t>1:00:49  price yahi hai ke doosri mohabbatیں chhodni padengi.</w:t>
      </w:r>
      <w:r>
        <w:br/>
      </w:r>
      <w:r>
        <w:rPr>
          <w:sz w:val="20"/>
        </w:rPr>
        <w:t>1:00:56  bahut simple si baat hai, is mein koi nahi, nahi, koi pecheeda baat nahi hai ke ghair Allah ki mohabbat chhodie, apne aap Allah ki mohabbat aap ke dil mein baith jayegi.</w:t>
      </w:r>
      <w:r>
        <w:br/>
      </w:r>
      <w:r>
        <w:rPr>
          <w:sz w:val="20"/>
        </w:rPr>
        <w:t>1:01:12  ye yahi is ki price hai. agar aap price dene ke tayyar nahi hain to phir mohabbat Khuda ki baat hi mat kijiye. phir be faida baat karna</w:t>
      </w:r>
      <w:r>
        <w:br/>
      </w:r>
      <w:r>
        <w:rPr>
          <w:sz w:val="20"/>
        </w:rPr>
        <w:t>1:01:26  kuch bhi is ke doosri doosra nuskha is ka nahi hai. ye alhamdulillah Quran ki pehli ayat hai alhamdulillah to ek hai alhamdulillah ghair Allah ek hai alhubb lillah ek hai alhubb lillah to alhubb lillah se apne ko door kar lijiye, bas alhubb lillah apne aap aa jayega.</w:t>
      </w:r>
      <w:r>
        <w:br/>
      </w:r>
      <w:r>
        <w:rPr>
          <w:sz w:val="20"/>
        </w:rPr>
        <w:t>1:01:51  to ya to aap is</w:t>
      </w:r>
      <w:r>
        <w:br/>
      </w:r>
      <w:r>
        <w:rPr>
          <w:sz w:val="20"/>
        </w:rPr>
        <w:t>1:01:52  price dijiye, nahi price dene ke tayyar hain to phir ye baat mat kahiye aur is ki umeed na rakhiye ke Allah taala ke haan aap jab pahunchenge to wahan aap ko, yani wo reward milega jo Allah se mohabbat karne wale bando ke liye muqaddar hai.</w:t>
      </w:r>
    </w:p>
    <w:p>
      <w:pPr>
        <w:pStyle w:val="Heading2"/>
      </w:pPr>
      <w:r>
        <w:t>Developing sensitivity to avoid distraction</w:t>
      </w:r>
    </w:p>
    <w:p>
      <w:r>
        <w:rPr>
          <w:color w:val="666666"/>
          <w:sz w:val="18"/>
        </w:rPr>
        <w:t>Spirituality · Save Yourself from Distraction August 21, 2016 · 3m 48s · at 1:09:29 · https://youtu.be/wP3Dj-tccDQ?t=4169</w:t>
      </w:r>
    </w:p>
    <w:p>
      <w:r>
        <w:rPr>
          <w:i/>
        </w:rPr>
        <w:t>“You said to one of the questioners today that sensitivity checks whether we are getting distracted or not. My question is, how can we develop sensitivity?”</w:t>
      </w:r>
    </w:p>
    <w:p>
      <w:r>
        <w:rPr>
          <w:sz w:val="20"/>
        </w:rPr>
        <w:t>1:09:29  Maulana, haan Maulana, agla sawal Mumbai say hai Waqar sahib ka aur unhon nay likha hai: "Maulana sahib,</w:t>
      </w:r>
      <w:r>
        <w:br/>
      </w:r>
      <w:r>
        <w:rPr>
          <w:sz w:val="20"/>
        </w:rPr>
        <w:t>1:09:37  You said to one of the question today that sensitivity checks whether we are getting distracted or not.</w:t>
      </w:r>
      <w:r>
        <w:br/>
      </w:r>
      <w:r>
        <w:rPr>
          <w:sz w:val="20"/>
        </w:rPr>
        <w:t>1:09:44  my question is, how can we develop sensitivity?" Bhai sochen, log sochtay nahi, hamesha koi bhi cheez</w:t>
      </w:r>
      <w:r>
        <w:br/>
      </w:r>
      <w:r>
        <w:rPr>
          <w:sz w:val="20"/>
        </w:rPr>
        <w:t>1:09:52  ho, usi mein phans jatay hain.</w:t>
      </w:r>
      <w:r>
        <w:br/>
      </w:r>
      <w:r>
        <w:rPr>
          <w:sz w:val="20"/>
        </w:rPr>
        <w:t>1:09:55  jaisay mein aap ko aik aik qissa batata hoon, aik aalim thay, ab un ka intiqal ho gaya,</w:t>
      </w:r>
      <w:r>
        <w:br/>
      </w:r>
      <w:r>
        <w:rPr>
          <w:sz w:val="20"/>
        </w:rPr>
        <w:t>1:10:02  baqaida aalim thay woh.</w:t>
      </w:r>
      <w:r>
        <w:br/>
      </w:r>
      <w:r>
        <w:rPr>
          <w:sz w:val="20"/>
        </w:rPr>
        <w:t>1:10:04  to mein ne aik aik bohat hi, yaani aik fiqhi, is par woh fiqh ke ustaad maane jatay</w:t>
      </w:r>
      <w:r>
        <w:br/>
      </w:r>
      <w:r>
        <w:rPr>
          <w:sz w:val="20"/>
        </w:rPr>
        <w:t>1:10:12  thay, fiqh mein unhon ne research kiya tha, doctorate kiya tha.</w:t>
      </w:r>
      <w:r>
        <w:br/>
      </w:r>
      <w:r>
        <w:rPr>
          <w:sz w:val="20"/>
        </w:rPr>
        <w:t>1:10:16  to mein ne fiqh par aik mazmoon likha, to mein ne chaha ke un ki rai loon.</w:t>
      </w:r>
      <w:r>
        <w:br/>
      </w:r>
      <w:r>
        <w:rPr>
          <w:sz w:val="20"/>
        </w:rPr>
        <w:t>1:10:24  mujhe apartment liya, to mein un ke ghar par gaya apna mazmoon le kar aur mein parhta tha,</w:t>
      </w:r>
      <w:r>
        <w:br/>
      </w:r>
      <w:r>
        <w:rPr>
          <w:sz w:val="20"/>
        </w:rPr>
        <w:t>1:10:31  woh suntay thay, lekin is beech mein bar bar un ka aik chota bacha tha, bar bar aata</w:t>
      </w:r>
      <w:r>
        <w:br/>
      </w:r>
      <w:r>
        <w:rPr>
          <w:sz w:val="20"/>
        </w:rPr>
        <w:t>1:10:39  tha, woh foran mutawajjah ho jatay, us ko pakartay thay, choomte thay, yeh karte hue.</w:t>
      </w:r>
      <w:r>
        <w:br/>
      </w:r>
      <w:r>
        <w:rPr>
          <w:sz w:val="20"/>
        </w:rPr>
        <w:t>1:10:46  yeh yeh kyun nahi? aik aap makana baat hai, aap ne kisi ko time diya hai to us</w:t>
      </w:r>
      <w:r>
        <w:br/>
      </w:r>
      <w:r>
        <w:rPr>
          <w:sz w:val="20"/>
        </w:rPr>
        <w:t>1:10:53  waqt bachon ko keh dein ke tum mat jao.</w:t>
      </w:r>
      <w:r>
        <w:br/>
      </w:r>
      <w:r>
        <w:rPr>
          <w:sz w:val="20"/>
        </w:rPr>
        <w:t>1:10:57  man'a kyun nahi karte? aap man'a kyun nahi karte? mein ne aik bohat baray aalim ka qissa suna,</w:t>
      </w:r>
      <w:r>
        <w:br/>
      </w:r>
      <w:r>
        <w:rPr>
          <w:sz w:val="20"/>
        </w:rPr>
        <w:t>1:11:05  parha ke aik bohat baray aalim thay, un ka koi program par jana tha, un ko to aindah</w:t>
      </w:r>
      <w:r>
        <w:br/>
      </w:r>
      <w:r>
        <w:rPr>
          <w:sz w:val="20"/>
        </w:rPr>
        <w:t>1:11:13  waqt par chota bacha aa kar un ke paon pakar liya, us ne abba abba kehne laga, ab</w:t>
      </w:r>
      <w:r>
        <w:br/>
      </w:r>
      <w:r>
        <w:rPr>
          <w:sz w:val="20"/>
        </w:rPr>
        <w:t>1:11:20  woh isi mein masghool ho gaye, yahan tak ke program late pohanchay.</w:t>
      </w:r>
      <w:r>
        <w:br/>
      </w:r>
      <w:r>
        <w:rPr>
          <w:sz w:val="20"/>
        </w:rPr>
        <w:t>1:11:25  yeh sab aap ke, yaani yeh cheezein jo distract karti hain aap ko, samjhein ke aap aap aap</w:t>
      </w:r>
      <w:r>
        <w:br/>
      </w:r>
      <w:r>
        <w:rPr>
          <w:sz w:val="20"/>
        </w:rPr>
        <w:t>1:11:33  zindagi ka koi qadar nahi jantay.</w:t>
      </w:r>
      <w:r>
        <w:br/>
      </w:r>
      <w:r>
        <w:rPr>
          <w:sz w:val="20"/>
        </w:rPr>
        <w:t>1:11:36  aap choti choti baatein aap ko kahein aap ko distract kar deti hain.</w:t>
      </w:r>
      <w:r>
        <w:br/>
      </w:r>
      <w:r>
        <w:rPr>
          <w:sz w:val="20"/>
        </w:rPr>
        <w:t>1:11:41  aap ko sochna chahiye ke is waqt bachon ko bhagana hai, aap ko bhago, hum ko program mein</w:t>
      </w:r>
      <w:r>
        <w:br/>
      </w:r>
      <w:r>
        <w:rPr>
          <w:sz w:val="20"/>
        </w:rPr>
        <w:t>1:11:49  jana hai, bhago, hum ko is waqt yeh sunna hai.</w:t>
      </w:r>
      <w:r>
        <w:br/>
      </w:r>
      <w:r>
        <w:rPr>
          <w:sz w:val="20"/>
        </w:rPr>
        <w:t>1:11:53  bhai yeh sab kijiye, yeh kya? koi bhi aa ke aap ko distract kar de? yeh koi baat</w:t>
      </w:r>
      <w:r>
        <w:br/>
      </w:r>
      <w:r>
        <w:rPr>
          <w:sz w:val="20"/>
        </w:rPr>
        <w:t>1:12:01  hui? yeh to bohat hi, yaani insan ke andar jo Allah taala ne siftat diye, us ko istemal</w:t>
      </w:r>
      <w:r>
        <w:br/>
      </w:r>
      <w:r>
        <w:rPr>
          <w:sz w:val="20"/>
        </w:rPr>
        <w:t>1:12:09  na karna hai.</w:t>
      </w:r>
      <w:r>
        <w:br/>
      </w:r>
      <w:r>
        <w:rPr>
          <w:sz w:val="20"/>
        </w:rPr>
        <w:t>1:12:10  okay, so we will end today session, we will be back next Sunday same time 10:30 AM.</w:t>
      </w:r>
      <w:r>
        <w:br/>
      </w:r>
      <w:r>
        <w:rPr>
          <w:sz w:val="20"/>
        </w:rPr>
        <w:t>1:12:18  thank you.</w:t>
      </w:r>
    </w:p>
    <w:p>
      <w:pPr>
        <w:pStyle w:val="Heading2"/>
      </w:pPr>
      <w:r>
        <w:t>Difference Between Tawbah and Istighfar</w:t>
      </w:r>
    </w:p>
    <w:p>
      <w:r>
        <w:rPr>
          <w:color w:val="666666"/>
          <w:sz w:val="18"/>
        </w:rPr>
        <w:t>Spirituality · Importance of Patience October 26, 2014 · 3m 06s · at 52:09 · https://youtu.be/XdOlp9-fPG0?t=3129</w:t>
      </w:r>
    </w:p>
    <w:p>
      <w:r>
        <w:rPr>
          <w:i/>
        </w:rPr>
        <w:t>“What is the difference between tawbah and istighfar?”</w:t>
      </w:r>
    </w:p>
    <w:p>
      <w:r>
        <w:rPr>
          <w:sz w:val="20"/>
        </w:rPr>
        <w:t>52:09  maulana, agla sawal rampur se hai muhammad matloob sahib ka, aur wo aap se yeh jaanna chahte hain ke "what is the difference between tauba and istighfar?" dekhen, tauba ke lafzi ma'ne hain paltna.</w:t>
      </w:r>
      <w:r>
        <w:br/>
      </w:r>
      <w:r>
        <w:rPr>
          <w:sz w:val="20"/>
        </w:rPr>
        <w:t>52:26  tauba ya taubon ke lafzi ma'ne hote hain paltna. yaani ek hum ghalat kaam ho gaya tha hum se to hum palte.</w:t>
      </w:r>
      <w:r>
        <w:br/>
      </w:r>
      <w:r>
        <w:rPr>
          <w:sz w:val="20"/>
        </w:rPr>
        <w:t>52:36  that is tauba.</w:t>
      </w:r>
      <w:r>
        <w:br/>
      </w:r>
      <w:r>
        <w:rPr>
          <w:sz w:val="20"/>
        </w:rPr>
        <w:t>52:38  to quran mein aata hai ke "sum yatubuna min qareeb" ke jab ghalati ho jaye to foran hi lotna chahiye. dekhiye, is ko yaad rakhiye is baat ko ke islam mein tauba baeed nahi hai, sirf tauba qareeb hai.</w:t>
      </w:r>
      <w:r>
        <w:br/>
      </w:r>
      <w:r>
        <w:rPr>
          <w:sz w:val="20"/>
        </w:rPr>
        <w:t>52:57  yeh bohat important baat hai. tauba ke baad istighf</w:t>
      </w:r>
      <w:r>
        <w:br/>
      </w:r>
      <w:r>
        <w:rPr>
          <w:sz w:val="20"/>
        </w:rPr>
        <w:t>53:02  far aata hai. istighfar ke lafzi ma'ne hain bakhshish chahna. tauba ke lafzi ma'ne hain lotna. jab aap lotenge, yaani abhi ghalati se lotenge, you turn lenge, to is ke baad kya karenge?</w:t>
      </w:r>
      <w:r>
        <w:br/>
      </w:r>
      <w:r>
        <w:rPr>
          <w:sz w:val="20"/>
        </w:rPr>
        <w:t>53:17  aap duaein karenge, maghfirat mangenge. ise kehte hain istighfar. to tauba ke baad istighfar aata hai. pehle tauba, is ke baad istigh</w:t>
      </w:r>
      <w:r>
        <w:br/>
      </w:r>
      <w:r>
        <w:rPr>
          <w:sz w:val="20"/>
        </w:rPr>
        <w:t>53:29  far. lekin tauba ke bare mein ek bohat aham baat hai ke quran mein hai ke "sum yatubuna min qareeb". phir jald hi wo tauba karte hain, yaani ghalati se palte hain.</w:t>
      </w:r>
      <w:r>
        <w:br/>
      </w:r>
      <w:r>
        <w:rPr>
          <w:sz w:val="20"/>
        </w:rPr>
        <w:t>53:43  is par maine ghor kiya ke tauba qareeb kyun hai quran majeed mein. is ki wajah dekhen, yeh hai ke nafsiyat ke mutale se yeh baat samajh mein aati hai</w:t>
      </w:r>
      <w:r>
        <w:br/>
      </w:r>
      <w:r>
        <w:rPr>
          <w:sz w:val="20"/>
        </w:rPr>
        <w:t>53:56  ke aadmi ke mind mein jab ek baat aati hai ke maine falan kaam ghalat kiya, to pehle din zamir is ko tokta hai.</w:t>
      </w:r>
      <w:r>
        <w:br/>
      </w:r>
      <w:r>
        <w:rPr>
          <w:sz w:val="20"/>
        </w:rPr>
        <w:t>54:06  achha, agar aap tauba na karen to dheere dheere dheere usi waqt condition hone lagte hain. condition to dheere dheere is ki is ki burai khatm ho jati hai.</w:t>
      </w:r>
      <w:r>
        <w:br/>
      </w:r>
      <w:r>
        <w:rPr>
          <w:sz w:val="20"/>
        </w:rPr>
        <w:t>54:20  kahin memory mein rehta hai, aisa maine kiya tha, lekin is ki burai khatm ho jati hai. to phir tauba ka speed bhi khatm ho jati hai.</w:t>
      </w:r>
      <w:r>
        <w:br/>
      </w:r>
      <w:r>
        <w:rPr>
          <w:sz w:val="20"/>
        </w:rPr>
        <w:t>54:33  to jaise hi aadmi ko ehsas ho ke mujh se ghalati ho gayi, to jaldi se is ko tauba karna chahiye. yaani tauba ka ma'na wapas hona chahiye.</w:t>
      </w:r>
      <w:r>
        <w:br/>
      </w:r>
      <w:r>
        <w:rPr>
          <w:sz w:val="20"/>
        </w:rPr>
        <w:t>54:43  wapas hone ka ma'na hai ke ghalati ki islaah karni chahiye. aur istighfar yaani allah se dua karna chahiye.</w:t>
      </w:r>
      <w:r>
        <w:br/>
      </w:r>
      <w:r>
        <w:rPr>
          <w:sz w:val="20"/>
        </w:rPr>
        <w:t>54:54  apni taraf se aadmi jo tauba karta hai, us mein allah ki madad chahiye is ki. to goya ke istighfar ka matlab hota hai ke aadmi tauba ke baad jo nayi zindagi bana raha hai, us mein allah ki madad ka talib hona.</w:t>
      </w:r>
      <w:r>
        <w:br/>
      </w:r>
      <w:r>
        <w:rPr>
          <w:sz w:val="20"/>
        </w:rPr>
        <w:t>55:09  yeh matlab hai is ka.</w:t>
      </w:r>
    </w:p>
    <w:p>
      <w:pPr>
        <w:pStyle w:val="Heading2"/>
      </w:pPr>
      <w:r>
        <w:t>Difference between guidance and misguidance</w:t>
      </w:r>
    </w:p>
    <w:p>
      <w:r>
        <w:rPr>
          <w:color w:val="666666"/>
          <w:sz w:val="18"/>
        </w:rPr>
        <w:t>Spirituality · Islamic Pacifism Q&amp;A 8 May 2011 · 3m 38s · at 0:13 · https://youtu.be/5ZersGDNVcw?t=13</w:t>
      </w:r>
    </w:p>
    <w:p>
      <w:r>
        <w:rPr>
          <w:i/>
        </w:rPr>
        <w:t>“I have so far observed this difference between guidance and misguidance: misguidance has a limit; it either stops at a breaking point or rapidly advances on one issue, while guidance is unlimited—just as ma‘rifat has no limit and the process of tazkiyah continues for a lifetime. Please tell us something about this.”</w:t>
      </w:r>
    </w:p>
    <w:p>
      <w:r>
        <w:rPr>
          <w:sz w:val="20"/>
        </w:rPr>
        <w:t>0:13  maulana, ye sawal aaya hai mr amir bin yusuf ka pakistan se. unhone likha hai: "maine abhi tak hidayat aur gumrahi mein ye difference mehsoos kiya hai ki gumrahi ki limit hoti hai,</w:t>
      </w:r>
      <w:r>
        <w:br/>
      </w:r>
      <w:r>
        <w:rPr>
          <w:sz w:val="20"/>
        </w:rPr>
        <w:t>0:29  wo kisi break par ruk jaati hai, ya kisi ek issue par tezi se aage badh jaati hai, jabki hidayat unlimited hoti hai, jaise marifat ki koi limit nahi, tazkiya ka amal lifetime chalta hai." iske bare mein kuch bataen.</w:t>
      </w:r>
      <w:r>
        <w:br/>
      </w:r>
      <w:r>
        <w:rPr>
          <w:sz w:val="20"/>
        </w:rPr>
        <w:t>0:52  baat sahi hai, lekin main unhen kahunga ki gumrahi ruk jaati hai.</w:t>
      </w:r>
      <w:r>
        <w:br/>
      </w:r>
      <w:r>
        <w:rPr>
          <w:sz w:val="20"/>
        </w:rPr>
        <w:t>1:01  nahi, warning milta hai: "ruk jao." speed breaker jo aata hai, wo warning ke liye hota hai.</w:t>
      </w:r>
      <w:r>
        <w:br/>
      </w:r>
      <w:r>
        <w:rPr>
          <w:sz w:val="20"/>
        </w:rPr>
        <w:t>1:10  speed breaker ke bawajood log gumrahi se hatate nahi, phir bhi usi par chalte rehte hain, usi raah mein. to main yeh kahunga ki hidayat ke raaste par aap chalenge to ismein koi speed breaker nahi aata,</w:t>
      </w:r>
      <w:r>
        <w:br/>
      </w:r>
      <w:r>
        <w:rPr>
          <w:sz w:val="20"/>
        </w:rPr>
        <w:t>1:29  lekin ismein bhi aata hai. main balki yun kahunga ki speed breaker to zindagi ka hissa hai.</w:t>
      </w:r>
      <w:r>
        <w:br/>
      </w:r>
      <w:r>
        <w:rPr>
          <w:sz w:val="20"/>
        </w:rPr>
        <w:t>1:39  speed breaker jo hai, zindagi ka hissa hai. rasool Allah ko masle pesh aaye, sahaba ko masle pesh aaye, wo sab isi par.</w:t>
      </w:r>
      <w:r>
        <w:br/>
      </w:r>
      <w:r>
        <w:rPr>
          <w:sz w:val="20"/>
        </w:rPr>
        <w:t>1:48  speed breaker hi to the.</w:t>
      </w:r>
      <w:r>
        <w:br/>
      </w:r>
      <w:r>
        <w:rPr>
          <w:sz w:val="20"/>
        </w:rPr>
        <w:t>1:50  to speed breaker jo hai, wo aapko aapke test ke liye hota hai ki aap ruk jaate hain ya aage badhte hain. ruk jaate hain ya aage badhte hain.</w:t>
      </w:r>
      <w:r>
        <w:br/>
      </w:r>
      <w:r>
        <w:rPr>
          <w:sz w:val="20"/>
        </w:rPr>
        <w:t>2:03  to speed breaker jo hai, is aadmi ke liye jo sach bach seeker hai, jo sachai ko daryaft kar chuka hai,</w:t>
      </w:r>
      <w:r>
        <w:br/>
      </w:r>
      <w:r>
        <w:rPr>
          <w:sz w:val="20"/>
        </w:rPr>
        <w:t>2:10  uske liye speed breaker jo hai, wo sirf ek mehmid banta hai, ek instructional ban jaata hai. aur aur aur zyada incentive ke saath wo aage badhta hai.</w:t>
      </w:r>
      <w:r>
        <w:br/>
      </w:r>
      <w:r>
        <w:rPr>
          <w:sz w:val="20"/>
        </w:rPr>
        <w:t>2:22  lekin jinke andar seeker, seeking spirit nahi hai,</w:t>
      </w:r>
      <w:r>
        <w:br/>
      </w:r>
      <w:r>
        <w:rPr>
          <w:sz w:val="20"/>
        </w:rPr>
        <w:t>2:29  jo daryaft ke darje mein sachai ko nahi paya unhone, to unke liye jab record koi aati hai to usi mein bhatak jaate hain. record unke upar chha jaati hai.</w:t>
      </w:r>
      <w:r>
        <w:br/>
      </w:r>
      <w:r>
        <w:rPr>
          <w:sz w:val="20"/>
        </w:rPr>
        <w:t>2:41  to zyada sahi taur par yeh kahun ki isi speed breaker zindagi ke</w:t>
      </w:r>
      <w:r>
        <w:br/>
      </w:r>
      <w:r>
        <w:rPr>
          <w:sz w:val="20"/>
        </w:rPr>
        <w:t>2:46  ek part hai. isi speed breaker ka matlab hai rukawatein, mushkilat, muwan'e, hurdles.</w:t>
      </w:r>
      <w:r>
        <w:br/>
      </w:r>
      <w:r>
        <w:rPr>
          <w:sz w:val="20"/>
        </w:rPr>
        <w:t>2:59  yeh zindagi ka ek part hai. wo sab ko pesh aate hain.</w:t>
      </w:r>
      <w:r>
        <w:br/>
      </w:r>
      <w:r>
        <w:rPr>
          <w:sz w:val="20"/>
        </w:rPr>
        <w:t>3:04  paighambar ko bhi aur ghair paighambar ko bhi. aur wo darasal ek test hota hai. agar aap, yaani aapka zehan bedaar hai,</w:t>
      </w:r>
      <w:r>
        <w:br/>
      </w:r>
      <w:r>
        <w:rPr>
          <w:sz w:val="20"/>
        </w:rPr>
        <w:t>3:20  aapka shaoor bedaar hai,</w:t>
      </w:r>
      <w:r>
        <w:br/>
      </w:r>
      <w:r>
        <w:rPr>
          <w:sz w:val="20"/>
        </w:rPr>
        <w:t>3:22  aap cheezon ko analysis karna jaante hain, to isse aapko koi nuksan nahi pahunchega. aap aage badhte chale jayenge. lekin agar aapka zehan bedaar nahi hai, aapka shaoor bedaar nahi hai, aap usko explain karne ki taqat aapke andar nahi hai,</w:t>
      </w:r>
      <w:r>
        <w:br/>
      </w:r>
      <w:r>
        <w:rPr>
          <w:sz w:val="20"/>
        </w:rPr>
        <w:t>3:38  to negative result niklega, aap phans karte jayenge ismein. aur aapki zindagi mein stop ho jayega.</w:t>
      </w:r>
    </w:p>
    <w:p>
      <w:pPr>
        <w:pStyle w:val="Heading2"/>
      </w:pPr>
      <w:r>
        <w:t>Difference between spirituality and religion</w:t>
      </w:r>
    </w:p>
    <w:p>
      <w:r>
        <w:rPr>
          <w:color w:val="666666"/>
          <w:sz w:val="18"/>
        </w:rPr>
        <w:t>Spirituality · Discovery of Paradise November 15, 2020 Maulana Wahiduddin Khan · 2m 51s · at 29:16 · https://youtu.be/Ig1kHk5K3zE?t=1756</w:t>
      </w:r>
    </w:p>
    <w:p>
      <w:r>
        <w:rPr>
          <w:i/>
        </w:rPr>
        <w:t>“What is spirituality and what is religion? What is the difference between the two? Please clarify.”</w:t>
      </w:r>
    </w:p>
    <w:p>
      <w:r>
        <w:rPr>
          <w:sz w:val="20"/>
        </w:rPr>
        <w:t>29:16  muhammad bilal shafi sahib ne sawal bheja hai. unho ne aapse poocha hai ke: "maulana, spirituality kya hai aur religion kya hai?\</w:t>
      </w:r>
      <w:r>
        <w:br/>
      </w:r>
      <w:r>
        <w:rPr>
          <w:sz w:val="20"/>
        </w:rPr>
        <w:t>29:28  in dono mein kya difference hai? is ko wazeh karen."</w:t>
      </w:r>
      <w:r>
        <w:br/>
      </w:r>
      <w:r>
        <w:rPr>
          <w:sz w:val="20"/>
        </w:rPr>
        <w:t>29:33  main samajhta hoon ke yeh bohat saada question nahi hai.</w:t>
      </w:r>
      <w:r>
        <w:br/>
      </w:r>
      <w:r>
        <w:rPr>
          <w:sz w:val="20"/>
        </w:rPr>
        <w:t>29:42  it required life long study.</w:t>
      </w:r>
      <w:r>
        <w:br/>
      </w:r>
      <w:r>
        <w:rPr>
          <w:sz w:val="20"/>
        </w:rPr>
        <w:t>29:51  to agar aap janna chahte hain to deep study karni pare gi. woh possible nahi hai.</w:t>
      </w:r>
      <w:r>
        <w:br/>
      </w:r>
      <w:r>
        <w:rPr>
          <w:sz w:val="20"/>
        </w:rPr>
        <w:t>30:05  Mahboob bhai ne comment bheja hai Mumbai se. unho ne likha hai: "Maulana, Allah se dua hai ke aap ki guidance mere liye aur zameen par basne wale sabhi insano ke liye lambi muddat tak rahe.</w:t>
      </w:r>
      <w:r>
        <w:br/>
      </w:r>
      <w:r>
        <w:rPr>
          <w:sz w:val="20"/>
        </w:rPr>
        <w:t>30:24  aap ki Allah har tarah se hifazat kare."</w:t>
      </w:r>
      <w:r>
        <w:br/>
      </w:r>
      <w:r>
        <w:rPr>
          <w:sz w:val="20"/>
        </w:rPr>
        <w:t>30:30  Masha Allah, Masha Allah, Masha Allah. Tariq Badar sahib ne comment bheja hai Pakistan se.</w:t>
      </w:r>
      <w:r>
        <w:br/>
      </w:r>
      <w:r>
        <w:rPr>
          <w:sz w:val="20"/>
        </w:rPr>
        <w:t>30:42  unho ne likha hai: "Maulana sahib, your two books are extraordinary in discovering God.</w:t>
      </w:r>
      <w:r>
        <w:br/>
      </w:r>
      <w:r>
        <w:rPr>
          <w:sz w:val="20"/>
        </w:rPr>
        <w:t>30:52  these two books are Allah Akbar and Kitab e Marifat. we are trying that these books reaches to maximum people in Pakistan."</w:t>
      </w:r>
      <w:r>
        <w:br/>
      </w:r>
      <w:r>
        <w:rPr>
          <w:sz w:val="20"/>
        </w:rPr>
        <w:t>31:07  Okay, we will end the session now. Thank you.</w:t>
      </w:r>
    </w:p>
    <w:p>
      <w:pPr>
        <w:pStyle w:val="Heading2"/>
      </w:pPr>
      <w:r>
        <w:t>Differing emphases after self-purification</w:t>
      </w:r>
    </w:p>
    <w:p>
      <w:r>
        <w:rPr>
          <w:color w:val="666666"/>
          <w:sz w:val="18"/>
        </w:rPr>
        <w:t>Spirituality · Importance of Travel in Religion July 28, 2024 · 2m 12s · at 45:00 · https://youtu.be/a5tfBcUSYXc?t=2700</w:t>
      </w:r>
    </w:p>
    <w:p>
      <w:r>
        <w:rPr>
          <w:i/>
        </w:rPr>
        <w:t>“There are multiple points of view in religious thoughts. Everyone agrees upon tazkiyah nafs, but after that some people emphasize on dawah work, some on jihad, some on charity, some on Sufism, and some on iqamat-e-din.”</w:t>
      </w:r>
    </w:p>
    <w:p>
      <w:r>
        <w:rPr>
          <w:sz w:val="20"/>
        </w:rPr>
        <w:t>45:00  May Allah help me." Apa yeh ek sawal bheja hai Pakistan ne. Pakistan se Anis Rehman sahib ne aaj ke topic se to related nahi hai, lekin phir bhi main aap se poochna chahunga.</w:t>
      </w:r>
      <w:r>
        <w:br/>
      </w:r>
      <w:r>
        <w:rPr>
          <w:sz w:val="20"/>
        </w:rPr>
        <w:t>45:14  Un ka sawal hai ke "There are multiple points of views on religious thoughts.</w:t>
      </w:r>
      <w:r>
        <w:br/>
      </w:r>
      <w:r>
        <w:rPr>
          <w:sz w:val="20"/>
        </w:rPr>
        <w:t>45:20  Everyone agrees upon tazkiya-e-nafs, but after that some people emphasize on da'wah work, some on jihad, some on charity, some on sufism, and some on iqamat-e-deen.</w:t>
      </w:r>
      <w:r>
        <w:br/>
      </w:r>
      <w:r>
        <w:rPr>
          <w:sz w:val="20"/>
        </w:rPr>
        <w:t>45:35  So everyone has their references and details, and it seems right. How to know which one should we choose?</w:t>
      </w:r>
      <w:r>
        <w:br/>
      </w:r>
      <w:r>
        <w:rPr>
          <w:sz w:val="20"/>
        </w:rPr>
        <w:t>45:44  Is ke baray mein batayen."</w:t>
      </w:r>
      <w:r>
        <w:br/>
      </w:r>
      <w:r>
        <w:rPr>
          <w:sz w:val="20"/>
        </w:rPr>
        <w:t>45:49  Dekhiye, tazkiya-e-nafs to theek hai, hamesha apne aap, apna apne aap ko purification of the self karna hai, aur yeh dono sath sath chalega.</w:t>
      </w:r>
      <w:r>
        <w:br/>
      </w:r>
      <w:r>
        <w:rPr>
          <w:sz w:val="20"/>
        </w:rPr>
        <w:t>45:59  Apna tazkiya aur jo kuch hamare paas hai, us ko doosron se share karna hai. Lekin iqamat-e-deen ka to koi reference nahi.</w:t>
      </w:r>
      <w:r>
        <w:br/>
      </w:r>
      <w:r>
        <w:rPr>
          <w:sz w:val="20"/>
        </w:rPr>
        <w:t>46:07  Maulana ne apni kitab "Tabeeri Ghalati Mein" aur "Deen Ki Siyasi Ta'beer" mein bohat hi clear tareeqay se bataya hai ke woh iqamat-e-deen ka woh bilkul galat hawale hain.</w:t>
      </w:r>
      <w:r>
        <w:br/>
      </w:r>
      <w:r>
        <w:rPr>
          <w:sz w:val="20"/>
        </w:rPr>
        <w:t>46:17  Ab aap aap khud tafseer dekhiye aur khud us ko discover kijiye, samjhiye us ko ke kya is Quran ke mutabiq hai aur Rasool Allah (SAW) ki kya sunnat hai aur Sahaba ka kya uswa hai.</w:t>
      </w:r>
      <w:r>
        <w:br/>
      </w:r>
      <w:r>
        <w:rPr>
          <w:sz w:val="20"/>
        </w:rPr>
        <w:t>46:33  Yeh sab teeno cheez aap dekhiye aur us ke mutabiq jo ho, woh aap kijiye. Tazkiya-e-nafs to sab ka hi tha. Ji, der der tak raat ko ibadat karna kitna zyada mushkil kaam hai.</w:t>
      </w:r>
      <w:r>
        <w:br/>
      </w:r>
      <w:r>
        <w:rPr>
          <w:sz w:val="20"/>
        </w:rPr>
        <w:t>46:44  Isi liye kar dein apna tazkiya-e-nafs karne ke liye. To phir us ke baad saare log da'wah work kar rahe thay, saare Sahaba.</w:t>
      </w:r>
      <w:r>
        <w:br/>
      </w:r>
      <w:r>
        <w:rPr>
          <w:sz w:val="20"/>
        </w:rPr>
        <w:t>46:52  To woh hum karenge na? Yeh nahi ke koi ek aadmi agar kuch keh raha hai to us ko, us ko thori hum follow karenge. Saare Sahaba kya kaam kar rahe hain?</w:t>
      </w:r>
      <w:r>
        <w:br/>
      </w:r>
      <w:r>
        <w:rPr>
          <w:sz w:val="20"/>
        </w:rPr>
        <w:t>47:01  Saare Prophet kya kaam kar rahe hain? Quran kya keh raha hai? Aap us ko dekhiye aur us ke mutabiq apna la'ih-e-amal mutayyan kijiye.</w:t>
      </w:r>
      <w:r>
        <w:br/>
      </w:r>
      <w:r>
        <w:rPr>
          <w:sz w:val="20"/>
        </w:rPr>
        <w:t>47:10  Ji ji, apa bilkul aap ne sahi farmaya.</w:t>
      </w:r>
    </w:p>
    <w:p>
      <w:pPr>
        <w:pStyle w:val="Heading2"/>
      </w:pPr>
      <w:r>
        <w:t>Discovering one's helplessness before God daily</w:t>
      </w:r>
    </w:p>
    <w:p>
      <w:r>
        <w:rPr>
          <w:color w:val="666666"/>
          <w:sz w:val="18"/>
        </w:rPr>
        <w:t>Spirituality · Dars-e-Quran, Chapter 2, Verse 37 | January  07, 2018 · 3m 10s · at 1:13:33 · https://youtu.be/ao6Cr57KuEM?t=4413</w:t>
      </w:r>
    </w:p>
    <w:p>
      <w:r>
        <w:rPr>
          <w:i/>
        </w:rPr>
        <w:t>“Maulana, can we discover our own helplessness every day? Because God...”</w:t>
      </w:r>
    </w:p>
    <w:p>
      <w:r>
        <w:rPr>
          <w:sz w:val="20"/>
        </w:rPr>
        <w:t>1:13:33  ji maulana, agla sawal aaya hai doha qatar se</w:t>
      </w:r>
      <w:r>
        <w:br/>
      </w:r>
      <w:r>
        <w:rPr>
          <w:sz w:val="20"/>
        </w:rPr>
        <w:t>1:13:39  maulana abdul basit umri sahib ka.</w:t>
      </w:r>
      <w:r>
        <w:br/>
      </w:r>
      <w:r>
        <w:rPr>
          <w:sz w:val="20"/>
        </w:rPr>
        <w:t>1:13:47  انہوں نے لکھا ہے: "مولانا، کیا اپنے urges کو ہم روزانہ دریافت کر سکتے ہیں؟ کیونکہ خدا</w:t>
      </w:r>
      <w:r>
        <w:br/>
      </w:r>
      <w:r>
        <w:rPr>
          <w:sz w:val="20"/>
        </w:rPr>
        <w:t>1:13:54  se gehra ta'alluq edges ki daryaft ke baad hi hota hai." rozana aap kehte hain har moment, har</w:t>
      </w:r>
      <w:r>
        <w:br/>
      </w:r>
      <w:r>
        <w:rPr>
          <w:sz w:val="20"/>
        </w:rPr>
        <w:t>1:14:02  lamha woh cheez</w:t>
      </w:r>
      <w:r>
        <w:br/>
      </w:r>
      <w:r>
        <w:rPr>
          <w:sz w:val="20"/>
        </w:rPr>
        <w:t>1:14:10  , yani discoverable hoti hai.</w:t>
      </w:r>
      <w:r>
        <w:br/>
      </w:r>
      <w:r>
        <w:rPr>
          <w:sz w:val="20"/>
        </w:rPr>
        <w:t>1:14:18  yani har har cheez mein hum ko daryaft hota hai ke yeh baat kaise hogi.</w:t>
      </w:r>
      <w:r>
        <w:br/>
      </w:r>
      <w:r>
        <w:rPr>
          <w:sz w:val="20"/>
        </w:rPr>
        <w:t>1:14:26  isi isi baat ko hutoobur ne kaha tha ke tum ek glass pani piyo aur pani to body</w:t>
      </w:r>
      <w:r>
        <w:br/>
      </w:r>
      <w:r>
        <w:rPr>
          <w:sz w:val="20"/>
        </w:rPr>
        <w:t>1:14:34  mein ja kar ke,</w:t>
      </w:r>
      <w:r>
        <w:br/>
      </w:r>
      <w:r>
        <w:rPr>
          <w:sz w:val="20"/>
        </w:rPr>
        <w:t>1:14:42  , yani hazam ho jae.</w:t>
      </w:r>
      <w:r>
        <w:br/>
      </w:r>
      <w:r>
        <w:rPr>
          <w:sz w:val="20"/>
        </w:rPr>
        <w:t>1:14:47  to isi pe shukr wajib hai.</w:t>
      </w:r>
      <w:r>
        <w:br/>
      </w:r>
      <w:r>
        <w:rPr>
          <w:sz w:val="20"/>
        </w:rPr>
        <w:t>1:14:53  yani ek glass pani ka aap piyen to ek system chahiye body ke andar.</w:t>
      </w:r>
      <w:r>
        <w:br/>
      </w:r>
      <w:r>
        <w:rPr>
          <w:sz w:val="20"/>
        </w:rPr>
        <w:t>1:14:58  wo system is ko accept kare to pani milega, aap ko nahin to pani nahin milega.</w:t>
      </w:r>
      <w:r>
        <w:br/>
      </w:r>
      <w:r>
        <w:rPr>
          <w:sz w:val="20"/>
        </w:rPr>
        <w:t>1:15:03  to wo system kis ne banaya? wo to khaliq ne banaya.</w:t>
      </w:r>
      <w:r>
        <w:br/>
      </w:r>
      <w:r>
        <w:rPr>
          <w:sz w:val="20"/>
        </w:rPr>
        <w:t>1:15:08  to ek glass pani pe shukr wajib hai, chawal ke ek dane par shukr wajib hai,</w:t>
      </w:r>
      <w:r>
        <w:br/>
      </w:r>
      <w:r>
        <w:rPr>
          <w:sz w:val="20"/>
        </w:rPr>
        <w:t>1:15:13  sans lete hain aap, is par shukr wajib hai.</w:t>
      </w:r>
      <w:r>
        <w:br/>
      </w:r>
      <w:r>
        <w:rPr>
          <w:sz w:val="20"/>
        </w:rPr>
        <w:t>1:15:18  har cheez par, har cheez par, har cheez par.</w:t>
      </w:r>
      <w:r>
        <w:br/>
      </w:r>
      <w:r>
        <w:rPr>
          <w:sz w:val="20"/>
        </w:rPr>
        <w:t>1:15:23  yeh to aik continuous process hai, yeh koi aik waqt ki baat nahi hai.</w:t>
      </w:r>
      <w:r>
        <w:br/>
      </w:r>
      <w:r>
        <w:rPr>
          <w:sz w:val="20"/>
        </w:rPr>
        <w:t>1:15:28  Okay, we will end the session now.</w:t>
      </w:r>
      <w:r>
        <w:br/>
      </w:r>
      <w:r>
        <w:rPr>
          <w:sz w:val="20"/>
        </w:rPr>
        <w:t>1:15:33  We want to remind the viewers that if they want to support or sponsor the Quran distribution drives,</w:t>
      </w:r>
      <w:r>
        <w:br/>
      </w:r>
      <w:r>
        <w:rPr>
          <w:sz w:val="20"/>
        </w:rPr>
        <w:t>1:15:38  deen de can r</w:t>
      </w:r>
      <w:r>
        <w:br/>
      </w:r>
      <w:r>
        <w:rPr>
          <w:sz w:val="20"/>
        </w:rPr>
        <w:t>1:15:43  ite to us at info@cpsglobal.org. Thank you.</w:t>
      </w:r>
    </w:p>
    <w:p>
      <w:pPr>
        <w:pStyle w:val="Heading2"/>
      </w:pPr>
      <w:r>
        <w:t>Distinguishing right thinking from negativity</w:t>
      </w:r>
    </w:p>
    <w:p>
      <w:r>
        <w:rPr>
          <w:color w:val="666666"/>
          <w:sz w:val="18"/>
        </w:rPr>
        <w:t>Spirituality · Nation Building On India's Republic Day Jan 26, 2020 Maulana Wahiduddin Khan · 2m 13s · at 1:02:55 · https://youtu.be/58CVocbLAb8?t=3775</w:t>
      </w:r>
    </w:p>
    <w:p>
      <w:r>
        <w:rPr>
          <w:i/>
        </w:rPr>
        <w:t>“In Islam, thinking is also worship. What a thrilling quote! But it sometimes is difficult to discover which type of thinking is graded as prayer. Most of the time our thinking leads towards negativity. Please guide us on right thinking.”</w:t>
      </w:r>
    </w:p>
    <w:p>
      <w:r>
        <w:rPr>
          <w:sz w:val="20"/>
        </w:rPr>
        <w:t>1:02:55  sajid ahmed khan sahib ne nakpoor se sawal bheja hai. unhon ne likha hai: "islam mein sochna bhi ibadat hai. What a thrilling quote</w:t>
      </w:r>
      <w:r>
        <w:br/>
      </w:r>
      <w:r>
        <w:rPr>
          <w:sz w:val="20"/>
        </w:rPr>
        <w:t>1:03:05  . But it sometimes is difficult to discover which type of thinking is graded in prayer. Most of the time our thinking leads towards negativity.</w:t>
      </w:r>
      <w:r>
        <w:br/>
      </w:r>
      <w:r>
        <w:rPr>
          <w:sz w:val="20"/>
        </w:rPr>
        <w:t>1:03:18  Please guide us on right thinking."</w:t>
      </w:r>
      <w:r>
        <w:br/>
      </w:r>
      <w:r>
        <w:rPr>
          <w:sz w:val="20"/>
        </w:rPr>
        <w:t>1:03:27  ek lafz mein mein kahoon ga ke positive thinking۔ agar thinking positive nahi hai kisi ki nafrat sikhati hai aap ko kisi ladna sikhati hai to wo galat thinking hai.</w:t>
      </w:r>
      <w:r>
        <w:br/>
      </w:r>
      <w:r>
        <w:rPr>
          <w:sz w:val="20"/>
        </w:rPr>
        <w:t>1:03:43  kyunke wo thinking jo aap ke andar mohabbat paida kare insaniyat paida kare aur doosre se ka khair khwah banaye wo sachi thinking hai.</w:t>
      </w:r>
      <w:r>
        <w:br/>
      </w:r>
      <w:r>
        <w:rPr>
          <w:sz w:val="20"/>
        </w:rPr>
        <w:t>1:03:55  to sachi thinking positive thinking hai. sachi thinking positive thinking hai.</w:t>
      </w:r>
      <w:r>
        <w:br/>
      </w:r>
      <w:r>
        <w:rPr>
          <w:sz w:val="20"/>
        </w:rPr>
        <w:t>1:04:07  Okay we will end the</w:t>
      </w:r>
      <w:r>
        <w:br/>
      </w:r>
      <w:r>
        <w:rPr>
          <w:sz w:val="20"/>
        </w:rPr>
        <w:t>1:04:09  session now۔ Thank you۔</w:t>
      </w:r>
    </w:p>
    <w:p>
      <w:pPr>
        <w:pStyle w:val="Heading2"/>
      </w:pPr>
      <w:r>
        <w:t>Distraction during contemplation and reflection</w:t>
      </w:r>
    </w:p>
    <w:p>
      <w:r>
        <w:rPr>
          <w:color w:val="666666"/>
          <w:sz w:val="18"/>
        </w:rPr>
        <w:t>Spirituality · 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Divine wisdom vs philosophical wisdom</w:t>
      </w:r>
    </w:p>
    <w:p>
      <w:r>
        <w:rPr>
          <w:color w:val="666666"/>
          <w:sz w:val="18"/>
        </w:rPr>
        <w:t>Spirituality · How to Develop Pratical Wisdom May 5, 2024 · 4m 28s · at 21:03 · https://youtu.be/QIKxtH-MyMM?t=1263</w:t>
      </w:r>
    </w:p>
    <w:p>
      <w:r>
        <w:rPr>
          <w:i/>
        </w:rPr>
        <w:t>“How is wisdom from God different from philosophical wisdom?”</w:t>
      </w:r>
    </w:p>
    <w:p>
      <w:r>
        <w:rPr>
          <w:sz w:val="20"/>
        </w:rPr>
        <w:t>21:03  ji apa aik sawal, kyun ke aap ne abhi philosophy ko le kar bare achhe se samjhaya, to doctor naghma siddiqui ne dilli se sawal bheja ke "How is wisdom from God different from philosophical wisdom?" is ko bhi aap wazeh kar dein.</w:t>
      </w:r>
      <w:r>
        <w:br/>
      </w:r>
      <w:r>
        <w:rPr>
          <w:sz w:val="20"/>
        </w:rPr>
        <w:t>21:19  mere khayal se abhi aap ne touch upon bhi kiya, kyun ke philosophy is man made, and wisdom jo hamein milti hai woh wahi ki shakal mein, through revelation ke zariye se hum is ko paas</w:t>
      </w:r>
      <w:r>
        <w:br/>
      </w:r>
      <w:r>
        <w:rPr>
          <w:sz w:val="20"/>
        </w:rPr>
        <w:t>21:30  kute hain. to thoda sa agar aap is ko expand kar dein, apa. asal mein aqal ki limitation hai. ji greek philosophers jo hain, woh aqal ke zariye se baton ko samajhna chah rahe thay, to is wajah se un ko matlab poori rehnumai un ko nahi mili.</w:t>
      </w:r>
      <w:r>
        <w:br/>
      </w:r>
      <w:r>
        <w:rPr>
          <w:sz w:val="20"/>
        </w:rPr>
        <w:t>21:47  unhon ne falsafa bohat zyada develop kiya, baad mein muslim philosophers ne bhi develop kiya, lekin woh kisi nateejay tak nahi pahunch paye. jab</w:t>
      </w:r>
      <w:r>
        <w:br/>
      </w:r>
      <w:r>
        <w:rPr>
          <w:sz w:val="20"/>
        </w:rPr>
        <w:t>21:56  ke agar hum quran ki rehnumai mein yeh ghor o fikr karte hain to hum aik nateejay tak pahunchte hain. to aik main baat yeh hai ke jab hum samajhte hain ke yeh dunya jo hai, yeh sirf yeh eternal nahi hai, hamein ephemeral aik life hai hamari, hamein kuch din yahan rehna hai,</w:t>
      </w:r>
      <w:r>
        <w:br/>
      </w:r>
      <w:r>
        <w:rPr>
          <w:sz w:val="20"/>
        </w:rPr>
        <w:t>22:18  yeh ideal nahi hai, balkeh ideal jo hai, woh perfect world, ideal world akhirat hai.</w:t>
      </w:r>
      <w:r>
        <w:br/>
      </w:r>
      <w:r>
        <w:rPr>
          <w:sz w:val="20"/>
        </w:rPr>
        <w:t>22:25  to yeh samajh kar hum ko jab tak yeh understanding hamare andar na hogi, hum koi bhi baat nahi samjhe samajh sakte. kyun ke tamam greek philosophers se le kar ke ideal king, ideal man, aik Al-Jilli aik philosopher tha, woh Insan, Insan al-kamil,</w:t>
      </w:r>
      <w:r>
        <w:br/>
      </w:r>
      <w:r>
        <w:rPr>
          <w:sz w:val="20"/>
        </w:rPr>
        <w:t>22:45  a perfect man, isi mein woh lage rahe, lage rahe. halankeh is dunya mein perfection hai hi nahi, to kahan se milega?</w:t>
      </w:r>
      <w:r>
        <w:br/>
      </w:r>
      <w:r>
        <w:rPr>
          <w:sz w:val="20"/>
        </w:rPr>
        <w:t>22:54  isi liye hamein chahiye ke hum wahi ki rehnumai mein yeh koshish karein in baton ko samajhne ki. is ne Alexander, Aristotle ne bohat koshish ki thi Alexander par ke woh jo hai aik ideal king banega, lekin woh nahi ideal king bana.</w:t>
      </w:r>
      <w:r>
        <w:br/>
      </w:r>
      <w:r>
        <w:rPr>
          <w:sz w:val="20"/>
        </w:rPr>
        <w:t>23:15  kingdom milti, woh kehte hain power corrupts and absolute power corrupts, absolutely. to</w:t>
      </w:r>
      <w:r>
        <w:br/>
      </w:r>
      <w:r>
        <w:rPr>
          <w:sz w:val="20"/>
        </w:rPr>
        <w:t>23:21  woh is dunya mein jo cheez mumkin nahi, us ke upar woh apne ghore daurate rahe, to is waja se unhein kuch mila nahi. finally logon ne switch kiya science ki taraf, tab ja ke dunya ko bohat kuch science ke zariye se, technology ke zariye se dunya ko bohat kuch mila.</w:t>
      </w:r>
      <w:r>
        <w:br/>
      </w:r>
      <w:r>
        <w:rPr>
          <w:sz w:val="20"/>
        </w:rPr>
        <w:t>23:41  philosophy jo kehte thay queen of of arts hai, lekin philosophy se logon ko kuch mila nahi, kyunke woh limitations hain philosophy ki.</w:t>
      </w:r>
      <w:r>
        <w:br/>
      </w:r>
      <w:r>
        <w:rPr>
          <w:sz w:val="20"/>
        </w:rPr>
        <w:t>23:52  agar unhon ne Khuda ki revelation jo hai, us ki rehnumai mein kaam kiya hota, tab un ko sare rehnuma usool milte.</w:t>
      </w:r>
      <w:r>
        <w:br/>
      </w:r>
      <w:r>
        <w:rPr>
          <w:sz w:val="20"/>
        </w:rPr>
        <w:t>24:01  jaise Maulana ne aik aik Arsalah ka aik nikala hai, shumarah 2018 mein, January 2018</w:t>
      </w:r>
      <w:r>
        <w:br/>
      </w:r>
      <w:r>
        <w:rPr>
          <w:sz w:val="20"/>
        </w:rPr>
        <w:t>24:10  , to us mein bohat sare rehnuma usool bataye hain jo ke Rasool Allah salallaho alaihi wasallam ki zindagi se unhon ne liye hain.</w:t>
      </w:r>
      <w:r>
        <w:br/>
      </w:r>
      <w:r>
        <w:rPr>
          <w:sz w:val="20"/>
        </w:rPr>
        <w:t>24:19  to conclusion jo hai, woh wahan se unhon ne draw kiya hai. to pehle log samajhte nahi thay wisdom aur practical wisdom ka farq.</w:t>
      </w:r>
      <w:r>
        <w:br/>
      </w:r>
      <w:r>
        <w:rPr>
          <w:sz w:val="20"/>
        </w:rPr>
        <w:t>24:28  to Maulana ne bar bar is par likha aur bohat mehnat ki ke agar jab tak ke hum practical wisdom ko samjhenge nahi, hum apne mamlaat ko rectify nahi kar sakte.</w:t>
      </w:r>
      <w:r>
        <w:br/>
      </w:r>
      <w:r>
        <w:rPr>
          <w:sz w:val="20"/>
        </w:rPr>
        <w:t>24:40  to yeh farq hai, kyunke hamare paas poora ilm hi nahi hai. jab poora ilm hi nahi hai, to hum kisi bhi baaton ko, jo hai teh tak pohnch nahi sakte.</w:t>
      </w:r>
      <w:r>
        <w:br/>
      </w:r>
      <w:r>
        <w:rPr>
          <w:sz w:val="20"/>
        </w:rPr>
        <w:t>24:52  ji apa, aur apa Maulana ne kafi is ke bare mein baat cheet bhi ki hai. Burton Russell ka jaise bohat example dete thay ke "all is life is study philosophy", but he failed to come up with any credible ideology.</w:t>
      </w:r>
      <w:r>
        <w:br/>
      </w:r>
      <w:r>
        <w:rPr>
          <w:sz w:val="20"/>
        </w:rPr>
        <w:t>25:08  to kisi ne kaha bhi ke he was a philosopher of no philosophy. aur apa Hazrat Mass se bhi attributed hain ke jab woh aakhri dinon mein thay aur log un se knowledge lene ke liye jatay thay, to woh kehte thay ke "save yourself from absurd philosophy or absurd reasoning".</w:t>
      </w:r>
      <w:r>
        <w:br/>
      </w:r>
      <w:r>
        <w:rPr>
          <w:sz w:val="20"/>
        </w:rPr>
        <w:t>25:26  to kaha gaya tha ke bhai aap because it is unscientific. apa</w:t>
      </w:r>
    </w:p>
    <w:p>
      <w:pPr>
        <w:pStyle w:val="Heading2"/>
      </w:pPr>
      <w:r>
        <w:t>Effectiveness of Sufi meditation for stress</w:t>
      </w:r>
    </w:p>
    <w:p>
      <w:r>
        <w:rPr>
          <w:color w:val="666666"/>
          <w:sz w:val="18"/>
        </w:rPr>
        <w:t>Spirituality · Contribution of Sufism in India May 29, 2011 · 3m 00s · at 1:35:23 · https://youtu.be/lzxSaTnomio?t=5723</w:t>
      </w:r>
    </w:p>
    <w:p>
      <w:r>
        <w:rPr>
          <w:i/>
        </w:rPr>
        <w:t>“Sufism focuses on meditation. How far is the practice successful to mitigate stress? Kindly comment.”</w:t>
      </w:r>
    </w:p>
    <w:p>
      <w:r>
        <w:rPr>
          <w:sz w:val="20"/>
        </w:rPr>
        <w:t>1:35:23  miss satohi malhotra ne dili se sawal kiya hai, unhon ne likha hai: "sufism focuses on meditation.</w:t>
      </w:r>
      <w:r>
        <w:br/>
      </w:r>
      <w:r>
        <w:rPr>
          <w:sz w:val="20"/>
        </w:rPr>
        <w:t>1:35:32  how far is the practice successful to mitigate stress?" kindly comment. dekhen, main to meditation ko nahi manta,</w:t>
      </w:r>
      <w:r>
        <w:br/>
      </w:r>
      <w:r>
        <w:rPr>
          <w:sz w:val="20"/>
        </w:rPr>
        <w:t>1:35:46  main to contemplation ko manta hoon. tamam sufiyon ka meditation hai, yani jo kehte hain muraqba.</w:t>
      </w:r>
      <w:r>
        <w:br/>
      </w:r>
      <w:r>
        <w:rPr>
          <w:sz w:val="20"/>
        </w:rPr>
        <w:t>1:35:54  yeh method ki baat hai. un ka jo method hai, woh muraqba based hai, yani</w:t>
      </w:r>
      <w:r>
        <w:br/>
      </w:r>
      <w:r>
        <w:rPr>
          <w:sz w:val="20"/>
        </w:rPr>
        <w:t>1:36:04  meditation par. hum jo mante hain, jo spirituality ko, hamari jo spirituality hai, woh contemplation base karti hai, yani soch, ghor o fikr, sochna, tafakkur, tadabbur, is par base karti hai.</w:t>
      </w:r>
      <w:r>
        <w:br/>
      </w:r>
      <w:r>
        <w:rPr>
          <w:sz w:val="20"/>
        </w:rPr>
        <w:t>1:36:15  to yeh method ka farq hai.</w:t>
      </w:r>
      <w:r>
        <w:br/>
      </w:r>
      <w:r>
        <w:rPr>
          <w:sz w:val="20"/>
        </w:rPr>
        <w:t>1:36:20  mr amir bin yousaf ne pakistan se likha hai: "main ne aap se toheed ke bohat sare points seekhe hain, magar sufism ne to mazaaraat aur hindu muslim mix culture create kiya.</w:t>
      </w:r>
      <w:r>
        <w:br/>
      </w:r>
      <w:r>
        <w:rPr>
          <w:sz w:val="20"/>
        </w:rPr>
        <w:t>1:36:35  arab ke musalman aur hamare hindustan aur pakistan ke musalman mein jo toheed ke problems hain, woh sab sufism ki education ki wajah se hain.</w:t>
      </w:r>
      <w:r>
        <w:br/>
      </w:r>
      <w:r>
        <w:rPr>
          <w:sz w:val="20"/>
        </w:rPr>
        <w:t>1:36:46  is ke bare mein aap kya kahenge?"</w:t>
      </w:r>
      <w:r>
        <w:br/>
      </w:r>
      <w:r>
        <w:rPr>
          <w:sz w:val="20"/>
        </w:rPr>
        <w:t>1:36:49  aaj kal jo so called muahideen hain, un mein yeh bohat kharabiyan hain. agar aap minus point talash karenge na, to so called muahideen, muahideen jo hain toheed wale, un ka kharabi kami nahi hai.</w:t>
      </w:r>
      <w:r>
        <w:br/>
      </w:r>
      <w:r>
        <w:rPr>
          <w:sz w:val="20"/>
        </w:rPr>
        <w:t>1:37:04  to aap bajaye is ke ke minus point talash karein, aap positive point talash kijiye. is waqt jo main ne koshish ki thi, woh yeh thi ke jo thirst, jo thirst tha, mera thirst ke kis tarike se musalmanon ka jo mind jo hai, chala ja raha hai tashaddud ki taraf.</w:t>
      </w:r>
      <w:r>
        <w:br/>
      </w:r>
      <w:r>
        <w:rPr>
          <w:sz w:val="20"/>
        </w:rPr>
        <w:t>1:37:20  is ko bari cheez samjhe baithe hain: gun culture, bomb culture, suicide culture, bohat bari cheez samjhe baithe hain. isi se woh dunya mein phir se aik islami empire qaim karenge.</w:t>
      </w:r>
      <w:r>
        <w:br/>
      </w:r>
      <w:r>
        <w:rPr>
          <w:sz w:val="20"/>
        </w:rPr>
        <w:t>1:37:30  sab yeh sab bilkul false, false, false, yani false, false foot par based</w:t>
      </w:r>
      <w:r>
        <w:br/>
      </w:r>
      <w:r>
        <w:rPr>
          <w:sz w:val="20"/>
        </w:rPr>
        <w:t>1:37:37  hai. to false foot is ko hatana kisi tarike se aur aman wala jo tareeqa hai, us par lana. main thirst mera is par yeh tha.</w:t>
      </w:r>
      <w:r>
        <w:br/>
      </w:r>
      <w:r>
        <w:rPr>
          <w:sz w:val="20"/>
        </w:rPr>
        <w:t>1:37:46  baqi minus point har cheez mein hote hain, plus point har cheez mein hote hain. to aap ko justice karna chahiye. justice. okay, i would like to read a comment.</w:t>
      </w:r>
      <w:r>
        <w:br/>
      </w:r>
      <w:r>
        <w:rPr>
          <w:sz w:val="20"/>
        </w:rPr>
        <w:t>1:37:57  it has come from dr farida khanam, who is written and spoken a lot about sufism.</w:t>
      </w:r>
      <w:r>
        <w:br/>
      </w:r>
      <w:r>
        <w:rPr>
          <w:sz w:val="20"/>
        </w:rPr>
        <w:t>1:38:03  she has written: "the early sufis did not deviate from sharia. it was in later times that many innovations were made." aur model that is cps model, aur early sufis, we don't have to follow what is happening today in dargahs.</w:t>
      </w:r>
    </w:p>
    <w:p>
      <w:pPr>
        <w:pStyle w:val="Heading2"/>
      </w:pPr>
      <w:r>
        <w:t>Elaboration on patience with reflection</w:t>
      </w:r>
    </w:p>
    <w:p>
      <w:r>
        <w:rPr>
          <w:color w:val="666666"/>
          <w:sz w:val="18"/>
        </w:rPr>
        <w:t>Spirituality · Patience and Crisis 22 Dec 2019 - Maulana Wahiduddin Khan · 2m 39s · at 43:26 · https://youtu.be/ddnUKbhEoCI?t=2606</w:t>
      </w:r>
    </w:p>
    <w:p>
      <w:r>
        <w:rPr>
          <w:i/>
        </w:rPr>
        <w:t>“Thank you for giving such a clear lecture on the importance of patience and advanced training for paradise. Yesterday you said patience with reflection is the best thing. Can you please elaborate on patience with reflection?”</w:t>
      </w:r>
    </w:p>
    <w:p>
      <w:r>
        <w:rPr>
          <w:sz w:val="20"/>
        </w:rPr>
        <w:t>43:26  maulana agla comment aur sawal dilli se aaya hai doctor naghma siddiqui ka. unhone likha hai: "maulana jazak allah for giving such a clear lecture on the importance of sabr aur advance training for jannat.</w:t>
      </w:r>
      <w:r>
        <w:br/>
      </w:r>
      <w:r>
        <w:rPr>
          <w:sz w:val="20"/>
        </w:rPr>
        <w:t>43:43  yesterday maulana you had said sabr with tadabbur is the best thing. can you please elaborate on this?"</w:t>
      </w:r>
      <w:r>
        <w:br/>
      </w:r>
      <w:r>
        <w:rPr>
          <w:sz w:val="20"/>
        </w:rPr>
        <w:t>43:57  sabr with tadabbur. ji. ji.</w:t>
      </w:r>
      <w:r>
        <w:br/>
      </w:r>
      <w:r>
        <w:rPr>
          <w:sz w:val="20"/>
        </w:rPr>
        <w:t>44:04  main toh samajhta hoon ke sabr aur tadabbur dono laazim malzoom hain. sabr ke baghair tadabbur nahi, tadabbur ke baghair sabr nahi.</w:t>
      </w:r>
      <w:r>
        <w:br/>
      </w:r>
      <w:r>
        <w:rPr>
          <w:sz w:val="20"/>
        </w:rPr>
        <w:t>44:18  aap ko apne aap ko sambhalna padta hai, apne aap ko thamna padta hai. tab aap sabr kar payenge, tab aap tadabbur kar payenge.</w:t>
      </w:r>
      <w:r>
        <w:br/>
      </w:r>
      <w:r>
        <w:rPr>
          <w:sz w:val="20"/>
        </w:rPr>
        <w:t>44:32  apne aap ko thamna.</w:t>
      </w:r>
      <w:r>
        <w:br/>
      </w:r>
      <w:r>
        <w:rPr>
          <w:sz w:val="20"/>
        </w:rPr>
        <w:t>44:38  toh yeh bataiye toh aap ke liye khushi ka lamha hona chahiye, na ke ghusse ka lamha.</w:t>
      </w:r>
      <w:r>
        <w:br/>
      </w:r>
      <w:r>
        <w:rPr>
          <w:sz w:val="20"/>
        </w:rPr>
        <w:t>44:51  maulana ah agla comment bheja hai tampa florida se tariq ali sahib ne. unhone likha hai: "maulana i hope you would agree if i say that patience during difficult times in fact allows the mind to function in an efficient manner during the times of crisis,</w:t>
      </w:r>
      <w:r>
        <w:br/>
      </w:r>
      <w:r>
        <w:rPr>
          <w:sz w:val="20"/>
        </w:rPr>
        <w:t>45:14  because this ensures good decision making. in addition it leads to the development of human faculties to their fullest, to their full capacity in order to face all kinds of situations in life.</w:t>
      </w:r>
      <w:r>
        <w:br/>
      </w:r>
      <w:r>
        <w:rPr>
          <w:sz w:val="20"/>
        </w:rPr>
        <w:t>45:30  most of all it helps in discovering god's wonders and accepting his will." bahut achha explain kiya aap ne, bahut achha explain kiya aap ne.</w:t>
      </w:r>
      <w:r>
        <w:br/>
      </w:r>
      <w:r>
        <w:rPr>
          <w:sz w:val="20"/>
        </w:rPr>
        <w:t>45:43  jazakum allah. miss tuti malhotra ne dilli se likha hai: "maulana today the importance of patience has been very clearly explained.</w:t>
      </w:r>
      <w:r>
        <w:br/>
      </w:r>
      <w:r>
        <w:rPr>
          <w:sz w:val="20"/>
        </w:rPr>
        <w:t>45:55  at answers the questions when people ask the limit of observing patience. if there is no limit to paradise, then there is no limit to patience.</w:t>
      </w:r>
    </w:p>
    <w:p>
      <w:pPr>
        <w:pStyle w:val="Heading2"/>
      </w:pPr>
      <w:r>
        <w:t>Explain Taleef-e-Qalb with an example</w:t>
      </w:r>
    </w:p>
    <w:p>
      <w:r>
        <w:rPr>
          <w:color w:val="666666"/>
          <w:sz w:val="18"/>
        </w:rPr>
        <w:t>Spirituality · Creative Solution or Ijtihadi Hal September 16, 2012 · 3m 49s · at 1:01:33 · https://youtu.be/yBKbiu0d_1A?t=3693</w:t>
      </w:r>
    </w:p>
    <w:p>
      <w:r>
        <w:rPr>
          <w:i/>
        </w:rPr>
        <w:t>“Please explain Tālīf al-Qalb (softening the heart) with an example.”</w:t>
      </w:r>
    </w:p>
    <w:p>
      <w:r>
        <w:rPr>
          <w:sz w:val="20"/>
        </w:rPr>
        <w:t>1:01:33  maulana, agla sawal dilli se hai nafees sahab ka. unhon ne aap se talif-e-qalb ke bare mein poocha hai aur unhon ne likha hai ke agar koi misaal de kar agar aap samjhane ki koshish karein to bohat meharbani hogi.</w:t>
      </w:r>
      <w:r>
        <w:br/>
      </w:r>
      <w:r>
        <w:rPr>
          <w:sz w:val="20"/>
        </w:rPr>
        <w:t>1:01:50  dekhein, talif-e-qalb jo hai, is ko angrezi mein kahen ge "softening". "softening the heart" dil ko naram karna aur yeh ek fitrat ka qanoon hai.</w:t>
      </w:r>
      <w:r>
        <w:br/>
      </w:r>
      <w:r>
        <w:rPr>
          <w:sz w:val="20"/>
        </w:rPr>
        <w:t>1:02:07  aap har kaam mein aap aisa karte hain. aap jab business karte hain ya aap job karte hain, aap rishtedaron se milte hain, har jagah aap yeh usool istemal karte hain.</w:t>
      </w:r>
      <w:r>
        <w:br/>
      </w:r>
      <w:r>
        <w:rPr>
          <w:sz w:val="20"/>
        </w:rPr>
        <w:t>1:02:18  talif-e-qalb ka, yani dil ko naram karne wali baat,</w:t>
      </w:r>
      <w:r>
        <w:br/>
      </w:r>
      <w:r>
        <w:rPr>
          <w:sz w:val="20"/>
        </w:rPr>
        <w:t>1:02:24  to yeh koi anokhi baat nahi hai. isi ka islam mein dawat ke maqsad ke liye istemal kiya gaya hai.</w:t>
      </w:r>
      <w:r>
        <w:br/>
      </w:r>
      <w:r>
        <w:rPr>
          <w:sz w:val="20"/>
        </w:rPr>
        <w:t>1:02:31  woh kaise? jaise ke aap naram boli bolein, achhe alfaz mein us ko خطاب karein.</w:t>
      </w:r>
      <w:r>
        <w:br/>
      </w:r>
      <w:r>
        <w:rPr>
          <w:sz w:val="20"/>
        </w:rPr>
        <w:t>1:02:45  ek kitab, woh farz ki jiye ke kharidne ki likha raha hai, aap free mein de dein us ko. yeh sab talif-e-qalb hai.</w:t>
      </w:r>
      <w:r>
        <w:br/>
      </w:r>
      <w:r>
        <w:rPr>
          <w:sz w:val="20"/>
        </w:rPr>
        <w:t>1:02:54  jaise ek sahab ne mujhe waqea bataya ke woh bus mein safar kar rahe the to hamare haan ki chhapi hui kitab, uska naam hai "insan apne aap ko pehchan".</w:t>
      </w:r>
      <w:r>
        <w:br/>
      </w:r>
      <w:r>
        <w:rPr>
          <w:sz w:val="20"/>
        </w:rPr>
        <w:t>1:03:07  woh urdu mein, hindi mein, english mein, teeno zabano mein milti hai. to woh parh rahe the us ko</w:t>
      </w:r>
      <w:r>
        <w:br/>
      </w:r>
      <w:r>
        <w:rPr>
          <w:sz w:val="20"/>
        </w:rPr>
        <w:t>1:03:13  to ek ghair muslim wahan baithe hue the. un ko yeh naam kuch, ek ek woh kuch naam se attract hue, woh ke "insan ne apne aap ko pehchan".</w:t>
      </w:r>
      <w:r>
        <w:br/>
      </w:r>
      <w:r>
        <w:rPr>
          <w:sz w:val="20"/>
        </w:rPr>
        <w:t>1:03:25  to unhon ne kaha ke yeh kitab kya mein kharid sakta hoon? matlab is kitab ko chahte the ke paise de kar khareedein. to unhon ne kaha, "main aap ko gift deta hoon, yeh hai talif-e-qalb"</w:t>
      </w:r>
      <w:r>
        <w:br/>
      </w:r>
      <w:r>
        <w:rPr>
          <w:sz w:val="20"/>
        </w:rPr>
        <w:t>1:03:40  . to talif-e-qalb koi anokhi cheez nahi hai. mauqa mauqe ke lehaz se, jaise aap kisi jagah gaye, kisi gurudware mein, mandir mein, to wahan prashad diya.</w:t>
      </w:r>
      <w:r>
        <w:br/>
      </w:r>
      <w:r>
        <w:rPr>
          <w:sz w:val="20"/>
        </w:rPr>
        <w:t>1:03:54  unhon ne ab aap kahein ke "hai yeh to yeh to shirk hai, yeh to yeh to jaiz nahi hai". to yeh talif-e-qalb ke khilaf hoga. aap le lijiye us ko bohat shauq se, shukriya ka ada karte hue,</w:t>
      </w:r>
      <w:r>
        <w:br/>
      </w:r>
      <w:r>
        <w:rPr>
          <w:sz w:val="20"/>
        </w:rPr>
        <w:t>1:04:06  woh talif-e-qalb ki niyat se lijiye us ko to sawab ho jaye ga aap ko. to talif-e-qalb ka koi laga bata usool nahi hai.</w:t>
      </w:r>
      <w:r>
        <w:br/>
      </w:r>
      <w:r>
        <w:rPr>
          <w:sz w:val="20"/>
        </w:rPr>
        <w:t>1:04:18  mauqa ke lehaz se mad'u ko ke dil ko naram karna aur us ko is aisa, yani aisi situation create karna ke bohat hi normal zehan ke sath woh aap se baat kare, aap kitab ko parhe.</w:t>
      </w:r>
      <w:r>
        <w:br/>
      </w:r>
      <w:r>
        <w:rPr>
          <w:sz w:val="20"/>
        </w:rPr>
        <w:t>1:04:37  bas isi ka naam talif-e-qalb hai. is ka is ki koi fees nahi bana sakte hum.</w:t>
      </w:r>
      <w:r>
        <w:br/>
      </w:r>
      <w:r>
        <w:rPr>
          <w:sz w:val="20"/>
        </w:rPr>
        <w:t>1:04:44  koi is ki fees nahi hai ke aap jab mandir mein jayein to prashad qabool kar lein. aisi koi fees nahi hai. har mauqe ke lehaz se talif-e-qalb hoti hai.</w:t>
      </w:r>
      <w:r>
        <w:br/>
      </w:r>
      <w:r>
        <w:rPr>
          <w:sz w:val="20"/>
        </w:rPr>
        <w:t>1:04:57  to agar aap ko dawat ka jazba aap ke andar zinda hai, aap mad'u ke sath aap khair khwah hain, yani aap ke andar mad'u friendly zehan hai, aap ke andar mad'u friendly zehan hai, to aap khud foran aap ko samajh mein aa jaye ga ke yahan par hum talif-e-qalb ka kaun sa tareeqa istemal karein jo mu'assir ho.</w:t>
      </w:r>
    </w:p>
    <w:p>
      <w:pPr>
        <w:pStyle w:val="Heading2"/>
      </w:pPr>
      <w:r>
        <w:t>Explain inner meaning vs inner reality</w:t>
      </w:r>
    </w:p>
    <w:p>
      <w:r>
        <w:rPr>
          <w:color w:val="666666"/>
          <w:sz w:val="18"/>
        </w:rPr>
        <w:t>Spirituality · Discovery of Paradise March 22, 2015 · 2m 24s · at 51:18 · https://youtu.be/2axrfd7sZkE?t=3078</w:t>
      </w:r>
    </w:p>
    <w:p>
      <w:r>
        <w:rPr>
          <w:i/>
        </w:rPr>
        <w:t>“Maulana, knowing the inner meaning is intellectual development, knowing the inner reality is spirituality. Please explain this further.”</w:t>
      </w:r>
    </w:p>
    <w:p>
      <w:r>
        <w:rPr>
          <w:sz w:val="20"/>
        </w:rPr>
        <w:t>51:18  Maulana, agla sawal Chennai se kiya hai Maulana Iqbal Umri ne, aur unhon ne likha hai: "Maulana, inner meaning ko janna hi intellectual development hai,</w:t>
      </w:r>
      <w:r>
        <w:br/>
      </w:r>
      <w:r>
        <w:rPr>
          <w:sz w:val="20"/>
        </w:rPr>
        <w:t>51:32  inner reality ko janna hi spirituality hai. Maulana, is ki mazeed wazahat karein."</w:t>
      </w:r>
      <w:r>
        <w:br/>
      </w:r>
      <w:r>
        <w:rPr>
          <w:sz w:val="20"/>
        </w:rPr>
        <w:t>51:42  mera matlab yeh hai ke log cheezon ko face value pe lete hain,</w:t>
      </w:r>
      <w:r>
        <w:br/>
      </w:r>
      <w:r>
        <w:rPr>
          <w:sz w:val="20"/>
        </w:rPr>
        <w:t>51:47  face value par is ke gehrai mein ja kar nahi sochte. misaal ke taur par, suraj nikla to bas nikal aaya, us ko bas face value pe le liya ke suraj to nikalta hi hai.</w:t>
      </w:r>
      <w:r>
        <w:br/>
      </w:r>
      <w:r>
        <w:rPr>
          <w:sz w:val="20"/>
        </w:rPr>
        <w:t>51:59  lekin mein ne socha ke suraj itni badi cheez hai ke</w:t>
      </w:r>
      <w:r>
        <w:br/>
      </w:r>
      <w:r>
        <w:rPr>
          <w:sz w:val="20"/>
        </w:rPr>
        <w:t>52:06  billion trillion saal se kaise isi tarah se nikal raha hai, aur</w:t>
      </w:r>
      <w:r>
        <w:br/>
      </w:r>
      <w:r>
        <w:rPr>
          <w:sz w:val="20"/>
        </w:rPr>
        <w:t>52:10  itne bahut hi thick distance par wo hai. is ka distance kam ho jaye, tab bhi wo mere liye wo bekar ho jayega.</w:t>
      </w:r>
      <w:r>
        <w:br/>
      </w:r>
      <w:r>
        <w:rPr>
          <w:sz w:val="20"/>
        </w:rPr>
        <w:t>52:22  zyada ho jaye, tab bhi bekar ho jayega. to is ki, yaani is ki takhleeq ke bare mein mein sochne laga.</w:t>
      </w:r>
      <w:r>
        <w:br/>
      </w:r>
      <w:r>
        <w:rPr>
          <w:sz w:val="20"/>
        </w:rPr>
        <w:t>52:32  to agar aap cheezon ko, yaani face value par lein, to aap is ki jo real meaning hai, us se bekhabar rahenge.</w:t>
      </w:r>
      <w:r>
        <w:br/>
      </w:r>
      <w:r>
        <w:rPr>
          <w:sz w:val="20"/>
        </w:rPr>
        <w:t>52:41  lekin face value ke aage jo is ki deeper sense mein jayein, aap to aap ko is ki haqeeqat maloom hogi.</w:t>
      </w:r>
      <w:r>
        <w:br/>
      </w:r>
      <w:r>
        <w:rPr>
          <w:sz w:val="20"/>
        </w:rPr>
        <w:t>52:51  yeh har cheez mein hota hai, har cheez mein hota hai. aisa</w:t>
      </w:r>
      <w:r>
        <w:br/>
      </w:r>
      <w:r>
        <w:rPr>
          <w:sz w:val="20"/>
        </w:rPr>
        <w:t>52:57  ek phool mein ne dekha to us mein saath makhi aayi aur use lagi is ka nectar lene. to mein ne socha, kaisi ajeeb baat hai ke ek ek ek poda hai, us ke neeche ek tana hai, phir shaakh hai, phir patti hai, wahan par ek phool hai.</w:t>
      </w:r>
      <w:r>
        <w:br/>
      </w:r>
      <w:r>
        <w:rPr>
          <w:sz w:val="20"/>
        </w:rPr>
        <w:t>53:16  is phool ke andar nature ne wahan par ek nectar rakh diya, us ko leti hai shayad ki makhi.</w:t>
      </w:r>
      <w:r>
        <w:br/>
      </w:r>
      <w:r>
        <w:rPr>
          <w:sz w:val="20"/>
        </w:rPr>
        <w:t>53:24  to face value pe lein to kuch nahi dikhai dega, lekin jab aap deeper sense mein lein to us mein bahut zabardast wisdom dikhai dega aap ko.</w:t>
      </w:r>
      <w:r>
        <w:br/>
      </w:r>
      <w:r>
        <w:rPr>
          <w:sz w:val="20"/>
        </w:rPr>
        <w:t>53:34  yeh har cheez ka mamla hai.</w:t>
      </w:r>
    </w:p>
    <w:p>
      <w:pPr>
        <w:pStyle w:val="Heading2"/>
      </w:pPr>
      <w:r>
        <w:t>Explaining Taleef-e-Qalb softening hearts</w:t>
      </w:r>
    </w:p>
    <w:p>
      <w:r>
        <w:rPr>
          <w:color w:val="666666"/>
          <w:sz w:val="18"/>
        </w:rPr>
        <w:t>Spirituality · Creative Solution or Ijtihadi Hal I 16th Sept. 2012 - Maulana Wahiduddin Khan · 3m 49s · at 1:01:57 · https://youtu.be/yhR_5zojzHI?t=3717</w:t>
      </w:r>
    </w:p>
    <w:p>
      <w:r>
        <w:rPr>
          <w:i/>
        </w:rPr>
        <w:t>“Please explain Taleef-e-Qalb (softening of hearts). If you give an example and try to explain, it would be very kind.”</w:t>
      </w:r>
    </w:p>
    <w:p>
      <w:r>
        <w:rPr>
          <w:sz w:val="20"/>
        </w:rPr>
        <w:t>1:01:57  maulana, agla sawal dilli se hai nafees sahab ka. unhon ne aap se talif-e-qalb ke bare mein poocha hai aur unhon ne likha hai ke agar koi udharan de kar agar aap samjhane ka priyas karen to ateeq kripa hogi.</w:t>
      </w:r>
      <w:r>
        <w:br/>
      </w:r>
      <w:r>
        <w:rPr>
          <w:sz w:val="20"/>
        </w:rPr>
        <w:t>1:02:14  dekhen, talif-e-qalb jo hai, is ko angrezi mein kahen ge "softening". "softening the heart".</w:t>
      </w:r>
      <w:r>
        <w:br/>
      </w:r>
      <w:r>
        <w:rPr>
          <w:sz w:val="20"/>
        </w:rPr>
        <w:t>1:02:24  dil ko narm karna</w:t>
      </w:r>
      <w:r>
        <w:br/>
      </w:r>
      <w:r>
        <w:rPr>
          <w:sz w:val="20"/>
        </w:rPr>
        <w:t>1:02:27  aur yeh ek fitrat ka qanoon hai. aap har kaam mein aap aisa karte hain. aap jab business karte hain ya aap job karte hain, aap rishtedaron se milte hain, har jagah aap yeh usool istemal karte hain.</w:t>
      </w:r>
      <w:r>
        <w:br/>
      </w:r>
      <w:r>
        <w:rPr>
          <w:sz w:val="20"/>
        </w:rPr>
        <w:t>1:02:43  talif-e-qalb ka, yani dil ko narm karne wali baat.</w:t>
      </w:r>
      <w:r>
        <w:br/>
      </w:r>
      <w:r>
        <w:rPr>
          <w:sz w:val="20"/>
        </w:rPr>
        <w:t>1:02:49  to yeh koi anokhi baat nahi hai. isi ka islam mein dawat ke maqsad ke liye istemal kiya gaya hai.</w:t>
      </w:r>
      <w:r>
        <w:br/>
      </w:r>
      <w:r>
        <w:rPr>
          <w:sz w:val="20"/>
        </w:rPr>
        <w:t>1:02:56  woh kaise? jaise ke aap narm boli bolen, achhe alfaz mein is ko khitab karen.</w:t>
      </w:r>
      <w:r>
        <w:br/>
      </w:r>
      <w:r>
        <w:rPr>
          <w:sz w:val="20"/>
        </w:rPr>
        <w:t>1:03:09  ek kitab, woh farz ki jiye ke kharidne ke liye keh raha hai, aap free mein de den is ko. yeh sab talif-e-qalb hai.</w:t>
      </w:r>
      <w:r>
        <w:br/>
      </w:r>
      <w:r>
        <w:rPr>
          <w:sz w:val="20"/>
        </w:rPr>
        <w:t>1:03:18  jaise ek sahab ne mujhe waqea bataya ke woh bus mein safar kar rahe the to hamare haan ki chhapi hui kitab, is ka naam hai "insan apne aap ko pehchan".</w:t>
      </w:r>
      <w:r>
        <w:br/>
      </w:r>
      <w:r>
        <w:rPr>
          <w:sz w:val="20"/>
        </w:rPr>
        <w:t>1:03:32  woh urdu mein, hindi mein, english mein, teeno zubanon mein milti hai.</w:t>
      </w:r>
      <w:r>
        <w:br/>
      </w:r>
      <w:r>
        <w:rPr>
          <w:sz w:val="20"/>
        </w:rPr>
        <w:t>1:03:36  to woh parh rahe the is ko to ek ghair muslim wahan baithe hue the. un ko yeh naam kuch, ek ek, woh kuch naam se attract hue, woh ke "insan ne apne aap ko pehchan".</w:t>
      </w:r>
      <w:r>
        <w:br/>
      </w:r>
      <w:r>
        <w:rPr>
          <w:sz w:val="20"/>
        </w:rPr>
        <w:t>1:03:50  to unhon ne kaha ke yeh kitab kya main kharid sakta hoon? matlab is kitab ko chahte the ke paise de kar khareeden. to unhon ne kaha "main aap ko gift deta hoon".</w:t>
      </w:r>
      <w:r>
        <w:br/>
      </w:r>
      <w:r>
        <w:rPr>
          <w:sz w:val="20"/>
        </w:rPr>
        <w:t>1:04:03  yeh hai talif-e-qalb.</w:t>
      </w:r>
      <w:r>
        <w:br/>
      </w:r>
      <w:r>
        <w:rPr>
          <w:sz w:val="20"/>
        </w:rPr>
        <w:t>1:04:05  to talif-e-qalb koi anokhi cheez nahi hai. mauqa mauqe ke lehaz se, jaise aap kisi jagah gaye, kisi gurudware mein, mandir mein to wahan prashad diya.</w:t>
      </w:r>
      <w:r>
        <w:br/>
      </w:r>
      <w:r>
        <w:rPr>
          <w:sz w:val="20"/>
        </w:rPr>
        <w:t>1:04:19  unhon ne ab aap kahen ke "hai yeh to, yeh to shirk hai, yeh to, yeh to jaiz nahi hai". to yeh talif-e-qalb ke khilaf hoga.</w:t>
      </w:r>
      <w:r>
        <w:br/>
      </w:r>
      <w:r>
        <w:rPr>
          <w:sz w:val="20"/>
        </w:rPr>
        <w:t>1:04:26  aap le lijye is ko bohat shauq se, shukriya ka ada karte hue. woh talif-e-qalb ki niyat se lijye is ko to sawab ho jaye ga aap ko.</w:t>
      </w:r>
      <w:r>
        <w:br/>
      </w:r>
      <w:r>
        <w:rPr>
          <w:sz w:val="20"/>
        </w:rPr>
        <w:t>1:04:37  to talif-e-qalb ka koi laga bata usool nahi hai. mauqe ke lehaz se mad'u ko ke dil ko narm karna aur is ko aisa,</w:t>
      </w:r>
      <w:r>
        <w:br/>
      </w:r>
      <w:r>
        <w:rPr>
          <w:sz w:val="20"/>
        </w:rPr>
        <w:t>1:04:54  yani aisi situation create karna ke bohat hi normal zehan ke sath woh aapse baat kare, aap kitab ko padhen.</w:t>
      </w:r>
      <w:r>
        <w:br/>
      </w:r>
      <w:r>
        <w:rPr>
          <w:sz w:val="20"/>
        </w:rPr>
        <w:t>1:05:02  bas isi ka naam talif-e-qalb hai. is ka, is ki koi fees nahi bana sakte hum. koi is ki fees nahi hai ke aaj jab mandir mein jayen to barsaat qabool kar len.</w:t>
      </w:r>
      <w:r>
        <w:br/>
      </w:r>
      <w:r>
        <w:rPr>
          <w:sz w:val="20"/>
        </w:rPr>
        <w:t>1:05:14  aisi koi fees nahi hai.</w:t>
      </w:r>
      <w:r>
        <w:br/>
      </w:r>
      <w:r>
        <w:rPr>
          <w:sz w:val="20"/>
        </w:rPr>
        <w:t>1:05:17  har mauqe ke lehaz se talif-e-qalb hoti hai. to agar aap ko dawat ka jazba aap ke andar zinda hai, aap mad'u ke sath aap khair khwah hain, yani aap ke andar mad'u friendly zehan hai, aap ke andar mad'u friendly zehan hai, to aap khud foran aap ko samajh mein aa jaye ga ke yahan par hum talif-e-qalb ka kaun sa tareeqa istemal karen jo mu'assir ho.</w:t>
      </w:r>
    </w:p>
    <w:p>
      <w:pPr>
        <w:pStyle w:val="Heading2"/>
      </w:pPr>
      <w:r>
        <w:t>Explanation of reconciliation of hearts</w:t>
      </w:r>
    </w:p>
    <w:p>
      <w:r>
        <w:rPr>
          <w:color w:val="666666"/>
          <w:sz w:val="18"/>
        </w:rPr>
        <w:t>Spirituality · Creative Solution or Ijtihadi Hul 16th Sep '12 SLOW · 3m 46s · at 1:03:36 · https://youtu.be/Ri7r6K65b2Y?t=3816</w:t>
      </w:r>
    </w:p>
    <w:p>
      <w:r>
        <w:rPr>
          <w:i/>
        </w:rPr>
        <w:t>“Please explain about 'taleef-e-qalb' (reconciliation of hearts). If you could explain with an example, it would be very kind.”</w:t>
      </w:r>
    </w:p>
    <w:p>
      <w:r>
        <w:rPr>
          <w:sz w:val="20"/>
        </w:rPr>
        <w:t>1:03:36  maulana, agla sawal dilli se hai nafeez sahib ka.</w:t>
      </w:r>
      <w:r>
        <w:br/>
      </w:r>
      <w:r>
        <w:rPr>
          <w:sz w:val="20"/>
        </w:rPr>
        <w:t>1:03:40  unhon ne aap se talif-e-qalb ke bare mein poocha hai aur unhon ne likha hai ke agar</w:t>
      </w:r>
      <w:r>
        <w:br/>
      </w:r>
      <w:r>
        <w:rPr>
          <w:sz w:val="20"/>
        </w:rPr>
        <w:t>1:03:47  koi misaal de kar agar aap samjhane ka koshish karen to bohat meharbani hogi.</w:t>
      </w:r>
      <w:r>
        <w:br/>
      </w:r>
      <w:r>
        <w:rPr>
          <w:sz w:val="20"/>
        </w:rPr>
        <w:t>1:03:53  dekhen, talif-e-qalb jo hai, is ko angrezi mein kahenge "softening".</w:t>
      </w:r>
      <w:r>
        <w:br/>
      </w:r>
      <w:r>
        <w:rPr>
          <w:sz w:val="20"/>
        </w:rPr>
        <w:t>1:03:59  "softening the heart" dil ko naram karna, aur yeh ek fitrat ka qanoon hai.</w:t>
      </w:r>
      <w:r>
        <w:br/>
      </w:r>
      <w:r>
        <w:rPr>
          <w:sz w:val="20"/>
        </w:rPr>
        <w:t>1:04:05  aap har kaam mein aisa karte hain.</w:t>
      </w:r>
      <w:r>
        <w:br/>
      </w:r>
      <w:r>
        <w:rPr>
          <w:sz w:val="20"/>
        </w:rPr>
        <w:t>1:04:08  aap jab business karte hain ya aap job karte hain, aap rishtedaron se milte hain, har jagah</w:t>
      </w:r>
      <w:r>
        <w:br/>
      </w:r>
      <w:r>
        <w:rPr>
          <w:sz w:val="20"/>
        </w:rPr>
        <w:t>1:04:15  aap yeh usool istemal karte hain talif-e-qalb ka, yaani dil ko naram karne wali baat.</w:t>
      </w:r>
      <w:r>
        <w:br/>
      </w:r>
      <w:r>
        <w:rPr>
          <w:sz w:val="20"/>
        </w:rPr>
        <w:t>1:04:22  to yeh koi anokhi baat nahin hai.</w:t>
      </w:r>
      <w:r>
        <w:br/>
      </w:r>
      <w:r>
        <w:rPr>
          <w:sz w:val="20"/>
        </w:rPr>
        <w:t>1:04:25  isi ka islam mein dawat ke maqsad ke liye istemal kiya gaya hai.</w:t>
      </w:r>
      <w:r>
        <w:br/>
      </w:r>
      <w:r>
        <w:rPr>
          <w:sz w:val="20"/>
        </w:rPr>
        <w:t>1:04:31  woh kaise? jaise ke aap naram boli bolen, achhe alfaaz mein is ko khitab karen.</w:t>
      </w:r>
      <w:r>
        <w:br/>
      </w:r>
      <w:r>
        <w:rPr>
          <w:sz w:val="20"/>
        </w:rPr>
        <w:t>1:04:37  ek kitab woh farz ki jiye ke khareedne ke liye keh raha hai, aap free mein de den is</w:t>
      </w:r>
      <w:r>
        <w:br/>
      </w:r>
      <w:r>
        <w:rPr>
          <w:sz w:val="20"/>
        </w:rPr>
        <w:t>1:04:45  ko.</w:t>
      </w:r>
      <w:r>
        <w:br/>
      </w:r>
      <w:r>
        <w:rPr>
          <w:sz w:val="20"/>
        </w:rPr>
        <w:t>1:04:46  yeh sab talif-e-qalb hai.</w:t>
      </w:r>
      <w:r>
        <w:br/>
      </w:r>
      <w:r>
        <w:rPr>
          <w:sz w:val="20"/>
        </w:rPr>
        <w:t>1:04:49  jaise ek sahab ne mujhe waqea bataya ke woh bus mein safar kar rahe the to hamare haan</w:t>
      </w:r>
      <w:r>
        <w:br/>
      </w:r>
      <w:r>
        <w:rPr>
          <w:sz w:val="20"/>
        </w:rPr>
        <w:t>1:04:56  ki chhapi hui kitaab, is ka naam hai "insaan apne aap ko pehchan".</w:t>
      </w:r>
      <w:r>
        <w:br/>
      </w:r>
      <w:r>
        <w:rPr>
          <w:sz w:val="20"/>
        </w:rPr>
        <w:t>1:05:02  woh urdu mein, hindi mein, english mein, teeno zabanon mein milti hai.</w:t>
      </w:r>
      <w:r>
        <w:br/>
      </w:r>
      <w:r>
        <w:rPr>
          <w:sz w:val="20"/>
        </w:rPr>
        <w:t>1:05:07  to woh parh rahe the is ko to ek ghair muslim wahan baithe hue the, un ko yeh</w:t>
      </w:r>
      <w:r>
        <w:br/>
      </w:r>
      <w:r>
        <w:rPr>
          <w:sz w:val="20"/>
        </w:rPr>
        <w:t>1:05:15  naam kuch ek ek woh kuch naam se attract hue, woh ke "insaan ne apne aap ko pehchan".</w:t>
      </w:r>
      <w:r>
        <w:br/>
      </w:r>
      <w:r>
        <w:rPr>
          <w:sz w:val="20"/>
        </w:rPr>
        <w:t>1:05:22  to unhon ne kaha ke yeh kitaab kya mein khareed sakta hoon? matlab is kitaab ko chahte the</w:t>
      </w:r>
      <w:r>
        <w:br/>
      </w:r>
      <w:r>
        <w:rPr>
          <w:sz w:val="20"/>
        </w:rPr>
        <w:t>1:05:30  ke paise de kar khareedein.</w:t>
      </w:r>
      <w:r>
        <w:br/>
      </w:r>
      <w:r>
        <w:rPr>
          <w:sz w:val="20"/>
        </w:rPr>
        <w:t>1:05:32  to unhon ne kaha is ko mein aap ko gift deta hoon.</w:t>
      </w:r>
      <w:r>
        <w:br/>
      </w:r>
      <w:r>
        <w:rPr>
          <w:sz w:val="20"/>
        </w:rPr>
        <w:t>1:05:37  yeh hai talif-e-qalb.</w:t>
      </w:r>
      <w:r>
        <w:br/>
      </w:r>
      <w:r>
        <w:rPr>
          <w:sz w:val="20"/>
        </w:rPr>
        <w:t>1:05:39  to talif-e-qalb koi anokhi cheez nahi hai.</w:t>
      </w:r>
      <w:r>
        <w:br/>
      </w:r>
      <w:r>
        <w:rPr>
          <w:sz w:val="20"/>
        </w:rPr>
        <w:t>1:05:43  mauqa mauqa ke lehaz se, jaise aap kisi jagah gaye, kisi gurudware mein, mandir mein to wahan parshad</w:t>
      </w:r>
      <w:r>
        <w:br/>
      </w:r>
      <w:r>
        <w:rPr>
          <w:sz w:val="20"/>
        </w:rPr>
        <w:t>1:05:50  diya.</w:t>
      </w:r>
      <w:r>
        <w:br/>
      </w:r>
      <w:r>
        <w:rPr>
          <w:sz w:val="20"/>
        </w:rPr>
        <w:t>1:05:52  ab aap kahein ke "ae yeh to yeh to shirk hai, yeh to yeh to jaiz nahi hai".</w:t>
      </w:r>
      <w:r>
        <w:br/>
      </w:r>
      <w:r>
        <w:rPr>
          <w:sz w:val="20"/>
        </w:rPr>
        <w:t>1:05:59  to yeh talif-e-qalb ke khilaf hoga.</w:t>
      </w:r>
      <w:r>
        <w:br/>
      </w:r>
      <w:r>
        <w:rPr>
          <w:sz w:val="20"/>
        </w:rPr>
        <w:t>1:06:02  aap le lijiye is ko bohat shauq se, shukriya ada karte hue, aur woh talif-e-qalb ki niyat</w:t>
      </w:r>
      <w:r>
        <w:br/>
      </w:r>
      <w:r>
        <w:rPr>
          <w:sz w:val="20"/>
        </w:rPr>
        <w:t>1:06:10  se lijiye is ko to sawab ho jaye ga aap ko.</w:t>
      </w:r>
      <w:r>
        <w:br/>
      </w:r>
      <w:r>
        <w:rPr>
          <w:sz w:val="20"/>
        </w:rPr>
        <w:t>1:06:15  to talif-e-qalb ka koi laga bata hasil nahi hai.</w:t>
      </w:r>
      <w:r>
        <w:br/>
      </w:r>
      <w:r>
        <w:rPr>
          <w:sz w:val="20"/>
        </w:rPr>
        <w:t>1:06:19  mauqa ke lehaz se mad'u ko ke dil ko naram karna aur us ko is aisa, yani aisi</w:t>
      </w:r>
      <w:r>
        <w:br/>
      </w:r>
      <w:r>
        <w:rPr>
          <w:sz w:val="20"/>
        </w:rPr>
        <w:t>1:06:27  situation create karna ke bohat hi normal zehan ke sath woh aap se baat kare, aap kitaab ko</w:t>
      </w:r>
      <w:r>
        <w:br/>
      </w:r>
      <w:r>
        <w:rPr>
          <w:sz w:val="20"/>
        </w:rPr>
        <w:t>1:06:35  parhein.</w:t>
      </w:r>
      <w:r>
        <w:br/>
      </w:r>
      <w:r>
        <w:rPr>
          <w:sz w:val="20"/>
        </w:rPr>
        <w:t>1:06:36  bas isi ka naam talif-e-qalb hai.</w:t>
      </w:r>
      <w:r>
        <w:br/>
      </w:r>
      <w:r>
        <w:rPr>
          <w:sz w:val="20"/>
        </w:rPr>
        <w:t>1:06:39  is ka is ki koi fees nahi bana sakte aap.</w:t>
      </w:r>
      <w:r>
        <w:br/>
      </w:r>
      <w:r>
        <w:rPr>
          <w:sz w:val="20"/>
        </w:rPr>
        <w:t>1:06:43  koi is ki fees nahi hai ke aap jab mandir mein jayein to parshad qabool kar lein.</w:t>
      </w:r>
      <w:r>
        <w:br/>
      </w:r>
      <w:r>
        <w:rPr>
          <w:sz w:val="20"/>
        </w:rPr>
        <w:t>1:06:51  aisi koi fees nahi hai.</w:t>
      </w:r>
      <w:r>
        <w:br/>
      </w:r>
      <w:r>
        <w:rPr>
          <w:sz w:val="20"/>
        </w:rPr>
        <w:t>1:06:53  har mauqa ke lehaz se talif-e-qalb hoti hai.</w:t>
      </w:r>
      <w:r>
        <w:br/>
      </w:r>
      <w:r>
        <w:rPr>
          <w:sz w:val="20"/>
        </w:rPr>
        <w:t>1:06:57  to agar aap ko dawat ka jazba aap ke andar deta hai, aap madu ke sath aap ka</w:t>
      </w:r>
      <w:r>
        <w:br/>
      </w:r>
      <w:r>
        <w:rPr>
          <w:sz w:val="20"/>
        </w:rPr>
        <w:t>1:07:04  rafqa hain, yaani aap ke andar madu friendly zehan hai, aap ke andar madu friendly zehan hai, to</w:t>
      </w:r>
      <w:r>
        <w:br/>
      </w:r>
      <w:r>
        <w:rPr>
          <w:sz w:val="20"/>
        </w:rPr>
        <w:t>1:07:12  aap khud foran aap ko samajh mein aa jayega ke yahan par hum talif e qalb ka kaun</w:t>
      </w:r>
      <w:r>
        <w:br/>
      </w:r>
      <w:r>
        <w:rPr>
          <w:sz w:val="20"/>
        </w:rPr>
        <w:t>1:07:20  sa tareeqa istemal karen jo moasser ho.</w:t>
      </w:r>
    </w:p>
    <w:p>
      <w:pPr>
        <w:pStyle w:val="Heading2"/>
      </w:pPr>
      <w:r>
        <w:t>Extracting divine wisdom from daily experiences</w:t>
      </w:r>
    </w:p>
    <w:p>
      <w:r>
        <w:rPr>
          <w:color w:val="666666"/>
          <w:sz w:val="18"/>
        </w:rPr>
        <w:t>Spirituality · How to Lead a Life of Fulfilment September 24, 2017 · 2m 26s · at 50:38 · https://youtu.be/WUoQOo2_zd8?t=3038</w:t>
      </w:r>
    </w:p>
    <w:p>
      <w:r>
        <w:rPr>
          <w:i/>
        </w:rPr>
        <w:t>“Kindly guide us how we can extract divine wisdom from daily experiences.”</w:t>
      </w:r>
    </w:p>
    <w:p>
      <w:r>
        <w:rPr>
          <w:sz w:val="20"/>
        </w:rPr>
        <w:t>50:38  isi tarah amir mori sahib ne bhi srinagar se yeh sawal bheja hai unhon ne likha hai</w:t>
      </w:r>
      <w:r>
        <w:br/>
      </w:r>
      <w:r>
        <w:rPr>
          <w:sz w:val="20"/>
        </w:rPr>
        <w:t>50:42  ke</w:t>
      </w:r>
      <w:r>
        <w:br/>
      </w:r>
      <w:r>
        <w:rPr>
          <w:sz w:val="20"/>
        </w:rPr>
        <w:t>50:44  molana kindly guide us how we can extract divine wisdom from our daily experiences</w:t>
      </w:r>
      <w:r>
        <w:br/>
      </w:r>
      <w:r>
        <w:rPr>
          <w:sz w:val="20"/>
        </w:rPr>
        <w:t>50:51  and become creative thinker as our mind always remain engulfed in materialistic things</w:t>
      </w:r>
      <w:r>
        <w:br/>
      </w:r>
      <w:r>
        <w:rPr>
          <w:sz w:val="20"/>
        </w:rPr>
        <w:t>51:00  dekhen yahi to is surah nahl jo hai yahi to lesson is ka hai aaj jo maine</w:t>
      </w:r>
      <w:r>
        <w:br/>
      </w:r>
      <w:r>
        <w:rPr>
          <w:sz w:val="20"/>
        </w:rPr>
        <w:t>51:07  surah nahl ka reference diya yahi to hai</w:t>
      </w:r>
      <w:r>
        <w:br/>
      </w:r>
      <w:r>
        <w:rPr>
          <w:sz w:val="20"/>
        </w:rPr>
        <w:t>51:13  ke honey bee ati hai brittle world mein yani phoolon ki duniya mein magar leti kya hai leti</w:t>
      </w:r>
      <w:r>
        <w:br/>
      </w:r>
      <w:r>
        <w:rPr>
          <w:sz w:val="20"/>
        </w:rPr>
        <w:t>51:22  hai nectar to aap business world mein hon</w:t>
      </w:r>
      <w:r>
        <w:br/>
      </w:r>
      <w:r>
        <w:rPr>
          <w:sz w:val="20"/>
        </w:rPr>
        <w:t>51:29  apne</w:t>
      </w:r>
      <w:r>
        <w:br/>
      </w:r>
      <w:r>
        <w:rPr>
          <w:sz w:val="20"/>
        </w:rPr>
        <w:t>51:30  job mein hon shopping center mein hon kuch bhi hon mind ko active rakhiye to har jagah mind jo hai nectar of wisdom nikalta rahega</w:t>
      </w:r>
      <w:r>
        <w:br/>
      </w:r>
      <w:r>
        <w:rPr>
          <w:sz w:val="20"/>
        </w:rPr>
        <w:t>51:46  nectar of wisdom kahin alag se nahi rakha hua hai woh har cheez ke andar hai</w:t>
      </w:r>
      <w:r>
        <w:br/>
      </w:r>
      <w:r>
        <w:rPr>
          <w:sz w:val="20"/>
        </w:rPr>
        <w:t>51:55  jaise jo shehad ki makhi ka jo nectar hai alag se nahi rakha hua hai woh phoolon ke andar hai to insan ke liye jo nectar of wisdom hai woh kahin alag se rakhi hui nahi hai har cheez mein hai</w:t>
      </w:r>
      <w:r>
        <w:br/>
      </w:r>
      <w:r>
        <w:rPr>
          <w:sz w:val="20"/>
        </w:rPr>
        <w:t>52:14  to aap apne mind ko alive rakhiye</w:t>
      </w:r>
      <w:r>
        <w:br/>
      </w:r>
      <w:r>
        <w:rPr>
          <w:sz w:val="20"/>
        </w:rPr>
        <w:t>52:21  mein bohat si misalein de sakta hoon ke kis tarah se mujhe</w:t>
      </w:r>
      <w:r>
        <w:br/>
      </w:r>
      <w:r>
        <w:rPr>
          <w:sz w:val="20"/>
        </w:rPr>
        <w:t>52:26  business world mein</w:t>
      </w:r>
      <w:r>
        <w:br/>
      </w:r>
      <w:r>
        <w:rPr>
          <w:sz w:val="20"/>
        </w:rPr>
        <w:t>52:29  aur har jagah</w:t>
      </w:r>
      <w:r>
        <w:br/>
      </w:r>
      <w:r>
        <w:rPr>
          <w:sz w:val="20"/>
        </w:rPr>
        <w:t>52:32  kahin bhi main hota hoon mujhe item milte rehte hain</w:t>
      </w:r>
      <w:r>
        <w:br/>
      </w:r>
      <w:r>
        <w:rPr>
          <w:sz w:val="20"/>
        </w:rPr>
        <w:t>52:37  kahin bhi agar aap mera safarnama padhein to safarnamay mein aise beshumar misalein hain ke main kahin</w:t>
      </w:r>
      <w:r>
        <w:br/>
      </w:r>
      <w:r>
        <w:rPr>
          <w:sz w:val="20"/>
        </w:rPr>
        <w:t>52:45  bhi hota hoon lekin mera mind trigger hota hai aur mujhe nectar milta rehta hai</w:t>
      </w:r>
      <w:r>
        <w:br/>
      </w:r>
      <w:r>
        <w:rPr>
          <w:sz w:val="20"/>
        </w:rPr>
        <w:t>52:54  yeh agar aap chahein to mere safarnama padh kar ke is is hikmat ko jaan sakte hain</w:t>
      </w:r>
    </w:p>
    <w:p>
      <w:pPr>
        <w:pStyle w:val="Heading2"/>
      </w:pPr>
      <w:r>
        <w:t>Eye-Opening Experiences in Sunday Classes</w:t>
      </w:r>
    </w:p>
    <w:p>
      <w:r>
        <w:rPr>
          <w:color w:val="666666"/>
          <w:sz w:val="18"/>
        </w:rPr>
        <w:t>Spirituality · Concept of Death in Islam August 26, 2012 · 2m 22s · at 1:28:50 · https://youtu.be/y0TJxKi0L94?t=5330</w:t>
      </w:r>
    </w:p>
    <w:p>
      <w:r>
        <w:rPr>
          <w:i/>
        </w:rPr>
        <w:t>“I was aware of the hadith 'Death is the destroyer of pleasures', but today's explanation gave deeper meaning to it, and it worked as an eye-opener. Maulana sahib, my question is: when we attend these Sunday classes, we experience many such eye-opening events, and it brings thrill and change in mindset. What is your guidance on this?”</w:t>
      </w:r>
    </w:p>
    <w:p>
      <w:r>
        <w:rPr>
          <w:sz w:val="20"/>
        </w:rPr>
        <w:t>1:28:50  maulana, agla sawal raipur se hai, idrees sahib</w:t>
      </w:r>
      <w:r>
        <w:br/>
      </w:r>
      <w:r>
        <w:rPr>
          <w:sz w:val="20"/>
        </w:rPr>
        <w:t>1:28:54  ne poocha hai, unhone likha hai: maut lazzat ko dha dene wali hai. I was aware of this hadith, but today's explanation gave deeper meaning to it, and it worked as an eye-opener.</w:t>
      </w:r>
      <w:r>
        <w:br/>
      </w:r>
      <w:r>
        <w:rPr>
          <w:sz w:val="20"/>
        </w:rPr>
        <w:t>1:29:09  maulana sahib but my question is, when we attend these Sunday classes, we experience many such eye-opening events, and it brings thrill and change in mindset.</w:t>
      </w:r>
      <w:r>
        <w:br/>
      </w:r>
      <w:r>
        <w:rPr>
          <w:sz w:val="20"/>
        </w:rPr>
        <w:t>1:29:22  but after some days, the intensity of the thrill gets diluted, and slowly we tend to drift back to usual mindset.</w:t>
      </w:r>
      <w:r>
        <w:br/>
      </w:r>
      <w:r>
        <w:rPr>
          <w:sz w:val="20"/>
        </w:rPr>
        <w:t>1:29:32  it seems permanent change in mindset is a very slow process. why does this happen, and is it possible to stop this drifting backwards?</w:t>
      </w:r>
      <w:r>
        <w:br/>
      </w:r>
      <w:r>
        <w:rPr>
          <w:sz w:val="20"/>
        </w:rPr>
        <w:t>1:29:43  kindly comment. dekhen, bohat hi aasan hai, bohat aasan</w:t>
      </w:r>
      <w:r>
        <w:br/>
      </w:r>
      <w:r>
        <w:rPr>
          <w:sz w:val="20"/>
        </w:rPr>
        <w:t>1:29:49  hai. ek maa baap jinke haan bachcha paida ho, woh baar baar us ko dekhte hain, baar baar us se pyar karte hain, baar baar us ko yaani chhoote hain, kiss karte hain.</w:t>
      </w:r>
      <w:r>
        <w:br/>
      </w:r>
      <w:r>
        <w:rPr>
          <w:sz w:val="20"/>
        </w:rPr>
        <w:t>1:30:03  to yeh baar baar jo karte hain, us se woh love jo hai, baqi rehti hai. agar ab maa baap aisa na karen to bachcha alag ho jayega, maa baap alag ho jayenge, phir koi ta'alluq nahi rahega.</w:t>
      </w:r>
      <w:r>
        <w:br/>
      </w:r>
      <w:r>
        <w:rPr>
          <w:sz w:val="20"/>
        </w:rPr>
        <w:t>1:30:14  to</w:t>
      </w:r>
      <w:r>
        <w:br/>
      </w:r>
      <w:r>
        <w:rPr>
          <w:sz w:val="20"/>
        </w:rPr>
        <w:t>1:30:15  aap jo sunte hain Sunday class mein, us ko repeat kijiye, phir suniye, phir suniye. kyunke yeh to aap jaante hain ke us ko aap download kar ke dobara sun sakte hain.</w:t>
      </w:r>
      <w:r>
        <w:br/>
      </w:r>
      <w:r>
        <w:rPr>
          <w:sz w:val="20"/>
        </w:rPr>
        <w:t>1:30:26  ek hi baar sun kar ke aap koi chhod dete hain us ko. jis tarah aap apne bachche ko baar baar dekh kar khush hote hain, baar baar us ko pyar kar ke khush hote hain, aur is tarah se us mohabbat ko continue rakhte hain.</w:t>
      </w:r>
      <w:r>
        <w:br/>
      </w:r>
      <w:r>
        <w:rPr>
          <w:sz w:val="20"/>
        </w:rPr>
        <w:t>1:30:43  isi tarah se aap is ko bhi kijiye, bar bar dekhiye, bar bar suniye, is par charcha kijiye.</w:t>
      </w:r>
      <w:r>
        <w:br/>
      </w:r>
      <w:r>
        <w:rPr>
          <w:sz w:val="20"/>
        </w:rPr>
        <w:t>1:30:50  meri rai yahi hai ke jo log bhi Sunday class mein aate hain, agar woh sirf ek bar aaye aur ek bar sun liya to is se un ko bohat kam faida hoga.</w:t>
      </w:r>
      <w:r>
        <w:br/>
      </w:r>
      <w:r>
        <w:rPr>
          <w:sz w:val="20"/>
        </w:rPr>
        <w:t>1:31:01  jis ko ziyada faida lena hai, zaroori hai ke woh download kar ke dobara sune, dobara sune, dobara sune. tabhi poora faida mil sakta hai is ka.</w:t>
      </w:r>
    </w:p>
    <w:p>
      <w:pPr>
        <w:pStyle w:val="Heading2"/>
      </w:pPr>
      <w:r>
        <w:t>Formula for living in gratitude in this world</w:t>
      </w:r>
    </w:p>
    <w:p>
      <w:r>
        <w:rPr>
          <w:color w:val="666666"/>
          <w:sz w:val="18"/>
        </w:rPr>
        <w:t>Spirituality · The Message of Eid Al-Adha November 6, 2011 Maulana Wahiduddin Khan · 2m 28s · at 1:31:41 · https://youtu.be/y59PU_RD2cg?t=5501</w:t>
      </w:r>
    </w:p>
    <w:p>
      <w:r>
        <w:rPr>
          <w:i/>
        </w:rPr>
        <w:t>“Maulana, what is the formula for living in a state of gratitude in this world of test?”</w:t>
      </w:r>
    </w:p>
    <w:p>
      <w:r>
        <w:rPr>
          <w:sz w:val="20"/>
        </w:rPr>
        <w:t>1:31:41  maulana, yeh sawal aaya hai maulana abdul basit ka doha qatar se. unhon ne likha hai: "maulana, shukr ki halat mein jeene ka formula kya hai is imtehan ki duniya mein?" is ke baray mein batayen.</w:t>
      </w:r>
      <w:r>
        <w:br/>
      </w:r>
      <w:r>
        <w:rPr>
          <w:sz w:val="20"/>
        </w:rPr>
        <w:t>1:32:06  mera tajruba to yahi hai ke shukr ke item ko bar bar daryaft karna parta hai, warna aadmi bhool jata hai. bar bar daryaft karna parta hai shukr ka item,</w:t>
      </w:r>
      <w:r>
        <w:br/>
      </w:r>
      <w:r>
        <w:rPr>
          <w:sz w:val="20"/>
        </w:rPr>
        <w:t>1:32:20  kyun ke waqeat hotay hain to woh waqeat awaz laga kar nahi atay. mislan hum yahan bethe hain to aakhri din aa rahi hai, to aakhri din chala kar to aati nahi hai.</w:t>
      </w:r>
      <w:r>
        <w:br/>
      </w:r>
      <w:r>
        <w:rPr>
          <w:sz w:val="20"/>
        </w:rPr>
        <w:t>1:32:32  to humein, hum yaani humein kuch khabar nahi hai, aakhri din aa rahi hai, hum saans le rahe hain. to humein discover karna paray ga ke Allah taala ki kitni bari ehsan hai ke woh hamari kisi zaati intezam ke baghair, hamari kisi bill ada kiye baghair, aakhri din ki supply har waqt ho rahi hai.</w:t>
      </w:r>
      <w:r>
        <w:br/>
      </w:r>
      <w:r>
        <w:rPr>
          <w:sz w:val="20"/>
        </w:rPr>
        <w:t>1:32:58  aise hum bol rahe hain, aap sun rahe hain, yeh bhi beech mein jo hua hai ya jo electronic jo beech mein zariya hai, woh chalata nahi hai.</w:t>
      </w:r>
      <w:r>
        <w:br/>
      </w:r>
      <w:r>
        <w:rPr>
          <w:sz w:val="20"/>
        </w:rPr>
        <w:t>1:33:09  to humein discover karna paray ga ke Allah taala ne kitna bara intezam kiya hai. to shukr ke item ko jo bar bar discover karta rahe, usi ka andar shukr jazba rahe ga, warna nahi rahe ga.</w:t>
      </w:r>
    </w:p>
    <w:p>
      <w:pPr>
        <w:pStyle w:val="Heading2"/>
      </w:pPr>
      <w:r>
        <w:t>Guidelines to Become Deserving of Paradise</w:t>
      </w:r>
    </w:p>
    <w:p>
      <w:r>
        <w:rPr>
          <w:color w:val="666666"/>
          <w:sz w:val="18"/>
        </w:rPr>
        <w:t>Spirituality · Discovery of Modern Age I 10th Feb. 13 · 2m 33s · at 1:04:40 · https://youtu.be/Yp5T0KacY84?t=3880</w:t>
      </w:r>
    </w:p>
    <w:p>
      <w:r>
        <w:rPr>
          <w:i/>
        </w:rPr>
        <w:t>“Paradise is the real goal and destination for which man should strive. Can you give some guidelines on how one should become a deserving candidate for Paradise?”</w:t>
      </w:r>
    </w:p>
    <w:p>
      <w:r>
        <w:rPr>
          <w:sz w:val="20"/>
        </w:rPr>
        <w:t>1:04:40  maulana, agla sawal Dilli se hai miss Naghma Siddiqui ka.</w:t>
      </w:r>
      <w:r>
        <w:br/>
      </w:r>
      <w:r>
        <w:rPr>
          <w:sz w:val="20"/>
        </w:rPr>
        <w:t>1:04:46  انہوں نے لکھا ہے: "Paradise is the real goal or destination for which man should strive for."</w:t>
      </w:r>
      <w:r>
        <w:br/>
      </w:r>
      <w:r>
        <w:rPr>
          <w:sz w:val="20"/>
        </w:rPr>
        <w:t>1:04:52  "Can you give some guidelines on how one should become a deserving candidate for Paradise?" Dekhiye, Quran</w:t>
      </w:r>
      <w:r>
        <w:br/>
      </w:r>
      <w:r>
        <w:rPr>
          <w:sz w:val="20"/>
        </w:rPr>
        <w:t>1:04:57  mein hai ke "zalk jadao muntziqa" ke jannat us ke liye hai jo apna tazkiya kare.</w:t>
      </w:r>
      <w:r>
        <w:br/>
      </w:r>
      <w:r>
        <w:rPr>
          <w:sz w:val="20"/>
        </w:rPr>
        <w:t>1:05:03  tazkiya ka matlab kya hai? Apne ko tayyar kare.</w:t>
      </w:r>
      <w:r>
        <w:br/>
      </w:r>
      <w:r>
        <w:rPr>
          <w:sz w:val="20"/>
        </w:rPr>
        <w:t>1:05:09  tayyar kiya maeni hai? Dekhiye, Quran mein bohat si ayatein hain is hawale se ke jannat ke log</w:t>
      </w:r>
      <w:r>
        <w:br/>
      </w:r>
      <w:r>
        <w:rPr>
          <w:sz w:val="20"/>
        </w:rPr>
        <w:t>1:05:15  bohat zyada un ke andar pak mind hoga, woh bohat zyada peaceful honge.</w:t>
      </w:r>
      <w:r>
        <w:br/>
      </w:r>
      <w:r>
        <w:rPr>
          <w:sz w:val="20"/>
        </w:rPr>
        <w:t>1:05:20  un ke andar bohat zyada, yani blushing hogi ek doosre ke liye.</w:t>
      </w:r>
      <w:r>
        <w:br/>
      </w:r>
      <w:r>
        <w:rPr>
          <w:sz w:val="20"/>
        </w:rPr>
        <w:t>1:05:26  woh kabhi kisi ke division create nahi karenge.</w:t>
      </w:r>
      <w:r>
        <w:br/>
      </w:r>
      <w:r>
        <w:rPr>
          <w:sz w:val="20"/>
        </w:rPr>
        <w:t>1:05:32  woh kabhi manfi boli nahi bolenge.</w:t>
      </w:r>
      <w:r>
        <w:br/>
      </w:r>
      <w:r>
        <w:rPr>
          <w:sz w:val="20"/>
        </w:rPr>
        <w:t>1:05:37  woh Alhamdulillah, Quran mein hai ke "wa khil alhamdu lillahi rabbil alameen".</w:t>
      </w:r>
      <w:r>
        <w:br/>
      </w:r>
      <w:r>
        <w:rPr>
          <w:sz w:val="20"/>
        </w:rPr>
        <w:t>1:05:43  woh hamd-e-khudawandi mein jiyenge, yani Khuda ki glory mein jiyenge.</w:t>
      </w:r>
      <w:r>
        <w:br/>
      </w:r>
      <w:r>
        <w:rPr>
          <w:sz w:val="20"/>
        </w:rPr>
        <w:t>1:05:49  yeh sari siftien paida kijiye.</w:t>
      </w:r>
      <w:r>
        <w:br/>
      </w:r>
      <w:r>
        <w:rPr>
          <w:sz w:val="20"/>
        </w:rPr>
        <w:t>1:05:54  yeh to quran mein aap dekh sakte hain.</w:t>
      </w:r>
      <w:r>
        <w:br/>
      </w:r>
      <w:r>
        <w:rPr>
          <w:sz w:val="20"/>
        </w:rPr>
        <w:t>1:06:00  quran mein hai ke "fi maqad-is-sidqi minda malik-il-muqtadir".</w:t>
      </w:r>
      <w:r>
        <w:br/>
      </w:r>
      <w:r>
        <w:rPr>
          <w:sz w:val="20"/>
        </w:rPr>
        <w:t>1:06:06  jannat walay Allah ke paas sachai ki seat par honge.</w:t>
      </w:r>
      <w:r>
        <w:br/>
      </w:r>
      <w:r>
        <w:rPr>
          <w:sz w:val="20"/>
        </w:rPr>
        <w:t>1:06:11  aap yeh samjhiye ke jinke andar waqi woh personality hogi jo sachai wali personality hai.</w:t>
      </w:r>
      <w:r>
        <w:br/>
      </w:r>
      <w:r>
        <w:rPr>
          <w:sz w:val="20"/>
        </w:rPr>
        <w:t>1:06:17  aaj kal to bas to har aadmi jhoot bolta hai.</w:t>
      </w:r>
      <w:r>
        <w:br/>
      </w:r>
      <w:r>
        <w:rPr>
          <w:sz w:val="20"/>
        </w:rPr>
        <w:t>1:06:23  koi direct, koi indirect.</w:t>
      </w:r>
      <w:r>
        <w:br/>
      </w:r>
      <w:r>
        <w:rPr>
          <w:sz w:val="20"/>
        </w:rPr>
        <w:t>1:06:28  jisko dekhiye, woh jhoot bolta hai.</w:t>
      </w:r>
      <w:r>
        <w:br/>
      </w:r>
      <w:r>
        <w:rPr>
          <w:sz w:val="20"/>
        </w:rPr>
        <w:t>1:06:34  mujhe to koi aadmi nahi maloom jo jhoot na bolta ho.</w:t>
      </w:r>
      <w:r>
        <w:br/>
      </w:r>
      <w:r>
        <w:rPr>
          <w:sz w:val="20"/>
        </w:rPr>
        <w:t>1:06:40  koi negative jhoot bol raha hai, koi beautiful jhoot bol raha hai.</w:t>
      </w:r>
      <w:r>
        <w:br/>
      </w:r>
      <w:r>
        <w:rPr>
          <w:sz w:val="20"/>
        </w:rPr>
        <w:t>1:06:46  to kya aise log zahir hai ke wahan baithe qabil nahi ho sakte? "fi maqad-is-sidqi minda malik-il-muqtadir".</w:t>
      </w:r>
      <w:r>
        <w:br/>
      </w:r>
      <w:r>
        <w:rPr>
          <w:sz w:val="20"/>
        </w:rPr>
        <w:t>1:06:51  aap ko bohat soch kar ke jeena hoga dunya mein ke mezban se sirf sach nikle.</w:t>
      </w:r>
      <w:r>
        <w:br/>
      </w:r>
      <w:r>
        <w:rPr>
          <w:sz w:val="20"/>
        </w:rPr>
        <w:t>1:06:57  sach kya hai? jo reality ho, jo waqi ke mutabiq ho, jo bahar ke jo haqaiq hain, us</w:t>
      </w:r>
      <w:r>
        <w:br/>
      </w:r>
      <w:r>
        <w:rPr>
          <w:sz w:val="20"/>
        </w:rPr>
        <w:t>1:07:03  se collaborate kar raha ho, woh sach hai.</w:t>
      </w:r>
      <w:r>
        <w:br/>
      </w:r>
      <w:r>
        <w:rPr>
          <w:sz w:val="20"/>
        </w:rPr>
        <w:t>1:07:08  yeh sab siftien apne andar paida karna, apne aap ko jannat ka deserving candidate banana hai.</w:t>
      </w:r>
    </w:p>
    <w:p>
      <w:pPr>
        <w:pStyle w:val="Heading2"/>
      </w:pPr>
      <w:r>
        <w:t>Guidelines to Become a Deserving Candidate for Paradise</w:t>
      </w:r>
    </w:p>
    <w:p>
      <w:r>
        <w:rPr>
          <w:color w:val="666666"/>
          <w:sz w:val="18"/>
        </w:rPr>
        <w:t>Spirituality · Discovery of Modern Age February 10, 2013 · 2m 31s · at 1:03:50 · https://youtu.be/qYGA53ii7E4?t=3830</w:t>
      </w:r>
    </w:p>
    <w:p>
      <w:r>
        <w:rPr>
          <w:i/>
        </w:rPr>
        <w:t>“Paradise is the real goal and destination for which man should strive. Can you give some guidelines on how one should become a deserving candidate for Paradise?”</w:t>
      </w:r>
    </w:p>
    <w:p>
      <w:r>
        <w:rPr>
          <w:sz w:val="20"/>
        </w:rPr>
        <w:t>1:03:50  hamara agla sawal Dilli se hai Miss Naghma Siddiqui ka. unhon ne likha hai: "Paradise is the real goal or destination for which man should strive for.</w:t>
      </w:r>
      <w:r>
        <w:br/>
      </w:r>
      <w:r>
        <w:rPr>
          <w:sz w:val="20"/>
        </w:rPr>
        <w:t>1:04:03  Can you give some guidelines on how one should become a deserving candidate for paradise?"</w:t>
      </w:r>
      <w:r>
        <w:br/>
      </w:r>
      <w:r>
        <w:rPr>
          <w:sz w:val="20"/>
        </w:rPr>
        <w:t>1:04:11  dekhiye, Quran mein hai ke zalik jaza muntazaka ke jannat us ke liye hai jo apna tazkiya kare.</w:t>
      </w:r>
      <w:r>
        <w:br/>
      </w:r>
      <w:r>
        <w:rPr>
          <w:sz w:val="20"/>
        </w:rPr>
        <w:t>1:04:21  tazkiya ka matlab kya hai? apne ko tayyar kare. tayyar kiya maani hain? dekhiye, Quran mein bohat si ayat hain, is se maloom hota hai ke jannat ke log bohat ziyada un ke andar pak mind hoga, woh bohat ziyada peaceful honge</w:t>
      </w:r>
      <w:r>
        <w:br/>
      </w:r>
      <w:r>
        <w:rPr>
          <w:sz w:val="20"/>
        </w:rPr>
        <w:t>1:04:39  , un ke andar bohat ziyada yani willing hogi ek doosray ke liye. woh kabhi kisi ke distance create nahin karenge, woh kabhi manfi boli nahin bolengay.</w:t>
      </w:r>
      <w:r>
        <w:br/>
      </w:r>
      <w:r>
        <w:rPr>
          <w:sz w:val="20"/>
        </w:rPr>
        <w:t>1:04:51  Quran mein hai ke "Wa khil alhamdu lillahi rabbil alameen". woh hamd e ilahi mein jeeyenge, yani Khuda glory mein jeeyenge. yeh sari sifatain paida kijiye.</w:t>
      </w:r>
      <w:r>
        <w:br/>
      </w:r>
      <w:r>
        <w:rPr>
          <w:sz w:val="20"/>
        </w:rPr>
        <w:t>1:05:03  yeh to Quran mein aap dekh sakte hain. Quran mein hai ke "Fi maqad is sidqi min al maliki muqdadi".</w:t>
      </w:r>
      <w:r>
        <w:br/>
      </w:r>
      <w:r>
        <w:rPr>
          <w:sz w:val="20"/>
        </w:rPr>
        <w:t>1:05:11  jannat walay Allah ke paas sachai ki seat par honge.</w:t>
      </w:r>
      <w:r>
        <w:br/>
      </w:r>
      <w:r>
        <w:rPr>
          <w:sz w:val="20"/>
        </w:rPr>
        <w:t>1:05:17  aap yeh samjhiye ke jin ke andar waqai woh personality hogi jo sachai wali personality hai. aaj kal to bas har aadmi jhoot bolta hai, koi direct, koi indirect.</w:t>
      </w:r>
      <w:r>
        <w:br/>
      </w:r>
      <w:r>
        <w:rPr>
          <w:sz w:val="20"/>
        </w:rPr>
        <w:t>1:05:32  jis ko dekhein, woh jhoot bolta hai.</w:t>
      </w:r>
      <w:r>
        <w:br/>
      </w:r>
      <w:r>
        <w:rPr>
          <w:sz w:val="20"/>
        </w:rPr>
        <w:t>1:05:36  mujhe to koi aadmi nahin maloom jo jhoot na bolta ho. koi naked jhoot bol raha hai, koi beautiful jhoot bol raha hai. to kya hai?</w:t>
      </w:r>
      <w:r>
        <w:br/>
      </w:r>
      <w:r>
        <w:rPr>
          <w:sz w:val="20"/>
        </w:rPr>
        <w:t>1:05:46  aise log zahir hai ke wahan baithne ke qabil nahi ho sakte. "fi maqad alsidqi min almiliki muqdadi" . aap ko bohat soch kar ke jeena hoga dunya mein ke meri zuban se sirf sach nikle.</w:t>
      </w:r>
      <w:r>
        <w:br/>
      </w:r>
      <w:r>
        <w:rPr>
          <w:sz w:val="20"/>
        </w:rPr>
        <w:t>1:06:00  sach kya hai? jo reality ho, jo waqe ke mutabiq ho, jo bahar ke jo haqaiq hain, us se collaborate kar raha ho, woh sach hai.</w:t>
      </w:r>
      <w:r>
        <w:br/>
      </w:r>
      <w:r>
        <w:rPr>
          <w:sz w:val="20"/>
        </w:rPr>
        <w:t>1:06:12  in sab sifatain apne andar paida karna, apne aap ko jannat ka deserving candidate banana hai.</w:t>
      </w:r>
    </w:p>
    <w:p>
      <w:pPr>
        <w:pStyle w:val="Heading2"/>
      </w:pPr>
      <w:r>
        <w:t>Hearing the Voice of Angels at Appropriate Times</w:t>
      </w:r>
    </w:p>
    <w:p>
      <w:r>
        <w:rPr>
          <w:color w:val="666666"/>
          <w:sz w:val="18"/>
        </w:rPr>
        <w:t>Spirituality · Man and Angels April 27, 2014 · 3m 38s · at 1:04:31 · https://youtu.be/b3fk1cakPeo?t=3871</w:t>
      </w:r>
    </w:p>
    <w:p>
      <w:r>
        <w:rPr>
          <w:i/>
        </w:rPr>
        <w:t>“According to you, the voice of angel can be heard or understood after the event has passed. Is there a way where we can understand or hear the voice of the angels at appropriate times?”</w:t>
      </w:r>
    </w:p>
    <w:p>
      <w:r>
        <w:rPr>
          <w:sz w:val="20"/>
        </w:rPr>
        <w:t>1:04:31  Maulana, agla sawal Delhi se kiya hai Muhammad Akram Khan sahib ne. Unhon ne likha hai: "According to you, the voice of angel can be heard or understood after the event has passed.</w:t>
      </w:r>
      <w:r>
        <w:br/>
      </w:r>
      <w:r>
        <w:rPr>
          <w:sz w:val="20"/>
        </w:rPr>
        <w:t>1:04:45  Is there a way where we can understand or hear the voice of the angels at appropriate times?"</w:t>
      </w:r>
      <w:r>
        <w:br/>
      </w:r>
      <w:r>
        <w:rPr>
          <w:sz w:val="20"/>
        </w:rPr>
        <w:t>1:04:55  Dekhiye, yeh sara mamla is par depend karta hai ke aap kitna zyada apne ko objective banayein. Kitna zyada aap mind ko free karein.</w:t>
      </w:r>
      <w:r>
        <w:br/>
      </w:r>
      <w:r>
        <w:rPr>
          <w:sz w:val="20"/>
        </w:rPr>
        <w:t>1:05:08  Log phanse rehte hain, distraction mein jeete hain. Toh na shuru mein sun paate hain un ke aur na aakhir mein sun paate hain.</w:t>
      </w:r>
      <w:r>
        <w:br/>
      </w:r>
      <w:r>
        <w:rPr>
          <w:sz w:val="20"/>
        </w:rPr>
        <w:t>1:05:20  Sab se pehle toh pehle cheez hai ke aap apne ko objective banayein, sincere banayein. Aap</w:t>
      </w:r>
      <w:r>
        <w:br/>
      </w:r>
      <w:r>
        <w:rPr>
          <w:sz w:val="20"/>
        </w:rPr>
        <w:t>1:05:30  apni degradation karein. Tab yeh hoga. Warna na shuru mein samajh mein aayega na aakhir mein samajh mein aayega. Apne zehen ko jitna zyada aap yani clear karenge,</w:t>
      </w:r>
      <w:r>
        <w:br/>
      </w:r>
      <w:r>
        <w:rPr>
          <w:sz w:val="20"/>
        </w:rPr>
        <w:t>1:05:46  Har aadmi jeeta hai jungle of thought mein. Toh apne ko clear karna padta hai. Nahi toh kuch bhi samajh mein nahi aayega na shuru mein na aakhir mein.</w:t>
      </w:r>
      <w:r>
        <w:br/>
      </w:r>
      <w:r>
        <w:rPr>
          <w:sz w:val="20"/>
        </w:rPr>
        <w:t>1:05:57  Main toh Allah ke fazl se kabhi bhi in cheezon mein nahi jiya main. Negative thought aur doosron ko blame dena ya duniya ke lazzatein, comfort life, luxury, yeh sab cheezon ka kabhi bhi haris nahi raha.</w:t>
      </w:r>
      <w:r>
        <w:br/>
      </w:r>
      <w:r>
        <w:rPr>
          <w:sz w:val="20"/>
        </w:rPr>
        <w:t>1:06:14  Bilkul nature par meri zindagi hamesha nature par hoti thi. Nature. Is wajah se main bohat jald pakad leta tha.</w:t>
      </w:r>
      <w:r>
        <w:br/>
      </w:r>
      <w:r>
        <w:rPr>
          <w:sz w:val="20"/>
        </w:rPr>
        <w:t>1:06:23  Log nature par jeete nahi, masnooi zindagi guzarte hain. Toh kaise pakadenge woh?</w:t>
      </w:r>
      <w:r>
        <w:br/>
      </w:r>
      <w:r>
        <w:rPr>
          <w:sz w:val="20"/>
        </w:rPr>
        <w:t>1:06:36  Maulana, ek comment bheja hai Iqbal Umri sahib ne Chennai se. Unhon ne likha hai: "Quran mein jitne bhi waqiyat hain, woh Khudai management ki daleel hain aur farishte tools of manager hain.</w:t>
      </w:r>
      <w:r>
        <w:br/>
      </w:r>
      <w:r>
        <w:rPr>
          <w:sz w:val="20"/>
        </w:rPr>
        <w:t>1:06:53  Arabi ek Arabi ayat hai: Yudahbirul amra minassamaa'i ilarḍi." Maulana, kya yeh sahi hai?</w:t>
      </w:r>
      <w:r>
        <w:br/>
      </w:r>
      <w:r>
        <w:rPr>
          <w:sz w:val="20"/>
        </w:rPr>
        <w:t>1:07:02  Haan, theek hai. Theek.</w:t>
      </w:r>
      <w:r>
        <w:br/>
      </w:r>
      <w:r>
        <w:rPr>
          <w:sz w:val="20"/>
        </w:rPr>
        <w:t>1:07:09  So we will end this session now. Thank you.</w:t>
      </w:r>
    </w:p>
    <w:p>
      <w:pPr>
        <w:pStyle w:val="Heading2"/>
      </w:pPr>
      <w:r>
        <w:t>How to Always Grow Iman</w:t>
      </w:r>
    </w:p>
    <w:p>
      <w:r>
        <w:rPr>
          <w:color w:val="666666"/>
          <w:sz w:val="18"/>
        </w:rPr>
        <w:t>Spirituality · Importance of Wisdom | August 24, 2014 · 2m 50s · at 59:31 · https://youtu.be/ZVPLm7fV0t0?t=3571</w:t>
      </w:r>
    </w:p>
    <w:p>
      <w:r>
        <w:rPr>
          <w:i/>
        </w:rPr>
        <w:t>“Sometimes I feel that the level of my iman is decreasing. Maulana sahib, please tell me how can I always grow my iman?”</w:t>
      </w:r>
    </w:p>
    <w:p>
      <w:r>
        <w:rPr>
          <w:sz w:val="20"/>
        </w:rPr>
        <w:t>59:31  maulana, agla sawal ajmer se hai doctor safina tabassum ka.</w:t>
      </w:r>
      <w:r>
        <w:br/>
      </w:r>
      <w:r>
        <w:rPr>
          <w:sz w:val="20"/>
        </w:rPr>
        <w:t>59:37  اور انہوں نے لکھا ہے کہ: Sometimes I feel that the level of my iman is decreasing.</w:t>
      </w:r>
      <w:r>
        <w:br/>
      </w:r>
      <w:r>
        <w:rPr>
          <w:sz w:val="20"/>
        </w:rPr>
        <w:t>59:43  مولانا صاحب، please tell me how can I always grow my iman? دیکھیں، یہ کوئی پریشانی کی بات نہیں ہے۔</w:t>
      </w:r>
      <w:r>
        <w:br/>
      </w:r>
      <w:r>
        <w:rPr>
          <w:sz w:val="20"/>
        </w:rPr>
        <w:t>59:49  ek waqia aata hai, woh main aap ko sunana chahta hoon ke ek sahabi the, un ka naam tha hanzala. to madine mein woh ek martaba ghar se nikle aur ja rahe the rasool Allah sal Allah aleh wasallam ke paas. to hazrat umar se mulaqat hui. to hazrat umar ne poocha: kahan ja rahe ho? to unhone kaha ke: naafiq hanzala. apne bar</w:t>
      </w:r>
      <w:r>
        <w:br/>
      </w:r>
      <w:r>
        <w:rPr>
          <w:sz w:val="20"/>
        </w:rPr>
        <w:t>1:00:19  mein kaha ke: mein to munafiq ho gaya. nafiq hanzala.</w:t>
      </w:r>
      <w:r>
        <w:br/>
      </w:r>
      <w:r>
        <w:rPr>
          <w:sz w:val="20"/>
        </w:rPr>
        <w:t>1:00:25  to hazrat umar ne poocha ke: aisa kyun hai? kaha ke: hum rasool Allah salallahu alaihi wasallam</w:t>
      </w:r>
      <w:r>
        <w:br/>
      </w:r>
      <w:r>
        <w:rPr>
          <w:sz w:val="20"/>
        </w:rPr>
        <w:t>1:00:31  ke paas jab hote hain, Allah aur rasool ki baatein sunte hain, to hamare dil mein imaan hota hai.</w:t>
      </w:r>
      <w:r>
        <w:br/>
      </w:r>
      <w:r>
        <w:rPr>
          <w:sz w:val="20"/>
        </w:rPr>
        <w:t>1:00:38  ab bahar jaate hain, ghar baar mein mashgool hote hain, to woh rooh nahi maujood rehti.</w:t>
      </w:r>
      <w:r>
        <w:br/>
      </w:r>
      <w:r>
        <w:rPr>
          <w:sz w:val="20"/>
        </w:rPr>
        <w:t>1:00:44  to hazrat umar ne kaha: woh to mera bhi haal hai.</w:t>
      </w:r>
      <w:r>
        <w:br/>
      </w:r>
      <w:r>
        <w:rPr>
          <w:sz w:val="20"/>
        </w:rPr>
        <w:t>1:00:50  unhone kaha: nafiq umar.</w:t>
      </w:r>
      <w:r>
        <w:br/>
      </w:r>
      <w:r>
        <w:rPr>
          <w:sz w:val="20"/>
        </w:rPr>
        <w:t>1:00:54  unhone kaha: nafiq hanzala.</w:t>
      </w:r>
      <w:r>
        <w:br/>
      </w:r>
      <w:r>
        <w:rPr>
          <w:sz w:val="20"/>
        </w:rPr>
        <w:t>1:00:59  unhone kaha: nafiq umar.</w:t>
      </w:r>
      <w:r>
        <w:br/>
      </w:r>
      <w:r>
        <w:rPr>
          <w:sz w:val="20"/>
        </w:rPr>
        <w:t>1:01:03  to gaye rasool Allah salallahu alaihi wasallam ke paas.</w:t>
      </w:r>
      <w:r>
        <w:br/>
      </w:r>
      <w:r>
        <w:rPr>
          <w:sz w:val="20"/>
        </w:rPr>
        <w:t>1:01:07  unhone apna qissa bataya.</w:t>
      </w:r>
      <w:r>
        <w:br/>
      </w:r>
      <w:r>
        <w:rPr>
          <w:sz w:val="20"/>
        </w:rPr>
        <w:t>1:01:12  to rasool Allah salallahu alaihi wasallam ne kaha ke: yeh yeh nifaq ki baat nahi hai.</w:t>
      </w:r>
      <w:r>
        <w:br/>
      </w:r>
      <w:r>
        <w:rPr>
          <w:sz w:val="20"/>
        </w:rPr>
        <w:t>1:01:16  yeh to hota hi hai, har ek andar hi aisa hota hai. aur ajeeb</w:t>
      </w:r>
      <w:r>
        <w:br/>
      </w:r>
      <w:r>
        <w:rPr>
          <w:sz w:val="20"/>
        </w:rPr>
        <w:t>1:01:20  baat yeh hai ke rasool Allah salallahu alaihi wasallam ne apne bare mein khud farmaya ke: mere</w:t>
      </w:r>
      <w:r>
        <w:br/>
      </w:r>
      <w:r>
        <w:rPr>
          <w:sz w:val="20"/>
        </w:rPr>
        <w:t>1:01:26  upar bhi kaifiyat taari hoti hai.</w:t>
      </w:r>
      <w:r>
        <w:br/>
      </w:r>
      <w:r>
        <w:rPr>
          <w:sz w:val="20"/>
        </w:rPr>
        <w:t>1:01:32  yeh to dunya ki zindagi ke mamlaat hain.</w:t>
      </w:r>
      <w:r>
        <w:br/>
      </w:r>
      <w:r>
        <w:rPr>
          <w:sz w:val="20"/>
        </w:rPr>
        <w:t>1:01:39  aap ka shaoor agar zinda hai to shaoor criterion hai.</w:t>
      </w:r>
      <w:r>
        <w:br/>
      </w:r>
      <w:r>
        <w:rPr>
          <w:sz w:val="20"/>
        </w:rPr>
        <w:t>1:01:45  yaani ehsas ki satah par ya</w:t>
      </w:r>
      <w:r>
        <w:br/>
      </w:r>
      <w:r>
        <w:rPr>
          <w:sz w:val="20"/>
        </w:rPr>
        <w:t>1:01:51  feeling ki satah par kami peshi ho to is mein koi pareshani ki baat nahi hai.</w:t>
      </w:r>
      <w:r>
        <w:br/>
      </w:r>
      <w:r>
        <w:rPr>
          <w:sz w:val="20"/>
        </w:rPr>
        <w:t>1:01:56  ek hai level of consciousness, ek hai level of feeling.</w:t>
      </w:r>
      <w:r>
        <w:br/>
      </w:r>
      <w:r>
        <w:rPr>
          <w:sz w:val="20"/>
        </w:rPr>
        <w:t>1:02:01  to level of consciousness agar is mein koi kami nahi aayi hai, maslan ek conviction aap ka baqi</w:t>
      </w:r>
      <w:r>
        <w:br/>
      </w:r>
      <w:r>
        <w:rPr>
          <w:sz w:val="20"/>
        </w:rPr>
        <w:t>1:02:06  hai, Allah ke wajood par conviction aap ka baqi hai, rasool Allah salallahu alaihi wasallam ki sadaqat</w:t>
      </w:r>
      <w:r>
        <w:br/>
      </w:r>
      <w:r>
        <w:rPr>
          <w:sz w:val="20"/>
        </w:rPr>
        <w:t>1:02:11  par aap ka conviction baqi hai, to that is the level of consciousness.</w:t>
      </w:r>
      <w:r>
        <w:br/>
      </w:r>
      <w:r>
        <w:rPr>
          <w:sz w:val="20"/>
        </w:rPr>
        <w:t>1:02:16  to level of consciousness jo hai,</w:t>
      </w:r>
    </w:p>
    <w:p>
      <w:pPr>
        <w:pStyle w:val="Heading2"/>
      </w:pPr>
      <w:r>
        <w:t>How to Develop Maulana's Passionate Madness</w:t>
      </w:r>
    </w:p>
    <w:p>
      <w:r>
        <w:rPr>
          <w:color w:val="666666"/>
          <w:sz w:val="18"/>
        </w:rPr>
        <w:t>Spirituality · The Meaning of Ummat-i-Wasat Nov 25, 2018 · 2m 21s · at 46:16 · https://youtu.be/3POFfvXaFss?t=2776</w:t>
      </w:r>
    </w:p>
    <w:p>
      <w:r>
        <w:rPr>
          <w:i/>
        </w:rPr>
        <w:t>“Moulana, my question is not related to today's class. Recently, when we travelled to Rajouri for the dawah meet, we received a book containing your speech at Srinagar Tagore Hall, in which you repeatedly said, 'I am a madman.' How can I develop that madness like you?”</w:t>
      </w:r>
    </w:p>
    <w:p>
      <w:r>
        <w:rPr>
          <w:sz w:val="20"/>
        </w:rPr>
        <w:t>46:16  maulana, agla sawal lete hain. yeh mahboob bhai ne mumbai se bheja hai, unhone likha hai: "maulana, my question is not related to today's class.</w:t>
      </w:r>
      <w:r>
        <w:br/>
      </w:r>
      <w:r>
        <w:rPr>
          <w:sz w:val="20"/>
        </w:rPr>
        <w:t>46:29  recently, when we travel to rajouri for the dawah meet, the rajouri team gifted all of us some books. one of them was a book which is basically our speech given at srinagar tagore hall.</w:t>
      </w:r>
      <w:r>
        <w:br/>
      </w:r>
      <w:r>
        <w:rPr>
          <w:sz w:val="20"/>
        </w:rPr>
        <w:t>46:46  you repeatedly said in that speech: 'main toh ek deewana aadmi hoon.' my request is, maulana, that how I could develop that deewangi like you?</w:t>
      </w:r>
      <w:r>
        <w:br/>
      </w:r>
      <w:r>
        <w:rPr>
          <w:sz w:val="20"/>
        </w:rPr>
        <w:t>46:58  what is your advice?" bhai, dua kijiye aur Quran poori rasool Allah ki seerat ko padhiye, sahaba ke halaat ko padhiye.</w:t>
      </w:r>
      <w:r>
        <w:br/>
      </w:r>
      <w:r>
        <w:rPr>
          <w:sz w:val="20"/>
        </w:rPr>
        <w:t>47:09  main ne toh yahi kiya tha,</w:t>
      </w:r>
      <w:r>
        <w:br/>
      </w:r>
      <w:r>
        <w:rPr>
          <w:sz w:val="20"/>
        </w:rPr>
        <w:t>47:14  main ne toh yahi kiya tha ke dua ki hai, Quran ko padha, hadith ko padha, seerat ko padha, sahaba ke halaat ko padha, isi ka outcome tha deewangi.</w:t>
      </w:r>
      <w:r>
        <w:br/>
      </w:r>
      <w:r>
        <w:rPr>
          <w:sz w:val="20"/>
        </w:rPr>
        <w:t>47:28  aap bhi yahi kijiye.</w:t>
      </w:r>
      <w:r>
        <w:br/>
      </w:r>
      <w:r>
        <w:rPr>
          <w:sz w:val="20"/>
        </w:rPr>
        <w:t>47:35  doctor naghma siddiqui ne dilli se likha hai: "i understood our role as the middle nation as the mission of all muslims, for which god has given all support in terms of infrastructure virtually free.</w:t>
      </w:r>
      <w:r>
        <w:br/>
      </w:r>
      <w:r>
        <w:rPr>
          <w:sz w:val="20"/>
        </w:rPr>
        <w:t>47:52  may god help us to perform this task." mr. asad parvez ne boston, usa se likha hai: "i gave a copy of the quran to my global strategy professor.</w:t>
      </w:r>
      <w:r>
        <w:br/>
      </w:r>
      <w:r>
        <w:rPr>
          <w:sz w:val="20"/>
        </w:rPr>
        <w:t>48:06  he said he was waiting for a long time to find out about islam, but never had the opportunity. people are waiting, but we never avail the opportunity.</w:t>
      </w:r>
      <w:r>
        <w:br/>
      </w:r>
      <w:r>
        <w:rPr>
          <w:sz w:val="20"/>
        </w:rPr>
        <w:t>48:19  this is the experience that i gain from this interaction."</w:t>
      </w:r>
      <w:r>
        <w:br/>
      </w:r>
      <w:r>
        <w:rPr>
          <w:sz w:val="20"/>
        </w:rPr>
        <w:t>48:26  ibn abdul rehman sahib ne srinagar se likha hai: "no one has a better speech than that of those who engage in dawah activities.</w:t>
      </w:r>
    </w:p>
    <w:p>
      <w:pPr>
        <w:pStyle w:val="Heading2"/>
      </w:pPr>
      <w:r>
        <w:t>How to Feel Gratitude Continuously</w:t>
      </w:r>
    </w:p>
    <w:p>
      <w:r>
        <w:rPr>
          <w:color w:val="666666"/>
          <w:sz w:val="18"/>
        </w:rPr>
        <w:t>Spirituality · God and Man February 19, 2012 · 2m 19s · at 1:12:07 · https://youtu.be/rL4g0LOU3wo?t=4327</w:t>
      </w:r>
    </w:p>
    <w:p>
      <w:r>
        <w:rPr>
          <w:i/>
        </w:rPr>
        <w:t>“How can we maintain a continuous feeling of gratitude (shukr)?”</w:t>
      </w:r>
    </w:p>
    <w:p>
      <w:r>
        <w:rPr>
          <w:sz w:val="20"/>
        </w:rPr>
        <w:t>1:12:07  Maulana, agle sawal se pehle aik comment parhna chahein ge jo Mr. Shamsher Vict ne likha hai Australia se. unhon ne likha hai ke "I really enjoyed today's lecture." agla sawal Maulana hai Miss Naghma Siddiqui ka Delhi se</w:t>
      </w:r>
      <w:r>
        <w:br/>
      </w:r>
      <w:r>
        <w:rPr>
          <w:sz w:val="20"/>
        </w:rPr>
        <w:t>1:12:22  . unhon ne poocha hai "How to be in feeling of. shukr on continuous basis? abhi hum is yani shukr kaise nahi karein ge hum har waqt?</w:t>
      </w:r>
      <w:r>
        <w:br/>
      </w:r>
      <w:r>
        <w:rPr>
          <w:sz w:val="20"/>
        </w:rPr>
        <w:t>1:12:35  har waqt hamein mein to sochta hoon ke saans leta hoon aur aur aur oxygen mujhe inhale karta hoon, carbon exhale karta hoon.</w:t>
      </w:r>
      <w:r>
        <w:br/>
      </w:r>
      <w:r>
        <w:rPr>
          <w:sz w:val="20"/>
        </w:rPr>
        <w:t>1:12:47  yani har second yeh waqia hota hai, har second.</w:t>
      </w:r>
      <w:r>
        <w:br/>
      </w:r>
      <w:r>
        <w:rPr>
          <w:sz w:val="20"/>
        </w:rPr>
        <w:t>1:12:50  to kaisi ajeeb baat hai ke mere jism mein jo nizam hai, kharij mein is ke mutabiq nizam hai. yani mere carbon ko darakht le leta hai aur darakht is ke badle mujhe oxygen deta hai.</w:t>
      </w:r>
      <w:r>
        <w:br/>
      </w:r>
      <w:r>
        <w:rPr>
          <w:sz w:val="20"/>
        </w:rPr>
        <w:t>1:13:03  to mein oxygen inhale karta hoon aur carbon exhale karta hoon. aur woh kitna zabardast exchange hota hai ke darakht mere carbon ko le leta hai aur mujhe oxygen supply karta hai.</w:t>
      </w:r>
      <w:r>
        <w:br/>
      </w:r>
      <w:r>
        <w:rPr>
          <w:sz w:val="20"/>
        </w:rPr>
        <w:t>1:13:17  yeh har second aik aik yeh reminder hai, har har second ke liye aik reminder hai. to mein to aik aik aik second bhi aisa nahi hota ke mein shukr ke baghair rahoon.</w:t>
      </w:r>
      <w:r>
        <w:br/>
      </w:r>
      <w:r>
        <w:rPr>
          <w:sz w:val="20"/>
        </w:rPr>
        <w:t>1:13:28  kyun ke har saans mujhe reminder hota hai mere liye, har saans. har saans reminder hota hai ke aye aye insan Khuda ka shukr kar.</w:t>
      </w:r>
      <w:r>
        <w:br/>
      </w:r>
      <w:r>
        <w:rPr>
          <w:sz w:val="20"/>
        </w:rPr>
        <w:t>1:13:40  yani aap ghor kijiye ke agar aisa ho ke mere andar se jo carbon nikla woh darakht na le to har sa'at dunya rehne ke qabil na rahe.</w:t>
      </w:r>
      <w:r>
        <w:br/>
      </w:r>
      <w:r>
        <w:rPr>
          <w:sz w:val="20"/>
        </w:rPr>
        <w:t>1:13:52  dunya mein carbon gas bhar jaye gi aur is dunya mein aap reh nahi paein ge. ya darakht agar oxygen supply na kare to hum kahan tak theli liye phirein ge oxygen ki?</w:t>
      </w:r>
      <w:r>
        <w:br/>
      </w:r>
      <w:r>
        <w:rPr>
          <w:sz w:val="20"/>
        </w:rPr>
        <w:t>1:14:03  to dono halaton mein mar jayein ge.</w:t>
      </w:r>
      <w:r>
        <w:br/>
      </w:r>
      <w:r>
        <w:rPr>
          <w:sz w:val="20"/>
        </w:rPr>
        <w:t>1:14:06  to har second yeh aik reminder hai insan ke liye ke aye insan Khuda ka shukr kar. yeh sirf soch ki baat hai, soch. agar sochein to aap har har second, har lamha, har har moment aap shukr mein jiyen ge.</w:t>
      </w:r>
    </w:p>
    <w:p>
      <w:pPr>
        <w:pStyle w:val="Heading2"/>
      </w:pPr>
      <w:r>
        <w:t>How to Love God While Worshipping</w:t>
      </w:r>
    </w:p>
    <w:p>
      <w:r>
        <w:rPr>
          <w:color w:val="666666"/>
          <w:sz w:val="18"/>
        </w:rPr>
        <w:t>Spirituality · Love of God 19 Sept 2021 - Prof. Farida Khanam · 3m 12s · at 28:28 · https://youtu.be/mpGeGz_Cfrw?t=1708</w:t>
      </w:r>
    </w:p>
    <w:p>
      <w:r>
        <w:rPr>
          <w:i/>
        </w:rPr>
        <w:t>“We worship God, but how can one love God?”</w:t>
      </w:r>
    </w:p>
    <w:p>
      <w:r>
        <w:rPr>
          <w:sz w:val="20"/>
        </w:rPr>
        <w:t>28:28  apne andar koi bhi ghil, koi malice nahi pata. to wohi jo abhi aap ne kaha na ke ji, mere andar kisi ke liye bhi koi grudge nahi hai. to yeh cheez jo hai woh bilkul aadmi ko jannat ka mustahiq thehrati hai. apa, yeh sawal ahmedabad se miss shaista ne bheja hai aur unhon ne aap se poocha hai ke: "we all worship god, but how can one love god?" is ko th</w:t>
      </w:r>
      <w:r>
        <w:br/>
      </w:r>
      <w:r>
        <w:rPr>
          <w:sz w:val="20"/>
        </w:rPr>
        <w:t>28:58  wada aur wazeh kar dein.</w:t>
      </w:r>
      <w:r>
        <w:br/>
      </w:r>
      <w:r>
        <w:rPr>
          <w:sz w:val="20"/>
        </w:rPr>
        <w:t>29:04  worship to dekhiye, jo hum logon ko batai gayi hai, namaz, roza, hajj, zakat, woh to samajh lijiye</w:t>
      </w:r>
      <w:r>
        <w:br/>
      </w:r>
      <w:r>
        <w:rPr>
          <w:sz w:val="20"/>
        </w:rPr>
        <w:t>29:10  ke woh minimum hai, minimum qualification hai Khuda se talluq ki.</w:t>
      </w:r>
      <w:r>
        <w:br/>
      </w:r>
      <w:r>
        <w:rPr>
          <w:sz w:val="20"/>
        </w:rPr>
        <w:t>29:16  lekin is ko jab hum aur zyada gehrai mein jayenge, is ki marifat wali hum worship karenge.</w:t>
      </w:r>
      <w:r>
        <w:br/>
      </w:r>
      <w:r>
        <w:rPr>
          <w:sz w:val="20"/>
        </w:rPr>
        <w:t>29:22  ek baar rasool Allah salallaho alaihi wasallam ke paas</w:t>
      </w:r>
      <w:r>
        <w:br/>
      </w:r>
      <w:r>
        <w:rPr>
          <w:sz w:val="20"/>
        </w:rPr>
        <w:t>29:29  kuch log baithe hue the to ek aadmi aaye, bohat hi saaf kapda pehne hue.</w:t>
      </w:r>
      <w:r>
        <w:br/>
      </w:r>
      <w:r>
        <w:rPr>
          <w:sz w:val="20"/>
        </w:rPr>
        <w:t>29:35  matlab is zamane mein woh koi gaadiyan aur car to hoti nahi thi, log safar karte the jo</w:t>
      </w:r>
      <w:r>
        <w:br/>
      </w:r>
      <w:r>
        <w:rPr>
          <w:sz w:val="20"/>
        </w:rPr>
        <w:t>29:41  aisi onton par, to safar mein kapde wupde kharab ho jate the.</w:t>
      </w:r>
      <w:r>
        <w:br/>
      </w:r>
      <w:r>
        <w:rPr>
          <w:sz w:val="20"/>
        </w:rPr>
        <w:t>29:47  to woh bohat saaf suthre kapde mein aaya aur us ne kuch sawalat puche.</w:t>
      </w:r>
      <w:r>
        <w:br/>
      </w:r>
      <w:r>
        <w:rPr>
          <w:sz w:val="20"/>
        </w:rPr>
        <w:t>29:53  is mein se ek sawal yeh tha ke: "tum ke Khuda ki worship aisa karo ke</w:t>
      </w:r>
      <w:r>
        <w:br/>
      </w:r>
      <w:r>
        <w:rPr>
          <w:sz w:val="20"/>
        </w:rPr>
        <w:t>29:59  jaise ke tum Khuda ko dekh rahe ho, aur agar tum Khuda ko dekh nahi rahe ho to</w:t>
      </w:r>
      <w:r>
        <w:br/>
      </w:r>
      <w:r>
        <w:rPr>
          <w:sz w:val="20"/>
        </w:rPr>
        <w:t>30:05  Khuda tum ko dekh raha hai." to yeh jo excellence, ehsan wala darja tha, to yeh tha marifat wala.</w:t>
      </w:r>
      <w:r>
        <w:br/>
      </w:r>
      <w:r>
        <w:rPr>
          <w:sz w:val="20"/>
        </w:rPr>
        <w:t>30:11  ek hai ke jo aam log worship karte hain ke unhon ne sab kuch yaad kiya hua hota</w:t>
      </w:r>
      <w:r>
        <w:br/>
      </w:r>
      <w:r>
        <w:rPr>
          <w:sz w:val="20"/>
        </w:rPr>
        <w:t>30:17  hai, us ko time time par woh padh lete hain, aur ek hai bohat hi ghaur o fikr</w:t>
      </w:r>
      <w:r>
        <w:br/>
      </w:r>
      <w:r>
        <w:rPr>
          <w:sz w:val="20"/>
        </w:rPr>
        <w:t>30:23  ke sath, bohat hi Khuda ko yaad karte hue, khushu o khuzu wali ibadat</w:t>
      </w:r>
      <w:r>
        <w:br/>
      </w:r>
      <w:r>
        <w:rPr>
          <w:sz w:val="20"/>
        </w:rPr>
        <w:t>30:29  karna.</w:t>
      </w:r>
      <w:r>
        <w:br/>
      </w:r>
      <w:r>
        <w:rPr>
          <w:sz w:val="20"/>
        </w:rPr>
        <w:t>30:34  to yeh hoti hai marifat wali worship.</w:t>
      </w:r>
      <w:r>
        <w:br/>
      </w:r>
      <w:r>
        <w:rPr>
          <w:sz w:val="20"/>
        </w:rPr>
        <w:t>30:38  to yeh khuda ki marifat hasil karne ke liye is ko bohat hi zyada gehrai se is mein jana hoga.</w:t>
      </w:r>
      <w:r>
        <w:br/>
      </w:r>
      <w:r>
        <w:rPr>
          <w:sz w:val="20"/>
        </w:rPr>
        <w:t>30:42  ibadat to wahi rahengi, lekin is ki spirit ko bohat zyada, bohat zyada spirit is ke andar</w:t>
      </w:r>
      <w:r>
        <w:br/>
      </w:r>
      <w:r>
        <w:rPr>
          <w:sz w:val="20"/>
        </w:rPr>
        <w:t>30:47  paida karna hoga.</w:t>
      </w:r>
      <w:r>
        <w:br/>
      </w:r>
      <w:r>
        <w:rPr>
          <w:sz w:val="20"/>
        </w:rPr>
        <w:t>30:51  tab hamare andar khuda ki marifat paida hogi.</w:t>
      </w:r>
      <w:r>
        <w:br/>
      </w:r>
      <w:r>
        <w:rPr>
          <w:sz w:val="20"/>
        </w:rPr>
        <w:t>30:56  jaise ke sahaba log karte the</w:t>
      </w:r>
      <w:r>
        <w:br/>
      </w:r>
      <w:r>
        <w:rPr>
          <w:sz w:val="20"/>
        </w:rPr>
        <w:t>31:00  ke bohat zyada namaz is tarah parhte the ke ke lambi lambi quran ki ayaten parhte the, is</w:t>
      </w:r>
      <w:r>
        <w:br/>
      </w:r>
      <w:r>
        <w:rPr>
          <w:sz w:val="20"/>
        </w:rPr>
        <w:t>31:04  par ghor o fikr karte rehte the.</w:t>
      </w:r>
      <w:r>
        <w:br/>
      </w:r>
      <w:r>
        <w:rPr>
          <w:sz w:val="20"/>
        </w:rPr>
        <w:t>31:09  namaz ke baad jab masjid nabwi se bahar jate the to bhi ghor o fikr karte hue chale</w:t>
      </w:r>
      <w:r>
        <w:br/>
      </w:r>
      <w:r>
        <w:rPr>
          <w:sz w:val="20"/>
        </w:rPr>
        <w:t>31:13  jate the, aapas mein baat cheet nahi karte the.</w:t>
      </w:r>
      <w:r>
        <w:br/>
      </w:r>
      <w:r>
        <w:rPr>
          <w:sz w:val="20"/>
        </w:rPr>
        <w:t>31:17  to yeh ghor o fikr, tadabbur o tafakkur jo hai, yeh bohat zyada zaroori hai khuda ki marifat</w:t>
      </w:r>
      <w:r>
        <w:br/>
      </w:r>
      <w:r>
        <w:rPr>
          <w:sz w:val="20"/>
        </w:rPr>
        <w:t>31:22  hasil karne ke liye.</w:t>
      </w:r>
      <w:r>
        <w:br/>
      </w:r>
      <w:r>
        <w:rPr>
          <w:sz w:val="20"/>
        </w:rPr>
        <w:t>31:26  ji, ah, ek</w:t>
      </w:r>
      <w:r>
        <w:br/>
      </w:r>
      <w:r>
        <w:rPr>
          <w:sz w:val="20"/>
        </w:rPr>
        <w:t>31:30  sawal lucknow se, balkeh ah, do sawal hain, ah, farooq sahab ne bheje hain lucknow se.</w:t>
      </w:r>
    </w:p>
    <w:p>
      <w:pPr>
        <w:pStyle w:val="Heading2"/>
      </w:pPr>
      <w:r>
        <w:t>How to achieve self-renewal in comfortable life?</w:t>
      </w:r>
    </w:p>
    <w:p>
      <w:r>
        <w:rPr>
          <w:color w:val="666666"/>
          <w:sz w:val="18"/>
        </w:rPr>
        <w:t>Spirituality · The Prophet An Example of Modesty August 27, 2017 · 2m 16s · at 53:57 · https://youtu.be/aR3V4c8fQC4?t=3237</w:t>
      </w:r>
    </w:p>
    <w:p>
      <w:r>
        <w:rPr>
          <w:i/>
        </w:rPr>
        <w:t>“Often it happens that even while living a very comfortable life, we get bored of everything and start taking everything for granted, which reduces the feeling of gratitude towards our Creator. So in such a situation, how can we do self-renewal? Please advice.”</w:t>
      </w:r>
    </w:p>
    <w:p>
      <w:r>
        <w:rPr>
          <w:sz w:val="20"/>
        </w:rPr>
        <w:t>53:57  agar yeh hai to bas kafi hai aap ke liye. molana, agla sawal bheja hai abdul rehman sahab ne dilli se, unhon ne likha hai, "aksar aisa hota hai ke hum bohat comfortable life jeete hue bhi har cheez se bore ho jate hain aur har cheez ko for granted lene lagte hain jis se apne creator ke liye shukr ka jazba bohat kam ho jata hai.</w:t>
      </w:r>
      <w:r>
        <w:br/>
      </w:r>
      <w:r>
        <w:rPr>
          <w:sz w:val="20"/>
        </w:rPr>
        <w:t>54:22  to aise mein hum apna self renewal kaise karein? is ki advice karein." bas quran ko samajh kar parhiye, hadithon ko samajh kar parhiye, rasool Allah ki zindagi ko samajh kar mutala kijiye,</w:t>
      </w:r>
      <w:r>
        <w:br/>
      </w:r>
      <w:r>
        <w:rPr>
          <w:sz w:val="20"/>
        </w:rPr>
        <w:t>54:40  sahaba ki zindagi ko samajh kar mutala kijiye. samajh kar is liye keh raha hoon mein, ek sath ek mulaqat hui jo urdu jante the to mere sath kuch aur log the to mein ne to nahi, doosron ne un se sawal kiya.</w:t>
      </w:r>
      <w:r>
        <w:br/>
      </w:r>
      <w:r>
        <w:rPr>
          <w:sz w:val="20"/>
        </w:rPr>
        <w:t>54:59  yeh baat aayi thi ke unhon ne kunz ul amal ka poora, yani ramzan ke mahine mein, pichle ramzan mein poora poora kunz ul amal ko parhaya.</w:t>
      </w:r>
      <w:r>
        <w:br/>
      </w:r>
      <w:r>
        <w:rPr>
          <w:sz w:val="20"/>
        </w:rPr>
        <w:t>55:15  kunz ul amal ek moti kitab hai</w:t>
      </w:r>
      <w:r>
        <w:br/>
      </w:r>
      <w:r>
        <w:rPr>
          <w:sz w:val="20"/>
        </w:rPr>
        <w:t>55:20  to is mein sahaba ki, tabeen ki aur aala darje ke musalmanon ki bohat si baatein hain. to hamare sathiyon ne un se poocha ke kunz ul amal ki koi ek baat bataiye,</w:t>
      </w:r>
      <w:r>
        <w:br/>
      </w:r>
      <w:r>
        <w:rPr>
          <w:sz w:val="20"/>
        </w:rPr>
        <w:t>55:34  wisdom ki jo hamari mufeed ho. to aap yaqeen kijiye ke koi ek baat na bata sake. woh jab ke woh urdu jante the, ab poori poori kunz ul amal unhon ne ramzan mein parhi thi.</w:t>
      </w:r>
      <w:r>
        <w:br/>
      </w:r>
      <w:r>
        <w:rPr>
          <w:sz w:val="20"/>
        </w:rPr>
        <w:t>55:47  to log parhte hain lekin wahi hai ke Hazrat Aisha ne jo kaha tha ke "أولئك قروا ولم يقروا" aksar logon par yahi saadiq aata hai ke "أولئك قروا ولم يقروا".</w:t>
      </w:r>
      <w:r>
        <w:br/>
      </w:r>
      <w:r>
        <w:rPr>
          <w:sz w:val="20"/>
        </w:rPr>
        <w:t>56:04  ab mein kya karoon? yeh mein kahunga ke bhai sahi tareeqe se parhiye</w:t>
      </w:r>
    </w:p>
    <w:p>
      <w:pPr>
        <w:pStyle w:val="Heading2"/>
      </w:pPr>
      <w:r>
        <w:t>How to always realize our helplessness before God</w:t>
      </w:r>
    </w:p>
    <w:p>
      <w:r>
        <w:rPr>
          <w:color w:val="666666"/>
          <w:sz w:val="18"/>
        </w:rPr>
        <w:t>Spirituality · Man and the Laws of Nature April 1, 2012 · 3m 02s · at 1:46:47 · https://youtu.be/coIrwYQgb6Y?t=6407</w:t>
      </w:r>
    </w:p>
    <w:p>
      <w:r>
        <w:rPr>
          <w:i/>
        </w:rPr>
        <w:t>“Man is truly helpless, but he thinks he is in control due to the support given by God. How can we continue to realize our helplessness at all times?”</w:t>
      </w:r>
    </w:p>
    <w:p>
      <w:r>
        <w:rPr>
          <w:sz w:val="20"/>
        </w:rPr>
        <w:t>1:46:47  Maulana, agla sawal Miss Naghma Siddiqui ka hai Delhi se.</w:t>
      </w:r>
      <w:r>
        <w:br/>
      </w:r>
      <w:r>
        <w:rPr>
          <w:sz w:val="20"/>
        </w:rPr>
        <w:t>1:46:51  unho'n ne likha hai: "main is truly helpless, but he thinks he is in control due to the support given by God.</w:t>
      </w:r>
      <w:r>
        <w:br/>
      </w:r>
      <w:r>
        <w:rPr>
          <w:sz w:val="20"/>
        </w:rPr>
        <w:t>1:47:01  how can we continue to realize our helplessness at all times?"</w:t>
      </w:r>
      <w:r>
        <w:br/>
      </w:r>
      <w:r>
        <w:rPr>
          <w:sz w:val="20"/>
        </w:rPr>
        <w:t>1:47:09  yeh to sochne se hota hai.</w:t>
      </w:r>
      <w:r>
        <w:br/>
      </w:r>
      <w:r>
        <w:rPr>
          <w:sz w:val="20"/>
        </w:rPr>
        <w:t>1:47:13  har mere, mujhe to har tajrube mein is ka woh hota hai jaise ke main farz kijiye yeh uthata hoon, ab is ka yeh dhakan gir jata hai. is ko main girne se bacha nahi pata.</w:t>
      </w:r>
      <w:r>
        <w:br/>
      </w:r>
      <w:r>
        <w:rPr>
          <w:sz w:val="20"/>
        </w:rPr>
        <w:t>1:47:24  isi bajaye helplessness ka tajruba hota hai.</w:t>
      </w:r>
      <w:r>
        <w:br/>
      </w:r>
      <w:r>
        <w:rPr>
          <w:sz w:val="20"/>
        </w:rPr>
        <w:t>1:47:29  yani helplessness jo hai, woh har har lamha tajruba hota hai. is ka abhi main bol raha hoon, aap ko yaad hoga pichhle mahine ek baar meri zuban nahi chal rahi thi, main bol nahi pata tha.</w:t>
      </w:r>
      <w:r>
        <w:br/>
      </w:r>
      <w:r>
        <w:rPr>
          <w:sz w:val="20"/>
        </w:rPr>
        <w:t>1:47:40  to ab yeh to main sochta rehta hoon ke mujhe apni zuban pe ikhtiyar nahi hai. isi jagah main bol raha tha aur bol nahi pata tha. isi isi jagah to abhi abhi tak sochta hoon ke woh kaisa ajeeb tha ke mere paas zuban hai,</w:t>
      </w:r>
      <w:r>
        <w:br/>
      </w:r>
      <w:r>
        <w:rPr>
          <w:sz w:val="20"/>
        </w:rPr>
        <w:t>1:47:57  mere paas dimagh hai, sab kuch hai lekin bol nahi pa raha hoon main.</w:t>
      </w:r>
      <w:r>
        <w:br/>
      </w:r>
      <w:r>
        <w:rPr>
          <w:sz w:val="20"/>
        </w:rPr>
        <w:t>1:48:02  to yeh to har lamha jo aap beetta hai, aap par ya doosron par, woh is is baat ko yaad dilata hai, reminder hai ke insan helpless hai.</w:t>
      </w:r>
      <w:r>
        <w:br/>
      </w:r>
      <w:r>
        <w:rPr>
          <w:sz w:val="20"/>
        </w:rPr>
        <w:t>1:48:17  ab yani mujhe to har lamha is ka tajruba hota hai. jaise subah mein ek choti si baat karta hoon, subah mein nikla, main apni toliya ko dhoop mein phailana chahta chahta tha.</w:t>
      </w:r>
      <w:r>
        <w:br/>
      </w:r>
      <w:r>
        <w:rPr>
          <w:sz w:val="20"/>
        </w:rPr>
        <w:t>1:48:31  to main dekha to dhoop nikli hui nahi thi, badal tha. to main ne socha ke mere bas mein yeh nahi ke mere aur suraj ke beech mein jo badal hai, hata doon taake mera toliya jo hai, jab tak main wapas aaon to woh sookh</w:t>
      </w:r>
      <w:r>
        <w:br/>
      </w:r>
      <w:r>
        <w:rPr>
          <w:sz w:val="20"/>
        </w:rPr>
        <w:t>1:48:45  jaye. main aksar yahan karta hoon ke jab main yahan aata hoon to toliya phaila deta hoon aur jab wapas aata hoon to sookh jata hai. to aaj jab main phailane laga to laga ke to badal hain, woh shayad na sookh paye.</w:t>
      </w:r>
      <w:r>
        <w:br/>
      </w:r>
      <w:r>
        <w:rPr>
          <w:sz w:val="20"/>
        </w:rPr>
        <w:t>1:49:00  to main main ne socha ke badal ko main hata nahi sakta, mere bas mein nahi hai. yani suraj chamak raha hai badal ke upar lekin main us ko apne paas bula loon, yeh pasbol nahi hai.</w:t>
      </w:r>
      <w:r>
        <w:br/>
      </w:r>
      <w:r>
        <w:rPr>
          <w:sz w:val="20"/>
        </w:rPr>
        <w:t>1:49:11  to yeh sochne ki baat hai. aap sochein to har cheez mein is ka tajruba hota hai, har cheez mein. yahan tak ke main to baitha rehta hoon, aankh band kar leta hoon, sochta hoon ke meri aankh band ho gayi to kuch dikhai nahi de raha.</w:t>
      </w:r>
      <w:r>
        <w:br/>
      </w:r>
      <w:r>
        <w:rPr>
          <w:sz w:val="20"/>
        </w:rPr>
        <w:t>1:49:25  idhar bhi andhera hai, idhar bhi andhera hai. to aankh agar chhin jaye aadmi se, aap jante hain ke bohat se log hain, un ki aankh chhin jati hai.</w:t>
      </w:r>
      <w:r>
        <w:br/>
      </w:r>
      <w:r>
        <w:rPr>
          <w:sz w:val="20"/>
        </w:rPr>
        <w:t>1:49:36  to yeh yeh sochne ki</w:t>
      </w:r>
      <w:r>
        <w:br/>
      </w:r>
      <w:r>
        <w:rPr>
          <w:sz w:val="20"/>
        </w:rPr>
        <w:t>1:49:38  baat hai. sochein, aap to har har moment aap ko tajruba hoga insan ke izzat izzat ka. is ka taluq sochne se aur kisi cheez se nahi.</w:t>
      </w:r>
    </w:p>
    <w:p>
      <w:pPr>
        <w:pStyle w:val="Heading2"/>
      </w:pPr>
      <w:r>
        <w:t>How to avoid deviation from God's path?</w:t>
      </w:r>
    </w:p>
    <w:p>
      <w:r>
        <w:rPr>
          <w:color w:val="666666"/>
          <w:sz w:val="18"/>
        </w:rPr>
        <w:t>Spirituality · Discovery of God November 3, 2019 Maulana Wahiduddin Khan · 4m 37s · at 49:59 · https://youtu.be/WUaOl0Kwwng?t=2999</w:t>
      </w:r>
    </w:p>
    <w:p>
      <w:r>
        <w:rPr>
          <w:i/>
        </w:rPr>
        <w:t>“Maulana, your concern has always been God. You have never deviated from it, but we are afraid that we might deviate. Maulana, how can we save ourselves from deviation?”</w:t>
      </w:r>
    </w:p>
    <w:p>
      <w:r>
        <w:rPr>
          <w:sz w:val="20"/>
        </w:rPr>
        <w:t>49:59  un ka bhi parhna chahenge. dono ek jaise sawal hain. unhon ne likha hai: "maulana, aap ka concern hamesha god raha hai.</w:t>
      </w:r>
      <w:r>
        <w:br/>
      </w:r>
      <w:r>
        <w:rPr>
          <w:sz w:val="20"/>
        </w:rPr>
        <w:t>50:08  aap kabhi bhi is se derail nahi hue, lekin hamare liye yeh andesha rehta hai ke hum derail ho jaen. maulana, hum apne aap ko derail hone se kaise bacha sakte hain?"</w:t>
      </w:r>
      <w:r>
        <w:br/>
      </w:r>
      <w:r>
        <w:rPr>
          <w:sz w:val="20"/>
        </w:rPr>
        <w:t>50:31  main apna ek qissa batata hoon aap ko.</w:t>
      </w:r>
      <w:r>
        <w:br/>
      </w:r>
      <w:r>
        <w:rPr>
          <w:sz w:val="20"/>
        </w:rPr>
        <w:t>50:37  main pehle naujawan umar mein kuch shair waghera parha karta tha. shair to nahi tha, lekin parhta tha. to us zamane mein bohat se logon ko parha maine, top ke bhi jaise ghalib,</w:t>
      </w:r>
      <w:r>
        <w:br/>
      </w:r>
      <w:r>
        <w:rPr>
          <w:sz w:val="20"/>
        </w:rPr>
        <w:t>50:54  zauq waghera, aur doosre logon ko bhi. is zamane mein shair ki taraf, yani kalam bohat sa parha parha tha maine,</w:t>
      </w:r>
      <w:r>
        <w:br/>
      </w:r>
      <w:r>
        <w:rPr>
          <w:sz w:val="20"/>
        </w:rPr>
        <w:t>51:09  lekin sirf ek hi kalam mujhe attract kiya, woh tha fani ka, fani badaioni. to is zamane mein maine ek mazmoon likha tha: "fani haqeeqat ki talash mein sargardan." maine paya ke ek hi insaan tha shair ki duniya mein jo sachai ki talash mein, yani jo mutrashi tha,</w:t>
      </w:r>
      <w:r>
        <w:br/>
      </w:r>
      <w:r>
        <w:rPr>
          <w:sz w:val="20"/>
        </w:rPr>
        <w:t>51:33  seeker tha, woh tha fani. to maine likha: "fani haqeeqat ki talash mein sargardan." to is is ke ek shair mere liye bohat important ban ban gaya.</w:t>
      </w:r>
      <w:r>
        <w:br/>
      </w:r>
      <w:r>
        <w:rPr>
          <w:sz w:val="20"/>
        </w:rPr>
        <w:t>51:51  ek shair,</w:t>
      </w:r>
      <w:r>
        <w:br/>
      </w:r>
      <w:r>
        <w:rPr>
          <w:sz w:val="20"/>
        </w:rPr>
        <w:t>51:57  woh wahi meri, wahi shair bhi, meri tasweer hai. woh shair yeh tha:</w:t>
      </w:r>
      <w:r>
        <w:br/>
      </w:r>
      <w:r>
        <w:rPr>
          <w:sz w:val="20"/>
        </w:rPr>
        <w:t>52:10  "fareb jalwa aur kitna mukammal</w:t>
      </w:r>
      <w:r>
        <w:br/>
      </w:r>
      <w:r>
        <w:rPr>
          <w:sz w:val="20"/>
        </w:rPr>
        <w:t>52:13  , aye maaz Allah, bari mushkil se dil ko bazm-e-alam se utha paya."</w:t>
      </w:r>
      <w:r>
        <w:br/>
      </w:r>
      <w:r>
        <w:rPr>
          <w:sz w:val="20"/>
        </w:rPr>
        <w:t>52:22  yeh meri tasweer hai. fareb jalwa, yani duniya ki har chamak, har raunaq, fareb jalwa hai.</w:t>
      </w:r>
      <w:r>
        <w:br/>
      </w:r>
      <w:r>
        <w:rPr>
          <w:sz w:val="20"/>
        </w:rPr>
        <w:t>52:31  yeh kuch bhi nahi hai, sarag hai.</w:t>
      </w:r>
      <w:r>
        <w:br/>
      </w:r>
      <w:r>
        <w:rPr>
          <w:sz w:val="20"/>
        </w:rPr>
        <w:t>52:40  to fareb jalwa aur kitna mukammal</w:t>
      </w:r>
      <w:r>
        <w:br/>
      </w:r>
      <w:r>
        <w:rPr>
          <w:sz w:val="20"/>
        </w:rPr>
        <w:t>52:43  , aye maaz Allah, bari mushkil se dil ko bazm-e-alam se utha paya. to aap ko yahi karna parega ke aalami raunaq se apne ko utha len.</w:t>
      </w:r>
      <w:r>
        <w:br/>
      </w:r>
      <w:r>
        <w:rPr>
          <w:sz w:val="20"/>
        </w:rPr>
        <w:t>52:58  koi aalami raunaq aap ko attract na kar sake. to isi maine isi ko attend kiya, isi se mujhe faida hua.</w:t>
      </w:r>
      <w:r>
        <w:br/>
      </w:r>
      <w:r>
        <w:rPr>
          <w:sz w:val="20"/>
        </w:rPr>
        <w:t>53:11  fareb jalwa aur kitna mukammal</w:t>
      </w:r>
      <w:r>
        <w:br/>
      </w:r>
      <w:r>
        <w:rPr>
          <w:sz w:val="20"/>
        </w:rPr>
        <w:t>53:14  , aye maaz Allah, bari mushkil se dil ko bazm-e-alam se utha paya. to aap ko yahi karna parega ke aalami raunaq se apne ko utha len.</w:t>
      </w:r>
      <w:r>
        <w:br/>
      </w:r>
      <w:r>
        <w:rPr>
          <w:sz w:val="20"/>
        </w:rPr>
        <w:t>53:25  is mein sari woh cheezein shamil hain jo insaan ko attract karti hain.</w:t>
      </w:r>
      <w:r>
        <w:br/>
      </w:r>
      <w:r>
        <w:rPr>
          <w:sz w:val="20"/>
        </w:rPr>
        <w:t>53:37  maulana, agla comment bangalore se Faisal Saleem sahib ne bheja hai. unhone likha hai: "your lec</w:t>
      </w:r>
    </w:p>
    <w:p>
      <w:pPr>
        <w:pStyle w:val="Heading2"/>
      </w:pPr>
      <w:r>
        <w:t>How to awaken conscience permanently?</w:t>
      </w:r>
    </w:p>
    <w:p>
      <w:r>
        <w:rPr>
          <w:color w:val="666666"/>
          <w:sz w:val="18"/>
        </w:rPr>
        <w:t>Spirituality · Personality Building January 05, 2014 · 3m 06s · at 1:16:05 · https://youtu.be/3Zppdm2K4ug?t=4565</w:t>
      </w:r>
    </w:p>
    <w:p>
      <w:r>
        <w:rPr>
          <w:i/>
        </w:rPr>
        <w:t>“How can I awaken my conscience permanently? Please guide me.”</w:t>
      </w:r>
    </w:p>
    <w:p>
      <w:r>
        <w:rPr>
          <w:sz w:val="20"/>
        </w:rPr>
        <w:t>1:16:05  Maulana, agla sawal aya hai Islamabad, Pakistan se Waseem Bari sahib ka. Unhon ne likha hai: "Maulana, how can I awaken my conscience permanently?</w:t>
      </w:r>
      <w:r>
        <w:br/>
      </w:r>
      <w:r>
        <w:rPr>
          <w:sz w:val="20"/>
        </w:rPr>
        <w:t>1:16:19  please gaid mi." woh to aaj aaj mein isi bola ke jo aaj aaj mein ne kaha ke recharge yor maind, apne maind ko bar bar charge kijie.</w:t>
      </w:r>
      <w:r>
        <w:br/>
      </w:r>
      <w:r>
        <w:rPr>
          <w:sz w:val="20"/>
        </w:rPr>
        <w:t>1:16:36  to har lamha yaad rakhen jo ayat mein ne parhi, jo hadith mein ne parhi, to har momint, har momint kuch na kuch guzarta hai aap ke sath.</w:t>
      </w:r>
      <w:r>
        <w:br/>
      </w:r>
      <w:r>
        <w:rPr>
          <w:sz w:val="20"/>
        </w:rPr>
        <w:t>1:16:47  koi expiriens, koi abzarveshan, kisi se kuch suntay hain, kuch parhtay hain, har har momint. to aap apne shaoor ko, apne maind ko agar develop kar saken ke is se extract kare aadmi,</w:t>
      </w:r>
      <w:r>
        <w:br/>
      </w:r>
      <w:r>
        <w:rPr>
          <w:sz w:val="20"/>
        </w:rPr>
        <w:t>1:17:00  ise aap extract kar saken, ise nikal saken, woh cheez jis ko mein kehta hoon point of reference,</w:t>
      </w:r>
      <w:r>
        <w:br/>
      </w:r>
      <w:r>
        <w:rPr>
          <w:sz w:val="20"/>
        </w:rPr>
        <w:t>1:17:08  tab yeh silsila jari rahega, jari rahega, jari rahega. agar aisa nahi karenge to to discontinue ho jayega, phir jari nahi reh sakta. to har cheez aap ek paon uthate hain zameen par, tab bhi is mein ek point of reference hota hai.</w:t>
      </w:r>
      <w:r>
        <w:br/>
      </w:r>
      <w:r>
        <w:rPr>
          <w:sz w:val="20"/>
        </w:rPr>
        <w:t>1:17:24  aap aankh khol kar dekhte hain, tab bhi point of reference hota hai.</w:t>
      </w:r>
      <w:r>
        <w:br/>
      </w:r>
      <w:r>
        <w:rPr>
          <w:sz w:val="20"/>
        </w:rPr>
        <w:t>1:17:29  misalan jab mein apne ghar se nikla to bahar cheezain dikhai de rahi theen. to mein ne socha ke agar bahar roshni na ho, mujhe mujhe aankh mili hui ho aur bahar roshni na ho to mein kuch nahi dekhunga.</w:t>
      </w:r>
      <w:r>
        <w:br/>
      </w:r>
      <w:r>
        <w:rPr>
          <w:sz w:val="20"/>
        </w:rPr>
        <w:t>1:17:44  aankh nahi dekhti jab tak ke roshni bahar maujood na ho. to bahar lait hona chahiye, tab aap ki aankh dekh pati hai kisi cheez ko.</w:t>
      </w:r>
      <w:r>
        <w:br/>
      </w:r>
      <w:r>
        <w:rPr>
          <w:sz w:val="20"/>
        </w:rPr>
        <w:t>1:17:54  to isi is mein ek point of reference tha ke kaisa ajib hai khuda ke is ne jab mujhe aankh diya to bahar lait bhi is ne bherh di, suraj ko chamka bhi diya sath sath.</w:t>
      </w:r>
      <w:r>
        <w:br/>
      </w:r>
      <w:r>
        <w:rPr>
          <w:sz w:val="20"/>
        </w:rPr>
        <w:t>1:18:07  to har momint, har momint aisi cheez guzarti hai aap ke sath jis mein aap ko ek point of reference maujood hota hai.</w:t>
      </w:r>
      <w:r>
        <w:br/>
      </w:r>
      <w:r>
        <w:rPr>
          <w:sz w:val="20"/>
        </w:rPr>
        <w:t>1:18:15  jaise mein bol raha hoon to aap ghor kijie ke jo speech hai, power of speech, to sari universe mein kisi ko hasil nahi.</w:t>
      </w:r>
      <w:r>
        <w:br/>
      </w:r>
      <w:r>
        <w:rPr>
          <w:sz w:val="20"/>
        </w:rPr>
        <w:t>1:18:26  do sitaron ke beech mein koi exchange nahi hota, do planet ke beech mein koi baat cheet nahi hoti, kisi sher aur hathi ke beech mein baat cheet nahi hoti.</w:t>
      </w:r>
      <w:r>
        <w:br/>
      </w:r>
      <w:r>
        <w:rPr>
          <w:sz w:val="20"/>
        </w:rPr>
        <w:t>1:18:37  kyun ke in ko yeh yeh jo speech aap ko hasil hai, power hai, woh in ko nahi hasil hai.</w:t>
      </w:r>
      <w:r>
        <w:br/>
      </w:r>
      <w:r>
        <w:rPr>
          <w:sz w:val="20"/>
        </w:rPr>
        <w:t>1:18:43  to har waqt aap bolte hain, woh bhi ek point of reference hai. to asal cheez jo hai woh hai ke awaken maind.</w:t>
      </w:r>
      <w:r>
        <w:br/>
      </w:r>
      <w:r>
        <w:rPr>
          <w:sz w:val="20"/>
        </w:rPr>
        <w:t>1:18:52  awaken maind agar aap ke andar hai to har cheez aap ke liye point of reference banti rahegi aur phir woh continue rahega.</w:t>
      </w:r>
      <w:r>
        <w:br/>
      </w:r>
      <w:r>
        <w:rPr>
          <w:sz w:val="20"/>
        </w:rPr>
        <w:t>1:19:01  aap ka process is mein, is mein discontinue nahi hoga. yahi hai raaz.</w:t>
      </w:r>
    </w:p>
    <w:p>
      <w:pPr>
        <w:pStyle w:val="Heading2"/>
      </w:pPr>
      <w:r>
        <w:t>How to become God's desired person?</w:t>
      </w:r>
    </w:p>
    <w:p>
      <w:r>
        <w:rPr>
          <w:color w:val="666666"/>
          <w:sz w:val="18"/>
        </w:rPr>
        <w:t>Spirituality · Islamic Pacifism Q&amp;A 8 May 2011 · 4m 02s · at 21:48 · https://youtu.be/5ZersGDNVcw?t=1308</w:t>
      </w:r>
    </w:p>
    <w:p>
      <w:r>
        <w:rPr>
          <w:i/>
        </w:rPr>
        <w:t>“How can a person become the desired person of God?”</w:t>
      </w:r>
    </w:p>
    <w:p>
      <w:r>
        <w:rPr>
          <w:sz w:val="20"/>
        </w:rPr>
        <w:t>21:48  Mr. Muhammad Daniyal ne Patna se sawal kiya hai. Unhon ne likha hai: "Koi shakhs Khuda ka matloob insaan kaise banay?" Is ke baray mein batayein.</w:t>
      </w:r>
      <w:r>
        <w:br/>
      </w:r>
      <w:r>
        <w:rPr>
          <w:sz w:val="20"/>
        </w:rPr>
        <w:t>22:07  Yeh to bohat mushkil sawal hai.</w:t>
      </w:r>
      <w:r>
        <w:br/>
      </w:r>
      <w:r>
        <w:rPr>
          <w:sz w:val="20"/>
        </w:rPr>
        <w:t>22:22  Baaki mein yahi keh sakta hoon ke takhallaqu be akhlaq Allah. Allah ke jo sifat hain, attributes hain, woh apne andar paida karna.</w:t>
      </w:r>
      <w:r>
        <w:br/>
      </w:r>
      <w:r>
        <w:rPr>
          <w:sz w:val="20"/>
        </w:rPr>
        <w:t>22:35  Aur sab se bari sifat Allah Ta'ala ki hai,</w:t>
      </w:r>
      <w:r>
        <w:br/>
      </w:r>
      <w:r>
        <w:rPr>
          <w:sz w:val="20"/>
        </w:rPr>
        <w:t>22:38  Rehman aur Raheem hona. Jo shuru hi mein bataya gaya hai. Rehman Raheem ke ma'ani kya hain? Yak tarfa tor par doosray ke baray mein wilshir hona.</w:t>
      </w:r>
      <w:r>
        <w:br/>
      </w:r>
      <w:r>
        <w:rPr>
          <w:sz w:val="20"/>
        </w:rPr>
        <w:t>22:54  Yak tarfa tor par positive mind ke sath duniya mein rehna. Yak tarfa tor par apne seene ko doosron ke liye achay jazbaat ka maskan banana.</w:t>
      </w:r>
      <w:r>
        <w:br/>
      </w:r>
      <w:r>
        <w:rPr>
          <w:sz w:val="20"/>
        </w:rPr>
        <w:t>23:11  To kaun Khuda ka matloob hai, yeh to aakhirat mein pata chalay ga. Duniya mein pata nahi chal sakta hai. Lekin Quran mein aik aik Surah hai jis mein hai ke razi Allah anhum wa radu.</w:t>
      </w:r>
      <w:r>
        <w:br/>
      </w:r>
      <w:r>
        <w:rPr>
          <w:sz w:val="20"/>
        </w:rPr>
        <w:t>23:23  Surah Al-Fajr. Is mein aik criteria milta hai humein.</w:t>
      </w:r>
      <w:r>
        <w:br/>
      </w:r>
      <w:r>
        <w:rPr>
          <w:sz w:val="20"/>
        </w:rPr>
        <w:t>23:30  Surah Al-Fajr mein. Ke do baat kahi gayi hain ke Allah kisi ko,</w:t>
      </w:r>
      <w:r>
        <w:br/>
      </w:r>
      <w:r>
        <w:rPr>
          <w:sz w:val="20"/>
        </w:rPr>
        <w:t>23:38  Allah Ta'ala jab kisi ko</w:t>
      </w:r>
      <w:r>
        <w:br/>
      </w:r>
      <w:r>
        <w:rPr>
          <w:sz w:val="20"/>
        </w:rPr>
        <w:t>23:43  Achay halaat deta hai, us ko</w:t>
      </w:r>
      <w:r>
        <w:br/>
      </w:r>
      <w:r>
        <w:rPr>
          <w:sz w:val="20"/>
        </w:rPr>
        <w:t>23:48  To woh hota hai ibtila ke liye, aazmaish ke liye. Lekin woh us ko apna fakhr bana leta hai. Ke Khuda ne mujhe yeh diya, Khuda ne mujhe woh diya. To aap ko kuch milay, achi cheez duniya ki.</w:t>
      </w:r>
      <w:r>
        <w:br/>
      </w:r>
      <w:r>
        <w:rPr>
          <w:sz w:val="20"/>
        </w:rPr>
        <w:t>24:02  Aap ko daulat milay, building milay, property milay.</w:t>
      </w:r>
      <w:r>
        <w:br/>
      </w:r>
      <w:r>
        <w:rPr>
          <w:sz w:val="20"/>
        </w:rPr>
        <w:t>24:06  To woh ibtila ke liye hota hai. Aazmaish ke liye hota hai. Ke aap us ko pa kar kaise bantay hain. Lekin hota kya hai ke log fakhr mein mubtala ho jatay hain.</w:t>
      </w:r>
      <w:r>
        <w:br/>
      </w:r>
      <w:r>
        <w:rPr>
          <w:sz w:val="20"/>
        </w:rPr>
        <w:t>24:19  Naaz mein mubtala hotay hain. Us ko apna pride bana letay hain, pride.</w:t>
      </w:r>
      <w:r>
        <w:br/>
      </w:r>
      <w:r>
        <w:rPr>
          <w:sz w:val="20"/>
        </w:rPr>
        <w:t>24:24  Phir us isi Surah mein hai ke jab Allah Ta'ala kisi ko tangi deta hai, tang haali mein mubtala karta hai, to woh bhi ibtila ke liye hota hai.</w:t>
      </w:r>
      <w:r>
        <w:br/>
      </w:r>
      <w:r>
        <w:rPr>
          <w:sz w:val="20"/>
        </w:rPr>
        <w:t>24:34  Woh bhi ibtila ke liye, aazmaish ke liye hota hai. Lekin yahan bhi aadmi kya karta hai? Ghalat ta'assur leta hai. Kehta hai ke dekho, Khuda ne mujhe</w:t>
      </w:r>
      <w:r>
        <w:br/>
      </w:r>
      <w:r>
        <w:rPr>
          <w:sz w:val="20"/>
        </w:rPr>
        <w:t>24:42  Bad haal kar diya? Kaisa Khuda hai? Kisi ko acha diya, kisi ko bura kar diya. Dekho, falan falan ko, un ko yeh mila hua hai, ab yeh kuch nahi mila.</w:t>
      </w:r>
      <w:r>
        <w:br/>
      </w:r>
      <w:r>
        <w:rPr>
          <w:sz w:val="20"/>
        </w:rPr>
        <w:t>24:52  to shikayati nafsiyat. Yani ek shakal, ek shakal mein fakhr ki nafsiyat. Doosri shakal mein shikayat ki nafsiyat. Yeh dono hi Khuda ke liye ghair matloob hain.</w:t>
      </w:r>
      <w:r>
        <w:br/>
      </w:r>
      <w:r>
        <w:rPr>
          <w:sz w:val="20"/>
        </w:rPr>
        <w:t>25:04  to is ke baad farmaya ke an-nafs al-mutmainnah jo hai, woh Allah ko matloob hai. An-nafs al-mutmainnah ka matlab hota hai complex free soul.</w:t>
      </w:r>
      <w:r>
        <w:br/>
      </w:r>
      <w:r>
        <w:rPr>
          <w:sz w:val="20"/>
        </w:rPr>
        <w:t>25:17  complex free soul. To inhi ke bare mein kaha hai ke Allah is se raazi hoga. To</w:t>
      </w:r>
      <w:r>
        <w:br/>
      </w:r>
      <w:r>
        <w:rPr>
          <w:sz w:val="20"/>
        </w:rPr>
        <w:t>25:24  fi waqe Allah kisi se raazi ho gaya. Fi waqe koi Allah ka matloob ban jab ban gaya, yeh to qayamat mein pata chalega. Lekin aap koshish kar sakte hain is tareeqe se ke apne ko aap complex free soul banayein.</w:t>
      </w:r>
      <w:r>
        <w:br/>
      </w:r>
      <w:r>
        <w:rPr>
          <w:sz w:val="20"/>
        </w:rPr>
        <w:t>25:38  apne ko an-nafs al-mutmainnah banayein.</w:t>
      </w:r>
      <w:r>
        <w:br/>
      </w:r>
      <w:r>
        <w:rPr>
          <w:sz w:val="20"/>
        </w:rPr>
        <w:t>25:41  har cheez ko is nazar se dekha jis nazar se Khuda is ko dekhta hai.</w:t>
      </w:r>
    </w:p>
    <w:p>
      <w:pPr>
        <w:pStyle w:val="Heading2"/>
      </w:pPr>
      <w:r>
        <w:t>How to develop a purified personality despite mistakes</w:t>
      </w:r>
    </w:p>
    <w:p>
      <w:r>
        <w:rPr>
          <w:color w:val="666666"/>
          <w:sz w:val="18"/>
        </w:rPr>
        <w:t>Spirituality · Paradise September 18, 2016 · 2m 05s · at 53:16 · https://youtu.be/R2kZlD0PbGQ?t=3196</w:t>
      </w:r>
    </w:p>
    <w:p>
      <w:r>
        <w:rPr>
          <w:i/>
        </w:rPr>
        <w:t>“Often we do wrongdoings, and in spite of not wanting to, we continue to make mistakes. In such a situation, how can we develop a purified personality?”</w:t>
      </w:r>
    </w:p>
    <w:p>
      <w:r>
        <w:rPr>
          <w:sz w:val="20"/>
        </w:rPr>
        <w:t>53:16  ji Maulana, agla sawal kiya hai miss Naghma Siddiqui ne Delhi se.</w:t>
      </w:r>
      <w:r>
        <w:br/>
      </w:r>
      <w:r>
        <w:rPr>
          <w:sz w:val="20"/>
        </w:rPr>
        <w:t>53:21  انہوں نے لکھا ہے: "Often we do wrong doings and in spite of not wanting to we continue</w:t>
      </w:r>
      <w:r>
        <w:br/>
      </w:r>
      <w:r>
        <w:rPr>
          <w:sz w:val="20"/>
        </w:rPr>
        <w:t>53:27  to make mistakes. In such a situation, how can we develop a purified personality?" Dekhiye, purified personality ka</w:t>
      </w:r>
      <w:r>
        <w:br/>
      </w:r>
      <w:r>
        <w:rPr>
          <w:sz w:val="20"/>
        </w:rPr>
        <w:t>53:33  matlab yeh nahi hai ke ke koi ghalti na kare aadmi, yeh matlab nahi hai.</w:t>
      </w:r>
      <w:r>
        <w:br/>
      </w:r>
      <w:r>
        <w:rPr>
          <w:sz w:val="20"/>
        </w:rPr>
        <w:t>53:38  hadees mein aata hai ke: "kul bani Adam khattaon wa khair ul khattain at tawwaboon".</w:t>
      </w:r>
      <w:r>
        <w:br/>
      </w:r>
      <w:r>
        <w:rPr>
          <w:sz w:val="20"/>
        </w:rPr>
        <w:t>53:44  tu khata karna, yani aadmi khata na kare, yeh koi baat nahi hai.</w:t>
      </w:r>
      <w:r>
        <w:br/>
      </w:r>
      <w:r>
        <w:rPr>
          <w:sz w:val="20"/>
        </w:rPr>
        <w:t>53:50  khata ho aur aadmi foran lotay, tauba ka matlab hai lotna.</w:t>
      </w:r>
      <w:r>
        <w:br/>
      </w:r>
      <w:r>
        <w:rPr>
          <w:sz w:val="20"/>
        </w:rPr>
        <w:t>53:55  tu balkay aik hadees yahan tak hai ke insaan agar ghalti na kare to Allah aik aur makhlooq</w:t>
      </w:r>
      <w:r>
        <w:br/>
      </w:r>
      <w:r>
        <w:rPr>
          <w:sz w:val="20"/>
        </w:rPr>
        <w:t>54:01  paida kare ga jo ghalti kare aur tauba kare.</w:t>
      </w:r>
      <w:r>
        <w:br/>
      </w:r>
      <w:r>
        <w:rPr>
          <w:sz w:val="20"/>
        </w:rPr>
        <w:t>54:07  kyun? is ki wajah kiya hai? yeh ghalti se to hamara irtiqaa hota hai.</w:t>
      </w:r>
      <w:r>
        <w:br/>
      </w:r>
      <w:r>
        <w:rPr>
          <w:sz w:val="20"/>
        </w:rPr>
        <w:t>54:13  ghalti jo hai, yaad rakhiye, har ghalti, har khata hamare liye kiya hai? woh shock treatment hai.</w:t>
      </w:r>
      <w:r>
        <w:br/>
      </w:r>
      <w:r>
        <w:rPr>
          <w:sz w:val="20"/>
        </w:rPr>
        <w:t>54:18  shock treatment na ho to hum islaah bhi apni nahi kar paen ge.</w:t>
      </w:r>
      <w:r>
        <w:br/>
      </w:r>
      <w:r>
        <w:rPr>
          <w:sz w:val="20"/>
        </w:rPr>
        <w:t>54:24  ghalti aap ko jhanjhoarti hai, brainstorming paida karti hai.</w:t>
      </w:r>
      <w:r>
        <w:br/>
      </w:r>
      <w:r>
        <w:rPr>
          <w:sz w:val="20"/>
        </w:rPr>
        <w:t>54:30  to woh shock treatment hai.</w:t>
      </w:r>
      <w:r>
        <w:br/>
      </w:r>
      <w:r>
        <w:rPr>
          <w:sz w:val="20"/>
        </w:rPr>
        <w:t>54:35  to ghalti karna koi koi aib ki baat nahi hai.</w:t>
      </w:r>
      <w:r>
        <w:br/>
      </w:r>
      <w:r>
        <w:rPr>
          <w:sz w:val="20"/>
        </w:rPr>
        <w:t>54:41  ghalti ke baad foran aadmi chaokar na ho jaye aur apni islaah kare.</w:t>
      </w:r>
      <w:r>
        <w:br/>
      </w:r>
      <w:r>
        <w:rPr>
          <w:sz w:val="20"/>
        </w:rPr>
        <w:t>54:47  yeh baat quran mein maujood hai: "sab yatooboon min qareeb".</w:t>
      </w:r>
      <w:r>
        <w:br/>
      </w:r>
      <w:r>
        <w:rPr>
          <w:sz w:val="20"/>
        </w:rPr>
        <w:t>54:52  jaldi hi tauba kar lete hain.</w:t>
      </w:r>
      <w:r>
        <w:br/>
      </w:r>
      <w:r>
        <w:rPr>
          <w:sz w:val="20"/>
        </w:rPr>
        <w:t>54:58  woh toh matlab jo hai, jo matloob hai, woh yeh hai ke ghalti ke baad aadmi chaokar na</w:t>
      </w:r>
      <w:r>
        <w:br/>
      </w:r>
      <w:r>
        <w:rPr>
          <w:sz w:val="20"/>
        </w:rPr>
        <w:t>55:04  ho jaye, foran tauba kare, apni islaah kare.</w:t>
      </w:r>
      <w:r>
        <w:br/>
      </w:r>
      <w:r>
        <w:rPr>
          <w:sz w:val="20"/>
        </w:rPr>
        <w:t>55:10  yeh hai tareeqa.</w:t>
      </w:r>
      <w:r>
        <w:br/>
      </w:r>
      <w:r>
        <w:rPr>
          <w:sz w:val="20"/>
        </w:rPr>
        <w:t>55:15  ghalti na kare, yeh toh koi hal nahi hai.</w:t>
      </w:r>
    </w:p>
    <w:p>
      <w:pPr>
        <w:pStyle w:val="Heading2"/>
      </w:pPr>
      <w:r>
        <w:t>How to develop spiritual wisdom</w:t>
      </w:r>
    </w:p>
    <w:p>
      <w:r>
        <w:rPr>
          <w:color w:val="666666"/>
          <w:sz w:val="18"/>
        </w:rPr>
        <w:t>Spirituality · The Concept of Help Feb 9, 2020—Maulana Wahiduddin Khan · 2m 48s · at 39:19 · https://youtu.be/WScXmduh1AQ?t=2359</w:t>
      </w:r>
    </w:p>
    <w:p>
      <w:r>
        <w:rPr>
          <w:i/>
        </w:rPr>
        <w:t>“I need to know how I can develop ma'rifat (wisdom).”</w:t>
      </w:r>
    </w:p>
    <w:p>
      <w:r>
        <w:rPr>
          <w:sz w:val="20"/>
        </w:rPr>
        <w:t>39:19  Maulana, agla sawal lete hain. yeh sawal poocha hai Karim Nagar se Zaman Aiza ne.</w:t>
      </w:r>
      <w:r>
        <w:br/>
      </w:r>
      <w:r>
        <w:rPr>
          <w:sz w:val="20"/>
        </w:rPr>
        <w:t>39:30  Unhone aap se poocha hai ke: "I need to know how I can develop marifat wisdom."</w:t>
      </w:r>
      <w:r>
        <w:br/>
      </w:r>
      <w:r>
        <w:rPr>
          <w:sz w:val="20"/>
        </w:rPr>
        <w:t>39:42  Dekhiye, mera jo tajurba hai ke wisdom ya marifat to aap ke andar bhari hui hai, jis tarah se seb mein ras bhara hota hai,</w:t>
      </w:r>
      <w:r>
        <w:br/>
      </w:r>
      <w:r>
        <w:rPr>
          <w:sz w:val="20"/>
        </w:rPr>
        <w:t>39:59  seb mein ras bhare bhara hua hota hai. lekin seb ka ras pani ke liye seb ko crush karna parta hai.</w:t>
      </w:r>
      <w:r>
        <w:br/>
      </w:r>
      <w:r>
        <w:rPr>
          <w:sz w:val="20"/>
        </w:rPr>
        <w:t>40:09  Crush to aap apne ko crush hone ke dete nahi. Aap aap koi bhi koi dhoondte hain, koi aasani, koi help.</w:t>
      </w:r>
      <w:r>
        <w:br/>
      </w:r>
      <w:r>
        <w:rPr>
          <w:sz w:val="20"/>
        </w:rPr>
        <w:t>40:25  Mera dekh, self bari help. Yeh ek aadmi wisdom diya jaye, aur wisdom aati hai</w:t>
      </w:r>
      <w:r>
        <w:br/>
      </w:r>
      <w:r>
        <w:rPr>
          <w:sz w:val="20"/>
        </w:rPr>
        <w:t>40:33  crush ki technology ke zariye. Yeh bohat achi misaal hai ke Allah Ta'ala ne seb paida kiya. Seb mein ras bhara hua hota hai, bohat hi mufeed ras, faide wala.</w:t>
      </w:r>
      <w:r>
        <w:br/>
      </w:r>
      <w:r>
        <w:rPr>
          <w:sz w:val="20"/>
        </w:rPr>
        <w:t>40:45  lekin seb ka ras paane ke liye aap ko seb ko crush karna parta hai. Aise insaan ki ke andar jo khoobiyan hain, bhari hui hain, us ko crush karne ki zaroorat hai.</w:t>
      </w:r>
      <w:r>
        <w:br/>
      </w:r>
      <w:r>
        <w:rPr>
          <w:sz w:val="20"/>
        </w:rPr>
        <w:t>41:00  Sab se barhe is zamane mein jahan jahan to dekha hai maine, bachon ka sabz jis mein un ke maa baap hote hain, maa baap woh crush karne ki technique ko istemal nahi hone dete.</w:t>
      </w:r>
      <w:r>
        <w:br/>
      </w:r>
      <w:r>
        <w:rPr>
          <w:sz w:val="20"/>
        </w:rPr>
        <w:t>41:13  Yeh bachon ko lath par, lath par, lath par phir ek dam bekar bekar kar dete hain. Jis tarah se sirf jab tak crush na kiya jaye, uska ras nahi nikla.</w:t>
      </w:r>
      <w:r>
        <w:br/>
      </w:r>
      <w:r>
        <w:rPr>
          <w:sz w:val="20"/>
        </w:rPr>
        <w:t>41:27  Isi tarah se bachhe jab tak thokar na khayein, kuch museebat na uthayein, tab tak kuch nahi aata un ko. Yeh meri zindagi ka tajurba hai.</w:t>
      </w:r>
      <w:r>
        <w:br/>
      </w:r>
      <w:r>
        <w:rPr>
          <w:sz w:val="20"/>
        </w:rPr>
        <w:t>41:43  aur jo hadith maine sunai aap ko, woh hadith us ki</w:t>
      </w:r>
      <w:r>
        <w:br/>
      </w:r>
      <w:r>
        <w:rPr>
          <w:sz w:val="20"/>
        </w:rPr>
        <w:t>41:49  deeni aitbaar se us ki tasdeeq hai.</w:t>
      </w:r>
      <w:r>
        <w:br/>
      </w:r>
      <w:r>
        <w:rPr>
          <w:sz w:val="20"/>
        </w:rPr>
        <w:t>41:56  Riyaz Bhatt sahib ne Bangalore se likha hai: "Today lecture was an eye opener for all of us who try to find comfort and satisfaction together.</w:t>
      </w:r>
    </w:p>
    <w:p>
      <w:pPr>
        <w:pStyle w:val="Heading2"/>
      </w:pPr>
      <w:r>
        <w:t>How to discover one's helplessness despite ability?</w:t>
      </w:r>
    </w:p>
    <w:p>
      <w:r>
        <w:rPr>
          <w:color w:val="666666"/>
          <w:sz w:val="18"/>
        </w:rPr>
        <w:t>Spirituality · Three levels of Realization 4 July 2010 - Maulana Wahiduddin Khan · 2m 27s · at 1:06:55 · https://youtu.be/H-kx5TldzfQ?t=4015</w:t>
      </w:r>
    </w:p>
    <w:p>
      <w:r>
        <w:rPr>
          <w:i/>
        </w:rPr>
        <w:t>“Maulana, while having ability, how can we discover our helplessness?”</w:t>
      </w:r>
    </w:p>
    <w:p>
      <w:r>
        <w:rPr>
          <w:sz w:val="20"/>
        </w:rPr>
        <w:t>1:06:55  maulana agla sawal abdul basit ne kiya hai doha qatar se unhon ne likha hai: "maulana ikhtiyar rakhte hue kaise apne ajz ko daryaft karein?" yani kis tarah ki soch se hum apne ajz ko daryaft karein?</w:t>
      </w:r>
      <w:r>
        <w:br/>
      </w:r>
      <w:r>
        <w:rPr>
          <w:sz w:val="20"/>
        </w:rPr>
        <w:t>1:07:17  ajz ki daryaft har waqt hoti rehti hai har waqt hoti rehti hai</w:t>
      </w:r>
      <w:r>
        <w:br/>
      </w:r>
      <w:r>
        <w:rPr>
          <w:sz w:val="20"/>
        </w:rPr>
        <w:t>1:07:22  hum koi na koi cheez hum se jaise ab mein farz ki jiye ke yeh uthata hoon aksar hota hai slip kar ke gir jata hai to mein ne apne ajz ko daryaft kiya ke khuda itni bari universe ko manage kar raha hai aur koi aisa na ho ke koi sitara gir pade koi planet gir pade koi star gir pade</w:t>
      </w:r>
      <w:r>
        <w:br/>
      </w:r>
      <w:r>
        <w:rPr>
          <w:sz w:val="20"/>
        </w:rPr>
        <w:t>1:07:45  ab jaise mein kal parson ki baat batata hoon mera daant jo hai wo zuban mein kuch injury ho gayi zuban mein khane khate waqt ittefaq se zuban kahin daant ke is mein aa gayi is ki zad mein aa gayi to zuban mein injury ho gayi</w:t>
      </w:r>
      <w:r>
        <w:br/>
      </w:r>
      <w:r>
        <w:rPr>
          <w:sz w:val="20"/>
        </w:rPr>
        <w:t>1:08:06  bhai doctor ke paas jana para to mein ne socha jate hue ke insaan itna helpless hai ke khud apne daant hain aur apni zuban hai apne daant se bhi apni zuban ko bacha nahi sakta wo</w:t>
      </w:r>
      <w:r>
        <w:br/>
      </w:r>
      <w:r>
        <w:rPr>
          <w:sz w:val="20"/>
        </w:rPr>
        <w:t>1:08:24  yeh bohat anokha mere liye experience tha wo daant bhi meri zuban bhi meri</w:t>
      </w:r>
      <w:r>
        <w:br/>
      </w:r>
      <w:r>
        <w:rPr>
          <w:sz w:val="20"/>
        </w:rPr>
        <w:t>1:08:31  aur mein khud apne daant se apni zuban ko bacha nahi sakta</w:t>
      </w:r>
      <w:r>
        <w:br/>
      </w:r>
      <w:r>
        <w:rPr>
          <w:sz w:val="20"/>
        </w:rPr>
        <w:t>1:08:37  to har waqt har waqt tajruba hota hai is tajrube mein lesson jo chupa hua hai us ko lesson nikaliye har waqt koi na koi aisi cheez hoti hai jo batati hai ke insaan helpless hai to helplessness ka koi koi wo koi course nahi hai wo apne aql ko active karna hai apni soch ko active karna hai</w:t>
      </w:r>
      <w:r>
        <w:br/>
      </w:r>
      <w:r>
        <w:rPr>
          <w:sz w:val="20"/>
        </w:rPr>
        <w:t>1:09:07  yani mein kahoon ke intellectual awakening jitni hogi utni aap is baat ko janenge yani zehni bedari jitna hoga jitni zyada utni zyada aap is se waqif ho jayenge.</w:t>
      </w:r>
    </w:p>
    <w:p>
      <w:pPr>
        <w:pStyle w:val="Heading2"/>
      </w:pPr>
      <w:r>
        <w:t>How to enlarge the heart for thought purification</w:t>
      </w:r>
    </w:p>
    <w:p>
      <w:r>
        <w:rPr>
          <w:color w:val="666666"/>
          <w:sz w:val="18"/>
        </w:rPr>
        <w:t>Spirituality · Tawbah-e-Nasuh (Sincere Repentance) 16 Feb 2020 - Maulana Wahiduddin Khan · 2m 20s · at 38:38 · https://youtu.be/0CccKs-1Uu8?t=2318</w:t>
      </w:r>
    </w:p>
    <w:p>
      <w:r>
        <w:rPr>
          <w:i/>
        </w:rPr>
        <w:t>“To clean one's thoughts, a very big heart is needed, especially for a dai. My question is: How can we all make our hearts big?”</w:t>
      </w:r>
    </w:p>
    <w:p>
      <w:r>
        <w:rPr>
          <w:sz w:val="20"/>
        </w:rPr>
        <w:t>38:38  maulana agla sawal lete hain. yeh sawal lucknow se bheja hai muhammad waqas sahab ne. unhon ne likha hai: "maulana thought ki safai ke liye bohat bara dil chahiye.</w:t>
      </w:r>
      <w:r>
        <w:br/>
      </w:r>
      <w:r>
        <w:rPr>
          <w:sz w:val="20"/>
        </w:rPr>
        <w:t>38:52  khas kar ek dai ke liye.</w:t>
      </w:r>
      <w:r>
        <w:br/>
      </w:r>
      <w:r>
        <w:rPr>
          <w:sz w:val="20"/>
        </w:rPr>
        <w:t>38:55  mera sawal yeh hai ke hum sab apna dil bara kaise karen?" yeh dil to bara hota hi hai.</w:t>
      </w:r>
      <w:r>
        <w:br/>
      </w:r>
      <w:r>
        <w:rPr>
          <w:sz w:val="20"/>
        </w:rPr>
        <w:t>39:05  jo dil allah ne paida kiya hai, woh to bara hota hi hai. hum is ko chhota kar lete hain.</w:t>
      </w:r>
      <w:r>
        <w:br/>
      </w:r>
      <w:r>
        <w:rPr>
          <w:sz w:val="20"/>
        </w:rPr>
        <w:t>39:15  aur chhota karne ki sab se bari wajah jo hai, woh hai</w:t>
      </w:r>
      <w:r>
        <w:br/>
      </w:r>
      <w:r>
        <w:rPr>
          <w:sz w:val="20"/>
        </w:rPr>
        <w:t>39:22  woh hai</w:t>
      </w:r>
      <w:r>
        <w:br/>
      </w:r>
      <w:r>
        <w:rPr>
          <w:sz w:val="20"/>
        </w:rPr>
        <w:t>39:27  kya kehte hain is ko?</w:t>
      </w:r>
      <w:r>
        <w:br/>
      </w:r>
      <w:r>
        <w:rPr>
          <w:sz w:val="20"/>
        </w:rPr>
        <w:t>39:42  yani apne ko kuch samajh lena. apne ko kuch samajh lena.</w:t>
      </w:r>
      <w:r>
        <w:br/>
      </w:r>
      <w:r>
        <w:rPr>
          <w:sz w:val="20"/>
        </w:rPr>
        <w:t>39:51  jab apne ko kuch na samjhen aap. is waqt hota hai jab allah ki barai jo hai, barai us ko aap discover karen.</w:t>
      </w:r>
      <w:r>
        <w:br/>
      </w:r>
      <w:r>
        <w:rPr>
          <w:sz w:val="20"/>
        </w:rPr>
        <w:t>40:05  mashhoor misal hai ke ek ek lakeer hai, woh lakeer ko tum chhota karna chahte ho to is ke paas doosri lakeer lambi kheench do.</w:t>
      </w:r>
      <w:r>
        <w:br/>
      </w:r>
      <w:r>
        <w:rPr>
          <w:sz w:val="20"/>
        </w:rPr>
        <w:t>40:18  main samajhta hoon ke sab se bara jo tareeqa hai, woh yeh ke aap sochen ke allah sab se sab se bara hai. allah sab se bara hai.</w:t>
      </w:r>
      <w:r>
        <w:br/>
      </w:r>
      <w:r>
        <w:rPr>
          <w:sz w:val="20"/>
        </w:rPr>
        <w:t>40:30  jab aap yeh jaan lenge, discover karenge ke sab se bara to allah hai</w:t>
      </w:r>
      <w:r>
        <w:br/>
      </w:r>
      <w:r>
        <w:rPr>
          <w:sz w:val="20"/>
        </w:rPr>
        <w:t>40:36  aur main to kuch bhi nahi hoon, tab ja kar yeh sifat aayegi aap ke andar. baghair is ke nahi aa sakti hai. lakeer chhoti kheenchne se kuch nahi hota.</w:t>
      </w:r>
      <w:r>
        <w:br/>
      </w:r>
      <w:r>
        <w:rPr>
          <w:sz w:val="20"/>
        </w:rPr>
        <w:t>40:47  allah ko apne dil mein bithayen aap, is se hota hai.</w:t>
      </w:r>
    </w:p>
    <w:p>
      <w:pPr>
        <w:pStyle w:val="Heading2"/>
      </w:pPr>
      <w:r>
        <w:t>How to practice introspection for ma'rifat</w:t>
      </w:r>
    </w:p>
    <w:p>
      <w:r>
        <w:rPr>
          <w:color w:val="666666"/>
          <w:sz w:val="18"/>
        </w:rPr>
        <w:t>Spirituality · The Importance of Thinking November 10, 2013 · 2m 24s · at 51:35 · https://youtu.be/y16CddTHoqE?t=3095</w:t>
      </w:r>
    </w:p>
    <w:p>
      <w:r>
        <w:rPr>
          <w:i/>
        </w:rPr>
        <w:t>“Introspection is most important for high ma'rifat. Maulana, please advise on how to do introspection.”</w:t>
      </w:r>
    </w:p>
    <w:p>
      <w:r>
        <w:rPr>
          <w:sz w:val="20"/>
        </w:rPr>
        <w:t>51:35  Maulana, agla sawal Dilli se hai Miss Naghma Siddiqui</w:t>
      </w:r>
      <w:r>
        <w:br/>
      </w:r>
      <w:r>
        <w:rPr>
          <w:sz w:val="20"/>
        </w:rPr>
        <w:t>51:39  ka. unhon ne likha hai: "Introspection is most important for high marifat." Maulana, please advise us how to do introspection.</w:t>
      </w:r>
      <w:r>
        <w:br/>
      </w:r>
      <w:r>
        <w:rPr>
          <w:sz w:val="20"/>
        </w:rPr>
        <w:t>51:54  dekhiye, introspection toh unfold hota hai, automatically unfold hota hai.</w:t>
      </w:r>
      <w:r>
        <w:br/>
      </w:r>
      <w:r>
        <w:rPr>
          <w:sz w:val="20"/>
        </w:rPr>
        <w:t>52:04  sab se bari cheez jo chahiye, woh modesty hai. modesty jaise hi modesty aayi, sab unfold hone laga.</w:t>
      </w:r>
      <w:r>
        <w:br/>
      </w:r>
      <w:r>
        <w:rPr>
          <w:sz w:val="20"/>
        </w:rPr>
        <w:t>52:16  Hadees mein likha aata hai: "man tawada' rafa' Allah". jo modesty ikhtiyar karta hai, Allah us ko buland karta hai.</w:t>
      </w:r>
      <w:r>
        <w:br/>
      </w:r>
      <w:r>
        <w:rPr>
          <w:sz w:val="20"/>
        </w:rPr>
        <w:t>52:26  yeh automatic baat nahi hai.</w:t>
      </w:r>
      <w:r>
        <w:br/>
      </w:r>
      <w:r>
        <w:rPr>
          <w:sz w:val="20"/>
        </w:rPr>
        <w:t>52:29  modesty karega toh us ke uska sab potential unfold hone lagenge.</w:t>
      </w:r>
      <w:r>
        <w:br/>
      </w:r>
      <w:r>
        <w:rPr>
          <w:sz w:val="20"/>
        </w:rPr>
        <w:t>52:38  tabhi introspection aayega aur Allah se qurbat sari sab kuch aati chali jayegi. qurbat toh "man tawada' rafa' Allah".</w:t>
      </w:r>
      <w:r>
        <w:br/>
      </w:r>
      <w:r>
        <w:rPr>
          <w:sz w:val="20"/>
        </w:rPr>
        <w:t>52:48  jo modesty ikhtiyar karta hai toh Allah us ko buland karta hai. yani modesty ki sathi se beginning hoti hai.</w:t>
      </w:r>
      <w:r>
        <w:br/>
      </w:r>
      <w:r>
        <w:rPr>
          <w:sz w:val="20"/>
        </w:rPr>
        <w:t>52:57  agar aap ke andar modesty na ho toh aap ka toh beginning bhi nahi hogi.</w:t>
      </w:r>
      <w:r>
        <w:br/>
      </w:r>
      <w:r>
        <w:rPr>
          <w:sz w:val="20"/>
        </w:rPr>
        <w:t>53:05  toh sab kuch ka raaz mere dukh modesty hai. apne aap ko jo aadmi bana le ke "no arrogance, no pride, no hate, no negative thinking".</w:t>
      </w:r>
      <w:r>
        <w:br/>
      </w:r>
      <w:r>
        <w:rPr>
          <w:sz w:val="20"/>
        </w:rPr>
        <w:t>53:18  jab yeh yeh kar le apne aap ko, yeh arrogance ka ulta kya hai? ke aap ke andar</w:t>
      </w:r>
      <w:r>
        <w:br/>
      </w:r>
      <w:r>
        <w:rPr>
          <w:sz w:val="20"/>
        </w:rPr>
        <w:t>53:30  har qism ka negative thought khatm ho jaye. apne ko bara samajh kar zehan khatm ho jaye.</w:t>
      </w:r>
      <w:r>
        <w:br/>
      </w:r>
      <w:r>
        <w:rPr>
          <w:sz w:val="20"/>
        </w:rPr>
        <w:t>53:40  to yeh yeh modesty hai. modesty jab aaye gi to phir sab baat ab aanay shuru ho jaye gi marifat ki. to marifat ke ke mamle mein modesty is the starting point.</w:t>
      </w:r>
    </w:p>
    <w:p>
      <w:pPr>
        <w:pStyle w:val="Heading2"/>
      </w:pPr>
      <w:r>
        <w:t>How to practice patience and earn reward?</w:t>
      </w:r>
    </w:p>
    <w:p>
      <w:r>
        <w:rPr>
          <w:color w:val="666666"/>
          <w:sz w:val="18"/>
        </w:rPr>
        <w:t>Spirituality · Problem and Shukr March 15, 2015 · 3m 22s · at 55:51 · https://youtu.be/SPBsXjH1hzM?t=3351</w:t>
      </w:r>
    </w:p>
    <w:p>
      <w:r>
        <w:rPr>
          <w:i/>
        </w:rPr>
        <w:t>“I agree with you in what you said today, that we should accept Allah's plan and be patient towards men and thankful towards Allah. But practically, when I try to implement this, I lose patience in certain situations, even though mentally I want to follow. How can I correct myself to exercise patience and earn the reward of Allah?”</w:t>
      </w:r>
    </w:p>
    <w:p>
      <w:r>
        <w:rPr>
          <w:sz w:val="20"/>
        </w:rPr>
        <w:t>55:51  Maulana, agla sawal kya hai? Adil Muhammad Sahib ne Muradabad se, aur unhon ne likha hai ke Maulana, I agree with you in what you said today, that we should accept Allah's plan and be patient towards men and thankful towards Allah.</w:t>
      </w:r>
      <w:r>
        <w:br/>
      </w:r>
      <w:r>
        <w:rPr>
          <w:sz w:val="20"/>
        </w:rPr>
        <w:t>56:10  baat Maulana, practically, when I try to implement this, then I lose patience in certain situations,</w:t>
      </w:r>
      <w:r>
        <w:br/>
      </w:r>
      <w:r>
        <w:rPr>
          <w:sz w:val="20"/>
        </w:rPr>
        <w:t>56:19  I want to follow and agree with what you just said today. How can I correct myself as I want to exercise patience and earn the reward of Allah?</w:t>
      </w:r>
      <w:r>
        <w:br/>
      </w:r>
      <w:r>
        <w:rPr>
          <w:sz w:val="20"/>
        </w:rPr>
        <w:t>56:32  please guide me from where to begin, as i really want to change myself. dekhiye, patience jo hai, wahi to prize hai.</w:t>
      </w:r>
      <w:r>
        <w:br/>
      </w:r>
      <w:r>
        <w:rPr>
          <w:sz w:val="20"/>
        </w:rPr>
        <w:t>56:41  patience jo hai, wahi price hai dunya mein hamd aur shukr ke sath jeene ke liye. to aap price nahi denge to cheez milegi kaise aap ko?</w:t>
      </w:r>
      <w:r>
        <w:br/>
      </w:r>
      <w:r>
        <w:rPr>
          <w:sz w:val="20"/>
        </w:rPr>
        <w:t>56:52  aap ko ek car khareedna hai to kya aap baghair price diye car mil jayegi aap ko?</w:t>
      </w:r>
      <w:r>
        <w:br/>
      </w:r>
      <w:r>
        <w:rPr>
          <w:sz w:val="20"/>
        </w:rPr>
        <w:t>56:59  to woh to price hai, kyunke dunya mein qabt hi rahega, problem hi rahega, challenge hi rahenge, in in unbounded situation hi rahegi.</w:t>
      </w:r>
      <w:r>
        <w:br/>
      </w:r>
      <w:r>
        <w:rPr>
          <w:sz w:val="20"/>
        </w:rPr>
        <w:t>57:10  achha, is ko aap badal nahi sakte, kyunke woh to Khuda ke God given yani freedom ki wajah se hai. to patience jo price hai, is price ko diye baghair aap ko kabhi bhi apne andar positive personality nahi bana payenge.</w:t>
      </w:r>
      <w:r>
        <w:br/>
      </w:r>
      <w:r>
        <w:rPr>
          <w:sz w:val="20"/>
        </w:rPr>
        <w:t>57:26  aap</w:t>
      </w:r>
      <w:r>
        <w:br/>
      </w:r>
      <w:r>
        <w:rPr>
          <w:sz w:val="20"/>
        </w:rPr>
        <w:t>57:27  jab positive personality nahi bana payenge to na shukr hoga na hamd hoga. to is ke to aap ko kuch aur dhoondna hi nahi hai.</w:t>
      </w:r>
      <w:r>
        <w:br/>
      </w:r>
      <w:r>
        <w:rPr>
          <w:sz w:val="20"/>
        </w:rPr>
        <w:t>57:36  is ko yeh samajh kar ada karna hai ke jo price hai, jo mujhe dena hi dena hai, jis tarah car khareedne ke liye mujhe price deni padti hai, tab mujhe car milti hai.</w:t>
      </w:r>
      <w:r>
        <w:br/>
      </w:r>
      <w:r>
        <w:rPr>
          <w:sz w:val="20"/>
        </w:rPr>
        <w:t>57:46  aise hi price yahan bhi ek muamla hai. patience ki price to deni hi padegi. is ka koi doosra shortcut nahi hai.</w:t>
      </w:r>
      <w:r>
        <w:br/>
      </w:r>
      <w:r>
        <w:rPr>
          <w:sz w:val="20"/>
        </w:rPr>
        <w:t>57:54  is ka</w:t>
      </w:r>
      <w:r>
        <w:br/>
      </w:r>
      <w:r>
        <w:rPr>
          <w:sz w:val="20"/>
        </w:rPr>
        <w:t>57:58  Maulana, agla comment aaya hai Kashmir se Shad Hussain sahib ka, aur unhone likha hai ke Maulana, thank you for unfolding the meanings of hamd and qabt in a wonderful contrast.</w:t>
      </w:r>
      <w:r>
        <w:br/>
      </w:r>
      <w:r>
        <w:rPr>
          <w:sz w:val="20"/>
        </w:rPr>
        <w:t>58:13  your explanation gives us thrilling perception about Quranic terms. may God reward you.</w:t>
      </w:r>
    </w:p>
    <w:p>
      <w:pPr>
        <w:pStyle w:val="Heading2"/>
      </w:pPr>
      <w:r>
        <w:t>How to pray amidst fear and despair</w:t>
      </w:r>
    </w:p>
    <w:p>
      <w:r>
        <w:rPr>
          <w:color w:val="666666"/>
          <w:sz w:val="18"/>
        </w:rPr>
        <w:t>Spirituality · Patience and Crisis 22 Dec 2019 - Maulana Wahiduddin Khan · 3m 15s · at 48:31 · https://youtu.be/ddnUKbhEoCI?t=2911</w:t>
      </w:r>
    </w:p>
    <w:p>
      <w:r>
        <w:rPr>
          <w:i/>
        </w:rPr>
        <w:t>“Hazrat, when there is fear and terror everywhere, despondency and darkness, how should one pray? Please tell me about this.”</w:t>
      </w:r>
    </w:p>
    <w:p>
      <w:r>
        <w:rPr>
          <w:sz w:val="20"/>
        </w:rPr>
        <w:t>48:31  jo is training mein kamyab hoga, wahi jannat mein basaya jayega. jazak allah Maulana." Maulana agla sawal lete hain.</w:t>
      </w:r>
      <w:r>
        <w:br/>
      </w:r>
      <w:r>
        <w:rPr>
          <w:sz w:val="20"/>
        </w:rPr>
        <w:t>48:41  yeh bheja hai Kolhapur se Miss Farah Ahmed ne. unhon ne likha hai: "Hazrat har taraf dar aur khauf ho, mayoosi aur andhera ho to dua kis tarah kari jaye?</w:t>
      </w:r>
      <w:r>
        <w:br/>
      </w:r>
      <w:r>
        <w:rPr>
          <w:sz w:val="20"/>
        </w:rPr>
        <w:t>49:00  is ke baray mein bataein." bhai to woh to dua ki training ho jayegi. jab dua ke khilaf mahol ho to us waqt dua karna yeh to bohat hi bari saadat hai.</w:t>
      </w:r>
      <w:r>
        <w:br/>
      </w:r>
      <w:r>
        <w:rPr>
          <w:sz w:val="20"/>
        </w:rPr>
        <w:t>49:18  saadat</w:t>
      </w:r>
      <w:r>
        <w:br/>
      </w:r>
      <w:r>
        <w:rPr>
          <w:sz w:val="20"/>
        </w:rPr>
        <w:t>49:24  yani woh waqt hai ke jab ke Allah Rabb-ul-Alameen yeh kahe ke mere bande ne mujh ko itne achhe mauqe par yaad kiya, main bhi is ki hi hajat poori karta hoon.</w:t>
      </w:r>
      <w:r>
        <w:br/>
      </w:r>
      <w:r>
        <w:rPr>
          <w:sz w:val="20"/>
        </w:rPr>
        <w:t>49:38  woh to bohat hi shandar lamha hota hai. Allah ki rehmat ko invoke karne ka, invoke i n v o k e, woh bohat achha lamha hota hai Allah ki rehmat ko invoke karne ka.</w:t>
      </w:r>
      <w:r>
        <w:br/>
      </w:r>
      <w:r>
        <w:rPr>
          <w:sz w:val="20"/>
        </w:rPr>
        <w:t>49:56  aur</w:t>
      </w:r>
      <w:r>
        <w:br/>
      </w:r>
      <w:r>
        <w:rPr>
          <w:sz w:val="20"/>
        </w:rPr>
        <w:t>50:00  woh isi waqt to Allah ki rehmat sab se josh mein aati hai.</w:t>
      </w:r>
      <w:r>
        <w:br/>
      </w:r>
      <w:r>
        <w:rPr>
          <w:sz w:val="20"/>
        </w:rPr>
        <w:t>50:12  Muhammad Ammar sahib ne Delhi se comment bheja hai: "Maulana what I understood today is that crisis is a positive thing if endured with wisdom.</w:t>
      </w:r>
      <w:r>
        <w:br/>
      </w:r>
      <w:r>
        <w:rPr>
          <w:sz w:val="20"/>
        </w:rPr>
        <w:t>50:24  through crisis we can practice patience and this can stand eligible for God's paradise. it is an advance training to attain paradise." mashallah.</w:t>
      </w:r>
      <w:r>
        <w:br/>
      </w:r>
      <w:r>
        <w:rPr>
          <w:sz w:val="20"/>
        </w:rPr>
        <w:t>50:37  Tanveer Ahmed sahib ne Kolkata se likha hai: "Maulana sahib main ne Al-Risala mein parha tha ke sabr ka matlab hota hai ruk jana ya rukna.</w:t>
      </w:r>
      <w:r>
        <w:br/>
      </w:r>
      <w:r>
        <w:rPr>
          <w:sz w:val="20"/>
        </w:rPr>
        <w:t>50:49  main ne ghor kiya to meri samajh mein yeh baat aayi ke sabr karne par qudrati taur par aisa hota hai ke insan ka zehan ek vistrit shetra mein sochna shuru kar deta hai.</w:t>
      </w:r>
      <w:r>
        <w:br/>
      </w:r>
      <w:r>
        <w:rPr>
          <w:sz w:val="20"/>
        </w:rPr>
        <w:t>51:03  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r>
        <w:br/>
      </w:r>
      <w:r>
        <w:rPr>
          <w:sz w:val="20"/>
        </w:rPr>
        <w:t>51:27  jab insan sabr ke amal se oonche star par soch samajh ki qabliyat apne andar paida kar leta hai tab woh ek bashaoor insan ban jata hai." sahi kaha aap ne.</w:t>
      </w:r>
      <w:r>
        <w:br/>
      </w:r>
      <w:r>
        <w:rPr>
          <w:sz w:val="20"/>
        </w:rPr>
        <w:t>51:41  allah ta'ala aap ko jaza-e-khair de.</w:t>
      </w:r>
    </w:p>
    <w:p>
      <w:pPr>
        <w:pStyle w:val="Heading2"/>
      </w:pPr>
      <w:r>
        <w:t>How to save oneself from destruction</w:t>
      </w:r>
    </w:p>
    <w:p>
      <w:r>
        <w:rPr>
          <w:color w:val="666666"/>
          <w:sz w:val="18"/>
        </w:rPr>
        <w:t>Spirituality · The Creation Plan December 09, 2018 · 4m 54s · at 48:51 · https://youtu.be/y8tS4vW9lFI?t=2931</w:t>
      </w:r>
    </w:p>
    <w:p>
      <w:r>
        <w:rPr>
          <w:i/>
        </w:rPr>
        <w:t>“How can we save our self from destruction?”</w:t>
      </w:r>
    </w:p>
    <w:p>
      <w:r>
        <w:rPr>
          <w:sz w:val="20"/>
        </w:rPr>
        <w:t>48:51  maulana, agla sawal islamabad pakistan se afaq jabbar sahib ne kiya hai. unhon ne aapse poocha hai ke: how can we save our self from distraction? is ke baray mein batayein.</w:t>
      </w:r>
      <w:r>
        <w:br/>
      </w:r>
      <w:r>
        <w:rPr>
          <w:sz w:val="20"/>
        </w:rPr>
        <w:t>49:12  dekhiye, kahan aap distract ho rahe hain, yeh foran aap ko bahar batata hai. aap ke andar jo consciousness hai,</w:t>
      </w:r>
      <w:r>
        <w:br/>
      </w:r>
      <w:r>
        <w:rPr>
          <w:sz w:val="20"/>
        </w:rPr>
        <w:t>49:25  woh foran batata hai ke: dekho, yahan tum distract ho rahe ho. to aap ko karna sirf aik kaam hai.</w:t>
      </w:r>
      <w:r>
        <w:br/>
      </w:r>
      <w:r>
        <w:rPr>
          <w:sz w:val="20"/>
        </w:rPr>
        <w:t>49:37  jaise hi aap ka zamir ya aap ka consciousness aap ko bataye ke: "tum yahan distract ho rahe ho," to jaldi se is ko avail kiye, jaldi se ruk jaiye.</w:t>
      </w:r>
      <w:r>
        <w:br/>
      </w:r>
      <w:r>
        <w:rPr>
          <w:sz w:val="20"/>
        </w:rPr>
        <w:t>49:55  aadmi kya karta hai? is batane ko foran dhyan nahi deta, is ko foran ke foran avail nahi karta, wo taal deta hai.</w:t>
      </w:r>
      <w:r>
        <w:br/>
      </w:r>
      <w:r>
        <w:rPr>
          <w:sz w:val="20"/>
        </w:rPr>
        <w:t>50:04  dekha gaya, ye ye mizaj khatam kijiye ke jab aap ka andar ka jo insan hai, wo aap ko bataye, toke to within second aap ruk jaiye, wahin koi khade ho jaiye aur lage sochne ke: "is mein kya ghalati hai?" aur phir is ko follow kijiye.</w:t>
      </w:r>
      <w:r>
        <w:br/>
      </w:r>
      <w:r>
        <w:rPr>
          <w:sz w:val="20"/>
        </w:rPr>
        <w:t>50:32  to ek hi lafz hai: "follow your consciousness."</w:t>
      </w:r>
      <w:r>
        <w:br/>
      </w:r>
      <w:r>
        <w:rPr>
          <w:sz w:val="20"/>
        </w:rPr>
        <w:t>50:42  main ne</w:t>
      </w:r>
      <w:r>
        <w:br/>
      </w:r>
      <w:r>
        <w:rPr>
          <w:sz w:val="20"/>
        </w:rPr>
        <w:t>50:46  pehlay bohat pabandi se parhta tha, ek ek American magazine aata hai: "Readers Digest."</w:t>
      </w:r>
      <w:r>
        <w:br/>
      </w:r>
      <w:r>
        <w:rPr>
          <w:sz w:val="20"/>
        </w:rPr>
        <w:t>50:58  to is mein ek martaba ek article chapa tha,</w:t>
      </w:r>
      <w:r>
        <w:br/>
      </w:r>
      <w:r>
        <w:rPr>
          <w:sz w:val="20"/>
        </w:rPr>
        <w:t>51:03  ek article.</w:t>
      </w:r>
      <w:r>
        <w:br/>
      </w:r>
      <w:r>
        <w:rPr>
          <w:sz w:val="20"/>
        </w:rPr>
        <w:t>51:12  is mein yahi is ka matlab yahi tha ke: "apni inner voice ko suno, inner voice ko suno."</w:t>
      </w:r>
      <w:r>
        <w:br/>
      </w:r>
      <w:r>
        <w:rPr>
          <w:sz w:val="20"/>
        </w:rPr>
        <w:t>51:25  andar se jo awaz aaye to foran is ko suno, foran is ko follow karo.</w:t>
      </w:r>
      <w:r>
        <w:br/>
      </w:r>
      <w:r>
        <w:rPr>
          <w:sz w:val="20"/>
        </w:rPr>
        <w:t>51:36  to main to samajhta hoon ke yahi ek hi tareeqa hai. kisi mufti ke paas mat jaiye, apne inner voice ko suniye, inner voice ko,</w:t>
      </w:r>
      <w:r>
        <w:br/>
      </w:r>
      <w:r>
        <w:rPr>
          <w:sz w:val="20"/>
        </w:rPr>
        <w:t>51:51  aur phir aap ko kabhi bhi wo inner voice aap ki jo hai, wo kabhi aap ko bhatkne nahi de ga.</w:t>
      </w:r>
      <w:r>
        <w:br/>
      </w:r>
      <w:r>
        <w:rPr>
          <w:sz w:val="20"/>
        </w:rPr>
        <w:t>52:02  Mumbai se Mahboob bhai ne likha hai: "Maulana, today lecture is once again a very encouraging lecture to me.</w:t>
      </w:r>
      <w:r>
        <w:br/>
      </w:r>
      <w:r>
        <w:rPr>
          <w:sz w:val="20"/>
        </w:rPr>
        <w:t>52:10  The triggering point for me was when you said: 'A tree can't have that ability to change itself, but humans have the chances to mold themself.' It's a tremendous hope and encouragement for me to stand and commit for the preparation of paradise.</w:t>
      </w:r>
      <w:r>
        <w:br/>
      </w:r>
      <w:r>
        <w:rPr>
          <w:sz w:val="20"/>
        </w:rPr>
        <w:t>52:30  Jazak Allah Maulana." Miss Shabina Ali ne Kolkata se likha hai: "War versus ideology is the wisdom behind conquering great fate.</w:t>
      </w:r>
      <w:r>
        <w:br/>
      </w:r>
      <w:r>
        <w:rPr>
          <w:sz w:val="20"/>
        </w:rPr>
        <w:t>52:43  Self-discipline, self-planning and self-thinking are the gems required in the making of a peace loving person who will inhabit paradise.</w:t>
      </w:r>
      <w:r>
        <w:br/>
      </w:r>
      <w:r>
        <w:rPr>
          <w:sz w:val="20"/>
        </w:rPr>
        <w:t>52:54  One needs to recognize its potential to become a self-made man, so that the angels will welcome in the Jannah.</w:t>
      </w:r>
      <w:r>
        <w:br/>
      </w:r>
      <w:r>
        <w:rPr>
          <w:sz w:val="20"/>
        </w:rPr>
        <w:t>53:03  Jazak Allah Maulana for giving so many guidelines to ponder in." Dr. Naghma Siddiqui ne Delhi se likha hai: "Maulana, you have explained God's creation plan so simply today, that God has created man and given him a minuscule amount of His characteristics of thinking, analyzing, arriving at decisions and putting them into words.</w:t>
      </w:r>
      <w:r>
        <w:br/>
      </w:r>
      <w:r>
        <w:rPr>
          <w:sz w:val="20"/>
        </w:rPr>
        <w:t>53:30  He has created us with a personality full of potential, like a thorny bush. It is our goal to convert it into actual, like a steel personality through one's own planning.</w:t>
      </w:r>
    </w:p>
    <w:p>
      <w:pPr>
        <w:pStyle w:val="Heading2"/>
      </w:pPr>
      <w:r>
        <w:t>How to stay away from distraction for focused mind?</w:t>
      </w:r>
    </w:p>
    <w:p>
      <w:r>
        <w:rPr>
          <w:color w:val="666666"/>
          <w:sz w:val="18"/>
        </w:rPr>
        <w:t>Spirituality · Deeper Meaning of Quran 17 05 2015 · 2m 07s · at 54:20 · https://youtu.be/_Cj6gds7nWI?t=3260</w:t>
      </w:r>
    </w:p>
    <w:p>
      <w:r>
        <w:rPr>
          <w:i/>
        </w:rPr>
        <w:t>“Contemplation requires a focused mind. How can we stay away from distraction to get a focused mind?”</w:t>
      </w:r>
    </w:p>
    <w:p>
      <w:r>
        <w:rPr>
          <w:sz w:val="20"/>
        </w:rPr>
        <w:t>54:20  Maulana, agla sawal Dilli se hai Miss Naghma Siddiqui ka aur unhon ne likha hai: "Contemplation requires a focused mind.</w:t>
      </w:r>
      <w:r>
        <w:br/>
      </w:r>
      <w:r>
        <w:rPr>
          <w:sz w:val="20"/>
        </w:rPr>
        <w:t>54:27  How can we stay away from distraction to get a focused mind?"</w:t>
      </w:r>
      <w:r>
        <w:br/>
      </w:r>
      <w:r>
        <w:rPr>
          <w:sz w:val="20"/>
        </w:rPr>
        <w:t>54:31  "dekhen, main samajhta hoon ke har aadmi kisi ek cheez par focus kiya rehta hai.</w:t>
      </w:r>
      <w:r>
        <w:br/>
      </w:r>
      <w:r>
        <w:rPr>
          <w:sz w:val="20"/>
        </w:rPr>
        <w:t>54:35  baghair focus ke koi jeeta nahi.</w:t>
      </w:r>
      <w:r>
        <w:br/>
      </w:r>
      <w:r>
        <w:rPr>
          <w:sz w:val="20"/>
        </w:rPr>
        <w:t>54:40  sirf yeh hai ke aap focus kisi ka hota hai akhirat par, kisi ka hota hai dunya par.</w:t>
      </w:r>
      <w:r>
        <w:br/>
      </w:r>
      <w:r>
        <w:rPr>
          <w:sz w:val="20"/>
        </w:rPr>
        <w:t>54:44  misalan, ek shakhs ne mujhe bataya ke mere inke bhai rehte hain bahar Europe mein, kisi mulk</w:t>
      </w:r>
      <w:r>
        <w:br/>
      </w:r>
      <w:r>
        <w:rPr>
          <w:sz w:val="20"/>
        </w:rPr>
        <w:t>54:49  mein ya America mein kahin.</w:t>
      </w:r>
      <w:r>
        <w:br/>
      </w:r>
      <w:r>
        <w:rPr>
          <w:sz w:val="20"/>
        </w:rPr>
        <w:t>54:53  to unhon ne kaha unki ek bachi paida hui, beti.</w:t>
      </w:r>
      <w:r>
        <w:br/>
      </w:r>
      <w:r>
        <w:rPr>
          <w:sz w:val="20"/>
        </w:rPr>
        <w:t>54:58  to bas usi ko le ke khelte rehte hain.</w:t>
      </w:r>
      <w:r>
        <w:br/>
      </w:r>
      <w:r>
        <w:rPr>
          <w:sz w:val="20"/>
        </w:rPr>
        <w:t>55:02  to unhon ne kaha ke woh office mein kaam karte hain.</w:t>
      </w:r>
      <w:r>
        <w:br/>
      </w:r>
      <w:r>
        <w:rPr>
          <w:sz w:val="20"/>
        </w:rPr>
        <w:t>55:07  to office mein jab aate hain to sab se pehle is bachi ko utha lete hain, use pyar</w:t>
      </w:r>
      <w:r>
        <w:br/>
      </w:r>
      <w:r>
        <w:rPr>
          <w:sz w:val="20"/>
        </w:rPr>
        <w:t>55:11  karte hain, use god mein lete hain.</w:t>
      </w:r>
      <w:r>
        <w:br/>
      </w:r>
      <w:r>
        <w:rPr>
          <w:sz w:val="20"/>
        </w:rPr>
        <w:t>55:16  to kaha office mein tab bhi focus bachi par hai.</w:t>
      </w:r>
      <w:r>
        <w:br/>
      </w:r>
      <w:r>
        <w:rPr>
          <w:sz w:val="20"/>
        </w:rPr>
        <w:t>55:20  usi ko yaad kiye hue hain.</w:t>
      </w:r>
      <w:r>
        <w:br/>
      </w:r>
      <w:r>
        <w:rPr>
          <w:sz w:val="20"/>
        </w:rPr>
        <w:t>55:25  to har aadmi ka focus hota hai kisi na kisi cheez par.</w:t>
      </w:r>
      <w:r>
        <w:br/>
      </w:r>
      <w:r>
        <w:rPr>
          <w:sz w:val="20"/>
        </w:rPr>
        <w:t>55:29  bghair focus ke koi jeeta nahi hai dunya mein.</w:t>
      </w:r>
      <w:r>
        <w:br/>
      </w:r>
      <w:r>
        <w:rPr>
          <w:sz w:val="20"/>
        </w:rPr>
        <w:t>55:34  hata ke jo ghalat log hain, un ka bhi focus koi hai.</w:t>
      </w:r>
      <w:r>
        <w:br/>
      </w:r>
      <w:r>
        <w:rPr>
          <w:sz w:val="20"/>
        </w:rPr>
        <w:t>55:38  koi ghalat cheez un ka focus bani hui hai.</w:t>
      </w:r>
      <w:r>
        <w:br/>
      </w:r>
      <w:r>
        <w:rPr>
          <w:sz w:val="20"/>
        </w:rPr>
        <w:t>55:43  to focus to rehta hi rehta hai.</w:t>
      </w:r>
      <w:r>
        <w:br/>
      </w:r>
      <w:r>
        <w:rPr>
          <w:sz w:val="20"/>
        </w:rPr>
        <w:t>55:47  ab cheez yeh hai ke focus sahi ho, Allah par ho, jannat par ho, aakhirat par ho.</w:t>
      </w:r>
      <w:r>
        <w:br/>
      </w:r>
      <w:r>
        <w:rPr>
          <w:sz w:val="20"/>
        </w:rPr>
        <w:t>55:52  to yeh cheez aaye gi soch se.</w:t>
      </w:r>
      <w:r>
        <w:br/>
      </w:r>
      <w:r>
        <w:rPr>
          <w:sz w:val="20"/>
        </w:rPr>
        <w:t>55:56  jitna sochen ge, utni focus ka correction hoga.</w:t>
      </w:r>
      <w:r>
        <w:br/>
      </w:r>
      <w:r>
        <w:rPr>
          <w:sz w:val="20"/>
        </w:rPr>
        <w:t>56:01  to focused mind to by nature har ek ka hota hi hota hai.</w:t>
      </w:r>
      <w:r>
        <w:br/>
      </w:r>
      <w:r>
        <w:rPr>
          <w:sz w:val="20"/>
        </w:rPr>
        <w:t>56:05  sirf masla hai correction ka.</w:t>
      </w:r>
      <w:r>
        <w:br/>
      </w:r>
      <w:r>
        <w:rPr>
          <w:sz w:val="20"/>
        </w:rPr>
        <w:t>56:10  apne focus ko aap sahi karen.</w:t>
      </w:r>
      <w:r>
        <w:br/>
      </w:r>
      <w:r>
        <w:rPr>
          <w:sz w:val="20"/>
        </w:rPr>
        <w:t>56:14  to mein samajhta hoon ke study karna, ghore o fikr karna, duaen mangna, yahi is ka zariya hai.</w:t>
      </w:r>
      <w:r>
        <w:br/>
      </w:r>
      <w:r>
        <w:rPr>
          <w:sz w:val="20"/>
        </w:rPr>
        <w:t>56:19  jisko jo chahta ho ke mera focus sahi ho, to yahi rasta hai is ke liye.</w:t>
      </w:r>
      <w:r>
        <w:br/>
      </w:r>
      <w:r>
        <w:rPr>
          <w:sz w:val="20"/>
        </w:rPr>
        <w:t>56:23  aur koi rasta to hai nahi.</w:t>
      </w:r>
    </w:p>
    <w:p>
      <w:pPr>
        <w:pStyle w:val="Heading2"/>
      </w:pPr>
      <w:r>
        <w:t>How to stay positive all the time?</w:t>
      </w:r>
    </w:p>
    <w:p>
      <w:r>
        <w:rPr>
          <w:color w:val="666666"/>
          <w:sz w:val="18"/>
        </w:rPr>
        <w:t>Spirituality · The Road to Paradise December 30, 2012 Maulana Wahiduddin Khan · 2m 10s · at 1:10:24 · https://youtu.be/vUiaPsYF4Tk?t=4224</w:t>
      </w:r>
    </w:p>
    <w:p>
      <w:r>
        <w:rPr>
          <w:i/>
        </w:rPr>
        <w:t>“The road to paradise is filled with obstacles to help us develop our personalities, so as to be eligible for paradise. This requires us to be positive at all times. Can you give us guidance as to how we can stay positive all the time?”</w:t>
      </w:r>
    </w:p>
    <w:p>
      <w:r>
        <w:rPr>
          <w:sz w:val="20"/>
        </w:rPr>
        <w:t>1:10:24  maulana, agla sawal dilli se hai, miss naghma siddiqui ka.</w:t>
      </w:r>
      <w:r>
        <w:br/>
      </w:r>
      <w:r>
        <w:rPr>
          <w:sz w:val="20"/>
        </w:rPr>
        <w:t>1:10:28  unhon ne likha hai: "the road to paradise is filled with obstacles to help us develop our personalities, so as to be eligible for paradise.</w:t>
      </w:r>
      <w:r>
        <w:br/>
      </w:r>
      <w:r>
        <w:rPr>
          <w:sz w:val="20"/>
        </w:rPr>
        <w:t>1:10:40  this requires us to be positive at all times. can you give us guidance as to how we can stay positive all the time?"</w:t>
      </w:r>
      <w:r>
        <w:br/>
      </w:r>
      <w:r>
        <w:rPr>
          <w:sz w:val="20"/>
        </w:rPr>
        <w:t>1:10:57  bhai, dekhen, jo paradise ka sahi ma'non mein chahne wala banega, is tarah chahne wale se ke maa chahti hai apne beta beti ko, to phir us ko apne aap har waqt us ka mind us ko guide karta rahega.</w:t>
      </w:r>
      <w:r>
        <w:br/>
      </w:r>
      <w:r>
        <w:rPr>
          <w:sz w:val="20"/>
        </w:rPr>
        <w:t>1:11:14  mujhe kya karna hai? mujhe kya karna hai? lekin log paradise ke hareese hi nahin hain.</w:t>
      </w:r>
      <w:r>
        <w:br/>
      </w:r>
      <w:r>
        <w:rPr>
          <w:sz w:val="20"/>
        </w:rPr>
        <w:t>1:11:20  woh to apne bachchon mein ko dekh kar khush hote hain, apni business ko dekh kar khush hote hain, apne job ko dekh kar khush hote hain.</w:t>
      </w:r>
      <w:r>
        <w:br/>
      </w:r>
      <w:r>
        <w:rPr>
          <w:sz w:val="20"/>
        </w:rPr>
        <w:t>1:11:30  unhen jannat ki koi talab hi nahin hai. samajhte hain jannat to apne aap mein mil jayegi unhein.</w:t>
      </w:r>
      <w:r>
        <w:br/>
      </w:r>
      <w:r>
        <w:rPr>
          <w:sz w:val="20"/>
        </w:rPr>
        <w:t>1:11:36  jo sahi ma'non mein jannat ka hareese ho, jannat ko chahne wala ban gaya ho, to us ka mind apne aap us ko har mauqe par guide karta rahega ke mujhe kaise sochna hai, kaise bolna hai,</w:t>
      </w:r>
      <w:r>
        <w:br/>
      </w:r>
      <w:r>
        <w:rPr>
          <w:sz w:val="20"/>
        </w:rPr>
        <w:t>1:11:49  kaise behave karna hai, kaise meri daily honi chahiye. khud khud aadmi ka conscience, aap ka mind us ko guide karta rahega.</w:t>
      </w:r>
      <w:r>
        <w:br/>
      </w:r>
      <w:r>
        <w:rPr>
          <w:sz w:val="20"/>
        </w:rPr>
        <w:t>1:11:58  aisi cheez hai ke aap jannat aap ka concern ban jaye. concern</w:t>
      </w:r>
      <w:r>
        <w:br/>
      </w:r>
      <w:r>
        <w:rPr>
          <w:sz w:val="20"/>
        </w:rPr>
        <w:t>1:12:02  koi bhi cheez jo aadmi ka concern ban jati hai, to khud hi woh apna. woh ho jata hai advisor. yeh to mind itna zabardast cheez hai insaan ke paas ke bahut zyada us ki potential hai.</w:t>
      </w:r>
      <w:r>
        <w:br/>
      </w:r>
      <w:r>
        <w:rPr>
          <w:sz w:val="20"/>
        </w:rPr>
        <w:t>1:12:18  to is mind ko jagaiye, mind ko bedaar kijiye. is ke baad, yani khud aap ko apne andar se guidance milti rahegi.</w:t>
      </w:r>
    </w:p>
    <w:p>
      <w:pPr>
        <w:pStyle w:val="Heading2"/>
      </w:pPr>
      <w:r>
        <w:t>How to stay safe from worldly distractions?</w:t>
      </w:r>
    </w:p>
    <w:p>
      <w:r>
        <w:rPr>
          <w:color w:val="666666"/>
          <w:sz w:val="18"/>
        </w:rPr>
        <w:t>Spirituality · Importance of Peace December 16, 2012 · 3m 15s · at 1:06:38 · https://youtu.be/nymyorYyEz4?t=3998</w:t>
      </w:r>
    </w:p>
    <w:p>
      <w:r>
        <w:rPr>
          <w:i/>
        </w:rPr>
        <w:t>“The world we are living in is full of distractions. While restraining from these distractions, one still gets affected by a few, as they are present in every corner of this world. How can one be safe from all these distractions so that one can lead a pure and righteous life? Kindly make a dua for me so that I can lead a purposeful life in this world.”</w:t>
      </w:r>
    </w:p>
    <w:p>
      <w:r>
        <w:rPr>
          <w:sz w:val="20"/>
        </w:rPr>
        <w:t>1:06:38  maulana, agla sawal kashmir se hai aamir jaan mori sahab ka. unhon ne likha hai: "The world we are living in is full of distractions.</w:t>
      </w:r>
      <w:r>
        <w:br/>
      </w:r>
      <w:r>
        <w:rPr>
          <w:sz w:val="20"/>
        </w:rPr>
        <w:t>1:06:51  while refraining from these distractions, one still gets affected from few as they are present in every corner of this world."</w:t>
      </w:r>
      <w:r>
        <w:br/>
      </w:r>
      <w:r>
        <w:rPr>
          <w:sz w:val="20"/>
        </w:rPr>
        <w:t>1:07:01  Maulana Sahab, mai question is: "How to be safe from all these distractions so that one can lead a pure and righteous life?" Maulana Sahab, kindly make a dua for me so that I can lead a purposeful life in this world.</w:t>
      </w:r>
      <w:r>
        <w:br/>
      </w:r>
      <w:r>
        <w:rPr>
          <w:sz w:val="20"/>
        </w:rPr>
        <w:t>1:07:18  dekhen, distraction to evil nahi hai, wo blessing hai. distraction ka matlab kya hai? intellectual challenge.</w:t>
      </w:r>
      <w:r>
        <w:br/>
      </w:r>
      <w:r>
        <w:rPr>
          <w:sz w:val="20"/>
        </w:rPr>
        <w:t>1:07:29  agar chelenj na ho to duniya mein har taraqqi khatam ho jaye. is raaz ko arlin tair bhi ne samjha.</w:t>
      </w:r>
      <w:r>
        <w:br/>
      </w:r>
      <w:r>
        <w:rPr>
          <w:sz w:val="20"/>
        </w:rPr>
        <w:t>1:07:37  is ne jo kitab likhi hai, bohat zabardast, to is mein jo dikhaya hai ke poori histri mein jo cheez kaam kar rahi hai, wo hai chelenj raspans mekanizm.</w:t>
      </w:r>
      <w:r>
        <w:br/>
      </w:r>
      <w:r>
        <w:rPr>
          <w:sz w:val="20"/>
        </w:rPr>
        <w:t>1:07:50  yani chelenj aata hai, phir insan is ka raspans deta hai.</w:t>
      </w:r>
      <w:r>
        <w:br/>
      </w:r>
      <w:r>
        <w:rPr>
          <w:sz w:val="20"/>
        </w:rPr>
        <w:t>1:07:58  is tarike se ek tisri cheez imarj karti hai, imarj karti hai. is ka kehna hai ke kisi se krritiiviti baqi rehti hai aap ki.</w:t>
      </w:r>
      <w:r>
        <w:br/>
      </w:r>
      <w:r>
        <w:rPr>
          <w:sz w:val="20"/>
        </w:rPr>
        <w:t>1:08:09  to distrekhshan ko aap evil ko samajhte hain. jab bhi koi distrekhshan samne aata hai to aap ko aata hai ke aap ri-think karen, ri-think karen, apne zehn ko phir se oiken karen,</w:t>
      </w:r>
      <w:r>
        <w:br/>
      </w:r>
      <w:r>
        <w:rPr>
          <w:sz w:val="20"/>
        </w:rPr>
        <w:t>1:08:22  apni soch ko aur bedar karen.</w:t>
      </w:r>
      <w:r>
        <w:br/>
      </w:r>
      <w:r>
        <w:rPr>
          <w:sz w:val="20"/>
        </w:rPr>
        <w:t>1:08:27  main to subah sham raat din ye poori zindagi distrekhshan mein jeeta raha hoon, aur wo is ko hamesha main ne apni ghiza banaya hai.</w:t>
      </w:r>
      <w:r>
        <w:br/>
      </w:r>
      <w:r>
        <w:rPr>
          <w:sz w:val="20"/>
        </w:rPr>
        <w:t>1:08:38  hamesha jab koi nai baat samne aati hai to bas sochta hoon, sochta hoon. mere haan, mere meri tanqeed jo cheez ghalat hai, wo reaction hai. aap positive raspans dijiye, aap bajaye reaction ke positive raspans di</w:t>
      </w:r>
      <w:r>
        <w:br/>
      </w:r>
      <w:r>
        <w:rPr>
          <w:sz w:val="20"/>
        </w:rPr>
        <w:t>1:08:53  jiye to har distrekhshan aap ko aap ko intellechual food ban jayega. aap ke liye, aap ke yani intellechual dvailpment, aap ko wo yani is is se aap ka intellechual dvailpment barabar badhta chala jayega.</w:t>
      </w:r>
      <w:r>
        <w:br/>
      </w:r>
      <w:r>
        <w:rPr>
          <w:sz w:val="20"/>
        </w:rPr>
        <w:t>1:09:11  koi dusra rasta duniya mein nahi hai. aap chahen ke distrekhshan na ho to natija ke jante hain kya hai? stigneshn aa jayega.</w:t>
      </w:r>
      <w:r>
        <w:br/>
      </w:r>
      <w:r>
        <w:rPr>
          <w:sz w:val="20"/>
        </w:rPr>
        <w:t>1:09:21  yani jab distrekhshan nahi hoga to is ke nateeje mein jo jayegi, wo stigneshn hoga, jamood hoga.</w:t>
      </w:r>
      <w:r>
        <w:br/>
      </w:r>
      <w:r>
        <w:rPr>
          <w:sz w:val="20"/>
        </w:rPr>
        <w:t>1:09:32  to is ko aap positive sens mein lijiye, is ko evil mat samjhiye, is ko blaising samjhiye. to maloom hoga ke aap ye to Khuda ne aap ki aap ki taraqqi ke liye rakha hai, wo masla nahi hai, wo masla nahi hai, wo aap ki taraqqi ke liye zine hain.</w:t>
      </w:r>
    </w:p>
    <w:p>
      <w:pPr>
        <w:pStyle w:val="Heading2"/>
      </w:pPr>
      <w:r>
        <w:t>Importance of gratitude in Islam</w:t>
      </w:r>
    </w:p>
    <w:p>
      <w:r>
        <w:rPr>
          <w:color w:val="666666"/>
          <w:sz w:val="18"/>
        </w:rPr>
        <w:t>Spirituality · The Road to Paradise December 30, 2012 Maulana Wahiduddin Khan · 4m 01s · at 1:28:02 · https://youtu.be/vUiaPsYF4Tk?t=5282</w:t>
      </w:r>
    </w:p>
    <w:p>
      <w:r>
        <w:rPr>
          <w:i/>
        </w:rPr>
        <w:t>“What is the importance of shukr (gratitude) in Islam?”</w:t>
      </w:r>
    </w:p>
    <w:p>
      <w:r>
        <w:rPr>
          <w:sz w:val="20"/>
        </w:rPr>
        <w:t>1:28:02  Maulana, agla sawal Hyderabad se hai, Miss Salma ka. Unhon ne aapse poocha hai: "What is the importance of shukr in Islam?"</w:t>
      </w:r>
      <w:r>
        <w:br/>
      </w:r>
      <w:r>
        <w:rPr>
          <w:sz w:val="20"/>
        </w:rPr>
        <w:t>1:28:12  shukr to sab kuch hai Islam mein. Alhamdulillah Rabb-ul-Alameen jo hai, hum shukr hi to hain.</w:t>
      </w:r>
      <w:r>
        <w:br/>
      </w:r>
      <w:r>
        <w:rPr>
          <w:sz w:val="20"/>
        </w:rPr>
        <w:t>1:28:23  sab se bari cheez Islam mein shukr hai. Aur aaj ke musalmanon mein shukr bilkul ghayab hai. Kam az kam mujhe nahi maloom koi insan jo sahi ma'ano mein shukr karne wala ho.</w:t>
      </w:r>
      <w:r>
        <w:br/>
      </w:r>
      <w:r>
        <w:rPr>
          <w:sz w:val="20"/>
        </w:rPr>
        <w:t>1:28:34  shukr karte hain kis par log? Apne bete, beti par, apne ghar par, apne job par, apni dukaan par, business par. Allah ka shukr kaun karta hai?</w:t>
      </w:r>
      <w:r>
        <w:br/>
      </w:r>
      <w:r>
        <w:rPr>
          <w:sz w:val="20"/>
        </w:rPr>
        <w:t>1:28:44  kam az kam mein woh insan aaj tak nahi mila hoon is insan se jo haqeeqi ma'ano mein Allah ka shukr karne wala ho.</w:t>
      </w:r>
      <w:r>
        <w:br/>
      </w:r>
      <w:r>
        <w:rPr>
          <w:sz w:val="20"/>
        </w:rPr>
        <w:t>1:28:55  aksar mera yeh tajruba hota hai, mein logon se poochta hoon koi item ko le kar ke ke bataein ke yeh is item par aap ne Allah ka shukr kiya?</w:t>
      </w:r>
      <w:r>
        <w:br/>
      </w:r>
      <w:r>
        <w:rPr>
          <w:sz w:val="20"/>
        </w:rPr>
        <w:t>1:29:05  kyunki yeh misaal to mein technology jo hai, technology kya hai? Is nature mein maujood</w:t>
      </w:r>
      <w:r>
        <w:br/>
      </w:r>
      <w:r>
        <w:rPr>
          <w:sz w:val="20"/>
        </w:rPr>
        <w:t>1:29:11  thi, Allah ne in nature mein rakh diya tha, potentially. Is ko insan ne daryaft kiya. Ab log khoob istemal kar rahe hain. Masalan ghari hai, radio hai, telephone hai, mobile hai, camera hai.</w:t>
      </w:r>
      <w:r>
        <w:br/>
      </w:r>
      <w:r>
        <w:rPr>
          <w:sz w:val="20"/>
        </w:rPr>
        <w:t>1:29:25  yeh sara Allah ka atiya to tha. Lekin sab log kya samajhte hain ke sabaq sector mein gaye, wahan se khareed liya, bas mil gaya hum ko.</w:t>
      </w:r>
      <w:r>
        <w:br/>
      </w:r>
      <w:r>
        <w:rPr>
          <w:sz w:val="20"/>
        </w:rPr>
        <w:t>1:29:34  mujhe to koi nahi mila jo is par shukr karta ho sahi ma'ano mein. Ke kitni bari bari nemmatein Allah ne rakh di thi zameen</w:t>
      </w:r>
      <w:r>
        <w:br/>
      </w:r>
      <w:r>
        <w:rPr>
          <w:sz w:val="20"/>
        </w:rPr>
        <w:t>1:29:40  mein, is ko discover kar ke hum istemal kar rahe hain. Koi bhi nahi. Bas samajhte hain ke jeeb mein paisa tha, hum ja ke khareed liya.</w:t>
      </w:r>
      <w:r>
        <w:br/>
      </w:r>
      <w:r>
        <w:rPr>
          <w:sz w:val="20"/>
        </w:rPr>
        <w:t>1:29:50  koi shukr nahi, Alhamdulillah, Subhan Allah karte hain jo log. Woh to ek culture hai, bas. Haqeeqi ma'ano mein dil se aur aur daryaft ke darje mein shukr karne wala kam az kam mujhe to nahi milta.</w:t>
      </w:r>
      <w:r>
        <w:br/>
      </w:r>
      <w:r>
        <w:rPr>
          <w:sz w:val="20"/>
        </w:rPr>
        <w:t>1:30:05  agar koi hai to mein us se mulaqat karna chahta hoon.</w:t>
      </w:r>
      <w:r>
        <w:br/>
      </w:r>
      <w:r>
        <w:rPr>
          <w:sz w:val="20"/>
        </w:rPr>
        <w:t>1:30:08  oon. Is ka naam mujhe bataiye, mein us ko miloon ga ja kar ke. Jahan bhi jahan bhi rehta hoon, wahan jaon ga. Agar haqeeqi ma'ano mein koi woh shukr jo matloob hai, bara shukr, yaani shukr ka samandar jis ke dil mein aa gaya ho, shukr chashme jari ho gaye jis ke dil mein, woh shukr, yaani shukr ka ek ek ek ek kainaati infijar jis ke dil mein aa gaya ho,</w:t>
      </w:r>
      <w:r>
        <w:br/>
      </w:r>
      <w:r>
        <w:rPr>
          <w:sz w:val="20"/>
        </w:rPr>
        <w:t>1:30:33  yaani shukr ka ek ek is ke mind ko is ne jagah diya ho, aisa insan, is ki zindagi shukr mein dhal gayi ho,</w:t>
      </w:r>
      <w:r>
        <w:br/>
      </w:r>
      <w:r>
        <w:rPr>
          <w:sz w:val="20"/>
        </w:rPr>
        <w:t>1:30:47  ek ek ek explosion ke roop mein aata hai shukr. Agar sacha shukr aata hai kisi ke andar, woh hai hi nahi bilkul. Ulama mein bhi nahi hai, ghair ulama mein bhi nahi hai.</w:t>
      </w:r>
      <w:r>
        <w:br/>
      </w:r>
      <w:r>
        <w:rPr>
          <w:sz w:val="20"/>
        </w:rPr>
        <w:t>1:30:56  to sab se bari cheez hai shukr, jis ko shaitan ne logon se cheen liya, cheen rakha hai.</w:t>
      </w:r>
      <w:r>
        <w:br/>
      </w:r>
      <w:r>
        <w:rPr>
          <w:sz w:val="20"/>
        </w:rPr>
        <w:t>1:31:03  hamara mission jo hai, yahi mission hai, ek lafz mein. Hum log chahte hain ke shukr shukr karne wale banen. Woh shukr ayega to dawat ayegi, shukr ayega to Islam ke sare a'amal mein jaan aa jayegi.</w:t>
      </w:r>
    </w:p>
    <w:p>
      <w:pPr>
        <w:pStyle w:val="Heading2"/>
      </w:pPr>
      <w:r>
        <w:t>Importance of pledge in Islam</w:t>
      </w:r>
    </w:p>
    <w:p>
      <w:r>
        <w:rPr>
          <w:color w:val="666666"/>
          <w:sz w:val="18"/>
        </w:rPr>
        <w:t>Spirituality · Age of Alternatives April 05, 2015 · 2m 25s · at 1:20:31 · https://youtu.be/4v0uCM2BZuA?t=4831</w:t>
      </w:r>
    </w:p>
    <w:p>
      <w:r>
        <w:rPr>
          <w:i/>
        </w:rPr>
        <w:t>“What is the importance of pledge in Islam?”</w:t>
      </w:r>
    </w:p>
    <w:p>
      <w:r>
        <w:rPr>
          <w:sz w:val="20"/>
        </w:rPr>
        <w:t>1:20:31  Maulana, aakhri sawal se pehle ek comment padhna chahenge jo abhi abhi Dr. Hina ne bheja hai London se, aur unhone likha hai: "The quality of women for multi thinking is very beneficial even for dawah mission besides home,</w:t>
      </w:r>
      <w:r>
        <w:br/>
      </w:r>
      <w:r>
        <w:rPr>
          <w:sz w:val="20"/>
        </w:rPr>
        <w:t>1:20:51  also in her profession or business as it guides her and her team."</w:t>
      </w:r>
      <w:r>
        <w:br/>
      </w:r>
      <w:r>
        <w:rPr>
          <w:sz w:val="20"/>
        </w:rPr>
        <w:t>1:20:59  MashaAllah, bahut sahi baat hai, bahut sahi baat hai. Maulana, ye aakhri sawal hai jo Fawad Sahab ne kiya hai Chennai se, aur wo aap se ye janna chahte hain ke what is the importance of pledge in Islam?</w:t>
      </w:r>
      <w:r>
        <w:br/>
      </w:r>
      <w:r>
        <w:rPr>
          <w:sz w:val="20"/>
        </w:rPr>
        <w:t>1:21:18  dekhen, Quran mein aaya hai ke: "Wafu bil ahd" - jab tum koi ahd karo to us ko poora karo, kyunke wo tum se us se pooch hogi.</w:t>
      </w:r>
      <w:r>
        <w:br/>
      </w:r>
      <w:r>
        <w:rPr>
          <w:sz w:val="20"/>
        </w:rPr>
        <w:t>1:21:33  to chahe aap ne Allah se ahd kiya ho ya insan se kiya ho, dono jo hai, dono ke bare mein Allah ke haan pooch hogi aapse.</w:t>
      </w:r>
      <w:r>
        <w:br/>
      </w:r>
      <w:r>
        <w:rPr>
          <w:sz w:val="20"/>
        </w:rPr>
        <w:t>1:21:44  . is mein koi option nahin hai aap ko, ya pledge le liya aap ne to us ko poora hi karna hai. is mein kisi koi excuse talash kar ke us ko aap tor nahin sakte.</w:t>
      </w:r>
      <w:r>
        <w:br/>
      </w:r>
      <w:r>
        <w:rPr>
          <w:sz w:val="20"/>
        </w:rPr>
        <w:t>1:21:57  "wafu billah ahad" isi mahboob ki qaul ayat hai: "an allaha masooluh". ahad ke baray mein poocha jaye ga, ahad ke mani wohi hain: pledge, qaul o qarar.</w:t>
      </w:r>
    </w:p>
    <w:p>
      <w:pPr>
        <w:pStyle w:val="Heading2"/>
      </w:pPr>
      <w:r>
        <w:t>Inspiration from nature for paradise</w:t>
      </w:r>
    </w:p>
    <w:p>
      <w:r>
        <w:rPr>
          <w:color w:val="666666"/>
          <w:sz w:val="18"/>
        </w:rPr>
        <w:t>Spirituality · Stress and Spirituality January 1, 2012 · 4m 29s · at 1:36:12 · https://youtu.be/TPhXL9-g6ME?t=5772</w:t>
      </w:r>
    </w:p>
    <w:p>
      <w:r>
        <w:rPr>
          <w:i/>
        </w:rPr>
        <w:t>“How can we get inspiration from nature in such a way that we get an introduction to paradise?”</w:t>
      </w:r>
    </w:p>
    <w:p>
      <w:r>
        <w:rPr>
          <w:sz w:val="20"/>
        </w:rPr>
        <w:t>1:36:12  allah ka yeh sab se bada ehsan hai ke is ne al-risala mission ki daryaft karai." agla sawal aah dilli se aaya hai miss naghma siddiqui ka.</w:t>
      </w:r>
      <w:r>
        <w:br/>
      </w:r>
      <w:r>
        <w:rPr>
          <w:sz w:val="20"/>
        </w:rPr>
        <w:t>1:36:22  unhon ne likha hai: "How can we get inspiration from nature in such a way that we get an introduction to paradise?" yeh baat bohat hi seedhi saadi hai.</w:t>
      </w:r>
      <w:r>
        <w:br/>
      </w:r>
      <w:r>
        <w:rPr>
          <w:sz w:val="20"/>
        </w:rPr>
        <w:t>1:36:35  is mein koi complex nahi hai.</w:t>
      </w:r>
      <w:r>
        <w:br/>
      </w:r>
      <w:r>
        <w:rPr>
          <w:sz w:val="20"/>
        </w:rPr>
        <w:t>1:36:42  woh yeh hai ke jab bhi hum koi cheez lete hain is dunya se to hamein is mein enjoyment milta hai, is mein taste milta hai.</w:t>
      </w:r>
      <w:r>
        <w:br/>
      </w:r>
      <w:r>
        <w:rPr>
          <w:sz w:val="20"/>
        </w:rPr>
        <w:t>1:36:52  is mein hum ko khushi milti hai. lekin ek had par ja kar bas hota hai ke ke limitations wahan aa kar ke record ban gayi hain.</w:t>
      </w:r>
      <w:r>
        <w:br/>
      </w:r>
      <w:r>
        <w:rPr>
          <w:sz w:val="20"/>
        </w:rPr>
        <w:t>1:37:03  koi disadvantage aa kar ke record ban gaya.</w:t>
      </w:r>
      <w:r>
        <w:br/>
      </w:r>
      <w:r>
        <w:rPr>
          <w:sz w:val="20"/>
        </w:rPr>
        <w:t>1:37:06  to is dunya mein sari cheezein hain lekin limitations ke sath hain, disadvantage ke sath hain.</w:t>
      </w:r>
      <w:r>
        <w:br/>
      </w:r>
      <w:r>
        <w:rPr>
          <w:sz w:val="20"/>
        </w:rPr>
        <w:t>1:37:15  to jab bhi aap enjoy karte hain to kahin na kahin ja kar maloom hota hai ke yeh jaise mein aah dhoop mein baithta hoon.</w:t>
      </w:r>
      <w:r>
        <w:br/>
      </w:r>
      <w:r>
        <w:rPr>
          <w:sz w:val="20"/>
        </w:rPr>
        <w:t>1:37:26  mujhe bohat pasand hai dhoop mein baithna. kai baar aisa hota hai ke dhoop mein baitha hoon aur kuch der ke baad paseena ho gaya. ab woh garmi</w:t>
      </w:r>
      <w:r>
        <w:br/>
      </w:r>
      <w:r>
        <w:rPr>
          <w:sz w:val="20"/>
        </w:rPr>
        <w:t>1:37:33  ho gayi. ab woh mujhe achhi nahi lagi. to mujhe yaad aati hai quran majeed ki ayat ke la yarawna fiha shamsan wa la zamhareera.</w:t>
      </w:r>
      <w:r>
        <w:br/>
      </w:r>
      <w:r>
        <w:rPr>
          <w:sz w:val="20"/>
        </w:rPr>
        <w:t>1:37:48  jaise ke thandak hai, thodi si thandak ho to bohat achha lagta hai is mein baithna. lekin thandak barh jaye to takleef hone lagti hai. thodi si roshni ho to bohat achha lagta hai.</w:t>
      </w:r>
      <w:r>
        <w:br/>
      </w:r>
      <w:r>
        <w:rPr>
          <w:sz w:val="20"/>
        </w:rPr>
        <w:t>1:37:57  lekin roshni barh jaye, garmi aa jaye to to pareshan ho jata hai aadmi.</w:t>
      </w:r>
      <w:r>
        <w:br/>
      </w:r>
      <w:r>
        <w:rPr>
          <w:sz w:val="20"/>
        </w:rPr>
        <w:t>1:38:03  to yeh ayat jo hai la yarawna fiha shamsan wa la zamhareera. matlab wahan ka jo suraj hoga is suraj mein yani roshni hogi lekin yani woh aisi garmi nahi hogi jis se aap ko takleef pahunche.</w:t>
      </w:r>
      <w:r>
        <w:br/>
      </w:r>
      <w:r>
        <w:rPr>
          <w:sz w:val="20"/>
        </w:rPr>
        <w:t>1:38:20  wahan jo thandak hogi us mein us mein sarwar hoga lekin woh yeh nahi hoga ke aap kap kap kap kap kap kap hi tare honge aap ke upar</w:t>
      </w:r>
      <w:r>
        <w:br/>
      </w:r>
      <w:r>
        <w:rPr>
          <w:sz w:val="20"/>
        </w:rPr>
        <w:t>1:38:27  to yeh bohat hi yani har din aap ko aisa tajurba ho sakta hai agar aap chahein ke duniya mein hum aaein yani khushiyan hain lekin woh khushiyan khushiyon ke sath sath yani disadvantage hai, limitations hain jis ko quran mein kaha gaya hai hazn.</w:t>
      </w:r>
      <w:r>
        <w:br/>
      </w:r>
      <w:r>
        <w:rPr>
          <w:sz w:val="20"/>
        </w:rPr>
        <w:t>1:38:49  to jannat mein jab jab jayenge log to woh kahenge alhamdulillah alladhi aza ba'd. hazn ke allah ka shukar hai jis ne hamein</w:t>
      </w:r>
      <w:r>
        <w:br/>
      </w:r>
      <w:r>
        <w:rPr>
          <w:sz w:val="20"/>
        </w:rPr>
        <w:t>1:39:00  hazn se yani hata liya hum hum se hazn. duniya mein hum ko har cheez ke sath hazn laga hua tha. har cheez ke sath.</w:t>
      </w:r>
      <w:r>
        <w:br/>
      </w:r>
      <w:r>
        <w:rPr>
          <w:sz w:val="20"/>
        </w:rPr>
        <w:t>1:39:11  bhai kahin hum aktah jate hain, kahin hum bor ho jate hain, kahin koi accident ho jata hai, kahin yani har mukhtalif qism ki disadvantage, mukhtalif koi limitations se hamein dochar hona parta hai is duniya mein.</w:t>
      </w:r>
      <w:r>
        <w:br/>
      </w:r>
      <w:r>
        <w:rPr>
          <w:sz w:val="20"/>
        </w:rPr>
        <w:t>1:39:27  lazaton ke bawajood. lekin jannat mein yeh sab kuch bhi nahi hoga. yeh sab cheezein wahan khatam ho jayengi. eternal bliss hogi wahan par.</w:t>
      </w:r>
      <w:r>
        <w:br/>
      </w:r>
      <w:r>
        <w:rPr>
          <w:sz w:val="20"/>
        </w:rPr>
        <w:t>1:39:36  to ahl-e-jannat kahenge alhamdulillah alladhi aza ba'd. hazn. is se allah ka shukar hai jis ne hum ke hazn ko nikal liya.</w:t>
      </w:r>
      <w:r>
        <w:br/>
      </w:r>
      <w:r>
        <w:rPr>
          <w:sz w:val="20"/>
        </w:rPr>
        <w:t>1:39:45  to mein kaha karta hoon ke ek hai paradise with hazn. ek hai paradise without hazn.</w:t>
      </w:r>
      <w:r>
        <w:br/>
      </w:r>
      <w:r>
        <w:rPr>
          <w:sz w:val="20"/>
        </w:rPr>
        <w:t>1:39:52  to maut duniya jo hai paradise with hazn hai. aur jannat jo hai woh paradise without hazn hai. yeh farq hai dono mein.</w:t>
      </w:r>
      <w:r>
        <w:br/>
      </w:r>
      <w:r>
        <w:rPr>
          <w:sz w:val="20"/>
        </w:rPr>
        <w:t>1:40:03  to paradise with hazn is liye di gayi ke aap is is is paradise ko daryaft kar saken jo paradise without hazn hogi.</w:t>
      </w:r>
      <w:r>
        <w:br/>
      </w:r>
      <w:r>
        <w:rPr>
          <w:sz w:val="20"/>
        </w:rPr>
        <w:t>1:40:13  ke aap yahan sochein ke khudaya paradise with hazn mein itni sari boundaries hain, itna is mein pleasure hai to woh jannat jo hai jo paradise without hazn hogi us mein kitna pleasure hoga.</w:t>
      </w:r>
      <w:r>
        <w:br/>
      </w:r>
      <w:r>
        <w:rPr>
          <w:sz w:val="20"/>
        </w:rPr>
        <w:t>1:40:26  is mein kitna zyada khushiyan hongi. is tarah se aap yaad kar sakte hain yeh duniya ko le kar ke akhirat ke jannat ko.</w:t>
      </w:r>
      <w:r>
        <w:br/>
      </w:r>
      <w:r>
        <w:rPr>
          <w:sz w:val="20"/>
        </w:rPr>
        <w:t>1:40:39  bangalore se maulana inayatullah umri ne</w:t>
      </w:r>
    </w:p>
    <w:p>
      <w:pPr>
        <w:pStyle w:val="Heading2"/>
      </w:pPr>
      <w:r>
        <w:t>Inspiring religious duties without emotions</w:t>
      </w:r>
    </w:p>
    <w:p>
      <w:r>
        <w:rPr>
          <w:color w:val="666666"/>
          <w:sz w:val="18"/>
        </w:rPr>
        <w:t>Spirituality · Major Signs of Doomsday November 26, 2023 · 3m 16s · at 27:43 · https://youtu.be/pMRzFjrkWf4?t=1663</w:t>
      </w:r>
    </w:p>
    <w:p>
      <w:r>
        <w:rPr>
          <w:i/>
        </w:rPr>
        <w:t>“If emotions are taken out of deen, and deen is according to rationality, how can you inspire people to do religious duties?”</w:t>
      </w:r>
    </w:p>
    <w:p>
      <w:r>
        <w:rPr>
          <w:sz w:val="20"/>
        </w:rPr>
        <w:t>27:43  Syed Haseeb Shah Naqvi sahib ne Pakistan se likha hai ke: "book fair Pakistan team has and has participated in the Islamabad book fair, and he is asked people who are stay in that area to come and visit the book fair, and Maulana Wahiduddin Khan sahib books are available at the stall." Apa, yeh aik sawal aaya hai Jammu se.</w:t>
      </w:r>
      <w:r>
        <w:br/>
      </w:r>
      <w:r>
        <w:rPr>
          <w:sz w:val="20"/>
        </w:rPr>
        <w:t>28:08  Junaid Muhammad sahib ne bheja</w:t>
      </w:r>
      <w:r>
        <w:br/>
      </w:r>
      <w:r>
        <w:rPr>
          <w:sz w:val="20"/>
        </w:rPr>
        <w:t>28:10  hai. Unhon ne likha hai ke: "Apa, if emotions are taken out of deen, then according to rationality, how can you inspire people to do religious deeds?</w:t>
      </w:r>
      <w:r>
        <w:br/>
      </w:r>
      <w:r>
        <w:rPr>
          <w:sz w:val="20"/>
        </w:rPr>
        <w:t>28:22  If Ibrahim Alaihissalam had used only mind at the time of his sacrifice of his son Ismail, he would not have done the deed.</w:t>
      </w:r>
      <w:r>
        <w:br/>
      </w:r>
      <w:r>
        <w:rPr>
          <w:sz w:val="20"/>
        </w:rPr>
        <w:t>28:31  How can we separate Islam from emotions and social justice?"</w:t>
      </w:r>
      <w:r>
        <w:br/>
      </w:r>
      <w:r>
        <w:rPr>
          <w:sz w:val="20"/>
        </w:rPr>
        <w:t>28:37  to woh yeh sawal aap se pooch rahe hain. Apa, is ke baray mein kuch bataein. To emotions to positive bhi hotay hain, negative bhi hotay hain. Ab Khuda ke liye hamaray jazbat hain, deen ke liye jazbat hain.</w:t>
      </w:r>
      <w:r>
        <w:br/>
      </w:r>
      <w:r>
        <w:rPr>
          <w:sz w:val="20"/>
        </w:rPr>
        <w:t>28:48  to woh to bohat acha jazbat hain. Insan to ke andar to jazbat bhare hue hain, lekin ghalat jazbat, ghalat jazbat ka ghalat direction ke hum tamam logon ko apna dushman maan lein to aur jazbat mein un se jang karna shuru kar dein.</w:t>
      </w:r>
      <w:r>
        <w:br/>
      </w:r>
      <w:r>
        <w:rPr>
          <w:sz w:val="20"/>
        </w:rPr>
        <w:t>29:04  to jazbat, hamara jazba yeh hona chahiye ke hum tamam logon ko Khuda ka deen pohanchayengay, un ko jannat ka rasta dikhayengay. To jazbat bhi to is ka direction sahi hona chahiye na?</w:t>
      </w:r>
      <w:r>
        <w:br/>
      </w:r>
      <w:r>
        <w:rPr>
          <w:sz w:val="20"/>
        </w:rPr>
        <w:t>29:15  Jazbat to rahengay, jazbat ko to hum alag kar hi nahi sakte. Insan to jazbat insan ke andar bohat ziyada hain. Kai kai aisay mazahib hain jo kehtay hain ke desires ko alag karo, lekin desires khatam karo, lekin yeh possible nahi hai.</w:t>
      </w:r>
      <w:r>
        <w:br/>
      </w:r>
      <w:r>
        <w:rPr>
          <w:sz w:val="20"/>
        </w:rPr>
        <w:t>29:33  Desires ko, emotions ko khatam nahi kar sakte, bas is ka sahi direction mutayyan kar sakte hain. Aur Apa, yeh bohat zaroori hai ke emotional response jo hai, woh hamesha reaction hota hai.</w:t>
      </w:r>
      <w:r>
        <w:br/>
      </w:r>
      <w:r>
        <w:rPr>
          <w:sz w:val="20"/>
        </w:rPr>
        <w:t>29:47  Lekin agar aap soch samajh ke aap jawab dein to woh well considered response hota hai.</w:t>
      </w:r>
      <w:r>
        <w:br/>
      </w:r>
      <w:r>
        <w:rPr>
          <w:sz w:val="20"/>
        </w:rPr>
        <w:t>29:53  Aur Apa, sab se bara, I think, example Islamic history mein jo hamein milta hai ke kyun emotional response nahi dena chahiye, woh Rasool Allah ki zindagi se Hudaybiyyah treaty se hamein milta hai.</w:t>
      </w:r>
      <w:r>
        <w:br/>
      </w:r>
      <w:r>
        <w:rPr>
          <w:sz w:val="20"/>
        </w:rPr>
        <w:t>30:05  Jab treaty sign honi thi to likha tha ke Prophet of Allah. To Suhail ibn Amr thay Quraish ke side se, unhon ne kaha ke nahi, aap likhein Muhammad ibn Abdullah, hum aap ko Prophet nahi mantay hain.</w:t>
      </w:r>
      <w:r>
        <w:br/>
      </w:r>
      <w:r>
        <w:rPr>
          <w:sz w:val="20"/>
        </w:rPr>
        <w:t>30:18  To ab dekhiye, itna bara yeh aik emotional point tha.</w:t>
      </w:r>
      <w:r>
        <w:br/>
      </w:r>
      <w:r>
        <w:rPr>
          <w:sz w:val="20"/>
        </w:rPr>
        <w:t>30:22  Sahaba jo thay, woh naraz ho rahe thay ke aisay kaise ho sakta hai? Hazrat Ali ne mitanay se mana kar diya tha, Prophet ne khud mitaya tha, lekin Prophet future ko dekh ke faisla le rahe thay.</w:t>
      </w:r>
      <w:r>
        <w:br/>
      </w:r>
      <w:r>
        <w:rPr>
          <w:sz w:val="20"/>
        </w:rPr>
        <w:t>30:34  Agar us waqt emotion ke sath faisla lete to shayad woh ayat bhi nahi aati jo Fatah Mubeen ki aayi thi. Ayat aur us ke baad hum jantay hain ke kis tarah se aasani se Islam phail gaya aur Makkah bhi fateh hua.</w:t>
      </w:r>
      <w:r>
        <w:br/>
      </w:r>
      <w:r>
        <w:rPr>
          <w:sz w:val="20"/>
        </w:rPr>
        <w:t>30:50  To yeh bara important hai ke aap ne sahi kaha, jazbat bohat important hain, lekin is ko sahi direction dena, is ke liye mind ka istemal karna bohat zaroori hai.</w:t>
      </w:r>
    </w:p>
    <w:p>
      <w:pPr>
        <w:pStyle w:val="Heading2"/>
      </w:pPr>
      <w:r>
        <w:t>Introspection and changing mindset</w:t>
      </w:r>
    </w:p>
    <w:p>
      <w:r>
        <w:rPr>
          <w:color w:val="666666"/>
          <w:sz w:val="18"/>
        </w:rPr>
        <w:t>Spirituality · Hadith Prediction November 3, 2013 · 2m 16s · at 49:13 · https://youtu.be/cb5Lzw9c8aE?t=2953</w:t>
      </w:r>
    </w:p>
    <w:p>
      <w:r>
        <w:rPr>
          <w:i/>
        </w:rPr>
        <w:t>“Is introspection the beginning of changing the mindset? Please explain how can one change one's mindset?”</w:t>
      </w:r>
    </w:p>
    <w:p>
      <w:r>
        <w:rPr>
          <w:sz w:val="20"/>
        </w:rPr>
        <w:t>49:13  maulana, agla sawal delhi se hai, miss naghma siddiqui ka</w:t>
      </w:r>
      <w:r>
        <w:br/>
      </w:r>
      <w:r>
        <w:rPr>
          <w:sz w:val="20"/>
        </w:rPr>
        <w:t>49:17  . unhon ne likha hai: "is introspection the beginning of changing the mindset? please explain how can one change ones mindset?" haan, yeh to sahi hai ke introspection jo hai, wohi beginning hai jis ko muhasba kaha jata hai.</w:t>
      </w:r>
      <w:r>
        <w:br/>
      </w:r>
      <w:r>
        <w:rPr>
          <w:sz w:val="20"/>
        </w:rPr>
        <w:t>49:37  muhasba yeh Hazrat Umar ka qaul hai: hāsbū anfusakum qabla an tuḥāsabū wa waznū qabla an tūzanū aap</w:t>
      </w:r>
      <w:r>
        <w:br/>
      </w:r>
      <w:r>
        <w:rPr>
          <w:sz w:val="20"/>
        </w:rPr>
        <w:t>49:47  na hisab kar lo, is se pehle ke tumhara hisab kiya jaye. apne ko tol lo, is se pehle ke tumhe tola jaye. yeh hai introspection. yeh to beginning hai aur bilkul natural beginning hai.</w:t>
      </w:r>
      <w:r>
        <w:br/>
      </w:r>
      <w:r>
        <w:rPr>
          <w:sz w:val="20"/>
        </w:rPr>
        <w:t>50:00  yeh jab</w:t>
      </w:r>
      <w:r>
        <w:br/>
      </w:r>
      <w:r>
        <w:rPr>
          <w:sz w:val="20"/>
        </w:rPr>
        <w:t>50:02  bhi aap ko ehsas ho jaye ke mujhe Allah ke raste par chalna hai, haq ka tareeqa jo hai, us ko follow karna hai, to beginning to yahin se hogi ke apne past ko sochenge.</w:t>
      </w:r>
      <w:r>
        <w:br/>
      </w:r>
      <w:r>
        <w:rPr>
          <w:sz w:val="20"/>
        </w:rPr>
        <w:t>50:14  aap ke ab tak jo main karta raha, woh kaisa tha? phir aap sochenge ke main kahan kahan mujhe correction karna hai, kahan kahan apne ko ek nayi soch lana hai.</w:t>
      </w:r>
      <w:r>
        <w:br/>
      </w:r>
      <w:r>
        <w:rPr>
          <w:sz w:val="20"/>
        </w:rPr>
        <w:t>50:27  baqi yeh kaise ho? to main to sochta hoon ke jo sincere hoga, woh karega. it required a lot of sincerity.</w:t>
      </w:r>
      <w:r>
        <w:br/>
      </w:r>
      <w:r>
        <w:rPr>
          <w:sz w:val="20"/>
        </w:rPr>
        <w:t>50:37  aadmi sincere na ho to phir to woh us ko kuch kehna hi bekar hai. sab se pehli cheez yeh hai ke aadmi ko sincere banna padega apne bare mein.</w:t>
      </w:r>
      <w:r>
        <w:br/>
      </w:r>
      <w:r>
        <w:rPr>
          <w:sz w:val="20"/>
        </w:rPr>
        <w:t>50:48  apne bare mein sincere banna padega aur ke main kyun paida hua</w:t>
      </w:r>
      <w:r>
        <w:br/>
      </w:r>
      <w:r>
        <w:rPr>
          <w:sz w:val="20"/>
        </w:rPr>
        <w:t>50:55  mein kyon duniya mein jeeta hoon, kyon maut aati hai, maut ke baad kya hona hai. yeh saara jo muamla hai zindagi ka, is ke bare mein aap sincere agar honge to sochenge.</w:t>
      </w:r>
      <w:r>
        <w:br/>
      </w:r>
      <w:r>
        <w:rPr>
          <w:sz w:val="20"/>
        </w:rPr>
        <w:t>51:08  samajhta hoon ke sincerity basic cheez hai. jab sincerity hogi aadmi ke andar to woh introspection karega.</w:t>
      </w:r>
      <w:r>
        <w:br/>
      </w:r>
      <w:r>
        <w:rPr>
          <w:sz w:val="20"/>
        </w:rPr>
        <w:t>51:19  introspection karega to saari baatein us ki us ko khulti chali jayengi us ke upar.</w:t>
      </w:r>
    </w:p>
    <w:p>
      <w:pPr>
        <w:pStyle w:val="Heading2"/>
      </w:pPr>
      <w:r>
        <w:t>Is Emotional Feeling a True Expression of Islam</w:t>
      </w:r>
    </w:p>
    <w:p>
      <w:r>
        <w:rPr>
          <w:color w:val="666666"/>
          <w:sz w:val="18"/>
        </w:rPr>
        <w:t>Spirituality · Surah Al-'Asr I November 23, 2014 Maulana Wahiduddin Khan · 4m 16s · at 49:18 · https://youtu.be/3dBMIUC0Dqw?t=2958</w:t>
      </w:r>
    </w:p>
    <w:p>
      <w:r>
        <w:rPr>
          <w:i/>
        </w:rPr>
        <w:t>“A gentleman has written his feeling about a spiritual state. Is this feeling an expression of Islam?”</w:t>
      </w:r>
    </w:p>
    <w:p>
      <w:r>
        <w:rPr>
          <w:sz w:val="20"/>
        </w:rPr>
        <w:t>49:18  Maulana, ye sawal aya hai ab Maulana Abdul Basit Umri ka, Qatar, Doha se. aur unhon ne likha hai: "Maulana, aik sahib ne kaifiyat ke baray mein apna aik ehsas likha.</w:t>
      </w:r>
      <w:r>
        <w:br/>
      </w:r>
      <w:r>
        <w:rPr>
          <w:sz w:val="20"/>
        </w:rPr>
        <w:t>49:33  kya ye ehsas Islam ka tarjuma hai?" aur Maulana, unhon ne wo phir</w:t>
      </w:r>
      <w:r>
        <w:br/>
      </w:r>
      <w:r>
        <w:rPr>
          <w:sz w:val="20"/>
        </w:rPr>
        <w:t>49:40  detail mein likha hai. jo sahib ne un ko likha tha wo is tarah hai: "aksar log jazbatiyat aur raqat ko hi taluq billah samjhte hain.</w:t>
      </w:r>
      <w:r>
        <w:br/>
      </w:r>
      <w:r>
        <w:rPr>
          <w:sz w:val="20"/>
        </w:rPr>
        <w:t>49:51  aur jab ye kam hone lagti hai to khud bhi ibadat mein kami ya tark kar dete hain.</w:t>
      </w:r>
      <w:r>
        <w:br/>
      </w:r>
      <w:r>
        <w:rPr>
          <w:sz w:val="20"/>
        </w:rPr>
        <w:t>49:58  halankay kaifiyat ka hona ya na hona dono azmaish hain. phir Allah ye bhi dekhna chahta hai ke mera banda mere liye ibadat karta hai ya dil ki lazzat o kaifiyat ke liye.</w:t>
      </w:r>
      <w:r>
        <w:br/>
      </w:r>
      <w:r>
        <w:rPr>
          <w:sz w:val="20"/>
        </w:rPr>
        <w:t>50:13  kaifiyat to ani jani cheez hai.</w:t>
      </w:r>
      <w:r>
        <w:br/>
      </w:r>
      <w:r>
        <w:rPr>
          <w:sz w:val="20"/>
        </w:rPr>
        <w:t>50:16  asal maqsood Allah ki ibadat aur itaat hai. agar ye na ho to kaifiyat ki koi khaas ahmiyat nahi." Maulana, is ke baray mein kuch?</w:t>
      </w:r>
      <w:r>
        <w:br/>
      </w:r>
      <w:r>
        <w:rPr>
          <w:sz w:val="20"/>
        </w:rPr>
        <w:t>50:28  nahi, kaifiyat hi asal hai. ye galat baat hai. kaifiyat hi asal hai.</w:t>
      </w:r>
      <w:r>
        <w:br/>
      </w:r>
      <w:r>
        <w:rPr>
          <w:sz w:val="20"/>
        </w:rPr>
        <w:t>50:35  jazbatiyat bilkul doosri cheez hai. jazbatiyat alag cheez hai.</w:t>
      </w:r>
      <w:r>
        <w:br/>
      </w:r>
      <w:r>
        <w:rPr>
          <w:sz w:val="20"/>
        </w:rPr>
        <w:t>50:44  misal ke taur par main aik martaba gaya, shia hazrat ki majlis hoti hai, majlis e aza. is mein aik sahib aye, unhon ne Hazrat Hussain ki mazloomiyat bayan ki.</w:t>
      </w:r>
      <w:r>
        <w:br/>
      </w:r>
      <w:r>
        <w:rPr>
          <w:sz w:val="20"/>
        </w:rPr>
        <w:t>50:56  mazloomiyat ajeeb o ghareeb tareeqay se mazloomiyat. ab sare log ro rahe hain.</w:t>
      </w:r>
      <w:r>
        <w:br/>
      </w:r>
      <w:r>
        <w:rPr>
          <w:sz w:val="20"/>
        </w:rPr>
        <w:t>51:04  ajeeb o ghareeb qism ke alfaaz ka khel tha un ka aur sare ro rahe hain. ye koi kaifiyat nahi hai. ye to ye to aik bilkul doosri cheez hai.</w:t>
      </w:r>
      <w:r>
        <w:br/>
      </w:r>
      <w:r>
        <w:rPr>
          <w:sz w:val="20"/>
        </w:rPr>
        <w:t>51:14  yeh bilkul doosri cheez hai. Billee Graham jo tha, haaye, abhi zindah hai woh. Woh jab taqreer, woh ek waise bedridden hai, jab taqreer karta tha to log rote thay.</w:t>
      </w:r>
      <w:r>
        <w:br/>
      </w:r>
      <w:r>
        <w:rPr>
          <w:sz w:val="20"/>
        </w:rPr>
        <w:t>51:25  Woh woh woh woh matloob kaifiyat wali baat nahi hai. Woh ek alag hi cheez hai. Woh alag cheez hai. Woh to aap ko ek</w:t>
      </w:r>
      <w:r>
        <w:br/>
      </w:r>
      <w:r>
        <w:rPr>
          <w:sz w:val="20"/>
        </w:rPr>
        <w:t>51:38  Yaani rabbani kaifiyat aur ek jazbaatiyat mein farq karna paray ga. Rabbani kaifiyat ke baghair Islam hi bekaar hai.</w:t>
      </w:r>
      <w:r>
        <w:br/>
      </w:r>
      <w:r>
        <w:rPr>
          <w:sz w:val="20"/>
        </w:rPr>
        <w:t>51:50  Woh to form ban jaye ga. Jiss ko aap ne ibaadat kaha, woh to form hai.</w:t>
      </w:r>
      <w:r>
        <w:br/>
      </w:r>
      <w:r>
        <w:rPr>
          <w:sz w:val="20"/>
        </w:rPr>
        <w:t>51:56  Form to nothing hai. Form ki koi qeemat nahi hai. To rabbani kaifiyat hi matloob hai, asal.</w:t>
      </w:r>
      <w:r>
        <w:br/>
      </w:r>
      <w:r>
        <w:rPr>
          <w:sz w:val="20"/>
        </w:rPr>
        <w:t>52:06  Warna woh ibaadat aap ki jo hai form ban jaye gi. Lekin yeh jo hazaron rulate hain, woh to taqreer karne ka kamaal samajhte thay.</w:t>
      </w:r>
      <w:r>
        <w:br/>
      </w:r>
      <w:r>
        <w:rPr>
          <w:sz w:val="20"/>
        </w:rPr>
        <w:t>52:15  Woh waqti tor par aisa karte hain.</w:t>
      </w:r>
      <w:r>
        <w:br/>
      </w:r>
      <w:r>
        <w:rPr>
          <w:sz w:val="20"/>
        </w:rPr>
        <w:t>52:19  Waqti tor par taqreer karein ge, hazar dein ge. Waqti tor par kuch baatein kahein ge, rula dein ge. Woh to ek kartab hai. Yeh ehsaan rulane ka kartab hai.</w:t>
      </w:r>
      <w:r>
        <w:br/>
      </w:r>
      <w:r>
        <w:rPr>
          <w:sz w:val="20"/>
        </w:rPr>
        <w:t>52:30  Woh ek alag hi cheez hai. Rabbani kaifiyat ek alag cheez hai.</w:t>
      </w:r>
      <w:r>
        <w:br/>
      </w:r>
      <w:r>
        <w:rPr>
          <w:sz w:val="20"/>
        </w:rPr>
        <w:t>52:36  Rabbani kaifiyat ki pehchaan yeh hai ke aap ke woh kaifiyat ke nateeje mein aap ke andar Allah ki mohabbat aaye, Allah ka khauf aaye, aap ke andar har maamle mein</w:t>
      </w:r>
      <w:r>
        <w:br/>
      </w:r>
      <w:r>
        <w:rPr>
          <w:sz w:val="20"/>
        </w:rPr>
        <w:t>52:53  Muwakhzah ko sochein, aap accountability ko. To yeh bohat, yeh jo unhon ne likha, mera zikr bilkul galat baat likhi hai unhon ne.</w:t>
      </w:r>
      <w:r>
        <w:br/>
      </w:r>
      <w:r>
        <w:rPr>
          <w:sz w:val="20"/>
        </w:rPr>
        <w:t>53:03  Unhon ne do cheezon ko ek ek kar diya. Yaani woh jo sathi qism ki jazbaatiyat jo hoti hai, jo muqarrir taqreer kar ke paida karta hai, kabhi rulata hai, kabhi hansata hai, woh ek alag hi cheez hai.</w:t>
      </w:r>
      <w:r>
        <w:br/>
      </w:r>
      <w:r>
        <w:rPr>
          <w:sz w:val="20"/>
        </w:rPr>
        <w:t>53:18  Woh to bohat hi third class ki cheez hai.</w:t>
      </w:r>
      <w:r>
        <w:br/>
      </w:r>
      <w:r>
        <w:rPr>
          <w:sz w:val="20"/>
        </w:rPr>
        <w:t>53:21  Lekin jo rabbani kaifiyat hai, woh to bohat aala hai. Woh woh to aaj matloob hai. Is ke baghair to deen mein baaz ek farigh ban kar reh jaye ga.</w:t>
      </w:r>
    </w:p>
    <w:p>
      <w:pPr>
        <w:pStyle w:val="Heading2"/>
      </w:pPr>
      <w:r>
        <w:t>Is helplessness positive or negative?</w:t>
      </w:r>
    </w:p>
    <w:p>
      <w:r>
        <w:rPr>
          <w:color w:val="666666"/>
          <w:sz w:val="18"/>
        </w:rPr>
        <w:t>Spirituality · 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Is rethinking equivalent to repentance?</w:t>
      </w:r>
    </w:p>
    <w:p>
      <w:r>
        <w:rPr>
          <w:color w:val="666666"/>
          <w:sz w:val="18"/>
        </w:rPr>
        <w:t>Spirituality · The Lesson of History September 21, 2014 · 2m 07s · at 57:07 · https://youtu.be/aMVHLKMkhcQ?t=3427</w:t>
      </w:r>
    </w:p>
    <w:p>
      <w:r>
        <w:rPr>
          <w:i/>
        </w:rPr>
        <w:t>“Can rethinking mean repentance? Are both the same thing? Please explain.”</w:t>
      </w:r>
    </w:p>
    <w:p>
      <w:r>
        <w:rPr>
          <w:sz w:val="20"/>
        </w:rPr>
        <w:t>57:07  maulana, agla sawal dilli se hai. maulana farhad ahmed sahab ka. aur unhon ne aap se poocha hai ke kya rethinking ka matlab tauba karna ho sakta hai?</w:t>
      </w:r>
      <w:r>
        <w:br/>
      </w:r>
      <w:r>
        <w:rPr>
          <w:sz w:val="20"/>
        </w:rPr>
        <w:t>57:19  is ke baray mein batayein. dono ek hi cheez hain. tauba ka matlab bhi hai rethinking. dekhiye, jab rethinking karenge aap to aap sochen ge ke mein ne kya ghalti ki.</w:t>
      </w:r>
      <w:r>
        <w:br/>
      </w:r>
      <w:r>
        <w:rPr>
          <w:sz w:val="20"/>
        </w:rPr>
        <w:t>57:33  is ghalti ko phir aap correction karenge is ka. is tarah se aap ne phir dobara theek karenge. yaani bhatke hain to aap sahi rastay par aayenge.</w:t>
      </w:r>
      <w:r>
        <w:br/>
      </w:r>
      <w:r>
        <w:rPr>
          <w:sz w:val="20"/>
        </w:rPr>
        <w:t>57:45  mein samajhta hoon ke tauba jo hai, woh isi cheez ka naam hai jis ko mein rethinking keh raha hoon</w:t>
      </w:r>
      <w:r>
        <w:br/>
      </w:r>
      <w:r>
        <w:rPr>
          <w:sz w:val="20"/>
        </w:rPr>
        <w:t>57:53  . ek aur baat mein arz karunga ke quran mein hai ke summa yatubuna min qareeb jo jald hi karte hain tauba.</w:t>
      </w:r>
      <w:r>
        <w:br/>
      </w:r>
      <w:r>
        <w:rPr>
          <w:sz w:val="20"/>
        </w:rPr>
        <w:t>58:03  to rethinking bohat jald karni chahiye. kyunke hota yeh hai ke agar aap ne tauba qareeb nahi kiya aap ne to aap ke andar aap conditioning ki wajah se aap pakka ho jayenge isi mein.</w:t>
      </w:r>
      <w:r>
        <w:br/>
      </w:r>
      <w:r>
        <w:rPr>
          <w:sz w:val="20"/>
        </w:rPr>
        <w:t>58:14  phir toba ki tofeeq hi nahi hogi aap ko. thumma y</w:t>
      </w:r>
      <w:r>
        <w:br/>
      </w:r>
      <w:r>
        <w:rPr>
          <w:sz w:val="20"/>
        </w:rPr>
        <w:t>58:19  atuboona min qareeb yani ghalati kiya to jaldi se toba karo. jaldi se phir se socho. nahi to kya hoga? conditioning ka process shuru ho jayega.</w:t>
      </w:r>
      <w:r>
        <w:br/>
      </w:r>
      <w:r>
        <w:rPr>
          <w:sz w:val="20"/>
        </w:rPr>
        <w:t>58:32  agar aap ne toba qareeb nahi kiya to conditioning ka process shuru ho jayega. aur dheere dheere aap ka ehsas barh jayega. ehsas yeh barh jayega ke aap ne ghalati ki thi.</w:t>
      </w:r>
      <w:r>
        <w:br/>
      </w:r>
      <w:r>
        <w:rPr>
          <w:sz w:val="20"/>
        </w:rPr>
        <w:t>58:43  yani ghalati ka ehsas barh jayega. agar aap toba qareeb nahi kiya aap ne.</w:t>
      </w:r>
      <w:r>
        <w:br/>
      </w:r>
      <w:r>
        <w:rPr>
          <w:sz w:val="20"/>
        </w:rPr>
        <w:t>58:48  yeh bohat ahem ayat hai yeh quran majeed ki. thumma yatuboona min qareeb ke jab ghalati ho jaye to foran toba karo. foran dobara socho.</w:t>
      </w:r>
      <w:r>
        <w:br/>
      </w:r>
      <w:r>
        <w:rPr>
          <w:sz w:val="20"/>
        </w:rPr>
        <w:t>59:01  nahi to isi mein tum conditioned ho jaoge aur phir toba ki tofeeq bhi qubool nahi hogi.</w:t>
      </w:r>
    </w:p>
    <w:p>
      <w:pPr>
        <w:pStyle w:val="Heading2"/>
      </w:pPr>
      <w:r>
        <w:t>Is there a limit to divine knowledge?</w:t>
      </w:r>
    </w:p>
    <w:p>
      <w:r>
        <w:rPr>
          <w:color w:val="666666"/>
          <w:sz w:val="18"/>
        </w:rPr>
        <w:t>Spirituality · Divine Help September 22, 2015 · 3m 20s · at 46:01 · https://youtu.be/sozrNCif0Gg?t=2761</w:t>
      </w:r>
    </w:p>
    <w:p>
      <w:r>
        <w:rPr>
          <w:i/>
        </w:rPr>
        <w:t>“Is there a limit to ma'rifat? We contemplate God's creations: rivers, mountains, oceans, sky, moon, sun, stars, paradise, hell, etc. Then we look at the universe's system, the Big Bang, and the ripples that are God's handwritings.”</w:t>
      </w:r>
    </w:p>
    <w:p>
      <w:r>
        <w:rPr>
          <w:sz w:val="20"/>
        </w:rPr>
        <w:t>46:01  Maulana, agla sawal Bijnor UP se Mahtab Ali Nandru Sahab ne bheja hai. unhon ne likha hai: "Maulana, kya marifat ki bhi koi had hai?</w:t>
      </w:r>
      <w:r>
        <w:br/>
      </w:r>
      <w:r>
        <w:rPr>
          <w:sz w:val="20"/>
        </w:rPr>
        <w:t>46:14  hum Allah ki banai hui cheezon mein ghaur karte hain: darya, pahaad, samandar, aasman, chand, suraj, sitare, jannat, jahannum waghera."</w:t>
      </w:r>
      <w:r>
        <w:br/>
      </w:r>
      <w:r>
        <w:rPr>
          <w:sz w:val="20"/>
        </w:rPr>
        <w:t>46:24  phir hum kainat ke nizaam ko dekhte hain aur big bang aur un ripples ko jo ke khuda ke haath ki tehreerein hain.</w:t>
      </w:r>
      <w:r>
        <w:br/>
      </w:r>
      <w:r>
        <w:rPr>
          <w:sz w:val="20"/>
        </w:rPr>
        <w:t>46:33  yahan aa kar hamari soch ki had aa jati hai. to kya baqi wonders of God ko insaan jannat mein unfold karega?</w:t>
      </w:r>
      <w:r>
        <w:br/>
      </w:r>
      <w:r>
        <w:rPr>
          <w:sz w:val="20"/>
        </w:rPr>
        <w:t>46:44  to kya realization ka amal jannat mein mukammal hoga? is ko wazeh karein."</w:t>
      </w:r>
      <w:r>
        <w:br/>
      </w:r>
      <w:r>
        <w:rPr>
          <w:sz w:val="20"/>
        </w:rPr>
        <w:t>46:57  dekhiye, jahan tak mein samajhta hoon, Allah rabbul alameen ki koi had nahin.</w:t>
      </w:r>
      <w:r>
        <w:br/>
      </w:r>
      <w:r>
        <w:rPr>
          <w:sz w:val="20"/>
        </w:rPr>
        <w:t>47:07  koi had hi nahin is ki. koi had nahin. to marifat ki bhi koi had nahin.</w:t>
      </w:r>
      <w:r>
        <w:br/>
      </w:r>
      <w:r>
        <w:rPr>
          <w:sz w:val="20"/>
        </w:rPr>
        <w:t>47:18  marifat ka jo process hai, woh jaari rahega. eternally.</w:t>
      </w:r>
      <w:r>
        <w:br/>
      </w:r>
      <w:r>
        <w:rPr>
          <w:sz w:val="20"/>
        </w:rPr>
        <w:t>47:25  abhi bhi jaari hai. jannaton mein jaari rahega. aur mawarae jannaton mein jaari rahega. kyunke dekhiye, yeh Einstein ki jo theory hai, is se sabit hota hai ke koi jo creation ka jo zimmedaar hai, us ki koi had nahin.</w:t>
      </w:r>
      <w:r>
        <w:br/>
      </w:r>
      <w:r>
        <w:rPr>
          <w:sz w:val="20"/>
        </w:rPr>
        <w:t>47:52  kuch had nahin. eternally had nahin hai.</w:t>
      </w:r>
      <w:r>
        <w:br/>
      </w:r>
      <w:r>
        <w:rPr>
          <w:sz w:val="20"/>
        </w:rPr>
        <w:t>47:57  agar had aa jaye to phir woh kaisa ajeeb ho jayega. to aap to bas marifat mein jeete rahiye.</w:t>
      </w:r>
      <w:r>
        <w:br/>
      </w:r>
      <w:r>
        <w:rPr>
          <w:sz w:val="20"/>
        </w:rPr>
        <w:t>48:09  Allah rabbul alameen ki be panah azmat mein jeete rahiye. aur is mein Allah ka shukr karte rahiye. bas.</w:t>
      </w:r>
      <w:r>
        <w:br/>
      </w:r>
      <w:r>
        <w:rPr>
          <w:sz w:val="20"/>
        </w:rPr>
        <w:t>48:22  maulana, agla comment lena chahenge jo saharanpur se Dr</w:t>
      </w:r>
      <w:r>
        <w:br/>
      </w:r>
      <w:r>
        <w:rPr>
          <w:sz w:val="20"/>
        </w:rPr>
        <w:t>48:26  doctor Aslam Khan sahib ne bheja hai. unhon ne likha hai: "Sir Isaac, Newton, Galileo, Albert Einstein, Paul Dirac, and Stephen Hawking ke paida hone ke baad is duniya mein physics aur metaphysical science mein bohat bara vacuum aa gaya tha jis ko reason-based spiritual rehnumai ko bharna tha.</w:t>
      </w:r>
      <w:r>
        <w:br/>
      </w:r>
      <w:r>
        <w:rPr>
          <w:sz w:val="20"/>
        </w:rPr>
        <w:t>48:51  isi period mein ek se ek qabil religious leaders paida hue lekin yeh log apna appropriate role ada na kar sake.</w:t>
      </w:r>
      <w:r>
        <w:br/>
      </w:r>
      <w:r>
        <w:rPr>
          <w:sz w:val="20"/>
        </w:rPr>
        <w:t>49:01  alhamdulillah, aap ne is vacuum ko reason-based tareeqe se poora kiya aur hazaron lakhon log confusion se bahar aa kar dawat-e-ilahi ka kaam kar rahe hain.</w:t>
      </w:r>
      <w:r>
        <w:br/>
      </w:r>
      <w:r>
        <w:rPr>
          <w:sz w:val="20"/>
        </w:rPr>
        <w:t>49:14  This all credit goes to you only. God bless you, respected Maulana, and your universal circle.</w:t>
      </w:r>
    </w:p>
    <w:p>
      <w:pPr>
        <w:pStyle w:val="Heading2"/>
      </w:pPr>
      <w:r>
        <w:t>Keeping faith alive</w:t>
      </w:r>
    </w:p>
    <w:p>
      <w:r>
        <w:rPr>
          <w:color w:val="666666"/>
          <w:sz w:val="18"/>
        </w:rPr>
        <w:t>Spirituality · Revival of Ummah January 22, 2017 · 3m 41s · at 59:37 · https://youtu.be/vnPsv0TBCfk?t=3577</w:t>
      </w:r>
    </w:p>
    <w:p>
      <w:r>
        <w:rPr>
          <w:i/>
        </w:rPr>
        <w:t>“How can one keep one's faith always alive? Please explain.”</w:t>
      </w:r>
    </w:p>
    <w:p>
      <w:r>
        <w:rPr>
          <w:sz w:val="20"/>
        </w:rPr>
        <w:t>59:37  ji molana aah agla sawal lene se pehle ek aur comment padhna chahenge jo muhammad yaqoob sahib ne bheja hai delhi se unhon ne likha hai molana the point that you mentioned today about o momino rediscover iman. this is very striking meaning of this verse jazak allah. molana agla sawal aah molana abdul basit ne bheja hai doha qatar se.</w:t>
      </w:r>
      <w:r>
        <w:br/>
      </w:r>
      <w:r>
        <w:rPr>
          <w:sz w:val="20"/>
        </w:rPr>
        <w:t>1:00:06  unhon ne aapse poocha hai ke molana apne iman ko hamesha zinda kaise rakha jaye is ke bare mein batayein. dekhiye main yahan tak samjhaun ke log jo hain iman ka concept hi logon ka galat hai. woh samajhte hain ke ek aadmi ko pakdo is ko kuch kaho kaho woh keh de la ilaha illallah bas iman ho gaya. yeh yeh to yeh to ridiculous baat hai ridiculous.</w:t>
      </w:r>
      <w:r>
        <w:br/>
      </w:r>
      <w:r>
        <w:rPr>
          <w:sz w:val="20"/>
        </w:rPr>
        <w:t>1:00:34  koi aadmi keh de la ilaha illallah ummat is ka wo iman ho gaya.</w:t>
      </w:r>
      <w:r>
        <w:br/>
      </w:r>
      <w:r>
        <w:rPr>
          <w:sz w:val="20"/>
        </w:rPr>
        <w:t>1:00:38  to ye to ridiculous lagta hai mujhe.</w:t>
      </w:r>
      <w:r>
        <w:br/>
      </w:r>
      <w:r>
        <w:rPr>
          <w:sz w:val="20"/>
        </w:rPr>
        <w:t>1:00:42  iman ka matlab discovery.</w:t>
      </w:r>
      <w:r>
        <w:br/>
      </w:r>
      <w:r>
        <w:rPr>
          <w:sz w:val="20"/>
        </w:rPr>
        <w:t>1:00:47  aap jab sari kainat par ghawr karte hain.</w:t>
      </w:r>
      <w:r>
        <w:br/>
      </w:r>
      <w:r>
        <w:rPr>
          <w:sz w:val="20"/>
        </w:rPr>
        <w:t>1:00:51  aur yeh itna bara itna bara creation hai is ko sochte hain.</w:t>
      </w:r>
      <w:r>
        <w:br/>
      </w:r>
      <w:r>
        <w:rPr>
          <w:sz w:val="20"/>
        </w:rPr>
        <w:t>1:00:56  to phir aap ko creator dikhai parta hai.</w:t>
      </w:r>
      <w:r>
        <w:br/>
      </w:r>
      <w:r>
        <w:rPr>
          <w:sz w:val="20"/>
        </w:rPr>
        <w:t>1:01:00  to phir sari history ko discover karte hain aap.</w:t>
      </w:r>
      <w:r>
        <w:br/>
      </w:r>
      <w:r>
        <w:rPr>
          <w:sz w:val="20"/>
        </w:rPr>
        <w:t>1:01:05  yeh itna bada waqea hota hai ke aap ko mind bilkul hil jata hai. woh hai iman ko taaza karna. yeh koi kal yani kaf la meem ke alfaaz ko munh se bol dena yeh kalma hai yeh to bilkul is ko understand karna hai kalma ko.</w:t>
      </w:r>
      <w:r>
        <w:br/>
      </w:r>
      <w:r>
        <w:rPr>
          <w:sz w:val="20"/>
        </w:rPr>
        <w:t>1:01:26  yeh ji main soch raha tha abhi kal kal soch raha tha ke agar insaan ke paas space mein kahin door us ko ek jagah mil jaye to woh khada ho kar ke woh solar system ko observe kare. abhi hum solar system ko observe nahi kar paate poore poore solar system abhi bhi nahi kar paate poora solar system.</w:t>
      </w:r>
      <w:r>
        <w:br/>
      </w:r>
      <w:r>
        <w:rPr>
          <w:sz w:val="20"/>
        </w:rPr>
        <w:t>1:01:55  to hum dekhenge ke ajeeb ajeeb ghareeb manzar hamare saamne hoga. ek bohat bada suraj is ke charon taraf bohat saare sayare aur bohat saare jis ko woh chhote sayare hain bade sayare aur daud rahe hain daud rahe hain daud rahe hain. is mein dekha ke aadmi ka ek chhoti si spot hai zameen wahan is ka ghar hai.</w:t>
      </w:r>
      <w:r>
        <w:br/>
      </w:r>
      <w:r>
        <w:rPr>
          <w:sz w:val="20"/>
        </w:rPr>
        <w:t>1:02:22  to itna mind baffling hoga ya mind baffling shayad behosh ho jaye woh. yeh manzar itna mind baffling hoga. to jo log yeh samajhte hain ke kalma padh liya to iman ho gaya woh iman ko jaante hi nahi ke iman kya cheez hai. iman naam hai creator aur creation ki discovery ka.</w:t>
      </w:r>
      <w:r>
        <w:br/>
      </w:r>
      <w:r>
        <w:rPr>
          <w:sz w:val="20"/>
        </w:rPr>
        <w:t>1:02:47  creator aur creation ki yani khalq aur makhlooq ki discovery jab karta hai aadmi to is ke paas</w:t>
      </w:r>
      <w:r>
        <w:br/>
      </w:r>
      <w:r>
        <w:rPr>
          <w:sz w:val="20"/>
        </w:rPr>
        <w:t>1:02:54  jo cheez hasil hoti hai us ko is ka naam hai iman.</w:t>
      </w:r>
      <w:r>
        <w:br/>
      </w:r>
      <w:r>
        <w:rPr>
          <w:sz w:val="20"/>
        </w:rPr>
        <w:t>1:03:02  ji to woh jab koi hasil ho jaye us ko to aadmi ki shakhsiyat mein aik har waqt</w:t>
      </w:r>
      <w:r>
        <w:br/>
      </w:r>
      <w:r>
        <w:rPr>
          <w:sz w:val="20"/>
        </w:rPr>
        <w:t>1:03:10  aik aik earth quake jaisa rahega zalzala bhoshal rahega har waqt.</w:t>
      </w:r>
      <w:r>
        <w:br/>
      </w:r>
      <w:r>
        <w:rPr>
          <w:sz w:val="20"/>
        </w:rPr>
        <w:t>1:03:18  molana agla sawal delhi se bheja hai doctor farida khanam ne unhon ne likha hai muslims today are voicing concerns over trump statement. this means that muslims in us were enjoying good times before. but they have never appreciated all the opportunities that were available in the us. it is these muslims who called america dajjal. america as enemy number one.</w:t>
      </w:r>
    </w:p>
    <w:p>
      <w:pPr>
        <w:pStyle w:val="Heading2"/>
      </w:pPr>
      <w:r>
        <w:t>Knowing Whether We Are Getting Close to Allah</w:t>
      </w:r>
    </w:p>
    <w:p>
      <w:r>
        <w:rPr>
          <w:color w:val="666666"/>
          <w:sz w:val="18"/>
        </w:rPr>
        <w:t>Spirituality · Realization of God September 15, 2013 · 2m 46s · at 1:00:59 · https://youtu.be/CNEEeM5uyi8?t=3659</w:t>
      </w:r>
    </w:p>
    <w:p>
      <w:r>
        <w:rPr>
          <w:i/>
        </w:rPr>
        <w:t>“Please guide us as to how we can know whether we are getting close to Allah or not.”</w:t>
      </w:r>
    </w:p>
    <w:p>
      <w:r>
        <w:rPr>
          <w:sz w:val="20"/>
        </w:rPr>
        <w:t>1:00:59  Maulana, agla sawal Mehtab Ahmad sahib ne kiya hai, Dhampur se. Unhon ne likha hai: "Maulana, please guide us as to how we can know whether we are getting close to Allah or not?"</w:t>
      </w:r>
      <w:r>
        <w:br/>
      </w:r>
      <w:r>
        <w:rPr>
          <w:sz w:val="20"/>
        </w:rPr>
        <w:t>1:01:16  dekhiye, yeh sawal karne ki baat nahin hai. kisi ko bhi yeh pata nahin hota ke woh allah is ke qareeb ho raha hai ya door ho raha hai.</w:t>
      </w:r>
      <w:r>
        <w:br/>
      </w:r>
      <w:r>
        <w:rPr>
          <w:sz w:val="20"/>
        </w:rPr>
        <w:t>1:01:28  agar aisa ho jaye to phir phir marifat ki had aa jayegi, aur paighambar ko yeh pata nahin hota hai. aap yeh samjhen ke paighambar ko pata hota hai ke woh kitna safar tay hua hai, kitna safar baqi hai.</w:t>
      </w:r>
      <w:r>
        <w:br/>
      </w:r>
      <w:r>
        <w:rPr>
          <w:sz w:val="20"/>
        </w:rPr>
        <w:t>1:01:42  yeh bilkul hi yeh soch galat hai,</w:t>
      </w:r>
      <w:r>
        <w:br/>
      </w:r>
      <w:r>
        <w:rPr>
          <w:sz w:val="20"/>
        </w:rPr>
        <w:t>1:01:47  yeh soch galat hai. Dekhiye, Allah ka jo nizam hai, jo takhleeqi naqsha Allah taala ka hai, uske mutabiq Allah ko matloob hai ke musalsal taur par aadmi uncertainty mein jeeye,</w:t>
      </w:r>
      <w:r>
        <w:br/>
      </w:r>
      <w:r>
        <w:rPr>
          <w:sz w:val="20"/>
        </w:rPr>
        <w:t>1:02:00  musalsal taur par uncertainty mein. Tabhi to intellectual process chalta rehta hai. Jitni yeh khatam ho jaye to intellectual process ruk jayega.</w:t>
      </w:r>
      <w:r>
        <w:br/>
      </w:r>
      <w:r>
        <w:rPr>
          <w:sz w:val="20"/>
        </w:rPr>
        <w:t>1:02:14  uncertainty yeh paighambar ke isi mein</w:t>
      </w:r>
      <w:r>
        <w:br/>
      </w:r>
      <w:r>
        <w:rPr>
          <w:sz w:val="20"/>
        </w:rPr>
        <w:t>1:02:16  rehta hai. Main aap ko misaal deta hoon, aap ko shakk na ho. Hadees baqayda maujood hai ke wallah la adri.</w:t>
      </w:r>
      <w:r>
        <w:br/>
      </w:r>
      <w:r>
        <w:rPr>
          <w:sz w:val="20"/>
        </w:rPr>
        <w:t>1:02:27  Log to samajhte hain ke Rasool Allah jo hai, takht par Allah miyan ke dayen ya bayen baithe hue hain. Yeh sab bilkul, yaani bilkul be-asar baatein hain, be-haqeeqat.</w:t>
      </w:r>
      <w:r>
        <w:br/>
      </w:r>
      <w:r>
        <w:rPr>
          <w:sz w:val="20"/>
        </w:rPr>
        <w:t>1:02:38  Rasool Allah ki jo tasweer hai, woh is hadees mein dekhiye: wallah la adri, wallah la adri, wallah la adri, wa ana Rasool Allah ma yufal bi wala bikum.</w:t>
      </w:r>
      <w:r>
        <w:br/>
      </w:r>
      <w:r>
        <w:rPr>
          <w:sz w:val="20"/>
        </w:rPr>
        <w:t>1:02:50  Khuda ki qasam, main nahi jaanta, Khuda ki qasam, main nahi jaanta, Khuda ki qasam, main nahi jaanta. Agarchay main Allah ka Rasool hoon, kya kiya jayega tumhare sath aur kya kiya jayega mere sath?</w:t>
      </w:r>
      <w:r>
        <w:br/>
      </w:r>
      <w:r>
        <w:rPr>
          <w:sz w:val="20"/>
        </w:rPr>
        <w:t>1:03:03  La adri ma yufal bi wala bikum. Yeh ayat Quran majeed ki hai: La adri ma yufal bi wala bikum.</w:t>
      </w:r>
      <w:r>
        <w:br/>
      </w:r>
      <w:r>
        <w:rPr>
          <w:sz w:val="20"/>
        </w:rPr>
        <w:t>1:03:12  To Quran mein bhi, hadees mein bhi hai. To yaad rakhiye, Allah ka jo takhleeqi naqsha hai, woh is par base karta hai ke insaan musalsal taur par uncertainty mein rahe.</w:t>
      </w:r>
      <w:r>
        <w:br/>
      </w:r>
      <w:r>
        <w:rPr>
          <w:sz w:val="20"/>
        </w:rPr>
        <w:t>1:03:25  Kyun? Isi waqt insaan ka jo intellectual development jo hai, spiritual development jo hai, uska process jaari rehta hai.</w:t>
      </w:r>
      <w:r>
        <w:br/>
      </w:r>
      <w:r>
        <w:rPr>
          <w:sz w:val="20"/>
        </w:rPr>
        <w:t>1:03:33  Woh pass ruk jayega, jahan ruk jayega to wahan stagnation aa jayega. Jahan process ruka, stagnation aaya.</w:t>
      </w:r>
    </w:p>
    <w:p>
      <w:pPr>
        <w:pStyle w:val="Heading2"/>
      </w:pPr>
      <w:r>
        <w:t>Knowing if dawah is accepted by God</w:t>
      </w:r>
    </w:p>
    <w:p>
      <w:r>
        <w:rPr>
          <w:color w:val="666666"/>
          <w:sz w:val="18"/>
        </w:rPr>
        <w:t>Spirituality · Surah Al-'Asr I November 23, 2014 Maulana Wahiduddin Khan · 3m 04s · at 1:05:31 · https://youtu.be/3dBMIUC0Dqw?t=3931</w:t>
      </w:r>
    </w:p>
    <w:p>
      <w:r>
        <w:rPr>
          <w:i/>
        </w:rPr>
        <w:t>“How can I know whether the dawah work done by me is acceptable to God?”</w:t>
      </w:r>
    </w:p>
    <w:p>
      <w:r>
        <w:rPr>
          <w:sz w:val="20"/>
        </w:rPr>
        <w:t>1:05:31  maulana, agla sawal modi nagar se kiya hai bilal sahab ne aur unhon ne aap se poocha hai ke Maulana How can I know whether the dawah work done by me is acceptable to God?</w:t>
      </w:r>
      <w:r>
        <w:br/>
      </w:r>
      <w:r>
        <w:rPr>
          <w:sz w:val="20"/>
        </w:rPr>
        <w:t>1:05:46  abhi to namaz bhi pata nahi ke accept ho ke nahi ho gi. yeh koi sochne ki baat nahi hai. daikhain, dawah ka kaam farz samajh kar kiya aata hai?</w:t>
      </w:r>
      <w:r>
        <w:br/>
      </w:r>
      <w:r>
        <w:rPr>
          <w:sz w:val="20"/>
        </w:rPr>
        <w:t>1:05:56  farz hai to karna hai. warna saray sahaba ko aap parhiye, un ke halaat kitabon mein likhay huay hain.</w:t>
      </w:r>
      <w:r>
        <w:br/>
      </w:r>
      <w:r>
        <w:rPr>
          <w:sz w:val="20"/>
        </w:rPr>
        <w:t>1:06:06  un ko kuch nahi pata tha ke hum jo namaz parh rahay hain woh accept ho ke nahi ho gi. hum jo amal kar rahay hain woh accept ho ga ya nahi ho ga. hazrat umar ka waqia hai.</w:t>
      </w:r>
      <w:r>
        <w:br/>
      </w:r>
      <w:r>
        <w:rPr>
          <w:sz w:val="20"/>
        </w:rPr>
        <w:t>1:06:19  hazrat umar jo yani second khalifa thay</w:t>
      </w:r>
      <w:r>
        <w:br/>
      </w:r>
      <w:r>
        <w:rPr>
          <w:sz w:val="20"/>
        </w:rPr>
        <w:t>1:06:23  aur bohat top most sahaba mein shumar hota hai in ka. to aap jantay hain ke un ko aakhir waqt mein aik aadmi ne khanjar maar diya tha. aur bohat gehra zakhm aaya tha, khoon bhara tha.</w:t>
      </w:r>
      <w:r>
        <w:br/>
      </w:r>
      <w:r>
        <w:rPr>
          <w:sz w:val="20"/>
        </w:rPr>
        <w:t>1:06:35  aur us zamanay mein koi is tarah ke mareez ke liye koi ilaaj ka</w:t>
      </w:r>
      <w:r>
        <w:br/>
      </w:r>
      <w:r>
        <w:rPr>
          <w:sz w:val="20"/>
        </w:rPr>
        <w:t>1:06:40  intezaam nahi hota tha. to beharhal woh bilkul maut ke qareeb pohanch gaye. to un ke betay thay ibn umar, unhon ne abdullah ibn umar, unhon ne apnay zano par uth kar sar rakh diya aur khoon bhara tha.</w:t>
      </w:r>
      <w:r>
        <w:br/>
      </w:r>
      <w:r>
        <w:rPr>
          <w:sz w:val="20"/>
        </w:rPr>
        <w:t>1:06:57  aur kaha ke ke aap ko yani aap ne rasool Allah ka saath diya, aap ghazwaat mein shareek huay, aap ne khilafat aik kaam ko itni zimmedari ke sath anjaam diya, aap ko bara darja hai inshallah.</w:t>
      </w:r>
      <w:r>
        <w:br/>
      </w:r>
      <w:r>
        <w:rPr>
          <w:sz w:val="20"/>
        </w:rPr>
        <w:t>1:07:13  aisi kuch baatein kahin unhon ne.</w:t>
      </w:r>
      <w:r>
        <w:br/>
      </w:r>
      <w:r>
        <w:rPr>
          <w:sz w:val="20"/>
        </w:rPr>
        <w:t>1:07:16  to unhon ne kaha ke a a abdullah, mujhe dhokay mein, mujhe dhokay mein na dalo.</w:t>
      </w:r>
      <w:r>
        <w:br/>
      </w:r>
      <w:r>
        <w:rPr>
          <w:sz w:val="20"/>
        </w:rPr>
        <w:t>1:07:27  yani sari dunya janti thi ke unhon ne itnay achay achay kaam kiye. to unhon ne kaha ke a abdullah, mujhe dhokay mein na dalo, mujhe deceive na kar. phir unhon ne kaha ke main to yahi chahta hoon ke la li wa la alaiyya.</w:t>
      </w:r>
      <w:r>
        <w:br/>
      </w:r>
      <w:r>
        <w:rPr>
          <w:sz w:val="20"/>
        </w:rPr>
        <w:t>1:07:43  la li wa la alaiyya ka matlab mamla barabar sarapa ho jaye.</w:t>
      </w:r>
      <w:r>
        <w:br/>
      </w:r>
      <w:r>
        <w:rPr>
          <w:sz w:val="20"/>
        </w:rPr>
        <w:t>1:07:49  na koi neki, na koi burai.</w:t>
      </w:r>
      <w:r>
        <w:br/>
      </w:r>
      <w:r>
        <w:rPr>
          <w:sz w:val="20"/>
        </w:rPr>
        <w:t>1:07:54  na koi for me, na koi against mein. la li wa la alaiyya. to aap dawah ke baray mein keh rahay hain ke to har amal ke baray mein yahi baat hai.</w:t>
      </w:r>
      <w:r>
        <w:br/>
      </w:r>
      <w:r>
        <w:rPr>
          <w:sz w:val="20"/>
        </w:rPr>
        <w:t>1:08:05  daikhain, yeh sochna hi ghalat hai ke accept ho ga ya nahi. yeh sochna ghalat hai. sochna sirf yeh hai ke kya yeh kaam farz hai?</w:t>
      </w:r>
      <w:r>
        <w:br/>
      </w:r>
      <w:r>
        <w:rPr>
          <w:sz w:val="20"/>
        </w:rPr>
        <w:t>1:08:16  kya yeh quran o sunnat se yeh kaam sabit hota hai? kya is kaam ke baray mein Allah aur rasool ne bataya hai ke yahi karnay ka kaam yahi hai?</w:t>
      </w:r>
      <w:r>
        <w:br/>
      </w:r>
      <w:r>
        <w:rPr>
          <w:sz w:val="20"/>
        </w:rPr>
        <w:t>1:08:24  bas. wahan aap ko agar itminan ho jaye to woh karna hi karna hai.</w:t>
      </w:r>
      <w:r>
        <w:br/>
      </w:r>
      <w:r>
        <w:rPr>
          <w:sz w:val="20"/>
        </w:rPr>
        <w:t>1:08:30  aur kuch sochna hi nahi hai.</w:t>
      </w:r>
    </w:p>
    <w:p>
      <w:pPr>
        <w:pStyle w:val="Heading2"/>
      </w:pPr>
      <w:r>
        <w:t>Lack of concern for Hereafter in Muslim groups</w:t>
      </w:r>
    </w:p>
    <w:p>
      <w:r>
        <w:rPr>
          <w:color w:val="666666"/>
          <w:sz w:val="18"/>
        </w:rPr>
        <w:t>Spirituality · Stress and Spirituality January 1, 2012 · 2m 47s · at 1:12:09 · https://youtu.be/TPhXL9-g6ME?t=4329</w:t>
      </w:r>
    </w:p>
    <w:p>
      <w:r>
        <w:rPr>
          <w:i/>
        </w:rPr>
        <w:t>“Why is there a lack of concern for the Hereafter in Muslim religious groups and institutions nowadays?”</w:t>
      </w:r>
    </w:p>
    <w:p>
      <w:r>
        <w:rPr>
          <w:sz w:val="20"/>
        </w:rPr>
        <w:t>1:12:09  maulana, agla sawal aya hai karachi pakistan se miss saira latif ka</w:t>
      </w:r>
      <w:r>
        <w:br/>
      </w:r>
      <w:r>
        <w:rPr>
          <w:sz w:val="20"/>
        </w:rPr>
        <w:t>1:12:15  ۔ unhon ne likha hai: "aaj kal musalmanon ki mazhabi jamaaton aur idaron mein fikr akhirat ki kami kyun nazar aa rahi hai?"</w:t>
      </w:r>
      <w:r>
        <w:br/>
      </w:r>
      <w:r>
        <w:rPr>
          <w:sz w:val="20"/>
        </w:rPr>
        <w:t>1:12:28  dekhen, yeh to hamesha is qom mein hota hai jis par zawal aa jaye. jis ko kehte hain degeneration. yeh is se pehle yahood mein hua.</w:t>
      </w:r>
      <w:r>
        <w:br/>
      </w:r>
      <w:r>
        <w:rPr>
          <w:sz w:val="20"/>
        </w:rPr>
        <w:t>1:12:40  to yani koi bhi ummat ho, nasal dar nasal jab baad ki naslein ati hain, baad ki naslein, to un mein yahi hota hai ke zawal aa jata hai.</w:t>
      </w:r>
      <w:r>
        <w:br/>
      </w:r>
      <w:r>
        <w:rPr>
          <w:sz w:val="20"/>
        </w:rPr>
        <w:t>1:12:54  to door zawal mein kya hota hai? form baqi rehta hai, spirit ghayeb ho jati hai.</w:t>
      </w:r>
      <w:r>
        <w:br/>
      </w:r>
      <w:r>
        <w:rPr>
          <w:sz w:val="20"/>
        </w:rPr>
        <w:t>1:13:01  jis tarah ke hadees mein aata hai ke ek zamana aayega jab ke lam yabqa min al-islam illa ismuhu. islam ka naam reh jayega.</w:t>
      </w:r>
      <w:r>
        <w:br/>
      </w:r>
      <w:r>
        <w:rPr>
          <w:sz w:val="20"/>
        </w:rPr>
        <w:t>1:13:11  is ka matlab yeh hai ke form reh jayega, spirit nahi rahegi. yeh jo hadees hai lam yabqa min al-islam illa ismuhu. wa lam yabqa min al-quran illa rasmuhu.</w:t>
      </w:r>
      <w:r>
        <w:br/>
      </w:r>
      <w:r>
        <w:rPr>
          <w:sz w:val="20"/>
        </w:rPr>
        <w:t>1:13:23  is ka matlab yahi hai ke islam ka form reh jayega, islam ki spirit ghayeb ho jayegi.</w:t>
      </w:r>
      <w:r>
        <w:br/>
      </w:r>
      <w:r>
        <w:rPr>
          <w:sz w:val="20"/>
        </w:rPr>
        <w:t>1:13:30  to yahi hai musalmanon ka haal. agar spirit zinda ho to akhirat ka fikr zinda hoga. spirit zinda na ho to duniyavi aitbar se kuch ek cultural activities ke taur par woh islam rahega un ke andar.</w:t>
      </w:r>
      <w:r>
        <w:br/>
      </w:r>
      <w:r>
        <w:rPr>
          <w:sz w:val="20"/>
        </w:rPr>
        <w:t>1:13:44  aaj jo musalmanon mein islam hai, woh woh culture ke taur par hai. ek community culture bas. akhirat ke aitbar se nahi hai.</w:t>
      </w:r>
      <w:r>
        <w:br/>
      </w:r>
      <w:r>
        <w:rPr>
          <w:sz w:val="20"/>
        </w:rPr>
        <w:t>1:13:54  aur yeh zawal ki bina par hai.</w:t>
      </w:r>
      <w:r>
        <w:br/>
      </w:r>
      <w:r>
        <w:rPr>
          <w:sz w:val="20"/>
        </w:rPr>
        <w:t>1:13:56  ab jo kaam karne ka hai, woh yeh nahi ke isi form mein log fazail sunate hain. isi form mein fazail suna suna ke bheed ikattha karte hain.</w:t>
      </w:r>
      <w:r>
        <w:br/>
      </w:r>
      <w:r>
        <w:rPr>
          <w:sz w:val="20"/>
        </w:rPr>
        <w:t>1:14:06  nahi. un ki spirit ko zinda kijiye. un ke andar phir se thinking ko jagaiye.</w:t>
      </w:r>
      <w:r>
        <w:br/>
      </w:r>
      <w:r>
        <w:rPr>
          <w:sz w:val="20"/>
        </w:rPr>
        <w:t>1:14:15  jo log isi isi form mein fazilaten sunate hain aur un ko isi form par qaim kiye hue hain aur bheed ikattha ho rahi hai wahan par, woh koi mein is ko koi haqeeqi khidmat nahi samajhta deen ki.</w:t>
      </w:r>
      <w:r>
        <w:br/>
      </w:r>
      <w:r>
        <w:rPr>
          <w:sz w:val="20"/>
        </w:rPr>
        <w:t>1:14:31  aap logon ki taraf se phir se woh woh spirit wali jo soch hai, spirit wala jo islam hai, woh zinda kijiye un ke andar.</w:t>
      </w:r>
      <w:r>
        <w:br/>
      </w:r>
      <w:r>
        <w:rPr>
          <w:sz w:val="20"/>
        </w:rPr>
        <w:t>1:14:42  tab akhirat ki fikr aayegi. tab jannat aur jahannum ka tasawwur aayega. to Allah se mohabbat aayegi. aur sari woh cheezen aayengi jo hum padhte hain kitabon mein.</w:t>
      </w:r>
    </w:p>
    <w:p>
      <w:pPr>
        <w:pStyle w:val="Heading2"/>
      </w:pPr>
      <w:r>
        <w:t>Leaving worldly work to discover God</w:t>
      </w:r>
    </w:p>
    <w:p>
      <w:r>
        <w:rPr>
          <w:color w:val="666666"/>
          <w:sz w:val="18"/>
        </w:rPr>
        <w:t>Spirituality · God Particle July 8, 2012 · 2m 24s · at 1:10:50 · https://youtu.be/30Ulu10c2nA?t=4250</w:t>
      </w:r>
    </w:p>
    <w:p>
      <w:r>
        <w:rPr>
          <w:i/>
        </w:rPr>
        <w:t>“In worldly work, there is distraction in being able to discover God. Could one solution be that we leave worldly work completely and engage in discovering God?”</w:t>
      </w:r>
    </w:p>
    <w:p>
      <w:r>
        <w:rPr>
          <w:sz w:val="20"/>
        </w:rPr>
        <w:t>1:10:50  Maulana, agla sawal Hyderabad se aaya hai Zeeshan sahab ka</w:t>
      </w:r>
      <w:r>
        <w:br/>
      </w:r>
      <w:r>
        <w:rPr>
          <w:sz w:val="20"/>
        </w:rPr>
        <w:t>1:10:54  . Unhon ne likha hai: "Dunyawi kaam ke sath Khuda ki discovery kar paane mein distraction aata hai. Kya is ka ek solution yeh ho sakta hai ke hum dunyawi kaam ko poori tarah se chhod dein aur Khuda ki discovery mein lag jayen?" Is ke baray mein batayen.</w:t>
      </w:r>
      <w:r>
        <w:br/>
      </w:r>
      <w:r>
        <w:rPr>
          <w:sz w:val="20"/>
        </w:rPr>
        <w:t>1:11:13  Dunya ke kaam se murad kya hai? Isi mein to discovery hoti hai. Dunya ke kaam ka kya matlab? Dunya ke kaam</w:t>
      </w:r>
      <w:r>
        <w:br/>
      </w:r>
      <w:r>
        <w:rPr>
          <w:sz w:val="20"/>
        </w:rPr>
        <w:t>1:11:23  yani har woh cheez jahan jis se aap, yani jis ko aap dunya kehte hain, woh Khuda ki takhleeq hai. Khuda ki takhleeq hai, isi takhleeq mein to Khaliq ko dekhna hai.</w:t>
      </w:r>
      <w:r>
        <w:br/>
      </w:r>
      <w:r>
        <w:rPr>
          <w:sz w:val="20"/>
        </w:rPr>
        <w:t>1:11:33  Aap chale jayen janglon mein to wahan kya karenge?</w:t>
      </w:r>
      <w:r>
        <w:br/>
      </w:r>
      <w:r>
        <w:rPr>
          <w:sz w:val="20"/>
        </w:rPr>
        <w:t>1:11:38  Sahi baat yeh hai, dekhiye ke aarif ke zehan se cheezon ko dekhna, yani seeker ke zehan se cheezon ko dekhna, yeh dunya chhodne ka koi sawal hi nahi paida hota.</w:t>
      </w:r>
      <w:r>
        <w:br/>
      </w:r>
      <w:r>
        <w:rPr>
          <w:sz w:val="20"/>
        </w:rPr>
        <w:t>1:11:55  Jahan aap chhod ke jayen ge, wahan bhi dunya hi hogi. Yeh ek lafz bhi galat samjha jata hai ke tark-e-dunya. Tark-e-dunya kya hai? Aap tark-e-dunya kar nahi sakte.</w:t>
      </w:r>
      <w:r>
        <w:br/>
      </w:r>
      <w:r>
        <w:rPr>
          <w:sz w:val="20"/>
        </w:rPr>
        <w:t>1:12:04  Aap marne se</w:t>
      </w:r>
      <w:r>
        <w:br/>
      </w:r>
      <w:r>
        <w:rPr>
          <w:sz w:val="20"/>
        </w:rPr>
        <w:t>1:12:06  pehlay jahan aap jayen ge, woh bhi dunya hogi. Wahan par to tark-e-dunya is nothing. Asal cheez yeh hai ke aap seeker hon, aap cheezon ko, yani is se lesson lene ka aap ke andar mada ho, gehrai mein cheezon ko sochein.</w:t>
      </w:r>
      <w:r>
        <w:br/>
      </w:r>
      <w:r>
        <w:rPr>
          <w:sz w:val="20"/>
        </w:rPr>
        <w:t>1:12:25  Aap is ki zaroorat hai. Tark-e-dunya keh na to koi cheez hai, na woh mumkin hai. Jahan aap chhod ke jayen ge, woh bhi dunya hogi.</w:t>
      </w:r>
      <w:r>
        <w:br/>
      </w:r>
      <w:r>
        <w:rPr>
          <w:sz w:val="20"/>
        </w:rPr>
        <w:t>1:12:35  Ek</w:t>
      </w:r>
      <w:r>
        <w:br/>
      </w:r>
      <w:r>
        <w:rPr>
          <w:sz w:val="20"/>
        </w:rPr>
        <w:t>1:12:37  Is liye yeh yeh koi yeh koi hal nahi hai. Maulana, agla ek comment aaya hai Qatar se Maulana Abdul Basit Umri sahab</w:t>
      </w:r>
      <w:r>
        <w:br/>
      </w:r>
      <w:r>
        <w:rPr>
          <w:sz w:val="20"/>
        </w:rPr>
        <w:t>1:12:48  ka. Unhon ne likha hai: "Maulana, jis Khuda ne mujhe paida kiya, jo mere liye zindagi ke sare intezammat kar raha hai, us Khuda ke baray mein mujhe abhi tak apne poore wajood ke sath, poore shaoor ke sath ek bar bhi yeh kehne ko naseeb nahi hua ke aye Khuda, tu mera Khuda hai."</w:t>
      </w:r>
    </w:p>
    <w:p>
      <w:pPr>
        <w:pStyle w:val="Heading2"/>
      </w:pPr>
      <w:r>
        <w:t>Meaning and practice of dhikr</w:t>
      </w:r>
    </w:p>
    <w:p>
      <w:r>
        <w:rPr>
          <w:color w:val="666666"/>
          <w:sz w:val="18"/>
        </w:rPr>
        <w:t>Spirituality · Divine Law of Success 14th October 2012 Slow · 3m 39s · at 1:38:56 · https://youtu.be/2zXfZhIf1jA?t=5936</w:t>
      </w:r>
    </w:p>
    <w:p>
      <w:r>
        <w:rPr>
          <w:i/>
        </w:rPr>
        <w:t>“The word 'dhikr' is mentioned in the Quran repeatedly as well as in Hadith. I want to know the real meaning of dhikr and how we can practice it in our day-to-day life.”</w:t>
      </w:r>
    </w:p>
    <w:p>
      <w:r>
        <w:rPr>
          <w:sz w:val="20"/>
        </w:rPr>
        <w:t>1:38:56  maulana, agla sawal kashmir se aya hai muhammad saleem sahib ka.</w:t>
      </w:r>
      <w:r>
        <w:br/>
      </w:r>
      <w:r>
        <w:rPr>
          <w:sz w:val="20"/>
        </w:rPr>
        <w:t>1:39:01  unhon ne likha hai: Word zikr is mentioned in Quran repeatedly as well as in Hadith.</w:t>
      </w:r>
      <w:r>
        <w:br/>
      </w:r>
      <w:r>
        <w:rPr>
          <w:sz w:val="20"/>
        </w:rPr>
        <w:t>1:39:07  I want to know the real meaning of zikr and how we can practice it in our day-to-day life.</w:t>
      </w:r>
      <w:r>
        <w:br/>
      </w:r>
      <w:r>
        <w:rPr>
          <w:sz w:val="20"/>
        </w:rPr>
        <w:t>1:39:12  dekhein, zikr jo hai, is ka lafzi matlab hai yaad karna, to remind.</w:t>
      </w:r>
      <w:r>
        <w:br/>
      </w:r>
      <w:r>
        <w:rPr>
          <w:sz w:val="20"/>
        </w:rPr>
        <w:t>1:39:18  aur zikr ka ek matlab hota hai charcha karna.</w:t>
      </w:r>
      <w:r>
        <w:br/>
      </w:r>
      <w:r>
        <w:rPr>
          <w:sz w:val="20"/>
        </w:rPr>
        <w:t>1:39:24  to yeh jo matlab hai remind karna, to aap to sufiyan ne jo culture chalaya hai, woh yeh</w:t>
      </w:r>
      <w:r>
        <w:br/>
      </w:r>
      <w:r>
        <w:rPr>
          <w:sz w:val="20"/>
        </w:rPr>
        <w:t>1:39:30  ke alfaaz ko ginna, yani itni baar, itni baar, itni baar.</w:t>
      </w:r>
      <w:r>
        <w:br/>
      </w:r>
      <w:r>
        <w:rPr>
          <w:sz w:val="20"/>
        </w:rPr>
        <w:t>1:39:36  mein samajhta hoon ke yeh zikr nahi hai.</w:t>
      </w:r>
      <w:r>
        <w:br/>
      </w:r>
      <w:r>
        <w:rPr>
          <w:sz w:val="20"/>
        </w:rPr>
        <w:t>1:39:41  alfaaz shumari ka naam zikr nahi hai.</w:t>
      </w:r>
      <w:r>
        <w:br/>
      </w:r>
      <w:r>
        <w:rPr>
          <w:sz w:val="20"/>
        </w:rPr>
        <w:t>1:39:47  zikr is ka naam hai ke Allah ke bare mein aap sochen, Allah ki azmaton ko yaad karein,</w:t>
      </w:r>
      <w:r>
        <w:br/>
      </w:r>
      <w:r>
        <w:rPr>
          <w:sz w:val="20"/>
        </w:rPr>
        <w:t>1:39:53  Allah ki nematon ko, Allah ki blessing ko yaad karein.</w:t>
      </w:r>
      <w:r>
        <w:br/>
      </w:r>
      <w:r>
        <w:rPr>
          <w:sz w:val="20"/>
        </w:rPr>
        <w:t>1:39:59  is se aap ke andar ek ek ek inspiration aayega, aap ka dil roshan hoga, aap ka</w:t>
      </w:r>
      <w:r>
        <w:br/>
      </w:r>
      <w:r>
        <w:rPr>
          <w:sz w:val="20"/>
        </w:rPr>
        <w:t>1:40:05  zehan roshan hoga, aap ke andar rabbani khayalat aayenge.</w:t>
      </w:r>
      <w:r>
        <w:br/>
      </w:r>
      <w:r>
        <w:rPr>
          <w:sz w:val="20"/>
        </w:rPr>
        <w:t>1:40:10  to yeh tafakkur, tadabbur ke zariye hota hai, yeh alfaaz shumaari ke zariye nahi hota hai.</w:t>
      </w:r>
      <w:r>
        <w:br/>
      </w:r>
      <w:r>
        <w:rPr>
          <w:sz w:val="20"/>
        </w:rPr>
        <w:t>1:40:16  tafakkur, tadabbur, tazakkur, tawaṣṣum, yeh jo alfaaz Quran majeed mein aaye hain, yahi zikr ka zariya hai.</w:t>
      </w:r>
      <w:r>
        <w:br/>
      </w:r>
      <w:r>
        <w:rPr>
          <w:sz w:val="20"/>
        </w:rPr>
        <w:t>1:40:22  main is ko nahi manta ke kuch alfaaz hain muqaddas, un ko takraar karo to zikr ho jayega.</w:t>
      </w:r>
      <w:r>
        <w:br/>
      </w:r>
      <w:r>
        <w:rPr>
          <w:sz w:val="20"/>
        </w:rPr>
        <w:t>1:40:28  woh main is ko nahi manta.</w:t>
      </w:r>
      <w:r>
        <w:br/>
      </w:r>
      <w:r>
        <w:rPr>
          <w:sz w:val="20"/>
        </w:rPr>
        <w:t>1:40:34  main zikr ka zariya samajhta hoon tafakkur, tadabbur, tazakkur, tawaṣṣum.</w:t>
      </w:r>
      <w:r>
        <w:br/>
      </w:r>
      <w:r>
        <w:rPr>
          <w:sz w:val="20"/>
        </w:rPr>
        <w:t>1:40:39  is ko apne mind ko jab activate karte hain, soch soch kar ke Allah ke bare mein, to</w:t>
      </w:r>
      <w:r>
        <w:br/>
      </w:r>
      <w:r>
        <w:rPr>
          <w:sz w:val="20"/>
        </w:rPr>
        <w:t>1:40:45  is se jo aap ko inspiration aata hai, jis mein aap ki rooh mein jo baladgi aati hai,</w:t>
      </w:r>
      <w:r>
        <w:br/>
      </w:r>
      <w:r>
        <w:rPr>
          <w:sz w:val="20"/>
        </w:rPr>
        <w:t>1:40:51  seene mein aap ke jo ek rabbani roshni aati hai, isi ka naam hai zikr.</w:t>
      </w:r>
      <w:r>
        <w:br/>
      </w:r>
      <w:r>
        <w:rPr>
          <w:sz w:val="20"/>
        </w:rPr>
        <w:t>1:40:57  wohi matloob hai.</w:t>
      </w:r>
      <w:r>
        <w:br/>
      </w:r>
      <w:r>
        <w:rPr>
          <w:sz w:val="20"/>
        </w:rPr>
        <w:t>1:41:03  Is there any other question?</w:t>
      </w:r>
      <w:r>
        <w:br/>
      </w:r>
      <w:r>
        <w:rPr>
          <w:sz w:val="20"/>
        </w:rPr>
        <w:t>1:41:09  aap ka hai? aap ka baad mein le lenge. theek hai. okay, we will end this session now. there is one more announcement: the dawa field meeting will be held today again after the namaz. so all the dawa field team members are requested to stay back. if there is any new member who wants to join the dawa field team, then he or she can contact captain khurram qureshi. we will end this session now.</w:t>
      </w:r>
      <w:r>
        <w:br/>
      </w:r>
      <w:r>
        <w:rPr>
          <w:sz w:val="20"/>
        </w:rPr>
        <w:t>1:41:36  thank you. kya? dekha wahan frankfurt mein dekha na? ji molana, doctor sahab ne. kamal ho gaya na? ji. sorry, i forgot. molana, rasool allah aur sahaba.</w:t>
      </w:r>
    </w:p>
    <w:p>
      <w:pPr>
        <w:pStyle w:val="Heading2"/>
      </w:pPr>
      <w:r>
        <w:t>Meaning of 'muztar' in prayer acceptance</w:t>
      </w:r>
    </w:p>
    <w:p>
      <w:r>
        <w:rPr>
          <w:color w:val="666666"/>
          <w:sz w:val="18"/>
        </w:rPr>
        <w:t>Spirituality · Realistic Approach 30 March, 2014 · 2m 03s · at 54:04 · https://youtu.be/HIFxmWWiEG4?t=3244</w:t>
      </w:r>
    </w:p>
    <w:p>
      <w:r>
        <w:rPr>
          <w:i/>
        </w:rPr>
        <w:t>“You wrote in your book Al-Islam that 'muztar' (one in distress) his prayer is immediately accepted by Allah, while for other believers, righteous deeds are also needed for acceptance. What is meant by 'muztar'? Please clarify.”</w:t>
      </w:r>
    </w:p>
    <w:p>
      <w:r>
        <w:rPr>
          <w:sz w:val="20"/>
        </w:rPr>
        <w:t>54:04  Maulana, agla sawal Shahnawaz Zafar sahib ne kiya hai Delhi se. Unhon ne likha hai: "Aap ne apni kitaab Al-Islam mein likha hai ke mustar yani jo iztirab ki halat mein ho, us ki dua Allah immediately qabool karta hai aur deegar momin ki dua ki qabooliyat ke liye amal saleh bhi chahiye.</w:t>
      </w:r>
      <w:r>
        <w:br/>
      </w:r>
      <w:r>
        <w:rPr>
          <w:sz w:val="20"/>
        </w:rPr>
        <w:t>54:28  Yahan mustar se murad kya hai? Is ko wazeh karein."</w:t>
      </w:r>
      <w:r>
        <w:br/>
      </w:r>
      <w:r>
        <w:rPr>
          <w:sz w:val="20"/>
        </w:rPr>
        <w:t>54:39  Dekhein, jab aadmi iztirari ki halat mein hota hai to apne helplessness ka tajurba karta hai. Woh ajz ka,</w:t>
      </w:r>
      <w:r>
        <w:br/>
      </w:r>
      <w:r>
        <w:rPr>
          <w:sz w:val="20"/>
        </w:rPr>
        <w:t>54:51  ajz ka tajurba aur ajz ka tajurba haqeeqatan kisi ko ho jaye to Allah se bohat qurbat ho jati hai. Bas waqt yani apne ajz ko daryaft karo aur Allah se qareeb ho jao.</w:t>
      </w:r>
      <w:r>
        <w:br/>
      </w:r>
      <w:r>
        <w:rPr>
          <w:sz w:val="20"/>
        </w:rPr>
        <w:t>55:06  Musalamanon mein to mein ne kisi ko paya nahi jis ne apne ajz ko daryaft kiya ho, chahe mustar ho ya molvi. Koi mujhe nahi mila, ek bhi nahi mila.</w:t>
      </w:r>
      <w:r>
        <w:br/>
      </w:r>
      <w:r>
        <w:rPr>
          <w:sz w:val="20"/>
        </w:rPr>
        <w:t>55:15  Agar kahin hai to mujhe us ki khabar nahi. Choonke ajz ki daryaft hi nahi hui to qurbat-e-khudawandi kahan se hogi? Ajz ek qabil-e-daryaft cheez hai, yaad rakhiye.</w:t>
      </w:r>
      <w:r>
        <w:br/>
      </w:r>
      <w:r>
        <w:rPr>
          <w:sz w:val="20"/>
        </w:rPr>
        <w:t>55:28  Jis tarah doosri cheezein qabil-e-daryaft hain, ajz bhi qabil-e-daryaft hai. Logon ko maloom hi nahi ke ajz kya cheez hai.</w:t>
      </w:r>
      <w:r>
        <w:br/>
      </w:r>
      <w:r>
        <w:rPr>
          <w:sz w:val="20"/>
        </w:rPr>
        <w:t>55:37  To apne ajz ko daryaft kijiye. Mustar aadmi jo hota hai, woh ajz ki aakhri hadd par hota hai. To apne ajz ko daryaft kiya, us ke baad apne aap sari cheezein aap ke andar aa jayengi.</w:t>
      </w:r>
      <w:r>
        <w:br/>
      </w:r>
      <w:r>
        <w:rPr>
          <w:sz w:val="20"/>
        </w:rPr>
        <w:t>55:52  Aur aap hamari kitabein parhiye. Hamari kitaab mein isi ki to tashreeh hai. Hamari kitaab mein jo hai, woh isi baat ki tashreeh hai ke yani "how to discover ajz".</w:t>
      </w:r>
    </w:p>
    <w:p>
      <w:pPr>
        <w:pStyle w:val="Heading2"/>
      </w:pPr>
      <w:r>
        <w:t>Meaning of Gratitude in Islam</w:t>
      </w:r>
    </w:p>
    <w:p>
      <w:r>
        <w:rPr>
          <w:color w:val="666666"/>
          <w:sz w:val="18"/>
        </w:rPr>
        <w:t>Spirituality · Living in a World of Competition October 24, 2010 · 2m 51s · at 1:13:53 · https://youtu.be/0DRVM8YxM5U?t=4433</w:t>
      </w:r>
    </w:p>
    <w:p>
      <w:r>
        <w:rPr>
          <w:i/>
        </w:rPr>
        <w:t>“What is the meaning of gratitude? Should we be grateful when Allah gives us plenty of money, or should we discover the state we are in as a state of gratitude? Please explain.”</w:t>
      </w:r>
    </w:p>
    <w:p>
      <w:r>
        <w:rPr>
          <w:sz w:val="20"/>
        </w:rPr>
        <w:t>1:13:53  maulana, agla sawal maulana abdul basit omary ne kiya hai, doha qatar se. unhon ne likha hai: "maulana, shukr ka matlab kya hai?</w:t>
      </w:r>
      <w:r>
        <w:br/>
      </w:r>
      <w:r>
        <w:rPr>
          <w:sz w:val="20"/>
        </w:rPr>
        <w:t>1:14:04  kya Allah jab hamein khoob paisa de, tab shukr karen, ya phir Allah ne jis ko jis halat mein rakha hai, woh usi halat ko shukr ki halat ke taur par daryaft kare?" maulana, is baray mein wazahat farmayen.</w:t>
      </w:r>
      <w:r>
        <w:br/>
      </w:r>
      <w:r>
        <w:rPr>
          <w:sz w:val="20"/>
        </w:rPr>
        <w:t>1:14:20  dekhiye, paise par shukr karna to yeh hai hi nahi islam mein.</w:t>
      </w:r>
      <w:r>
        <w:br/>
      </w:r>
      <w:r>
        <w:rPr>
          <w:sz w:val="20"/>
        </w:rPr>
        <w:t>1:14:26  yani daulat mile to is par shukr karen, aap yeh islam mein hai hi nahi.</w:t>
      </w:r>
      <w:r>
        <w:br/>
      </w:r>
      <w:r>
        <w:rPr>
          <w:sz w:val="20"/>
        </w:rPr>
        <w:t>1:14:31  ab dekhen, kaun sahabi tha jo paisa milne par shukr kiya? us ne keh khuda ka shukr hai ke to ne mujhe dolat di. aisa keh nahin paenge aap.</w:t>
      </w:r>
      <w:r>
        <w:br/>
      </w:r>
      <w:r>
        <w:rPr>
          <w:sz w:val="20"/>
        </w:rPr>
        <w:t>1:14:41  shukr to karna hai ke aap ko khuda ne paida kiya, khuda ne aap ke liye suraj ko chamkaya, khuda ne aap ke liye hawaen chalain, khuda ne aap ko barish barsaya, khuda ne aap ko mauqa diya ke aap acha amal kar ke jannat mein jaen, khuda ne aap ko rasool Allah sallallahu alaihi wasallam ki hidayat faraham ki.</w:t>
      </w:r>
      <w:r>
        <w:br/>
      </w:r>
      <w:r>
        <w:rPr>
          <w:sz w:val="20"/>
        </w:rPr>
        <w:t>1:15:00  yeh sab shukr ki baaten hain.</w:t>
      </w:r>
      <w:r>
        <w:br/>
      </w:r>
      <w:r>
        <w:rPr>
          <w:sz w:val="20"/>
        </w:rPr>
        <w:t>1:15:03  paisa milne par shukr karna aur dolat milne par shukr karna, yeh to hai hi nahin Islam mein, kyunke woh to fitna hai, azmaish hai.</w:t>
      </w:r>
      <w:r>
        <w:br/>
      </w:r>
      <w:r>
        <w:rPr>
          <w:sz w:val="20"/>
        </w:rPr>
        <w:t>1:15:13  ab azmaish par aap shukr karenge?</w:t>
      </w:r>
      <w:r>
        <w:br/>
      </w:r>
      <w:r>
        <w:rPr>
          <w:sz w:val="20"/>
        </w:rPr>
        <w:t>1:15:19  saaf saaf Quran mein likha hua hai ke maal fitna hai, azmaish hai. yani yani janchnay ke liye, test ke liye diya gaya hai, test ke liye diya gaya hai.</w:t>
      </w:r>
      <w:r>
        <w:br/>
      </w:r>
      <w:r>
        <w:rPr>
          <w:sz w:val="20"/>
        </w:rPr>
        <w:t>1:15:31  yeh to bohat bari gumrahi hai, bohat bari gumrahi hai. ek sahab ne bohat bara ghar banaya, main gaya un ke haan to dekha ke ghar ke samne jo entrance tha, pe likha hua tha: "haza min fadl rabbi".</w:t>
      </w:r>
      <w:r>
        <w:br/>
      </w:r>
      <w:r>
        <w:rPr>
          <w:sz w:val="20"/>
        </w:rPr>
        <w:t>1:15:44  matlab yeh ghar jo hai, mujhe Allah ke fazl se mila hai, yeh bilkul Islam se koi talluq nahin, is ka koi talluq Islam ka nahin hai.</w:t>
      </w:r>
      <w:r>
        <w:br/>
      </w:r>
      <w:r>
        <w:rPr>
          <w:sz w:val="20"/>
        </w:rPr>
        <w:t>1:15:54  chahe ghar ho, chahe dolat ho, chahe yeh sab jitni cheezen hain, woh sab azmaish hain, test hain.</w:t>
      </w:r>
      <w:r>
        <w:br/>
      </w:r>
      <w:r>
        <w:rPr>
          <w:sz w:val="20"/>
        </w:rPr>
        <w:t>1:16:02  yeh to bohat bari gumrahi mein sari dunya ke musalman mubtala hain, sab ke sab musalman mubtala hain. ek sahab ke haan mein gaya to un ke dost wahan baithe hue thay.</w:t>
      </w:r>
      <w:r>
        <w:br/>
      </w:r>
      <w:r>
        <w:rPr>
          <w:sz w:val="20"/>
        </w:rPr>
        <w:t>1:16:13  to dost sahab ne un ke baray mein farmaya ke Allah ne un ke upar bohat fazl kiya hai. matlab un ke bete kamate hain aur paisa hi paisa ghar mein ho raha hai aur har cheez bohat farawani ke sath koi mili hui hai.</w:t>
      </w:r>
      <w:r>
        <w:br/>
      </w:r>
      <w:r>
        <w:rPr>
          <w:sz w:val="20"/>
        </w:rPr>
        <w:t>1:16:27  is ko batate hain, un ka Allah ne un ke sath bara fazl kiya hai.</w:t>
      </w:r>
      <w:r>
        <w:br/>
      </w:r>
      <w:r>
        <w:rPr>
          <w:sz w:val="20"/>
        </w:rPr>
        <w:t>1:16:31  to unhon ne kaha yeh fazl ka yeh to test ki waris hai, yeh fazl ki waris nahin hai, yeh ek janchnay ki waris hai. janchnay to yeh sab to gumrahi hai.</w:t>
      </w:r>
    </w:p>
    <w:p>
      <w:pPr>
        <w:pStyle w:val="Heading2"/>
      </w:pPr>
      <w:r>
        <w:t>Meaning of Prophet's prayer 'show truth as it is'</w:t>
      </w:r>
    </w:p>
    <w:p>
      <w:r>
        <w:rPr>
          <w:color w:val="666666"/>
          <w:sz w:val="18"/>
        </w:rPr>
        <w:t>Spirituality · Islamic Wisdom July 17, 2016 · 2m 12s · at 49:36 · https://youtu.be/jB4ugN0K-AM?t=2976</w:t>
      </w:r>
    </w:p>
    <w:p>
      <w:r>
        <w:rPr>
          <w:i/>
        </w:rPr>
        <w:t>“There is a prayer of the Prophet: 'O God, show us the truth as it is.' What does 'as it is' thinking mean? Please elaborate on this.”</w:t>
      </w:r>
    </w:p>
    <w:p>
      <w:r>
        <w:rPr>
          <w:sz w:val="20"/>
        </w:rPr>
        <w:t>49:36  maulana, agla sawal mumbai se aya hai, aah aah faraz sahib ka, aur unhon ne likha hai: "der</w:t>
      </w:r>
      <w:r>
        <w:br/>
      </w:r>
      <w:r>
        <w:rPr>
          <w:sz w:val="20"/>
        </w:rPr>
        <w:t>49:43  as a prayer of the Prophet very said: "O God, show us the truth as it is." Maulana</w:t>
      </w:r>
      <w:r>
        <w:br/>
      </w:r>
      <w:r>
        <w:rPr>
          <w:sz w:val="20"/>
        </w:rPr>
        <w:t>49:51  Sahib, what does "as it is thinking" means? Please elaborate on this.</w:t>
      </w:r>
      <w:r>
        <w:br/>
      </w:r>
      <w:r>
        <w:rPr>
          <w:sz w:val="20"/>
        </w:rPr>
        <w:t>49:56  bhai, yeh kya? main ne misal de di as it is ki ke japan ke waqe mein jo</w:t>
      </w:r>
      <w:r>
        <w:br/>
      </w:r>
      <w:r>
        <w:rPr>
          <w:sz w:val="20"/>
        </w:rPr>
        <w:t>50:04  asli sabak hai, woh yeh hai ke society bombing chhodo, lekin ulta le liya ke society bombing karo.</w:t>
      </w:r>
      <w:r>
        <w:br/>
      </w:r>
      <w:r>
        <w:rPr>
          <w:sz w:val="20"/>
        </w:rPr>
        <w:t>50:12  yeh to hai yeh sare musalmanon ke jo mamlaat ke zamane mein, woh yahi hai.</w:t>
      </w:r>
      <w:r>
        <w:br/>
      </w:r>
      <w:r>
        <w:rPr>
          <w:sz w:val="20"/>
        </w:rPr>
        <w:t>50:18  misalan, commercial rights hote hain, woh aam taur par hote hain retaliation mein.</w:t>
      </w:r>
      <w:r>
        <w:br/>
      </w:r>
      <w:r>
        <w:rPr>
          <w:sz w:val="20"/>
        </w:rPr>
        <w:t>50:24  retaliation, lekin musalman kya kehte hain ke yeh zulm ho raha hai? zulm nahi ho raha.</w:t>
      </w:r>
      <w:r>
        <w:br/>
      </w:r>
      <w:r>
        <w:rPr>
          <w:sz w:val="20"/>
        </w:rPr>
        <w:t>50:31  tum logon ko retaliate karne ka mauqa na do, to fasad khatam ho jayega.</w:t>
      </w:r>
      <w:r>
        <w:br/>
      </w:r>
      <w:r>
        <w:rPr>
          <w:sz w:val="20"/>
        </w:rPr>
        <w:t>50:37  aur yeh hadith mein aata hai ke: "innal fitnata ni'matun la'anallahu man qadaa'a." matlab logon ko ghusse</w:t>
      </w:r>
      <w:r>
        <w:br/>
      </w:r>
      <w:r>
        <w:rPr>
          <w:sz w:val="20"/>
        </w:rPr>
        <w:t>50:45  ko jagao, logon ko yeh mauqa na do ke retaliate karne ka jazba un ke ubhar aaye.</w:t>
      </w:r>
      <w:r>
        <w:br/>
      </w:r>
      <w:r>
        <w:rPr>
          <w:sz w:val="20"/>
        </w:rPr>
        <w:t>50:52  yeh to matlab hai is ka.</w:t>
      </w:r>
      <w:r>
        <w:br/>
      </w:r>
      <w:r>
        <w:rPr>
          <w:sz w:val="20"/>
        </w:rPr>
        <w:t>50:55  to musalmanon ka case jo hai, is zamane mein be aqli ka case hai.</w:t>
      </w:r>
      <w:r>
        <w:br/>
      </w:r>
      <w:r>
        <w:rPr>
          <w:sz w:val="20"/>
        </w:rPr>
        <w:t>51:01  aqalmand ban gaya ho to sab cheezein khatam ho jayengi.</w:t>
      </w:r>
      <w:r>
        <w:br/>
      </w:r>
      <w:r>
        <w:rPr>
          <w:sz w:val="20"/>
        </w:rPr>
        <w:t>51:05  misal ke taur par kehte hain ke west mein islamophobia hai.</w:t>
      </w:r>
      <w:r>
        <w:br/>
      </w:r>
      <w:r>
        <w:rPr>
          <w:sz w:val="20"/>
        </w:rPr>
        <w:t>51:10  yeh mukammal taur par be aqli ki baat hai.</w:t>
      </w:r>
      <w:r>
        <w:br/>
      </w:r>
      <w:r>
        <w:rPr>
          <w:sz w:val="20"/>
        </w:rPr>
        <w:t>51:14  mein baar baar gaya hoon maghribi mulkon mein, itna zyada waqea wahan par hai ke wahan par waqea</w:t>
      </w:r>
      <w:r>
        <w:br/>
      </w:r>
      <w:r>
        <w:rPr>
          <w:sz w:val="20"/>
        </w:rPr>
        <w:t>51:22  pakistan, iran mein bhi nahi, muslim mulkon mein bhi nahi, kisi bhi muslim mulk mein woh waqea nahi</w:t>
      </w:r>
      <w:r>
        <w:br/>
      </w:r>
      <w:r>
        <w:rPr>
          <w:sz w:val="20"/>
        </w:rPr>
        <w:t>51:30  hai jo west mein hai.</w:t>
      </w:r>
      <w:r>
        <w:br/>
      </w:r>
      <w:r>
        <w:rPr>
          <w:sz w:val="20"/>
        </w:rPr>
        <w:t>51:32  aur woh kehte hain ke islamophobia.</w:t>
      </w:r>
      <w:r>
        <w:br/>
      </w:r>
      <w:r>
        <w:rPr>
          <w:sz w:val="20"/>
        </w:rPr>
        <w:t>51:35  to be aqli ko khatam karna yahi hamara beginning hai.</w:t>
      </w:r>
      <w:r>
        <w:br/>
      </w:r>
      <w:r>
        <w:rPr>
          <w:sz w:val="20"/>
        </w:rPr>
        <w:t>51:39  starting point hamare liye kya hai? ke apni be aqli ko khatam karein.</w:t>
      </w:r>
      <w:r>
        <w:br/>
      </w:r>
      <w:r>
        <w:rPr>
          <w:sz w:val="20"/>
        </w:rPr>
        <w:t>51:45  is ke baghair koi kaam nahi ho sakta.</w:t>
      </w:r>
    </w:p>
    <w:p>
      <w:pPr>
        <w:pStyle w:val="Heading2"/>
      </w:pPr>
      <w:r>
        <w:t>Merciless self-introspection method</w:t>
      </w:r>
    </w:p>
    <w:p>
      <w:r>
        <w:rPr>
          <w:color w:val="666666"/>
          <w:sz w:val="18"/>
        </w:rPr>
        <w:t>Spirituality · Q&amp;A 04 DEC 2011 Maulana Wahiduddin Khan · 3m 00s · at 44:36 · https://youtu.be/KIMNmuUZoGo?t=2676</w:t>
      </w:r>
    </w:p>
    <w:p>
      <w:r>
        <w:rPr>
          <w:i/>
        </w:rPr>
        <w:t>“How can one do merciless introspection of oneself?”</w:t>
      </w:r>
    </w:p>
    <w:p>
      <w:r>
        <w:rPr>
          <w:sz w:val="20"/>
        </w:rPr>
        <w:t>44:36  maulana agla sawal hai miss naghma siddiqui ka. unhon ne likha hai: "How can one do merciless introspection of oneself?"</w:t>
      </w:r>
      <w:r>
        <w:br/>
      </w:r>
      <w:r>
        <w:rPr>
          <w:sz w:val="20"/>
        </w:rPr>
        <w:t>44:50  bhai yahan is mein how ki baat kya hai? bas karne lagiye? aadmi jo chahta hai karne lagta hai woh? is ko ab karne lagiye?</w:t>
      </w:r>
      <w:r>
        <w:br/>
      </w:r>
      <w:r>
        <w:rPr>
          <w:sz w:val="20"/>
        </w:rPr>
        <w:t>45:00  hain? kya kya matlab yeh sawal matlab hai</w:t>
      </w:r>
      <w:r>
        <w:br/>
      </w:r>
      <w:r>
        <w:rPr>
          <w:sz w:val="20"/>
        </w:rPr>
        <w:t>45:03  ? Maulana woh jo aap aksar kehte hain ke merciless introspection kijiye to woh yahi janna chahte hain ke what is that step by step process?</w:t>
      </w:r>
      <w:r>
        <w:br/>
      </w:r>
      <w:r>
        <w:rPr>
          <w:sz w:val="20"/>
        </w:rPr>
        <w:t>45:12  How to do merciless introspection?</w:t>
      </w:r>
      <w:r>
        <w:br/>
      </w:r>
      <w:r>
        <w:rPr>
          <w:sz w:val="20"/>
        </w:rPr>
        <w:t>45:17  dekhiye aam taur par yeh hota hai ke aadmi apne ko bacha kar rakhna chahta hai. isi liye jhoot bolta hai, twist kar ke bolta hai, baaton ko unfair andaaz mein pesh karta hai.</w:t>
      </w:r>
      <w:r>
        <w:br/>
      </w:r>
      <w:r>
        <w:rPr>
          <w:sz w:val="20"/>
        </w:rPr>
        <w:t>45:31  dekhein mein bacha raha hoon. meri ghalti na saabit ho. to yeh to bohat hi mein is ko third class ki baat samajhta hoon. aadmi ke andar openness hona chahiye.</w:t>
      </w:r>
      <w:r>
        <w:br/>
      </w:r>
      <w:r>
        <w:rPr>
          <w:sz w:val="20"/>
        </w:rPr>
        <w:t>45:49  aadmi ko janna chahiye ke mein agar mein yaani apni kya kya question hai</w:t>
      </w:r>
      <w:r>
        <w:br/>
      </w:r>
      <w:r>
        <w:rPr>
          <w:sz w:val="20"/>
        </w:rPr>
        <w:t>46:00  ? How should one do merciless introspection? dekhiye agar aadmi yeh jaan le ke mujhe meri meri jo</w:t>
      </w:r>
      <w:r>
        <w:br/>
      </w:r>
      <w:r>
        <w:rPr>
          <w:sz w:val="20"/>
        </w:rPr>
        <w:t>46:15  meri jo kamyabi hai dunya o akhirat mein woh isi par depend karti hai. to aadmi is bare mein hote hi yaani conscious ho jayega jaise jaise ke aaj kal larkiyan baghair beauty apna beauty parlor parlor gaye hue baghair un ko taskeen nahi milti.</w:t>
      </w:r>
      <w:r>
        <w:br/>
      </w:r>
      <w:r>
        <w:rPr>
          <w:sz w:val="20"/>
        </w:rPr>
        <w:t>46:34  jo beauty parlor nahi jata apne kamre mein aaina dekh kar apni apni ko woh karta hai. to jis jis cheez ke bare mein aadmi yaani conscious ho us ko kare karta hi karta hai woh.</w:t>
      </w:r>
      <w:r>
        <w:br/>
      </w:r>
      <w:r>
        <w:rPr>
          <w:sz w:val="20"/>
        </w:rPr>
        <w:t>46:51  us ko chhod nahi sakta hai woh. to jo conscious hai is maamle mein yaani jo conscious hai is maamle mein ke mujhe log dekhein to mein acha lagoon to woh apna to apne ko</w:t>
      </w:r>
      <w:r>
        <w:br/>
      </w:r>
      <w:r>
        <w:rPr>
          <w:sz w:val="20"/>
        </w:rPr>
        <w:t>47:08  sanwarta rehta hai. lekin jis ko yeh jo is maamle mein conscious ho jaye ke mujhe Allah taala ke haan yaani Allah ki rehmaton mein hissadaar banna hai to woh zaroor karega us ko yaani woh kiye baghair reh nahi sakta hai woh.</w:t>
      </w:r>
      <w:r>
        <w:br/>
      </w:r>
      <w:r>
        <w:rPr>
          <w:sz w:val="20"/>
        </w:rPr>
        <w:t>47:26  saara maamla yahi hai ke aap kis maamle mein aadmi conscious hai kis maamle mein ko us ne apna cursor banaya hai.</w:t>
      </w:r>
    </w:p>
    <w:p>
      <w:pPr>
        <w:pStyle w:val="Heading2"/>
      </w:pPr>
      <w:r>
        <w:t>Muslims Far from Spirit of Islam</w:t>
      </w:r>
    </w:p>
    <w:p>
      <w:r>
        <w:rPr>
          <w:color w:val="666666"/>
          <w:sz w:val="18"/>
        </w:rPr>
        <w:t>Spirituality · From The Spiritual Tree September 8, 2013 · 2m 06s · at 54:38 · https://youtu.be/Vv6vf2N8YQA?t=3278</w:t>
      </w:r>
    </w:p>
    <w:p>
      <w:r>
        <w:rPr>
          <w:i/>
        </w:rPr>
        <w:t>“Muslims say their prayers five times, fast for the whole month of Ramadan, perform pilgrimage, but still they are far from the spirit of Islam. Why is this so?”</w:t>
      </w:r>
    </w:p>
    <w:p>
      <w:r>
        <w:rPr>
          <w:sz w:val="20"/>
        </w:rPr>
        <w:t>54:38  agla sawal aaya hai</w:t>
      </w:r>
      <w:r>
        <w:br/>
      </w:r>
      <w:r>
        <w:rPr>
          <w:sz w:val="20"/>
        </w:rPr>
        <w:t>54:40  doctor farida khanam ka dehli se. muslims say their prayers for five times.</w:t>
      </w:r>
      <w:r>
        <w:br/>
      </w:r>
      <w:r>
        <w:rPr>
          <w:sz w:val="20"/>
        </w:rPr>
        <w:t>54:50  fast for the whole month of ramzan. perform pilgrimage. but still they are far from the spirit of islam.</w:t>
      </w:r>
      <w:r>
        <w:br/>
      </w:r>
      <w:r>
        <w:rPr>
          <w:sz w:val="20"/>
        </w:rPr>
        <w:t>55:00  why is it that their worship does not change their lives?</w:t>
      </w:r>
      <w:r>
        <w:br/>
      </w:r>
      <w:r>
        <w:rPr>
          <w:sz w:val="20"/>
        </w:rPr>
        <w:t>55:08  aaj mein dekhiye baad ke zamaney mein yeh hua ke is tarah se islam ki tashreeh ki gayi aur is tarah se misaal bayan ki gayi ke logon ne samjha ke yahi formula jo hai yahi yahi ibaadat hai.</w:t>
      </w:r>
      <w:r>
        <w:br/>
      </w:r>
      <w:r>
        <w:rPr>
          <w:sz w:val="20"/>
        </w:rPr>
        <w:t>55:21  yaani namaz ka formula ya hajj ka jo formula hai wahi ibaadat hai.</w:t>
      </w:r>
      <w:r>
        <w:br/>
      </w:r>
      <w:r>
        <w:rPr>
          <w:sz w:val="20"/>
        </w:rPr>
        <w:t>55:28  spirit par emphasis nahi diya gaya. bas sara emphasis formula par chala gaya. to baad ke zamaney mein aisa hua.</w:t>
      </w:r>
      <w:r>
        <w:br/>
      </w:r>
      <w:r>
        <w:rPr>
          <w:sz w:val="20"/>
        </w:rPr>
        <w:t>55:40  aur awam hain isi cheez par chal rahe hain jo un ko bataya gaya hai. masjidon mein aaj kal is tarah ki baatein hoti hain.</w:t>
      </w:r>
      <w:r>
        <w:br/>
      </w:r>
      <w:r>
        <w:rPr>
          <w:sz w:val="20"/>
        </w:rPr>
        <w:t>55:49  to is ka ilaaj to yeh hai ke aap logon ko bataya jaye ke spirit asal hai. yaani formula jo hai ibaadat ka relative formula hissa hai.</w:t>
      </w:r>
      <w:r>
        <w:br/>
      </w:r>
      <w:r>
        <w:rPr>
          <w:sz w:val="20"/>
        </w:rPr>
        <w:t>55:59  formula ibaadat ka relative hissa hai. yeh spirit is ka real hissa hai. is tarah in ko bataya nahi gaya.</w:t>
      </w:r>
      <w:r>
        <w:br/>
      </w:r>
      <w:r>
        <w:rPr>
          <w:sz w:val="20"/>
        </w:rPr>
        <w:t>56:09  yaani formula to zaroori hai.</w:t>
      </w:r>
      <w:r>
        <w:br/>
      </w:r>
      <w:r>
        <w:rPr>
          <w:sz w:val="20"/>
        </w:rPr>
        <w:t>56:13  formula to har cheez ka ek hota hai. lekin formula jo hai woh ibaadat ka relative part hai. aur spirit jo hai woh ibaadat ka real part hai.</w:t>
      </w:r>
      <w:r>
        <w:br/>
      </w:r>
      <w:r>
        <w:rPr>
          <w:sz w:val="20"/>
        </w:rPr>
        <w:t>56:23  is tareeqe se bataya nahi gaya. to hum jo machine chala rahe hain woh is ka ek maqsad yeh bhi hai ke logon ko bataya jaye ke asal cheez spirit hai.</w:t>
      </w:r>
      <w:r>
        <w:br/>
      </w:r>
      <w:r>
        <w:rPr>
          <w:sz w:val="20"/>
        </w:rPr>
        <w:t>56:34  aur inshallah jo log hamari literature parhte hain woh is baat ko jaan lete hain aur is ko apni islaah karte hain.</w:t>
      </w:r>
    </w:p>
    <w:p>
      <w:pPr>
        <w:pStyle w:val="Heading2"/>
      </w:pPr>
      <w:r>
        <w:t>Necessity of Camps for Spirituality</w:t>
      </w:r>
    </w:p>
    <w:p>
      <w:r>
        <w:rPr>
          <w:color w:val="666666"/>
          <w:sz w:val="18"/>
        </w:rPr>
        <w:t>Spirituality · Spirituality in Simple Living, High Thinking October 27, 2019 Maulana Wahiduddin Khan · 2m 18s · at 53:53 · https://youtu.be/Kr28g15eFr8?t=3233</w:t>
      </w:r>
    </w:p>
    <w:p>
      <w:r>
        <w:rPr>
          <w:i/>
        </w:rPr>
        <w:t>“Is joining some camp necessary to initiate spirituality in one's life, or simply pondering upon nature is good enough to get started?”</w:t>
      </w:r>
    </w:p>
    <w:p>
      <w:r>
        <w:rPr>
          <w:sz w:val="20"/>
        </w:rPr>
        <w:t>53:53  maulana, agla sawal lucknow se bheja hai sirajuddin sahib ne. unhon ne likha hai: "maulana, today there are many camps that run in the name of spirituality to initiate a seeker into spirituality.</w:t>
      </w:r>
      <w:r>
        <w:br/>
      </w:r>
      <w:r>
        <w:rPr>
          <w:sz w:val="20"/>
        </w:rPr>
        <w:t>54:09  many people say that their experiences are good</w:t>
      </w:r>
      <w:r>
        <w:br/>
      </w:r>
      <w:r>
        <w:rPr>
          <w:sz w:val="20"/>
        </w:rPr>
        <w:t>54:15  . my question is that is joining some camp necessary to initiate spirituality in one's life, or simply pondering upon nature is good enough to get started?" yeh camping jo hoti hai, yeh bilkul aap sun rahe hain.</w:t>
      </w:r>
      <w:r>
        <w:br/>
      </w:r>
      <w:r>
        <w:rPr>
          <w:sz w:val="20"/>
        </w:rPr>
        <w:t>54:34  sab se pehla jo maine kiya tha, yeh camping parda ke camp gaya tha.</w:t>
      </w:r>
      <w:r>
        <w:br/>
      </w:r>
      <w:r>
        <w:rPr>
          <w:sz w:val="20"/>
        </w:rPr>
        <w:t>54:42  isi mein phansa tha main. parda ke camp laga tha, is mein main gaya tha,</w:t>
      </w:r>
      <w:r>
        <w:br/>
      </w:r>
      <w:r>
        <w:rPr>
          <w:sz w:val="20"/>
        </w:rPr>
        <w:t>54:52  aur is se is parda ke camp se mujhe kuch bhi take away nahi mila tha, kuch bhi take away nahi mila tha.</w:t>
      </w:r>
      <w:r>
        <w:br/>
      </w:r>
      <w:r>
        <w:rPr>
          <w:sz w:val="20"/>
        </w:rPr>
        <w:t>55:03  phir maine khud is ki history ki, tab maine jana ke is ki history kya hai.</w:t>
      </w:r>
      <w:r>
        <w:br/>
      </w:r>
      <w:r>
        <w:rPr>
          <w:sz w:val="20"/>
        </w:rPr>
        <w:t>55:12  yeh camp jo lagte hain, woh mein zaati tajrube ke barabar keh sakta hoon ke is mein koi take away le kar koi lot ta nahi.</w:t>
      </w:r>
      <w:r>
        <w:br/>
      </w:r>
      <w:r>
        <w:rPr>
          <w:sz w:val="20"/>
        </w:rPr>
        <w:t>55:24  koi bhi mujhe nahi maloom koi insan hai aisa jo wahan se koi take away le kar lauta ho.</w:t>
      </w:r>
      <w:r>
        <w:br/>
      </w:r>
      <w:r>
        <w:rPr>
          <w:sz w:val="20"/>
        </w:rPr>
        <w:t>55:35  Miss Mehka Fayyaz Sahiba ne dil ne Dilli se bheja hai comment</w:t>
      </w:r>
      <w:r>
        <w:br/>
      </w:r>
      <w:r>
        <w:rPr>
          <w:sz w:val="20"/>
        </w:rPr>
        <w:t>55:42  : "Maulana, idea of spirituality has always addressed my mind. It is very different from that of secluded one, which most people think is the rightest form of spirituality.</w:t>
      </w:r>
      <w:r>
        <w:br/>
      </w:r>
      <w:r>
        <w:rPr>
          <w:sz w:val="20"/>
        </w:rPr>
        <w:t>55:57  Maulana, idea of spirituality is not physical but observable. It is a self developing concept. Art of management is very simple technique which Maulana gives us.</w:t>
      </w:r>
    </w:p>
    <w:p>
      <w:pPr>
        <w:pStyle w:val="Heading2"/>
      </w:pPr>
      <w:r>
        <w:t>Non-material life: Sufi vs. need-based approach</w:t>
      </w:r>
    </w:p>
    <w:p>
      <w:r>
        <w:rPr>
          <w:color w:val="666666"/>
          <w:sz w:val="18"/>
        </w:rPr>
        <w:t>Spirituality · Materialism and Intellectual Dwarfism 29th April 2012 · 2m 24s · at 1:11:09 · https://youtu.be/qHzARL_r3I4?t=4269</w:t>
      </w:r>
    </w:p>
    <w:p>
      <w:r>
        <w:rPr>
          <w:i/>
        </w:rPr>
        <w:t>“When talking about non-material life, people call it Sufi or sadhu. Why is that? We mean that material things should be taken only as needed, not for show. What is the correct understanding?”</w:t>
      </w:r>
    </w:p>
    <w:p>
      <w:r>
        <w:rPr>
          <w:sz w:val="20"/>
        </w:rPr>
        <w:t>1:11:09  maulana agla sawal tamil nadu se hai maulana iqbal umri sahab ka unhon ne likha hai ghair maadi zindagi ki baat karte hain to sufi ya sadhu ya sadhu kaha jata hai maulana aisa kyun nahi to hum ghair maadi ka woh matlab hamara nahi hai woh to jungle mein chala jana aur insanon se door chala jana ke mani</w:t>
      </w:r>
      <w:r>
        <w:br/>
      </w:r>
      <w:r>
        <w:rPr>
          <w:sz w:val="20"/>
        </w:rPr>
        <w:t>1:11:34  mein lete hain hum woh mani mein nahi lete hum to yeh kehte hain ke maadi cheezon ko baqat zaroorat lena baqat raish nahi dekhiye angrezi mein teen lafz bola jata hai need, comfort, luxury.</w:t>
      </w:r>
      <w:r>
        <w:br/>
      </w:r>
      <w:r>
        <w:rPr>
          <w:sz w:val="20"/>
        </w:rPr>
        <w:t>1:11:49  need, comfort, luxury to main samajhta hoon ke need ke darje mein liya jaye yeh sahi tareeqa hai</w:t>
      </w:r>
      <w:r>
        <w:br/>
      </w:r>
      <w:r>
        <w:rPr>
          <w:sz w:val="20"/>
        </w:rPr>
        <w:t>1:11:55  aur woh sufi log jo bolte hain woh to woh to bilkul apne ko kaatna aur riyazat yani rohani riyazaton ke naam par woh alag ho kar ke ek zindagi guzarna woh woh ek alag hi cheez hai woh hum jo baat bolte hain woh yeh hai ke need ke darje mein ikhtiyar karo maadi cheezein na comfort ke darje mein na luxury ke darje mein</w:t>
      </w:r>
      <w:r>
        <w:br/>
      </w:r>
      <w:r>
        <w:rPr>
          <w:sz w:val="20"/>
        </w:rPr>
        <w:t>1:12:20  yeh kyunke agar aap is ko need se aage badhenge to phir aap ke paas time hi nahi rahega sochne ka time nahi rahega yani apne intellectual faculty ko develop karne ka masla yeh hai woh haram nahi hai yani comfort aur luxury haram nahi hai lekin woh aap ke time ko kill karta hai aap ki energy ko kill karta hai aap ke money ko kill karta hai</w:t>
      </w:r>
      <w:r>
        <w:br/>
      </w:r>
      <w:r>
        <w:rPr>
          <w:sz w:val="20"/>
        </w:rPr>
        <w:t>1:12:46  is se is sense mein woh bahut hi yani halakat khair hai main yeh nahi kehta ke ke comfort aur luxury haram hai</w:t>
      </w:r>
      <w:r>
        <w:br/>
      </w:r>
      <w:r>
        <w:rPr>
          <w:sz w:val="20"/>
        </w:rPr>
        <w:t>1:12:57  nahi main yeh kehta hoon ke jo aadmi comfort aur luxury ko apna</w:t>
      </w:r>
      <w:r>
        <w:br/>
      </w:r>
      <w:r>
        <w:rPr>
          <w:sz w:val="20"/>
        </w:rPr>
        <w:t>1:13:02  yani nishana banayega to wo is qeemat par hoga</w:t>
      </w:r>
      <w:r>
        <w:br/>
      </w:r>
      <w:r>
        <w:rPr>
          <w:sz w:val="20"/>
        </w:rPr>
        <w:t>1:13:07  ke jo doosra jo bara kaam hai intellectual development aur spiritual development wo nahi kar payega kyunke</w:t>
      </w:r>
      <w:r>
        <w:br/>
      </w:r>
      <w:r>
        <w:rPr>
          <w:sz w:val="20"/>
        </w:rPr>
        <w:t>1:13:14  iska to sara time isi mein nikal jayega iska paisa isi mein kharch hoga isi</w:t>
      </w:r>
      <w:r>
        <w:br/>
      </w:r>
      <w:r>
        <w:rPr>
          <w:sz w:val="20"/>
        </w:rPr>
        <w:t>1:13:20  iski energy isi mein kharch hogi iski tawajjah isi mein kharch hogi is sense mein main</w:t>
      </w:r>
      <w:r>
        <w:br/>
      </w:r>
      <w:r>
        <w:rPr>
          <w:sz w:val="20"/>
        </w:rPr>
        <w:t>1:13:25  kehta hoon</w:t>
      </w:r>
      <w:r>
        <w:br/>
      </w:r>
      <w:r>
        <w:rPr>
          <w:sz w:val="20"/>
        </w:rPr>
        <w:t>1:13:28  yani haram halal ke sense mein nahi kehta</w:t>
      </w:r>
    </w:p>
    <w:p>
      <w:pPr>
        <w:pStyle w:val="Heading2"/>
      </w:pPr>
      <w:r>
        <w:t>Obstacle in learning from death</w:t>
      </w:r>
    </w:p>
    <w:p>
      <w:r>
        <w:rPr>
          <w:color w:val="666666"/>
          <w:sz w:val="18"/>
        </w:rPr>
        <w:t>Spirituality · Concept of Death in Islam 26th Aug 12 SLOW · 2m 08s · at 11:20 · https://youtu.be/8dsos0OBM6M?t=680</w:t>
      </w:r>
    </w:p>
    <w:p>
      <w:r>
        <w:rPr>
          <w:i/>
        </w:rPr>
        <w:t>“What is the biggest obstacle we face when trying to take a lesson from death and how do we clear our minds of this obstacle?”</w:t>
      </w:r>
    </w:p>
    <w:p>
      <w:r>
        <w:rPr>
          <w:sz w:val="20"/>
        </w:rPr>
        <w:t>11:20  maulana, agla sawal miss fatima sarah ka hai bangalore se.</w:t>
      </w:r>
      <w:r>
        <w:br/>
      </w:r>
      <w:r>
        <w:rPr>
          <w:sz w:val="20"/>
        </w:rPr>
        <w:t>11:31  unhon ne likha hai: "What is the biggest obstacle we face when trying to take a lesson from</w:t>
      </w:r>
      <w:r>
        <w:br/>
      </w:r>
      <w:r>
        <w:rPr>
          <w:sz w:val="20"/>
        </w:rPr>
        <w:t>11:42  death and how we do clear our minds of this obstacle? "</w:t>
      </w:r>
      <w:r>
        <w:br/>
      </w:r>
      <w:r>
        <w:rPr>
          <w:sz w:val="20"/>
        </w:rPr>
        <w:t>11:53  baat yeh hai ke insaan jo hai, jo cheez dikhai de, us ko to foran woh le leta hai.</w:t>
      </w:r>
      <w:r>
        <w:br/>
      </w:r>
      <w:r>
        <w:rPr>
          <w:sz w:val="20"/>
        </w:rPr>
        <w:t>11:59  jo cheez dikhai na de, us ko soch kar us ko lena pare to is mein woh fail</w:t>
      </w:r>
      <w:r>
        <w:br/>
      </w:r>
      <w:r>
        <w:rPr>
          <w:sz w:val="20"/>
        </w:rPr>
        <w:t>12:05  ho jata hai.</w:t>
      </w:r>
      <w:r>
        <w:br/>
      </w:r>
      <w:r>
        <w:rPr>
          <w:sz w:val="20"/>
        </w:rPr>
        <w:t>12:12  to maut se pehle ki dunya to dikhai de rahi hai, is ka nafa, is ka nuqsan, is</w:t>
      </w:r>
      <w:r>
        <w:br/>
      </w:r>
      <w:r>
        <w:rPr>
          <w:sz w:val="20"/>
        </w:rPr>
        <w:t>12:18  ka aaram, is ki takleef, is ki khushi, is ka gham, yeh sab dikhai de raha hai.</w:t>
      </w:r>
      <w:r>
        <w:br/>
      </w:r>
      <w:r>
        <w:rPr>
          <w:sz w:val="20"/>
        </w:rPr>
        <w:t>12:24  lekin maut ke baad ka jo khushi o gham hai, aaram o takleef hai, woh dikhai nahi deta.</w:t>
      </w:r>
      <w:r>
        <w:br/>
      </w:r>
      <w:r>
        <w:rPr>
          <w:sz w:val="20"/>
        </w:rPr>
        <w:t>12:31  to insaan ki kamzori hai ke woh dikhai dene wali cheezon mein jeeta hai.</w:t>
      </w:r>
      <w:r>
        <w:br/>
      </w:r>
      <w:r>
        <w:rPr>
          <w:sz w:val="20"/>
        </w:rPr>
        <w:t>12:37  isi liye quran mein hai ke "yominoon bil ghaib" .</w:t>
      </w:r>
      <w:r>
        <w:br/>
      </w:r>
      <w:r>
        <w:rPr>
          <w:sz w:val="20"/>
        </w:rPr>
        <w:t>12:43  jo apne mind, jo quran mein hai ke zaalik ki kitab la raha hai "fi huda al mutaqeen alladheen</w:t>
      </w:r>
      <w:r>
        <w:br/>
      </w:r>
      <w:r>
        <w:rPr>
          <w:sz w:val="20"/>
        </w:rPr>
        <w:t>12:50  yominoon bil ghaib" .</w:t>
      </w:r>
      <w:r>
        <w:br/>
      </w:r>
      <w:r>
        <w:rPr>
          <w:sz w:val="20"/>
        </w:rPr>
        <w:t>12:56  یومنون بالغیب مطلب یہ ہے کہ جو اپنا اپنے مائنڈ کو ڈیولپ کریں، intellectual awakening جس کے اندر</w:t>
      </w:r>
      <w:r>
        <w:br/>
      </w:r>
      <w:r>
        <w:rPr>
          <w:sz w:val="20"/>
        </w:rPr>
        <w:t>13:02  aa jaye, jis ka zehan hota hai, bedaar ho jaye, bedaar ho jaye ke jo dikhai nahi deta,</w:t>
      </w:r>
      <w:r>
        <w:br/>
      </w:r>
      <w:r>
        <w:rPr>
          <w:sz w:val="20"/>
        </w:rPr>
        <w:t>13:09  us par hi soche woh.</w:t>
      </w:r>
      <w:r>
        <w:br/>
      </w:r>
      <w:r>
        <w:rPr>
          <w:sz w:val="20"/>
        </w:rPr>
        <w:t>13:15  tab ja kar aisa hoga ke woh maut ki haqeeqat ko samjhenge aur maut ke baad wali</w:t>
      </w:r>
      <w:r>
        <w:br/>
      </w:r>
      <w:r>
        <w:rPr>
          <w:sz w:val="20"/>
        </w:rPr>
        <w:t>13:21  jo zindagi hai, us ke lehaz se apni zindagi ki pehle planning karenge.</w:t>
      </w:r>
      <w:r>
        <w:br/>
      </w:r>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p>
    <w:p>
      <w:pPr>
        <w:pStyle w:val="Heading2"/>
      </w:pPr>
      <w:r>
        <w:t>Origin and source of thoughts</w:t>
      </w:r>
    </w:p>
    <w:p>
      <w:r>
        <w:rPr>
          <w:color w:val="666666"/>
          <w:sz w:val="18"/>
        </w:rPr>
        <w:t>Spirituality · The Problem of Evil December 4, 2011 · 2m 30s · at 1:08:42 · https://youtu.be/SMqtVjaGHfw?t=4122</w:t>
      </w:r>
    </w:p>
    <w:p>
      <w:r>
        <w:rPr>
          <w:i/>
        </w:rPr>
        <w:t>“Where do thoughts originate? What is their source? If I get sixty thoughts per second, where are they coming from?”</w:t>
      </w:r>
    </w:p>
    <w:p>
      <w:r>
        <w:rPr>
          <w:sz w:val="20"/>
        </w:rPr>
        <w:t>1:08:42  maulana, agla sawal aaya hai Mr Ramesh Jaswani ka, Delhi se. unhon ne likha hai: "from where do thoughts originate?</w:t>
      </w:r>
      <w:r>
        <w:br/>
      </w:r>
      <w:r>
        <w:rPr>
          <w:sz w:val="20"/>
        </w:rPr>
        <w:t>1:08:52  what is their source? if i get sixty thoughts per second, from where are they coming?" Maulana sahib, please tell me.</w:t>
      </w:r>
      <w:r>
        <w:br/>
      </w:r>
      <w:r>
        <w:rPr>
          <w:sz w:val="20"/>
        </w:rPr>
        <w:t>1:09:02  bhai, main to jahan tak samjha hoon, psychology bhi yahi kehti hai. psychology kya hai?</w:t>
      </w:r>
      <w:r>
        <w:br/>
      </w:r>
      <w:r>
        <w:rPr>
          <w:sz w:val="20"/>
        </w:rPr>
        <w:t>1:09:11  psychology yeh naam hai study of mind ka. study of mind ka naam psychology hai. to psychology bhi yahi kehti hai ke saare thoughts jo hain, pehle hi se aindah ke mind mein maujood hain.</w:t>
      </w:r>
      <w:r>
        <w:br/>
      </w:r>
      <w:r>
        <w:rPr>
          <w:sz w:val="20"/>
        </w:rPr>
        <w:t>1:09:27  aadmi kisi thought ko create nahi kar sakta. hum create nahi kar sakte. "you are not a creator". jis tarah se hum ek ek, jis tarah se hum ek chidiya ko nahi create kar sakte, hum thought ko bhi create nahi kar sakte.</w:t>
      </w:r>
      <w:r>
        <w:br/>
      </w:r>
      <w:r>
        <w:rPr>
          <w:sz w:val="20"/>
        </w:rPr>
        <w:t>1:09:43  to thought jo hai, sab ke sab mind mein bhare hue hain.</w:t>
      </w:r>
      <w:r>
        <w:br/>
      </w:r>
      <w:r>
        <w:rPr>
          <w:sz w:val="20"/>
        </w:rPr>
        <w:t>1:09:48  ab ab hota yeh hai ke hum ek ek duniya mein jeete hain jahan bohat cheezein hum suntay hain, dekhtay hain, parhtay hain. is se hum influence hotay hain.</w:t>
      </w:r>
      <w:r>
        <w:br/>
      </w:r>
      <w:r>
        <w:rPr>
          <w:sz w:val="20"/>
        </w:rPr>
        <w:t>1:09:58  is se action aur reaction aata hai. to hum apne thought ko recollect karte hain, us ko analyze karte hain.</w:t>
      </w:r>
      <w:r>
        <w:br/>
      </w:r>
      <w:r>
        <w:rPr>
          <w:sz w:val="20"/>
        </w:rPr>
        <w:t>1:10:07  is se ek naya thought emerge karta hai. to basically, main jahan tak main samajhta hoon ke ek ek to woh hai jo thought mein saari baatein maujood hain.</w:t>
      </w:r>
      <w:r>
        <w:br/>
      </w:r>
      <w:r>
        <w:rPr>
          <w:sz w:val="20"/>
        </w:rPr>
        <w:t>1:10:18  doosri yeh hai ke jo hum bahar observation se ya study se baaton ko letay hain, is se phir ek analysis, ek ek woh hota hai, ek ek nayi cheez emerge karti hai.</w:t>
      </w:r>
      <w:r>
        <w:br/>
      </w:r>
      <w:r>
        <w:rPr>
          <w:sz w:val="20"/>
        </w:rPr>
        <w:t>1:10:31  ek to is ko, yani yani is ko explain bilkul is tarah nahi kiya ja sakta jis tarike se do do char ke tarike se.</w:t>
      </w:r>
      <w:r>
        <w:br/>
      </w:r>
      <w:r>
        <w:rPr>
          <w:sz w:val="20"/>
        </w:rPr>
        <w:t>1:10:42  isi liye psychology ab tak koi is ko science nahi manta kyunke science ab tak psychology is tarah develop nahi hui hai jis tarah exact sciences jo develop hui</w:t>
      </w:r>
      <w:r>
        <w:br/>
      </w:r>
      <w:r>
        <w:rPr>
          <w:sz w:val="20"/>
        </w:rPr>
        <w:t>1:10:52  hain. is ko sirf samajhne ke liye maine yeh baatein kahi hain. baqi agar aap yeh chahein ke main mathematical sense mein is ko explain kar doon to yeh kisi ke liye possible nahi hai, na mere liye, na na aur na woh Freud ke liye.</w:t>
      </w:r>
    </w:p>
    <w:p>
      <w:pPr>
        <w:pStyle w:val="Heading2"/>
      </w:pPr>
      <w:r>
        <w:t>Origin of spiritual life</w:t>
      </w:r>
    </w:p>
    <w:p>
      <w:r>
        <w:rPr>
          <w:color w:val="666666"/>
          <w:sz w:val="18"/>
        </w:rPr>
        <w:t>Spirituality · Pillars of Western Thought October 6, 2013 · 3m 16s · at 1:10:03 · https://youtu.be/o4WfPvju5_M?t=4203</w:t>
      </w:r>
    </w:p>
    <w:p>
      <w:r>
        <w:rPr>
          <w:i/>
        </w:rPr>
        <w:t>“Where does spiritual life begin?”</w:t>
      </w:r>
    </w:p>
    <w:p>
      <w:r>
        <w:rPr>
          <w:sz w:val="20"/>
        </w:rPr>
        <w:t>1:10:03  maulana bhopal se shakeel sahib ne sawal kiya hai. unhon ne aap se poocha hai ke spiritual life ka aghaz kahan se hota hai? allah ki marifat se aghaz hota hai.</w:t>
      </w:r>
      <w:r>
        <w:br/>
      </w:r>
      <w:r>
        <w:rPr>
          <w:sz w:val="20"/>
        </w:rPr>
        <w:t>1:10:16  jab aap ko allah ki marifat ho jayegi to rohaniyat ayegi. isi rohaniyat ka naam hai spirituality.</w:t>
      </w:r>
      <w:r>
        <w:br/>
      </w:r>
      <w:r>
        <w:rPr>
          <w:sz w:val="20"/>
        </w:rPr>
        <w:t>1:10:26  allah ki marifat ke liye aap quran ko parhiye, rasool allah ko parhiye, hamari kitabein isi mozu par is ko parhiye. hamari kitab hai, kai kitabein isi mozu par hain.</w:t>
      </w:r>
      <w:r>
        <w:br/>
      </w:r>
      <w:r>
        <w:rPr>
          <w:sz w:val="20"/>
        </w:rPr>
        <w:t>1:10:38  to sach poochhein to aap mutala aur ghor o fikr se yeh sifat paida hogi. woh aap ko karna hoga.</w:t>
      </w:r>
      <w:r>
        <w:br/>
      </w:r>
      <w:r>
        <w:rPr>
          <w:sz w:val="20"/>
        </w:rPr>
        <w:t>1:10:48  koi is ka, koi is ka tilasmati formula nahi hai. maulana, un ka aik aur question hai.</w:t>
      </w:r>
      <w:r>
        <w:br/>
      </w:r>
      <w:r>
        <w:rPr>
          <w:sz w:val="20"/>
        </w:rPr>
        <w:t>1:10:58  unhon ne aap se poocha hai: "maulana sahib, please tell me, how can i become wise? is there any formula for a</w:t>
      </w:r>
      <w:r>
        <w:br/>
      </w:r>
      <w:r>
        <w:rPr>
          <w:sz w:val="20"/>
        </w:rPr>
        <w:t>1:11:06  t?" wise, khoob mutala kijiye. khoob aath dekhein, mutala karne ke liye aap ko yani bohat si cheezein chhodni padengi.</w:t>
      </w:r>
      <w:r>
        <w:br/>
      </w:r>
      <w:r>
        <w:rPr>
          <w:sz w:val="20"/>
        </w:rPr>
        <w:t>1:11:16  misal ke tor par aap yani waqt zaya karna chhod dijiye, destruction ko chhod dijiye, fazooliyat mein waqt guzarte hain log, is ko chhod dijiye. apne andar yani</w:t>
      </w:r>
      <w:r>
        <w:br/>
      </w:r>
      <w:r>
        <w:rPr>
          <w:sz w:val="20"/>
        </w:rPr>
        <w:t>1:11:30  ba-maqsad zindagi paida kijiye aur phir mutala kijiye.</w:t>
      </w:r>
      <w:r>
        <w:br/>
      </w:r>
      <w:r>
        <w:rPr>
          <w:sz w:val="20"/>
        </w:rPr>
        <w:t>1:11:34  log chahte hain ke apni zindagi ko badlen nahin aur phir un ko woh bhi wisdom bhi mil jae. to kaise milega? aap har aadmi galat aadaton mein phansa hua hai, har aadmi galat doston mein phansa hua hai, har aadmi in cheezon mein phansa hua hai jo har waqt distract karti hain us ko.</w:t>
      </w:r>
      <w:r>
        <w:br/>
      </w:r>
      <w:r>
        <w:rPr>
          <w:sz w:val="20"/>
        </w:rPr>
        <w:t>1:11:54  aur phir kehta hai: "mujhe wisdom chahiye." to price har cheez deni parti hai to milti</w:t>
      </w:r>
      <w:r>
        <w:br/>
      </w:r>
      <w:r>
        <w:rPr>
          <w:sz w:val="20"/>
        </w:rPr>
        <w:t>1:12:00  hai woh cheez. to wisdom bhi aap ko milegi jab jab us ko price den ge. aap price aise nahin milegi.</w:t>
      </w:r>
      <w:r>
        <w:br/>
      </w:r>
      <w:r>
        <w:rPr>
          <w:sz w:val="20"/>
        </w:rPr>
        <w:t>1:12:10  waise hamari chaar kitaben aap parh lijie: "raaz hayat", "taabeer hayat", "kitab zindagi", "rahnuma hayat".</w:t>
      </w:r>
      <w:r>
        <w:br/>
      </w:r>
      <w:r>
        <w:rPr>
          <w:sz w:val="20"/>
        </w:rPr>
        <w:t>1:12:19  is se inshallah aap ko bohat faida hoga.</w:t>
      </w:r>
    </w:p>
    <w:p>
      <w:pPr>
        <w:pStyle w:val="Heading2"/>
      </w:pPr>
      <w:r>
        <w:t>Overcoming Limitations to Discover Allah's Blessings</w:t>
      </w:r>
    </w:p>
    <w:p>
      <w:r>
        <w:rPr>
          <w:color w:val="666666"/>
          <w:sz w:val="18"/>
        </w:rPr>
        <w:t>Spirituality · Dars-e-Quran, Chapter 2, Verse 255 | December 24, 2017 · 3m 34s · at 53:06 · https://youtu.be/tKX0KUhUMnw?t=3186</w:t>
      </w:r>
    </w:p>
    <w:p>
      <w:r>
        <w:rPr>
          <w:i/>
        </w:rPr>
        <w:t>“Dada, how should we overcome our limitations and distractions to discover the blessings of Allah? Also, how can one reach the conceptual level to understand these blessings?”</w:t>
      </w:r>
    </w:p>
    <w:p>
      <w:r>
        <w:rPr>
          <w:sz w:val="20"/>
        </w:rPr>
        <w:t>53:06  maulana, agla sawal london se adnan khan ne bheja hai.</w:t>
      </w:r>
      <w:r>
        <w:br/>
      </w:r>
      <w:r>
        <w:rPr>
          <w:sz w:val="20"/>
        </w:rPr>
        <w:t>53:16  انہوں نے لکھا ہے: "دادا، how should we overcome our limitations and distractions to discover the blessings of</w:t>
      </w:r>
      <w:r>
        <w:br/>
      </w:r>
      <w:r>
        <w:rPr>
          <w:sz w:val="20"/>
        </w:rPr>
        <w:t>53:27  Allah? "Also, how can one reach the conceptual level to understand these blessings?" دیکھیے، حضرت مسیح کا ایک</w:t>
      </w:r>
      <w:r>
        <w:br/>
      </w:r>
      <w:r>
        <w:rPr>
          <w:sz w:val="20"/>
        </w:rPr>
        <w:t>53:38  waqia is ka bohat acha jawab hai.</w:t>
      </w:r>
      <w:r>
        <w:br/>
      </w:r>
      <w:r>
        <w:rPr>
          <w:sz w:val="20"/>
        </w:rPr>
        <w:t>53:48  hazrat maseeh ek, ek aap jante hain ke ek prophet of god thay.</w:t>
      </w:r>
      <w:r>
        <w:br/>
      </w:r>
      <w:r>
        <w:rPr>
          <w:sz w:val="20"/>
        </w:rPr>
        <w:t>53:59  to ek insan un ke paas aaya, hazrat maseeh ke paas ek aadmi aaya, us ne un ki baatein suni,</w:t>
      </w:r>
      <w:r>
        <w:br/>
      </w:r>
      <w:r>
        <w:rPr>
          <w:sz w:val="20"/>
        </w:rPr>
        <w:t>54:09  hazrat maseeh ki baatein suni.</w:t>
      </w:r>
      <w:r>
        <w:br/>
      </w:r>
      <w:r>
        <w:rPr>
          <w:sz w:val="20"/>
        </w:rPr>
        <w:t>54:16  to us ne kaha ke aap ne jo baatein kaheen, woh bohat achi baatein hain, lekin insan kaise</w:t>
      </w:r>
      <w:r>
        <w:br/>
      </w:r>
      <w:r>
        <w:rPr>
          <w:sz w:val="20"/>
        </w:rPr>
        <w:t>54:24  is ko achieve kare, aisi baaton ko is level par pohanche kaise? yeh to unhon ne bara ajeeb</w:t>
      </w:r>
      <w:r>
        <w:br/>
      </w:r>
      <w:r>
        <w:rPr>
          <w:sz w:val="20"/>
        </w:rPr>
        <w:t>54:31  jawab diya, bohat ajeeb</w:t>
      </w:r>
      <w:r>
        <w:br/>
      </w:r>
      <w:r>
        <w:rPr>
          <w:sz w:val="20"/>
        </w:rPr>
        <w:t>54:39  ke insan ke liye bilashuba mushkil hai, lekin Allah ke liye koi cheez mushkil nahi hai.</w:t>
      </w:r>
      <w:r>
        <w:br/>
      </w:r>
      <w:r>
        <w:rPr>
          <w:sz w:val="20"/>
        </w:rPr>
        <w:t>54:47  yani Allah ke liye, yani insan ke liye mushkil hai, magar Allah ke liye asan hai, khuda ke</w:t>
      </w:r>
      <w:r>
        <w:br/>
      </w:r>
      <w:r>
        <w:rPr>
          <w:sz w:val="20"/>
        </w:rPr>
        <w:t>54:54  liye aasan hai.</w:t>
      </w:r>
      <w:r>
        <w:br/>
      </w:r>
      <w:r>
        <w:rPr>
          <w:sz w:val="20"/>
        </w:rPr>
        <w:t>55:02  to main sochta hoon ke sab se aham cheez hai dua karna, aur dua karte hue Allah ke</w:t>
      </w:r>
      <w:r>
        <w:br/>
      </w:r>
      <w:r>
        <w:rPr>
          <w:sz w:val="20"/>
        </w:rPr>
        <w:t>55:10  tareeqon ko follow karna.</w:t>
      </w:r>
      <w:r>
        <w:br/>
      </w:r>
      <w:r>
        <w:rPr>
          <w:sz w:val="20"/>
        </w:rPr>
        <w:t>55:17  baqi jo cheezen hain, wo to apne aap hi Allah ki tofeeq se aati hain.</w:t>
      </w:r>
      <w:r>
        <w:br/>
      </w:r>
      <w:r>
        <w:rPr>
          <w:sz w:val="20"/>
        </w:rPr>
        <w:t>55:25  hazrat maseeh alaihissalam ka jo jawab hai ke insaan ke liye mushkil hai, magar insaan Allah ke</w:t>
      </w:r>
      <w:r>
        <w:br/>
      </w:r>
      <w:r>
        <w:rPr>
          <w:sz w:val="20"/>
        </w:rPr>
        <w:t>55:33  liye to aasan hai, yeh bohat hi zabardast jawab hai, aur har soorat-e-haal mein woh apply hota hai.</w:t>
      </w:r>
      <w:r>
        <w:br/>
      </w:r>
      <w:r>
        <w:rPr>
          <w:sz w:val="20"/>
        </w:rPr>
        <w:t>55:40  maulana, kuch aur comment parhna chahenge jo abhi abhi aaye hain.</w:t>
      </w:r>
      <w:r>
        <w:br/>
      </w:r>
      <w:r>
        <w:rPr>
          <w:sz w:val="20"/>
        </w:rPr>
        <w:t>55:45  miss shabina ali ne kolkata se comment bheja hai.</w:t>
      </w:r>
      <w:r>
        <w:br/>
      </w:r>
      <w:r>
        <w:rPr>
          <w:sz w:val="20"/>
        </w:rPr>
        <w:t>55:50  انہوں نے لکھا ہے: "The concept of conceptual thinking is so, is so apt to understand and discover</w:t>
      </w:r>
      <w:r>
        <w:br/>
      </w:r>
      <w:r>
        <w:rPr>
          <w:sz w:val="20"/>
        </w:rPr>
        <w:t>55:55  da living god.</w:t>
      </w:r>
      <w:r>
        <w:br/>
      </w:r>
      <w:r>
        <w:rPr>
          <w:sz w:val="20"/>
        </w:rPr>
        <w:t>56:00  one has to develop and take it itself to that height and intellectual level to actually experience the</w:t>
      </w:r>
      <w:r>
        <w:br/>
      </w:r>
      <w:r>
        <w:rPr>
          <w:sz w:val="20"/>
        </w:rPr>
        <w:t>56:05  mind-boggling presence of the Creator in</w:t>
      </w:r>
      <w:r>
        <w:br/>
      </w:r>
      <w:r>
        <w:rPr>
          <w:sz w:val="20"/>
        </w:rPr>
        <w:t>56:10  each of his creation, be it a lion or a solar system.</w:t>
      </w:r>
      <w:r>
        <w:br/>
      </w:r>
      <w:r>
        <w:rPr>
          <w:sz w:val="20"/>
        </w:rPr>
        <w:t>56:16  jazak Allah maulana sahib for the enlightening session." mehtab sahib ne dhampur se likha hai: "maulana sahib, very</w:t>
      </w:r>
      <w:r>
        <w:br/>
      </w:r>
      <w:r>
        <w:rPr>
          <w:sz w:val="20"/>
        </w:rPr>
        <w:t>56:22  Nice explanation of a moment picture in your lecture.</w:t>
      </w:r>
      <w:r>
        <w:br/>
      </w:r>
      <w:r>
        <w:rPr>
          <w:sz w:val="20"/>
        </w:rPr>
        <w:t>56:28  jazak Allah." maulana, ek comment aaya hai bombay se, muhammad rafi choghale sahib ne bheja hai, aur woh</w:t>
      </w:r>
      <w:r>
        <w:br/>
      </w:r>
      <w:r>
        <w:rPr>
          <w:sz w:val="20"/>
        </w:rPr>
        <w:t>56:34  comment ek tareeqe se</w:t>
      </w:r>
    </w:p>
    <w:p>
      <w:pPr>
        <w:pStyle w:val="Heading2"/>
      </w:pPr>
      <w:r>
        <w:t>Overcoming fear of God from childhood</w:t>
      </w:r>
    </w:p>
    <w:p>
      <w:r>
        <w:rPr>
          <w:color w:val="666666"/>
          <w:sz w:val="18"/>
        </w:rPr>
        <w:t>Spirituality · The Culture of People of Paradise January 06, 2019 Maulana Wahiduddin Khan · 2m 18s · at 58:06 · https://youtu.be/rFExua9zntM?t=3486</w:t>
      </w:r>
    </w:p>
    <w:p>
      <w:r>
        <w:rPr>
          <w:i/>
        </w:rPr>
        <w:t>“We have been taught from childhood to fear God. How can we overcome this?”</w:t>
      </w:r>
    </w:p>
    <w:p>
      <w:r>
        <w:rPr>
          <w:sz w:val="20"/>
        </w:rPr>
        <w:t>58:06  woh weak nahin hai kyunke iska ek known target hai: khaliq ki qurbat. maulana, agla sawal sydney, australia se khalid idrees sahib ne kiya hai.</w:t>
      </w:r>
      <w:r>
        <w:br/>
      </w:r>
      <w:r>
        <w:rPr>
          <w:sz w:val="20"/>
        </w:rPr>
        <w:t>58:23  unhon ne likha hai ke maulana sahib, hamein bachpan se khuda se darna sikhaya gaya hai. is cheez ko hum kaise overcome karen, is ke bare mein bataen.</w:t>
      </w:r>
      <w:r>
        <w:br/>
      </w:r>
      <w:r>
        <w:rPr>
          <w:sz w:val="20"/>
        </w:rPr>
        <w:t>58:36  dekhen, darna ke maani woh nahin jaise ke aap saanp machhli darte hain. is ke maani hain khuda ko apna soul consent banana.</w:t>
      </w:r>
      <w:r>
        <w:br/>
      </w:r>
      <w:r>
        <w:rPr>
          <w:sz w:val="20"/>
        </w:rPr>
        <w:t>58:50  taqwa ka matlab hai khuda ko apna consent banana. woh nahin hai ke saanp</w:t>
      </w:r>
      <w:r>
        <w:br/>
      </w:r>
      <w:r>
        <w:rPr>
          <w:sz w:val="20"/>
        </w:rPr>
        <w:t>58:59  saanp bacho! to woh kahan hai? woh saanp bacho kahan hai jise dare hain? aisa to saanp bacho hai hi nahin! aisa saanp bacho to hai hi nahin!</w:t>
      </w:r>
      <w:r>
        <w:br/>
      </w:r>
      <w:r>
        <w:rPr>
          <w:sz w:val="20"/>
        </w:rPr>
        <w:t>59:11  to woh consent ke maani hain ke sab is ka beginning jo hai, jo taqwa ki beginning hai, woh hai "alhamdulillah".</w:t>
      </w:r>
      <w:r>
        <w:br/>
      </w:r>
      <w:r>
        <w:rPr>
          <w:sz w:val="20"/>
        </w:rPr>
        <w:t>59:25  yani allah ki blessing ka ehsaas, allah ki blessing ko discover kar ke jo allah se nemmat, allah ki blessing ko discover kar ke jo mizaj banta hai, woh paida karna hai apne andar.</w:t>
      </w:r>
      <w:r>
        <w:br/>
      </w:r>
      <w:r>
        <w:rPr>
          <w:sz w:val="20"/>
        </w:rPr>
        <w:t>59:42  aap ek lafz ko na len, pure quran ko padhen</w:t>
      </w:r>
      <w:r>
        <w:br/>
      </w:r>
      <w:r>
        <w:rPr>
          <w:sz w:val="20"/>
        </w:rPr>
        <w:t>59:48  to isi ko doosre lafzon mein farmaya hai ke "walladhi na'manna ashaddu lillah". "walladhi na'manna ashaddu lillah" yani allah ka taqwa jiske andar ho, uske andar allah ki mohabbat bohat zyada hogi, ho jayegi.</w:t>
      </w:r>
      <w:r>
        <w:br/>
      </w:r>
      <w:r>
        <w:rPr>
          <w:sz w:val="20"/>
        </w:rPr>
        <w:t>1:00:08  kyunke woh, kyunke woh jo hai allah ka ki discovery, woh sari ki sari base karti hai blessing par, nemmat par, inaam par.</w:t>
      </w:r>
    </w:p>
    <w:p>
      <w:pPr>
        <w:pStyle w:val="Heading2"/>
      </w:pPr>
      <w:r>
        <w:t>Paying heed to divine voice</w:t>
      </w:r>
    </w:p>
    <w:p>
      <w:r>
        <w:rPr>
          <w:color w:val="666666"/>
          <w:sz w:val="18"/>
        </w:rPr>
        <w:t>Spirituality · Divine Help January 04, 2015 · 4m 29s · at 1:09:03 · https://youtu.be/IsFIb5jI5u8?t=4143</w:t>
      </w:r>
    </w:p>
    <w:p>
      <w:r>
        <w:rPr>
          <w:i/>
        </w:rPr>
        <w:t>“Maulana, please advise as to how we can pay heed to the divine voice so that I can decide my course of direction.”</w:t>
      </w:r>
    </w:p>
    <w:p>
      <w:r>
        <w:rPr>
          <w:sz w:val="20"/>
        </w:rPr>
        <w:t>1:09:03  maulana, agla sawal dilli se kiya hai maulana farhad sahab ne aur unhon ne aap se poocha hai</w:t>
      </w:r>
      <w:r>
        <w:br/>
      </w:r>
      <w:r>
        <w:rPr>
          <w:sz w:val="20"/>
        </w:rPr>
        <w:t>1:09:08  کہ مولانا Please advise as to how we can pay heed to the divine voice so that I</w:t>
      </w:r>
      <w:r>
        <w:br/>
      </w:r>
      <w:r>
        <w:rPr>
          <w:sz w:val="20"/>
        </w:rPr>
        <w:t>1:09:13  can decide my course of direction.</w:t>
      </w:r>
      <w:r>
        <w:br/>
      </w:r>
      <w:r>
        <w:rPr>
          <w:sz w:val="20"/>
        </w:rPr>
        <w:t>1:09:19  dekhiye, sab se bara jo rok hai woh woh hai distraction.</w:t>
      </w:r>
      <w:r>
        <w:br/>
      </w:r>
      <w:r>
        <w:rPr>
          <w:sz w:val="20"/>
        </w:rPr>
        <w:t>1:09:23  sare log distraction mein phanse hue hain.</w:t>
      </w:r>
      <w:r>
        <w:br/>
      </w:r>
      <w:r>
        <w:rPr>
          <w:sz w:val="20"/>
        </w:rPr>
        <w:t>1:09:28  to jab tak aap apne ko yani alag kar ke nahi sochen ge, tab tak aap baton ko</w:t>
      </w:r>
      <w:r>
        <w:br/>
      </w:r>
      <w:r>
        <w:rPr>
          <w:sz w:val="20"/>
        </w:rPr>
        <w:t>1:09:33  samajh nahi sakte.</w:t>
      </w:r>
      <w:r>
        <w:br/>
      </w:r>
      <w:r>
        <w:rPr>
          <w:sz w:val="20"/>
        </w:rPr>
        <w:t>1:09:37  har aadmi kahin na kahin distract ho raha hai, kahin na kahin distract ho raha hai, subah sham raat din.</w:t>
      </w:r>
      <w:r>
        <w:br/>
      </w:r>
      <w:r>
        <w:rPr>
          <w:sz w:val="20"/>
        </w:rPr>
        <w:t>1:09:42  ab dekhen, jaise aaj maine aap ko misaal di ke subah mein fajar mein utha to achaanak</w:t>
      </w:r>
      <w:r>
        <w:br/>
      </w:r>
      <w:r>
        <w:rPr>
          <w:sz w:val="20"/>
        </w:rPr>
        <w:t>1:09:47  ek ek ek ayat ka woh mafhoom mere zehen mein aa gaya jo puri tareekh mein kisi ne</w:t>
      </w:r>
      <w:r>
        <w:br/>
      </w:r>
      <w:r>
        <w:rPr>
          <w:sz w:val="20"/>
        </w:rPr>
        <w:t>1:09:52  kisi ne daryaft hi nahi kiya.</w:t>
      </w:r>
      <w:r>
        <w:br/>
      </w:r>
      <w:r>
        <w:rPr>
          <w:sz w:val="20"/>
        </w:rPr>
        <w:t>1:09:56  aap sari tafsirien parh daliye is ayat ki فَأَصَابَكُمْ غَمًّا بِغَمٍ is mein jo baat bataen ge, woh</w:t>
      </w:r>
      <w:r>
        <w:br/>
      </w:r>
      <w:r>
        <w:rPr>
          <w:sz w:val="20"/>
        </w:rPr>
        <w:t>1:10:01  salbi hogi, negative hogi, manfi hogi.</w:t>
      </w:r>
      <w:r>
        <w:br/>
      </w:r>
      <w:r>
        <w:rPr>
          <w:sz w:val="20"/>
        </w:rPr>
        <w:t>1:10:06  positive aspect nahi hoga ke tum apne minus ko plus mein convert karo, tum negativity ko positivity mein convert karo.</w:t>
      </w:r>
      <w:r>
        <w:br/>
      </w:r>
      <w:r>
        <w:rPr>
          <w:sz w:val="20"/>
        </w:rPr>
        <w:t>1:10:11  yeh kisi ne likha hi nahi hai.</w:t>
      </w:r>
      <w:r>
        <w:br/>
      </w:r>
      <w:r>
        <w:rPr>
          <w:sz w:val="20"/>
        </w:rPr>
        <w:t>1:10:15  to chounke main apne ko involve kiya, maine sari zindagi Allah mein aur Quran mein aur hadith</w:t>
      </w:r>
      <w:r>
        <w:br/>
      </w:r>
      <w:r>
        <w:rPr>
          <w:sz w:val="20"/>
        </w:rPr>
        <w:t>1:10:20  mein involve kiya, isi mein jeena, isi mein sona, isi mein jaagna, subah shaam.</w:t>
      </w:r>
      <w:r>
        <w:br/>
      </w:r>
      <w:r>
        <w:rPr>
          <w:sz w:val="20"/>
        </w:rPr>
        <w:t>1:10:25  to is ki wajah se yeh baatein mere mind mein aati rehti hain.</w:t>
      </w:r>
      <w:r>
        <w:br/>
      </w:r>
      <w:r>
        <w:rPr>
          <w:sz w:val="20"/>
        </w:rPr>
        <w:t>1:10:29  achanak hi woh achanak nahi aayi, woh barson barson ka jo process ho raha tha mere mind mein,</w:t>
      </w:r>
      <w:r>
        <w:br/>
      </w:r>
      <w:r>
        <w:rPr>
          <w:sz w:val="20"/>
        </w:rPr>
        <w:t>1:10:34  woh saamne aa gaya.</w:t>
      </w:r>
      <w:r>
        <w:br/>
      </w:r>
      <w:r>
        <w:rPr>
          <w:sz w:val="20"/>
        </w:rPr>
        <w:t>1:10:39  yani woh woh ek lambe process ka culmination tha.</w:t>
      </w:r>
      <w:r>
        <w:br/>
      </w:r>
      <w:r>
        <w:rPr>
          <w:sz w:val="20"/>
        </w:rPr>
        <w:t>1:10:44  to us waqt koi is tarah koi kar nahi pata, to nahi kar pata.</w:t>
      </w:r>
      <w:r>
        <w:br/>
      </w:r>
      <w:r>
        <w:rPr>
          <w:sz w:val="20"/>
        </w:rPr>
        <w:t>1:10:48  to aap kam az kam meri kitabein padhiye aap.</w:t>
      </w:r>
      <w:r>
        <w:br/>
      </w:r>
      <w:r>
        <w:rPr>
          <w:sz w:val="20"/>
        </w:rPr>
        <w:t>1:10:53  yeh jo maine aaj jo baat maine kahi is ayat ke bare mein, sari aap tafaseer</w:t>
      </w:r>
      <w:r>
        <w:br/>
      </w:r>
      <w:r>
        <w:rPr>
          <w:sz w:val="20"/>
        </w:rPr>
        <w:t>1:10:58  padh daaliye, sari tafaseer.</w:t>
      </w:r>
      <w:r>
        <w:br/>
      </w:r>
      <w:r>
        <w:rPr>
          <w:sz w:val="20"/>
        </w:rPr>
        <w:t>1:11:03  kisi mein nahi milega ke iska ek ek yeh iska yeh mafhoom ke tum apne</w:t>
      </w:r>
      <w:r>
        <w:br/>
      </w:r>
      <w:r>
        <w:rPr>
          <w:sz w:val="20"/>
        </w:rPr>
        <w:t>1:11:07  minus points ko plus points banao, apni negativity ko positivity mein convert karo, manfi ko musbat banao.</w:t>
      </w:r>
      <w:r>
        <w:br/>
      </w:r>
      <w:r>
        <w:rPr>
          <w:sz w:val="20"/>
        </w:rPr>
        <w:t>1:11:12  ab is ki wajah se ayat kitni oonchi ho jati hai, kitni azeem ban jati hai.</w:t>
      </w:r>
      <w:r>
        <w:br/>
      </w:r>
      <w:r>
        <w:rPr>
          <w:sz w:val="20"/>
        </w:rPr>
        <w:t>1:11:17  lekin kisi ne likha hi nahi hai.</w:t>
      </w:r>
      <w:r>
        <w:br/>
      </w:r>
      <w:r>
        <w:rPr>
          <w:sz w:val="20"/>
        </w:rPr>
        <w:t>1:11:22  to wajah yeh hai ke bachpan se mere andar kya hai? Soch, soch, soch, sochna hi mera yani</w:t>
      </w:r>
      <w:r>
        <w:br/>
      </w:r>
      <w:r>
        <w:rPr>
          <w:sz w:val="20"/>
        </w:rPr>
        <w:t>1:11:26  mutalea karna aur sochna, padhna aur sochna.</w:t>
      </w:r>
      <w:r>
        <w:br/>
      </w:r>
      <w:r>
        <w:rPr>
          <w:sz w:val="20"/>
        </w:rPr>
        <w:t>1:11:31  to mere mind mein har waqt ek process chalta raha tha, press process.</w:t>
      </w:r>
      <w:r>
        <w:br/>
      </w:r>
      <w:r>
        <w:rPr>
          <w:sz w:val="20"/>
        </w:rPr>
        <w:t>1:11:36  to is ayat ko le kar jo process chal raha tha barson se, iska culmination tha ke</w:t>
      </w:r>
      <w:r>
        <w:br/>
      </w:r>
      <w:r>
        <w:rPr>
          <w:sz w:val="20"/>
        </w:rPr>
        <w:t>1:11:40  aaj subah mere zehan achanak yeh mafhoom mere zehan mein aa gaya.</w:t>
      </w:r>
      <w:r>
        <w:br/>
      </w:r>
      <w:r>
        <w:rPr>
          <w:sz w:val="20"/>
        </w:rPr>
        <w:t>1:11:45  to ya to aap to aap kisi ke paas yeh mauqa nahi hai ke woh aisa kare.</w:t>
      </w:r>
      <w:r>
        <w:br/>
      </w:r>
      <w:r>
        <w:rPr>
          <w:sz w:val="20"/>
        </w:rPr>
        <w:t>1:11:50  to theek hai, ab main hamari kitabein padhiye.</w:t>
      </w:r>
      <w:r>
        <w:br/>
      </w:r>
      <w:r>
        <w:rPr>
          <w:sz w:val="20"/>
        </w:rPr>
        <w:t>1:11:55  main yeh nahi kehta ke aap bhi har shakhs meri tareeqe se sacrifice karein.</w:t>
      </w:r>
      <w:r>
        <w:br/>
      </w:r>
      <w:r>
        <w:rPr>
          <w:sz w:val="20"/>
        </w:rPr>
        <w:t>1:11:59  lekin yeh to kar sakta hai ke meri kitabein parhein aap.</w:t>
      </w:r>
      <w:r>
        <w:br/>
      </w:r>
      <w:r>
        <w:rPr>
          <w:sz w:val="20"/>
        </w:rPr>
        <w:t>1:12:04  to meri kitabein kyun nahin parhte aap? to mein apne har saathi ko aur doosre logon ko bhi</w:t>
      </w:r>
      <w:r>
        <w:br/>
      </w:r>
      <w:r>
        <w:rPr>
          <w:sz w:val="20"/>
        </w:rPr>
        <w:t>1:12:09  jo seekhr hain, un ko kahoon ga ke hamari kitabon ko aap bohat ziyada study kijiye aur sari</w:t>
      </w:r>
      <w:r>
        <w:br/>
      </w:r>
      <w:r>
        <w:rPr>
          <w:sz w:val="20"/>
        </w:rPr>
        <w:t>1:12:14  kitabein parhiye aap.</w:t>
      </w:r>
      <w:r>
        <w:br/>
      </w:r>
      <w:r>
        <w:rPr>
          <w:sz w:val="20"/>
        </w:rPr>
        <w:t>1:12:18  koi aik yeh nahin ke aik falan falan kitab, sab kitabein parhiye.</w:t>
      </w:r>
      <w:r>
        <w:br/>
      </w:r>
      <w:r>
        <w:rPr>
          <w:sz w:val="20"/>
        </w:rPr>
        <w:t>1:12:23  yeh bohat hi zaroori hai sachai ko paane ke liye.</w:t>
      </w:r>
      <w:r>
        <w:br/>
      </w:r>
      <w:r>
        <w:rPr>
          <w:sz w:val="20"/>
        </w:rPr>
        <w:t>1:12:28  Okay, so we will end this session now.</w:t>
      </w:r>
      <w:r>
        <w:br/>
      </w:r>
      <w:r>
        <w:rPr>
          <w:sz w:val="20"/>
        </w:rPr>
        <w:t>1:12:33  Thank you.</w:t>
      </w:r>
    </w:p>
    <w:p>
      <w:pPr>
        <w:pStyle w:val="Heading2"/>
      </w:pPr>
      <w:r>
        <w:t>Peace from God's remembrance despite worldly evil</w:t>
      </w:r>
    </w:p>
    <w:p>
      <w:r>
        <w:rPr>
          <w:color w:val="666666"/>
          <w:sz w:val="18"/>
        </w:rPr>
        <w:t>Spirituality · The Purpose of Existence-9th September 2012 · 2m 01s · at 1:16:36 · https://youtu.be/KxCy8m6k_MQ?t=4596</w:t>
      </w:r>
    </w:p>
    <w:p>
      <w:r>
        <w:rPr>
          <w:i/>
        </w:rPr>
        <w:t>“The Quran says that hearts find peace in the remembrance of God. What kind of peace is meant by this peace, because there is evil in the world?”</w:t>
      </w:r>
    </w:p>
    <w:p>
      <w:r>
        <w:rPr>
          <w:sz w:val="20"/>
        </w:rPr>
        <w:t>1:16:36  molana, agla sawal karachi pakistan se hai miss samia latif ka.</w:t>
      </w:r>
      <w:r>
        <w:br/>
      </w:r>
      <w:r>
        <w:rPr>
          <w:sz w:val="20"/>
        </w:rPr>
        <w:t>1:16:42  unhon ne likha hai: "quran mein hai ke allah ke zikr se dilon ko itminan hasil hota hai.</w:t>
      </w:r>
      <w:r>
        <w:br/>
      </w:r>
      <w:r>
        <w:rPr>
          <w:sz w:val="20"/>
        </w:rPr>
        <w:t>1:16:49  molana sahib, is itminan se kis qism ka itminan murad hai? kyunke duniya mein to gabd maujood hai."</w:t>
      </w:r>
      <w:r>
        <w:br/>
      </w:r>
      <w:r>
        <w:rPr>
          <w:sz w:val="20"/>
        </w:rPr>
        <w:t>1:16:55  gabd, duniya mein to gabd maujood hai.</w:t>
      </w:r>
      <w:r>
        <w:br/>
      </w:r>
      <w:r>
        <w:rPr>
          <w:sz w:val="20"/>
        </w:rPr>
        <w:t>1:17:01  gabd, kaf, bay zzal.</w:t>
      </w:r>
      <w:r>
        <w:br/>
      </w:r>
      <w:r>
        <w:rPr>
          <w:sz w:val="20"/>
        </w:rPr>
        <w:t>1:17:07  gabd, duniya mein to gabd maujood hai.</w:t>
      </w:r>
      <w:r>
        <w:br/>
      </w:r>
      <w:r>
        <w:rPr>
          <w:sz w:val="20"/>
        </w:rPr>
        <w:t>1:17:13  phir ek momin ke dil ko itminan kaise hoga? nahin, dekhiye, itminan ke mani happiness nahin hain, happiness</w:t>
      </w:r>
      <w:r>
        <w:br/>
      </w:r>
      <w:r>
        <w:rPr>
          <w:sz w:val="20"/>
        </w:rPr>
        <w:t>1:17:19  ya khushi aur masarrat nahin hai.</w:t>
      </w:r>
      <w:r>
        <w:br/>
      </w:r>
      <w:r>
        <w:rPr>
          <w:sz w:val="20"/>
        </w:rPr>
        <w:t>1:17:25  itminan ke mani hain explanation.</w:t>
      </w:r>
      <w:r>
        <w:br/>
      </w:r>
      <w:r>
        <w:rPr>
          <w:sz w:val="20"/>
        </w:rPr>
        <w:t>1:17:31  har aadmi chahta hai ke woh cheezon ko explain kar sake jo duniya mein ho raha hai, is</w:t>
      </w:r>
      <w:r>
        <w:br/>
      </w:r>
      <w:r>
        <w:rPr>
          <w:sz w:val="20"/>
        </w:rPr>
        <w:t>1:17:37  ko explain karna chahta hai.</w:t>
      </w:r>
      <w:r>
        <w:br/>
      </w:r>
      <w:r>
        <w:rPr>
          <w:sz w:val="20"/>
        </w:rPr>
        <w:t>1:17:43  آپ جانتے ہیں، انسان کے بارے میں کہا جاتا ہے کہ "man is an explanation-seeking animal."</w:t>
      </w:r>
      <w:r>
        <w:br/>
      </w:r>
      <w:r>
        <w:rPr>
          <w:sz w:val="20"/>
        </w:rPr>
        <w:t>1:17:49  "Man is an explanation-seeking animal." تو اللہ، جب اللہ کو آدمی ڈسکور کرتا ہے، اللہ میں وہ</w:t>
      </w:r>
      <w:r>
        <w:br/>
      </w:r>
      <w:r>
        <w:rPr>
          <w:sz w:val="20"/>
        </w:rPr>
        <w:t>1:17:55  yani soch bichar karta hai, is ki is ka contemplation ka focus allah ban jata hai, to is</w:t>
      </w:r>
      <w:r>
        <w:br/>
      </w:r>
      <w:r>
        <w:rPr>
          <w:sz w:val="20"/>
        </w:rPr>
        <w:t>1:18:01  qabil ho jata hai ke woh cheezon ko explain kar sake, apni life ko, insan ki history ko,</w:t>
      </w:r>
      <w:r>
        <w:br/>
      </w:r>
      <w:r>
        <w:rPr>
          <w:sz w:val="20"/>
        </w:rPr>
        <w:t>1:18:07  duniya ke halaat ko.</w:t>
      </w:r>
      <w:r>
        <w:br/>
      </w:r>
      <w:r>
        <w:rPr>
          <w:sz w:val="20"/>
        </w:rPr>
        <w:t>1:18:13  to woh explanation mil jata hai insan ko.</w:t>
      </w:r>
      <w:r>
        <w:br/>
      </w:r>
      <w:r>
        <w:rPr>
          <w:sz w:val="20"/>
        </w:rPr>
        <w:t>1:18:19  is sense mein hai woh.</w:t>
      </w:r>
      <w:r>
        <w:br/>
      </w:r>
      <w:r>
        <w:rPr>
          <w:sz w:val="20"/>
        </w:rPr>
        <w:t>1:18:25  woh woh is bhi sense mein nahin hai ke happiness mil jati hai.</w:t>
      </w:r>
      <w:r>
        <w:br/>
      </w:r>
      <w:r>
        <w:rPr>
          <w:sz w:val="20"/>
        </w:rPr>
        <w:t>1:18:31  is sense mein nahin hai woh.</w:t>
      </w:r>
    </w:p>
    <w:p>
      <w:pPr>
        <w:pStyle w:val="Heading2"/>
      </w:pPr>
      <w:r>
        <w:t>Personality change from God realization</w:t>
      </w:r>
    </w:p>
    <w:p>
      <w:r>
        <w:rPr>
          <w:color w:val="666666"/>
          <w:sz w:val="18"/>
        </w:rPr>
        <w:t>Spirituality · Three levels of Realization 4 July 2010 - Maulana Wahiduddin Khan · 3m 26s · at 1:10:52 · https://youtu.be/H-kx5TldzfQ?t=4252</w:t>
      </w:r>
    </w:p>
    <w:p>
      <w:r>
        <w:rPr>
          <w:i/>
        </w:rPr>
        <w:t>“Please explain the change brought about in a person's personality due to intentional level of God realization.”</w:t>
      </w:r>
    </w:p>
    <w:p>
      <w:r>
        <w:rPr>
          <w:sz w:val="20"/>
        </w:rPr>
        <w:t>1:10:52  Maulana agla sawal kya hai Miss Maria ne Delhi se.</w:t>
      </w:r>
      <w:r>
        <w:br/>
      </w:r>
      <w:r>
        <w:rPr>
          <w:sz w:val="20"/>
        </w:rPr>
        <w:t>1:10:57  "Please explain the change brought about in a person's personality</w:t>
      </w:r>
      <w:r>
        <w:br/>
      </w:r>
      <w:r>
        <w:rPr>
          <w:sz w:val="20"/>
        </w:rPr>
        <w:t>1:11:02  due to an intuitional level of God realization</w:t>
      </w:r>
      <w:r>
        <w:br/>
      </w:r>
      <w:r>
        <w:rPr>
          <w:sz w:val="20"/>
        </w:rPr>
        <w:t>1:11:06  by citing an example from the life of companions of the Prophet."</w:t>
      </w:r>
      <w:r>
        <w:br/>
      </w:r>
      <w:r>
        <w:rPr>
          <w:sz w:val="20"/>
        </w:rPr>
        <w:t>1:11:11  bhai example to bohat sare hain</w:t>
      </w:r>
      <w:r>
        <w:br/>
      </w:r>
      <w:r>
        <w:rPr>
          <w:sz w:val="20"/>
        </w:rPr>
        <w:t>1:11:16  ab foran mere dimagh mein nahin aa raha ke main kaun sa example pesh karoon</w:t>
      </w:r>
      <w:r>
        <w:br/>
      </w:r>
      <w:r>
        <w:rPr>
          <w:sz w:val="20"/>
        </w:rPr>
        <w:t>1:11:22  kyun ke prophet ke jo companion the wo paida yani paidaish hui hon pious aisa nahi tha koi pious paida nahi hua tha</w:t>
      </w:r>
      <w:r>
        <w:br/>
      </w:r>
      <w:r>
        <w:rPr>
          <w:sz w:val="20"/>
        </w:rPr>
        <w:t>1:11:37  kuch aisi cheezein pesh aaein jis ne un ki zindagi ko badal diya</w:t>
      </w:r>
      <w:r>
        <w:br/>
      </w:r>
      <w:r>
        <w:rPr>
          <w:sz w:val="20"/>
        </w:rPr>
        <w:t>1:11:44  to sab ke sath aisi qisse aisi waqiat hain ke is ne un ki zindagi ko badal diya</w:t>
      </w:r>
      <w:r>
        <w:br/>
      </w:r>
      <w:r>
        <w:rPr>
          <w:sz w:val="20"/>
        </w:rPr>
        <w:t>1:11:52  jaise misaal ke taur par dekhiye ek sahabi the to apne ghar ke samne baithe hue the to ek bulk card guzri bail gaadi us mein do animal yani do bail bandhe hue the</w:t>
      </w:r>
      <w:r>
        <w:br/>
      </w:r>
      <w:r>
        <w:rPr>
          <w:sz w:val="20"/>
        </w:rPr>
        <w:t>1:12:11  to chalte chalte kya hua ke ek bail baith gaya to jo gaadi chala raha tha us ne jo jo baith gaya to us ko mara us ko nahi mara jo abhi khada hua tha</w:t>
      </w:r>
      <w:r>
        <w:br/>
      </w:r>
      <w:r>
        <w:rPr>
          <w:sz w:val="20"/>
        </w:rPr>
        <w:t>1:12:30  jo aadmi chala raha tha cart ko gaadi ko to us ne jo jo bail khada reh gaya tha us ko to kuch bhi nahi kiya matlab wo bach gaya aur jo baith gaya to us ko mara to phir wo khada ho gaya wo to unhon ne kaha ke dekho is mein lesson hai is se un ki zindagi</w:t>
      </w:r>
      <w:r>
        <w:br/>
      </w:r>
      <w:r>
        <w:rPr>
          <w:sz w:val="20"/>
        </w:rPr>
        <w:t>1:12:55  badal gayi un ki ke mujhe bhi agar agar main duty na pura karun khuda ki duty to mujhe mar pare gi mere upar</w:t>
      </w:r>
      <w:r>
        <w:br/>
      </w:r>
      <w:r>
        <w:rPr>
          <w:sz w:val="20"/>
        </w:rPr>
        <w:t>1:13:06  agar duty na pura karun ga to mujhe mar pare gi to ek ek waqia hai un ki zindagi mein ek ek ek ek ek inqalab barpa kar diya ek change paida paida kar diya</w:t>
      </w:r>
      <w:r>
        <w:br/>
      </w:r>
      <w:r>
        <w:rPr>
          <w:sz w:val="20"/>
        </w:rPr>
        <w:t>1:13:18  yani is is waqiye mein chupa hua tha lesson sab ke liye lekin sab dekh nahi paaye khud gaadi wala bhi nahi dekh paya jis gaadi ne is jo jis gaadi ke upar jo baitha hua tha aadmi jo chala raha tha us ko bhi pata nahi ke is ka lesson chupa hua hai lekin ek sahabi jo dekh rahe the un ko un ko wo lesson mil gaya</w:t>
      </w:r>
      <w:r>
        <w:br/>
      </w:r>
      <w:r>
        <w:rPr>
          <w:sz w:val="20"/>
        </w:rPr>
        <w:t>1:13:43  to ye aap ki yani dekhne ki shakti hai jo kisi cheez ko lesson mein convert kar deti hai agar wo shakti nahi hai to nahi convert hoga to is tarah ke waqiat se jo sabak lete the sahaba un ki zindagi mein inqalab aa gaya tha wo samajhte the ke hum yani is duniya mein hamein khuda ki duty pura karna hai nahi pura karein ge to wahan par pakre jayein ge h</w:t>
      </w:r>
      <w:r>
        <w:br/>
      </w:r>
      <w:r>
        <w:rPr>
          <w:sz w:val="20"/>
        </w:rPr>
        <w:t>1:14:12  m is tarah ke waqiat bahut sare hain.</w:t>
      </w:r>
    </w:p>
    <w:p>
      <w:pPr>
        <w:pStyle w:val="Heading2"/>
      </w:pPr>
      <w:r>
        <w:t>Personality change through God realization example</w:t>
      </w:r>
    </w:p>
    <w:p>
      <w:r>
        <w:rPr>
          <w:color w:val="666666"/>
          <w:sz w:val="18"/>
        </w:rPr>
        <w:t>Spirituality · Three levels of Realization July 4, 2010 · 3m 18s · at 1:11:05 · https://youtu.be/NtCTVVov3Nw?t=4265</w:t>
      </w:r>
    </w:p>
    <w:p>
      <w:r>
        <w:rPr>
          <w:i/>
        </w:rPr>
        <w:t>“Please explain the change brought about in a person's personality due to intentional level of God realization by citing an example from the life of the companions of the Prophet.”</w:t>
      </w:r>
    </w:p>
    <w:p>
      <w:r>
        <w:rPr>
          <w:sz w:val="20"/>
        </w:rPr>
        <w:t>1:11:05  maulana agla sawal kya hai miss mariya ne dilli se</w:t>
      </w:r>
      <w:r>
        <w:br/>
      </w:r>
      <w:r>
        <w:rPr>
          <w:sz w:val="20"/>
        </w:rPr>
        <w:t>1:11:10  please explain the change brought about in a person personality due to intuitional level of god realization by citing an example from the life of companions of the prophet bhai example to bohat sare hain ab foran mere dimagh mein nahi aa raha ke main kon sa example pesh karoon</w:t>
      </w:r>
      <w:r>
        <w:br/>
      </w:r>
      <w:r>
        <w:rPr>
          <w:sz w:val="20"/>
        </w:rPr>
        <w:t>1:11:34  kyun ke prophet ke jo companions thay woh paida yani paida hi hue hon pious aisa nahi tha koi pious paida nahi hua tha kuch aisi cheezein pesh aaein jis ne un ki zindagi ko badal diya</w:t>
      </w:r>
      <w:r>
        <w:br/>
      </w:r>
      <w:r>
        <w:rPr>
          <w:sz w:val="20"/>
        </w:rPr>
        <w:t>1:11:55  to sab ke sath aisi qisse aisi waqiyat hain ke is ne un ki zindagi ko badal diya</w:t>
      </w:r>
      <w:r>
        <w:br/>
      </w:r>
      <w:r>
        <w:rPr>
          <w:sz w:val="20"/>
        </w:rPr>
        <w:t>1:12:03  jaise misaal ke taur par dekhiye aik sahabi thay to apnay ghar ke samnay bethe hue thay to aik bulk card guzri bail gaadi us mein do animal yani do bail bandhe hue thay</w:t>
      </w:r>
      <w:r>
        <w:br/>
      </w:r>
      <w:r>
        <w:rPr>
          <w:sz w:val="20"/>
        </w:rPr>
        <w:t>1:12:21  chalte chalte kya hua ke aik bail baith gaya to jo gaadi chala raha tha us ne jo jo baith gaya to us ko mara us ko nahi mara jo abhi khara hua tha</w:t>
      </w:r>
      <w:r>
        <w:br/>
      </w:r>
      <w:r>
        <w:rPr>
          <w:sz w:val="20"/>
        </w:rPr>
        <w:t>1:12:39  jo admi chala raha tha cart ko gaadi ko to us ne jo jo bail khara reh gaya tha us ko to kuch bhi nahi kiya matlab woh bach gaya aur jo baith gaya to us ko mara to phir woh khara ho gaya woh to unhon ne kaha ke dekho is mein lesson hai</w:t>
      </w:r>
      <w:r>
        <w:br/>
      </w:r>
      <w:r>
        <w:rPr>
          <w:sz w:val="20"/>
        </w:rPr>
        <w:t>1:13:02  is se un ki zindagi badal gayi un ki ke mujhe bhi agar agar main duty na pura karoon khuda ki duty to mujhe maar pare gi mere upar agar duty na pura karoon ga to mujhe maar pare gi to aik aik waqia hai un ki zindagi mein aik aik aik aik aik inqilab barpa kar diya aik change paida paida kar diya yani is is waqie mein chupa hua tha lesson sab ke liye lekin sab dekh nahi paye</w:t>
      </w:r>
      <w:r>
        <w:br/>
      </w:r>
      <w:r>
        <w:rPr>
          <w:sz w:val="20"/>
        </w:rPr>
        <w:t>1:13:31  koi gaadi wala bhi nahi dekh paya jis gaadi ne is jo jis gaadi ke upar jo baitha hua tha admi jo chala raha tha us ko bhi pata nahi ke is se lesson chupa hua hai lekin aik sahabi jo dekh rahe thay un ko un ko woh lesson mil gaya</w:t>
      </w:r>
      <w:r>
        <w:br/>
      </w:r>
      <w:r>
        <w:rPr>
          <w:sz w:val="20"/>
        </w:rPr>
        <w:t>1:13:49  to yeh aap ki yani dekhne ki shakti hai jo kisi cheez ko lesson mein convert kar deti hai</w:t>
      </w:r>
      <w:r>
        <w:br/>
      </w:r>
      <w:r>
        <w:rPr>
          <w:sz w:val="20"/>
        </w:rPr>
        <w:t>1:13:59  agar woh shakti nahi hai to nahi convert hoga to is tarah ke waqiyat se jo sabak lete thay sahaba un ki zindagi mein inqilab aa gaya tha woh samajhte thay ke hum yani is duniya mein hamein khuda ki duty pura karna hai nahi pura karein ge to wahan par pakar jayein ge hum is tarah ke waqiyat bohat sare hain</w:t>
      </w:r>
      <w:r>
        <w:br/>
      </w:r>
      <w:r>
        <w:rPr>
          <w:sz w:val="20"/>
        </w:rPr>
        <w:t>1:14:24  maulana agla sawal kya hai mister mehfooz ne new dilli se</w:t>
      </w:r>
    </w:p>
    <w:p>
      <w:pPr>
        <w:pStyle w:val="Heading2"/>
      </w:pPr>
      <w:r>
        <w:t>Practicing patience by trusting God</w:t>
      </w:r>
    </w:p>
    <w:p>
      <w:r>
        <w:rPr>
          <w:color w:val="666666"/>
          <w:sz w:val="18"/>
        </w:rPr>
        <w:t>Spirituality · Importance of Peace August 17, 2014 · 2m 53s · at 1:07:36 · https://youtu.be/ifxSwh2Jckw?t=4056</w:t>
      </w:r>
    </w:p>
    <w:p>
      <w:r>
        <w:rPr>
          <w:i/>
        </w:rPr>
        <w:t>“Sabr is very important in Islam. How can we be patient by placing everything in God's domain?”</w:t>
      </w:r>
    </w:p>
    <w:p>
      <w:r>
        <w:rPr>
          <w:sz w:val="20"/>
        </w:rPr>
        <w:t>1:07:36  maulana, agla sawal Miss Nagma Siddiqui ka hai, dilli se. aur unhon ne likha hai ke "Sabr is very important in Islam.</w:t>
      </w:r>
      <w:r>
        <w:br/>
      </w:r>
      <w:r>
        <w:rPr>
          <w:sz w:val="20"/>
        </w:rPr>
        <w:t>1:07:46  How can we be patient by placing everything in God's domain?" hum to har cheez ko khuda ke naam daal dete hain.</w:t>
      </w:r>
      <w:r>
        <w:br/>
      </w:r>
      <w:r>
        <w:rPr>
          <w:sz w:val="20"/>
        </w:rPr>
        <w:t>1:07:55  isi waqt foran ka foran. yeh mushkil kya hai is mein? mushkilat kya hai is mein?</w:t>
      </w:r>
      <w:r>
        <w:br/>
      </w:r>
      <w:r>
        <w:rPr>
          <w:sz w:val="20"/>
        </w:rPr>
        <w:t>1:08:04  rozana mujhe bhi tarah tarah ki baatein pesh aati hain. main din andar is ko khuda ke naam daalta hoon. to is tarah se jo main ne kaha na, by time strategy, woh mera formula hai.</w:t>
      </w:r>
      <w:r>
        <w:br/>
      </w:r>
      <w:r>
        <w:rPr>
          <w:sz w:val="20"/>
        </w:rPr>
        <w:t>1:08:18  fe foran mera time bach jata hai. khwah makhwah mein badal is mein kyun padoon? to aap is ko apnaieye.</w:t>
      </w:r>
      <w:r>
        <w:br/>
      </w:r>
      <w:r>
        <w:rPr>
          <w:sz w:val="20"/>
        </w:rPr>
        <w:t>1:08:29  by time strategy jo hai, bohat hi umda formula hai yeh.</w:t>
      </w:r>
      <w:r>
        <w:br/>
      </w:r>
      <w:r>
        <w:rPr>
          <w:sz w:val="20"/>
        </w:rPr>
        <w:t>1:08:33  jab aap sabr na karein to apne time ko waste karte hain. dekhiye, sabr jab aadmi karta hai to samajhta hai main kisi insaan ke muqable mein kar raha hoon.</w:t>
      </w:r>
      <w:r>
        <w:br/>
      </w:r>
      <w:r>
        <w:rPr>
          <w:sz w:val="20"/>
        </w:rPr>
        <w:t>1:08:43  kisi insaan ke liye kar raha hoon. apne liye kar raha hoon main. apne time bachane ke liye. apne aap ko tension free karne ke liye. bazahir sabr kisi aur ke khilaf hota hai.</w:t>
      </w:r>
      <w:r>
        <w:br/>
      </w:r>
      <w:r>
        <w:rPr>
          <w:sz w:val="20"/>
        </w:rPr>
        <w:t>1:08:54  lekin sabr sara ka faida apne ko milta hai is ka. main cheezon ko hamesha apne lehaz se dekhta hoon.</w:t>
      </w:r>
      <w:r>
        <w:br/>
      </w:r>
      <w:r>
        <w:rPr>
          <w:sz w:val="20"/>
        </w:rPr>
        <w:t>1:09:02  kal main ne ek sahib se kaha, har cheez ko main apne lehaz se dekhta hoon. kal main ne ek sahib se kaha ke dekhiye, offices mein yeh kaha jata hai ke waqt par aao.</w:t>
      </w:r>
      <w:r>
        <w:br/>
      </w:r>
      <w:r>
        <w:rPr>
          <w:sz w:val="20"/>
        </w:rPr>
        <w:t>1:09:15  waqt par aao. to log samajhte hain ke falan office jo hai, bohat sakht hai is muamle mein ke waqt par kehta hai ke sab log pahunchna hai waqt par.</w:t>
      </w:r>
      <w:r>
        <w:br/>
      </w:r>
      <w:r>
        <w:rPr>
          <w:sz w:val="20"/>
        </w:rPr>
        <w:t>1:09:25  to main ne kaha yeh office ki baat nahi hai.</w:t>
      </w:r>
      <w:r>
        <w:br/>
      </w:r>
      <w:r>
        <w:rPr>
          <w:sz w:val="20"/>
        </w:rPr>
        <w:t>1:09:30  office gover ki baat hai yeh.</w:t>
      </w:r>
      <w:r>
        <w:br/>
      </w:r>
      <w:r>
        <w:rPr>
          <w:sz w:val="20"/>
        </w:rPr>
        <w:t>1:09:33  yani time ki pabandi karna yeh office ki baat nahi hai. office gover ki baat hai. yani agar aap time ki pabandi karein ge to aap ke andar aik aik personality develop kare gi.</w:t>
      </w:r>
      <w:r>
        <w:br/>
      </w:r>
      <w:r>
        <w:rPr>
          <w:sz w:val="20"/>
        </w:rPr>
        <w:t>1:09:48  bohat hi aik aisi personality jo bohat hi punctual ho, bohat hi disciplined ho. jis ki soch mein bohat hi munazzam soch jis ke andar ho.</w:t>
      </w:r>
      <w:r>
        <w:br/>
      </w:r>
      <w:r>
        <w:rPr>
          <w:sz w:val="20"/>
        </w:rPr>
        <w:t>1:10:01  to aap bazahir to doosre ke liye time ki pabandi karte hain. faida apne ko milta hai. aap ke andar aik discipline aata hai.</w:t>
      </w:r>
      <w:r>
        <w:br/>
      </w:r>
      <w:r>
        <w:rPr>
          <w:sz w:val="20"/>
        </w:rPr>
        <w:t>1:10:14  disciplined thinking aati hai. disciplined character banta hai. to main to har cheez ko apne lehaz se dekhta hoon. har cheez ko.</w:t>
      </w:r>
      <w:r>
        <w:br/>
      </w:r>
      <w:r>
        <w:rPr>
          <w:sz w:val="20"/>
        </w:rPr>
        <w:t>1:10:24  aur is sabr ko bhi apne lehaz se dekhta hoon.</w:t>
      </w:r>
    </w:p>
    <w:p>
      <w:pPr>
        <w:pStyle w:val="Heading2"/>
      </w:pPr>
      <w:r>
        <w:t>Problems as challenges in God's plan</w:t>
      </w:r>
    </w:p>
    <w:p>
      <w:r>
        <w:rPr>
          <w:color w:val="666666"/>
          <w:sz w:val="18"/>
        </w:rPr>
        <w:t>Spirituality · Q&amp;A 13 Nov 2011 · 4m 24s · at 47:21 · https://youtu.be/oOZ9h37_pL8?t=2841</w:t>
      </w:r>
    </w:p>
    <w:p>
      <w:r>
        <w:rPr>
          <w:i/>
        </w:rPr>
        <w:t>“You told us to look at problems as challenges as per the creation plan of God. Can you please elaborate?”</w:t>
      </w:r>
    </w:p>
    <w:p>
      <w:r>
        <w:rPr>
          <w:sz w:val="20"/>
        </w:rPr>
        <w:t>47:21  jazakum Allah. maulana agla sawal aaya hai deli se miss naghma siddiqui ka unhone likha hai you told us to look at problems as challenges as per the creation plan of god can you please elaborate?</w:t>
      </w:r>
      <w:r>
        <w:br/>
      </w:r>
      <w:r>
        <w:rPr>
          <w:sz w:val="20"/>
        </w:rPr>
        <w:t>47:41  dekhiye yeh hum is duniya mein hain to hum ne duniya ko banaya nahi hai. main aksar kehta hoon ke agar aap ko rehna hai apne turn par to ek nayi duniya banaiye.</w:t>
      </w:r>
      <w:r>
        <w:br/>
      </w:r>
      <w:r>
        <w:rPr>
          <w:sz w:val="20"/>
        </w:rPr>
        <w:t>47:54  aap ko creator ke turn par rehna padega.</w:t>
      </w:r>
      <w:r>
        <w:br/>
      </w:r>
      <w:r>
        <w:rPr>
          <w:sz w:val="20"/>
        </w:rPr>
        <w:t>48:00  yani agar aap khud apne turn par rehna chahte hain duniya mein to woh mumkin nahi hai. phir ek aur duniya banani padegi aap ko. aap ke liye koi option nahi hai is ke siwa ke creator ke turn par aap duniya mein rahen.</w:t>
      </w:r>
      <w:r>
        <w:br/>
      </w:r>
      <w:r>
        <w:rPr>
          <w:sz w:val="20"/>
        </w:rPr>
        <w:t>48:13  creator ke turn kya hai?</w:t>
      </w:r>
      <w:r>
        <w:br/>
      </w:r>
      <w:r>
        <w:rPr>
          <w:sz w:val="20"/>
        </w:rPr>
        <w:t>48:15  quran mein saaf saaf bataya gaya hai ke Allah taala ne har insaan ko di azadi.</w:t>
      </w:r>
      <w:r>
        <w:br/>
      </w:r>
      <w:r>
        <w:rPr>
          <w:sz w:val="20"/>
        </w:rPr>
        <w:t>48:24  yani woh chahe zulm kare chahe justice kare. chahe peaceful rahe ya ya woh violent kare violence kare.</w:t>
      </w:r>
      <w:r>
        <w:br/>
      </w:r>
      <w:r>
        <w:rPr>
          <w:sz w:val="20"/>
        </w:rPr>
        <w:t>48:35  aap Khuda ki di hui azadi yeh hai woh woh aap abolish nahi kar sakte is ko. aap Khuda ki di hui cheez ko aap abolish kaise karenge</w:t>
      </w:r>
      <w:r>
        <w:br/>
      </w:r>
      <w:r>
        <w:rPr>
          <w:sz w:val="20"/>
        </w:rPr>
        <w:t>48:45  ? to aap ke liye koi option hi is ke siwa nahi hai ke aap is duniya mein creation plan of god ko samajh kar apni planning karen.</w:t>
      </w:r>
      <w:r>
        <w:br/>
      </w:r>
      <w:r>
        <w:rPr>
          <w:sz w:val="20"/>
        </w:rPr>
        <w:t>48:55  is ko ignore kar ke aap planning nahi kar sakte. is ko ignore kar ke aap planning karenge to yani aap nakaam rahenge.</w:t>
      </w:r>
      <w:r>
        <w:br/>
      </w:r>
      <w:r>
        <w:rPr>
          <w:sz w:val="20"/>
        </w:rPr>
        <w:t>49:06  is nuqtay ko log nahi samajhte ke doosra insaan jo hai woh woh bhi azaad hai is tarah mein azaad hoon. to main apni azadi ko chahoon ke main apni azadi ko is tarah istemal karoon doosre ki azadi khatam ho jaye to kaise mumkin hai?</w:t>
      </w:r>
      <w:r>
        <w:br/>
      </w:r>
      <w:r>
        <w:rPr>
          <w:sz w:val="20"/>
        </w:rPr>
        <w:t>49:23  mumkin hi nahi hai. to aap ko apni planning karni chahiye.</w:t>
      </w:r>
      <w:r>
        <w:br/>
      </w:r>
      <w:r>
        <w:rPr>
          <w:sz w:val="20"/>
        </w:rPr>
        <w:t>49:33  is ko dekh kar ke ek doosra dekhiye isi ka ek pehlu yeh hai. ek baat mein yahan ek wazeh karna chahta hoon. kai log galat fehmi mein rahte hain.</w:t>
      </w:r>
      <w:r>
        <w:br/>
      </w:r>
      <w:r>
        <w:rPr>
          <w:sz w:val="20"/>
        </w:rPr>
        <w:t>49:43  jaise rasool Allah sal Allah alayhi wasallam ne arz kiya yani quran mein ek waqea hai ke ghazwa tabuk mein sab ko kaha gaya tha ke chalo sab log.</w:t>
      </w:r>
      <w:r>
        <w:br/>
      </w:r>
      <w:r>
        <w:rPr>
          <w:sz w:val="20"/>
        </w:rPr>
        <w:t>49:57  nafir aam thi woh. to kuch log nahi gaye. jabke un ke pas sadhan tha jaane ka. to jab rasool Allah wapas aaye to aap ne sab ke uzr ko maan liya.</w:t>
      </w:r>
      <w:r>
        <w:br/>
      </w:r>
      <w:r>
        <w:rPr>
          <w:sz w:val="20"/>
        </w:rPr>
        <w:t>50:11  jo aata tha jo excuse pesh karta tha woh maan lete the. lekin teen ke excuse to apne mana aap ne. teen ke bare mein kya</w:t>
      </w:r>
      <w:r>
        <w:br/>
      </w:r>
      <w:r>
        <w:rPr>
          <w:sz w:val="20"/>
        </w:rPr>
        <w:t>50:18  ke is ka paye kaat kar un ko. to yeh duplicity nahi thi aap kahenge yeh to duplicity thi. ke kuch ke to uzr ko maan liya kuch ko man nahi mana.</w:t>
      </w:r>
      <w:r>
        <w:br/>
      </w:r>
      <w:r>
        <w:rPr>
          <w:sz w:val="20"/>
        </w:rPr>
        <w:t>50:28  that was not a duplicity. that was practical wisdom. aise hi dekhiye</w:t>
      </w:r>
      <w:r>
        <w:br/>
      </w:r>
      <w:r>
        <w:rPr>
          <w:sz w:val="20"/>
        </w:rPr>
        <w:t>50:35  rasool Allah sal Allah alayhi wasallam ko hunain ke baad ghanaim mile. aur us ki taqseem ki aap ne. to ansar ko diya nahi aur muhajireen ko de diya.</w:t>
      </w:r>
      <w:r>
        <w:br/>
      </w:r>
      <w:r>
        <w:rPr>
          <w:sz w:val="20"/>
        </w:rPr>
        <w:t>50:48  to ek aadmi ne kaha ke wallah muaddal tha.</w:t>
      </w:r>
      <w:r>
        <w:br/>
      </w:r>
      <w:r>
        <w:rPr>
          <w:sz w:val="20"/>
        </w:rPr>
        <w:t>50:53  ke aap ne duplicity ka mamla kiya. ek ko diya doosre ko nahi diya. to yeh zindagi itni saada nahi hai. bohat zyada samajhna padta hai.</w:t>
      </w:r>
      <w:r>
        <w:br/>
      </w:r>
      <w:r>
        <w:rPr>
          <w:sz w:val="20"/>
        </w:rPr>
        <w:t>51:06  creation plan of god ko halaat ko is ko is ko</w:t>
      </w:r>
      <w:r>
        <w:br/>
      </w:r>
      <w:r>
        <w:rPr>
          <w:sz w:val="20"/>
        </w:rPr>
        <w:t>51:10  zindagi itni aasan nahi hai. ke ab dhar se aap keh dein ke yeh to insaaf nahi hai yeh to justice nahi hai. yeh to duplicity hai waghera.</w:t>
      </w:r>
      <w:r>
        <w:br/>
      </w:r>
      <w:r>
        <w:rPr>
          <w:sz w:val="20"/>
        </w:rPr>
        <w:t>51:18  inhi chakron mein jhagde hote hain sab. saare jhagde is chakron mein hote hain. log logon ko</w:t>
      </w:r>
      <w:r>
        <w:br/>
      </w:r>
      <w:r>
        <w:rPr>
          <w:sz w:val="20"/>
        </w:rPr>
        <w:t>51:27  practical wisdom nahi maloom logon ko halaat ka jaiza lene ki salahiyat nahi hai. aur bas chahte hain ke apne bham pe jaein.</w:t>
      </w:r>
      <w:r>
        <w:br/>
      </w:r>
      <w:r>
        <w:rPr>
          <w:sz w:val="20"/>
        </w:rPr>
        <w:t>51:37  har aadmi bas apne bham pe jana chahta hai. to woh simply possible nahi hai.</w:t>
      </w:r>
    </w:p>
    <w:p>
      <w:pPr>
        <w:pStyle w:val="Heading2"/>
      </w:pPr>
      <w:r>
        <w:t>Quranic positive spirituality meaning</w:t>
      </w:r>
    </w:p>
    <w:p>
      <w:r>
        <w:rPr>
          <w:color w:val="666666"/>
          <w:sz w:val="18"/>
        </w:rPr>
        <w:t>Spirituality · Love of God 19 Sept 2021 - Prof. Farida Khanam · 2m 37s · at 37:28 · https://youtu.be/mpGeGz_Cfrw?t=2248</w:t>
      </w:r>
    </w:p>
    <w:p>
      <w:r>
        <w:rPr>
          <w:i/>
        </w:rPr>
        <w:t>“Maulana writes in Quranic Wisdom that Quranic spirituality is spirituality of the positive kind. It means living in the world and trying to derive spiritual food from material things as a matter...”</w:t>
      </w:r>
    </w:p>
    <w:p>
      <w:r>
        <w:rPr>
          <w:sz w:val="20"/>
        </w:rPr>
        <w:t>37:28  apa, agla sawal jo hai yeh ah lahore se bheja hai Muhammad Farooq sahib ne, aur</w:t>
      </w:r>
      <w:r>
        <w:br/>
      </w:r>
      <w:r>
        <w:rPr>
          <w:sz w:val="20"/>
        </w:rPr>
        <w:t>37:34  unhon ne likha hai: "Maulana writes in Quranic wisdom that Quranic spirituality is spirituality of the positive kind.</w:t>
      </w:r>
      <w:r>
        <w:br/>
      </w:r>
      <w:r>
        <w:rPr>
          <w:sz w:val="20"/>
        </w:rPr>
        <w:t>37:41  it means living in the world and trying to derive spiritual food from material things as a matter</w:t>
      </w:r>
      <w:r>
        <w:br/>
      </w:r>
      <w:r>
        <w:rPr>
          <w:sz w:val="20"/>
        </w:rPr>
        <w:t>37:49  of intellectual discipline."</w:t>
      </w:r>
      <w:r>
        <w:br/>
      </w:r>
      <w:r>
        <w:rPr>
          <w:sz w:val="20"/>
        </w:rPr>
        <w:t>37:57  it means to control rather than kill one's desire. apa, i could not understand the term of intellectual discipline.</w:t>
      </w:r>
      <w:r>
        <w:br/>
      </w:r>
      <w:r>
        <w:rPr>
          <w:sz w:val="20"/>
        </w:rPr>
        <w:t>38:04  kindly explain what is intellectual discipline.</w:t>
      </w:r>
      <w:r>
        <w:br/>
      </w:r>
      <w:r>
        <w:rPr>
          <w:sz w:val="20"/>
        </w:rPr>
        <w:t>38:10  yahi samajh mein aa raha hai ke tasawwuf mein yeh mana jata tha ke khuda ka jo hai</w:t>
      </w:r>
      <w:r>
        <w:br/>
      </w:r>
      <w:r>
        <w:rPr>
          <w:sz w:val="20"/>
        </w:rPr>
        <w:t>38:15  marifat woh heart ke zariye se hoti hai.</w:t>
      </w:r>
      <w:r>
        <w:br/>
      </w:r>
      <w:r>
        <w:rPr>
          <w:sz w:val="20"/>
        </w:rPr>
        <w:t>38:20  to woh Maulana kehte hain ke woh mind ke zariye se hoti hai.</w:t>
      </w:r>
      <w:r>
        <w:br/>
      </w:r>
      <w:r>
        <w:rPr>
          <w:sz w:val="20"/>
        </w:rPr>
        <w:t>38:25  har baat ko bohat hi zyada intellectual discipline, bohat zyada ghor o fikr ke zariye se.</w:t>
      </w:r>
      <w:r>
        <w:br/>
      </w:r>
      <w:r>
        <w:rPr>
          <w:sz w:val="20"/>
        </w:rPr>
        <w:t>38:30  to har baat ko jo khuda ki jo kainat mein nishaniyan</w:t>
      </w:r>
      <w:r>
        <w:br/>
      </w:r>
      <w:r>
        <w:rPr>
          <w:sz w:val="20"/>
        </w:rPr>
        <w:t>38:35  hain, hamari body mein nishaniyan hain, jo insaan ka wajood hai, us mein jo nishaniyan hain, us mein hum ko reason out karke us ko samajhna hai, us ko intellectually us ko samajhna hai. na yeh ke ek band kamre mein baith kar sirf tasbeeh padhna hai aur us ko kuch alfaaz ka wird karna hai, balkeh in alfaaz ko intellectually reason ke zariye</w:t>
      </w:r>
      <w:r>
        <w:br/>
      </w:r>
      <w:r>
        <w:rPr>
          <w:sz w:val="20"/>
        </w:rPr>
        <w:t>39:05  se samajhna hai. kyunke sab kuch jab tak hum reason ko apply nahi karenge, hum cheezon ko gehrai se samajh nahi sakte hain. to Khuda ki jo marifat hasil hogi, woh reason ke zariye se hogi, na ke heart ke zariye se. is ko phir se dekhenge abhi to. ji, ah, okay, so we will end the session now. thank you.</w:t>
      </w:r>
    </w:p>
    <w:p>
      <w:pPr>
        <w:pStyle w:val="Heading2"/>
      </w:pPr>
      <w:r>
        <w:t>Reality of dreams in Islam</w:t>
      </w:r>
    </w:p>
    <w:p>
      <w:r>
        <w:rPr>
          <w:color w:val="666666"/>
          <w:sz w:val="18"/>
        </w:rPr>
        <w:t>Spirituality · Paradise Culture January 12, 2014 · 2m 27s · at 54:33 · https://youtu.be/Z3A6r7XjE00?t=3273</w:t>
      </w:r>
    </w:p>
    <w:p>
      <w:r>
        <w:rPr>
          <w:i/>
        </w:rPr>
        <w:t>“What is the reality of dreams in Islam? Is it correct that the interpretation of dreams comes true?”</w:t>
      </w:r>
    </w:p>
    <w:p>
      <w:r>
        <w:rPr>
          <w:sz w:val="20"/>
        </w:rPr>
        <w:t>54:33  Maulana, agla sawal Ilyas sahib ne kiya hai Chennai se. unhon ne likha hai: "Maulana, what is the reality of dream in Islam?</w:t>
      </w:r>
      <w:r>
        <w:br/>
      </w:r>
      <w:r>
        <w:rPr>
          <w:sz w:val="20"/>
        </w:rPr>
        <w:t>54:46  is it right that the ta'beer of dream comes true?"</w:t>
      </w:r>
      <w:r>
        <w:br/>
      </w:r>
      <w:r>
        <w:rPr>
          <w:sz w:val="20"/>
        </w:rPr>
        <w:t>54:51  dekhein, aap jo log sawal karte hain, un ko mein arz karunga ke sawal ka aap art of questioning janiye.</w:t>
      </w:r>
      <w:r>
        <w:br/>
      </w:r>
      <w:r>
        <w:rPr>
          <w:sz w:val="20"/>
        </w:rPr>
        <w:t>55:03  art of questioning!</w:t>
      </w:r>
      <w:r>
        <w:br/>
      </w:r>
      <w:r>
        <w:rPr>
          <w:sz w:val="20"/>
        </w:rPr>
        <w:t>55:07  dekhein, aadmi sawal ka tareeqa kya hai ke aadmi agar waqeatan janna chahta hai baaton ko to us ko us ke qist mein rehna chahiye, talash mein rehna chahiye.</w:t>
      </w:r>
      <w:r>
        <w:br/>
      </w:r>
      <w:r>
        <w:rPr>
          <w:sz w:val="20"/>
        </w:rPr>
        <w:t>55:20  agar aap talash mein hain to hamari kitabein padhein, hamare risale padhein. sawal o jawab ke tehat is ka jawab de chuke hain aap khwab ki ta'beer ke baray mein.</w:t>
      </w:r>
      <w:r>
        <w:br/>
      </w:r>
      <w:r>
        <w:rPr>
          <w:sz w:val="20"/>
        </w:rPr>
        <w:t>55:30  to kuch aur sawal kijiye, wohi sawal jis ka jawab diya ja chuka hai, wohi sawal dohrane se kya faida hai? kuch aur sawal kijiye, kuch aur sawal kijiye.</w:t>
      </w:r>
      <w:r>
        <w:br/>
      </w:r>
      <w:r>
        <w:rPr>
          <w:sz w:val="20"/>
        </w:rPr>
        <w:t>55:40  sawalat to billion ho sakte hain.</w:t>
      </w:r>
      <w:r>
        <w:br/>
      </w:r>
      <w:r>
        <w:rPr>
          <w:sz w:val="20"/>
        </w:rPr>
        <w:t>55:44  to mein yeh arz karunga ke sawal karne walon ko chahiye ke pabandi se hamare lecture sunein, kitabein padhein, hamare magazine padhein aur phir sawal karein.</w:t>
      </w:r>
      <w:r>
        <w:br/>
      </w:r>
      <w:r>
        <w:rPr>
          <w:sz w:val="20"/>
        </w:rPr>
        <w:t>55:55  to woh woh creative sawalat honge, creative creative sawalat honge, un ka jawab se yaani humein bhi faida bhi hoga, aap ko bhi faida hoga.</w:t>
      </w:r>
      <w:r>
        <w:br/>
      </w:r>
      <w:r>
        <w:rPr>
          <w:sz w:val="20"/>
        </w:rPr>
        <w:t>56:07  pehlay is ka jawab mein de chuka hoon, Bukhari mein kitab al-Ri'ayah hai, khwab ka bayan hai is ke andar aur us ko le kar mein ne likha hai.</w:t>
      </w:r>
      <w:r>
        <w:br/>
      </w:r>
      <w:r>
        <w:rPr>
          <w:sz w:val="20"/>
        </w:rPr>
        <w:t>56:20  us ko aap padh lijiyey, inshallah is mein aap ko jawab mil jayega. agar bil farz parhnay ke baad bhi jawab nahi mila to zaroor aap sawal kijiyega.</w:t>
      </w:r>
      <w:r>
        <w:br/>
      </w:r>
      <w:r>
        <w:rPr>
          <w:sz w:val="20"/>
        </w:rPr>
        <w:t>56:30  mera kehna yeh hai ke jin baaton ko is se pehlay likha ja chuka hai, us ko padhiye. is ke parhnay ke baad agar aap sawal karein ge to bohat hi acha sawal hoga, woh creative question hoga.</w:t>
      </w:r>
      <w:r>
        <w:br/>
      </w:r>
      <w:r>
        <w:rPr>
          <w:sz w:val="20"/>
        </w:rPr>
        <w:t>56:45  to mein sawal karne walon se yeh darkhwast karunga ke ke art of questioning ke mutabiq sawal karein.</w:t>
      </w:r>
      <w:r>
        <w:br/>
      </w:r>
      <w:r>
        <w:rPr>
          <w:sz w:val="20"/>
        </w:rPr>
        <w:t>56:53  woh</w:t>
      </w:r>
    </w:p>
    <w:p>
      <w:pPr>
        <w:pStyle w:val="Heading2"/>
      </w:pPr>
      <w:r>
        <w:t>Reality of kashf and ilham</w:t>
      </w:r>
    </w:p>
    <w:p>
      <w:r>
        <w:rPr>
          <w:color w:val="666666"/>
          <w:sz w:val="18"/>
        </w:rPr>
        <w:t>Spirituality · An Intellectual Journey May 1, 2011 · 2m 00s · at 1:19:18 · https://youtu.be/AqjjyimoIqw?t=4758</w:t>
      </w:r>
    </w:p>
    <w:p>
      <w:r>
        <w:rPr>
          <w:i/>
        </w:rPr>
        <w:t>“What is the reality of kashf (unveiling) and ilham (inspiration)? Is it a divine state? Explain.”</w:t>
      </w:r>
    </w:p>
    <w:p>
      <w:r>
        <w:rPr>
          <w:sz w:val="20"/>
        </w:rPr>
        <w:t>1:19:18  mufti ehsanullah ne kolkata se sawal likha hai, unhone poocha hai ke kashf aur ilham ki haqeeqat kya hai?</w:t>
      </w:r>
      <w:r>
        <w:br/>
      </w:r>
      <w:r>
        <w:rPr>
          <w:sz w:val="20"/>
        </w:rPr>
        <w:t>1:19:28  kya yeh ek rabbani kaifiyat ka naam hai? iske bare mein bataein. kashf kashf to ek mubtadana lafz hai,</w:t>
      </w:r>
      <w:r>
        <w:br/>
      </w:r>
      <w:r>
        <w:rPr>
          <w:sz w:val="20"/>
        </w:rPr>
        <w:t>1:19:36  quran o hadith se sabit nahin ke koi kashf hota hai. bilashuba mubtadana tasawwur hai, yeh kahin quran o hadith mein yeh nahin ke kisi ko kashf hota hai.</w:t>
      </w:r>
      <w:r>
        <w:br/>
      </w:r>
      <w:r>
        <w:rPr>
          <w:sz w:val="20"/>
        </w:rPr>
        <w:t>1:19:47  yeh to suufiyon ke zamane mein yeh cheez ijad hui, main isko bilkul baseless samajhta hoon. haan, ilham ke sabit hai, ilham, ilham isi ko, isko pata hai inspiration.</w:t>
      </w:r>
      <w:r>
        <w:br/>
      </w:r>
      <w:r>
        <w:rPr>
          <w:sz w:val="20"/>
        </w:rPr>
        <w:t>1:20:00  dekhein, Allah taala ke jahan tak maine samjha hai, Allah taala ke do tareeqe hain:</w:t>
      </w:r>
      <w:r>
        <w:br/>
      </w:r>
      <w:r>
        <w:rPr>
          <w:sz w:val="20"/>
        </w:rPr>
        <w:t>1:20:06  ek hai wahi, woh sirf nabi ko aati hai, nabi ke siwa kisi ko nahin aati. bhai, doosra hai ilqa aur ilham, woh hai inspiration.</w:t>
      </w:r>
      <w:r>
        <w:br/>
      </w:r>
      <w:r>
        <w:rPr>
          <w:sz w:val="20"/>
        </w:rPr>
        <w:t>1:20:16  inspiration kisi ko bhi aa sakta hai, koi bhi sachcha momin, koi bhi ibadat guzar momin, koi bhi shakhs jisne apne aap ko purify kar rakha ho, usko ilqa o ilham ho sakta hai inspiration ke roop mein.</w:t>
      </w:r>
      <w:r>
        <w:br/>
      </w:r>
      <w:r>
        <w:rPr>
          <w:sz w:val="20"/>
        </w:rPr>
        <w:t>1:20:31  lekin farq jo hai ke wahi jo hai, aik aik lafza musnad hoti hai. lafza inspiration jo hai, yeh wahi o ilqa hai.</w:t>
      </w:r>
      <w:r>
        <w:br/>
      </w:r>
      <w:r>
        <w:rPr>
          <w:sz w:val="20"/>
        </w:rPr>
        <w:t>1:20:41  inspiration jo hai, yani ilham aur ilqa, woh is mani mein valid ya musnad nahi hai jis mani mein wahi musnad hai.</w:t>
      </w:r>
      <w:r>
        <w:br/>
      </w:r>
      <w:r>
        <w:rPr>
          <w:sz w:val="20"/>
        </w:rPr>
        <w:t>1:20:51  aata to Allah ki taraf se hai, lekin wahi jo hai, lafza aik musnad</w:t>
      </w:r>
      <w:r>
        <w:br/>
      </w:r>
      <w:r>
        <w:rPr>
          <w:sz w:val="20"/>
        </w:rPr>
        <w:t>1:20:59  cheez hai jo Allah ki taraf se aati hai. aur ilqa o ilham jo hai, woh inspiration hai, hum us ko receive karte hain. agar hum purified na hon to hum is mein ghalti kar jayenge, kuch ka kuch samajh lenge.</w:t>
      </w:r>
      <w:r>
        <w:br/>
      </w:r>
      <w:r>
        <w:rPr>
          <w:sz w:val="20"/>
        </w:rPr>
        <w:t>1:21:14  baqi kashf ki koi haqeeqat Islam mein nahi hai.</w:t>
      </w:r>
    </w:p>
    <w:p>
      <w:pPr>
        <w:pStyle w:val="Heading2"/>
      </w:pPr>
      <w:r>
        <w:t>Reality of seeing God in meditation</w:t>
      </w:r>
    </w:p>
    <w:p>
      <w:r>
        <w:rPr>
          <w:color w:val="666666"/>
          <w:sz w:val="18"/>
        </w:rPr>
        <w:t>Spirituality · Roza and Quran July 18, 2010 · 2m 16s · at 59:38 · https://youtu.be/TSjqSQEb0EQ?t=3578</w:t>
      </w:r>
    </w:p>
    <w:p>
      <w:r>
        <w:rPr>
          <w:i/>
        </w:rPr>
        <w:t>“What is the reality of the claim by mystics that in higher states of meditation they see God and have dialogue with Him?”</w:t>
      </w:r>
    </w:p>
    <w:p>
      <w:r>
        <w:rPr>
          <w:sz w:val="20"/>
        </w:rPr>
        <w:t>59:38  maulana, yeh sawal aaya hai mister khalid ansari ka, nai dilli se. unhon ne likha hai ke "Muslims practicing mysticism claim that when they reach the higher state of maraqbah or meditation,</w:t>
      </w:r>
      <w:r>
        <w:br/>
      </w:r>
      <w:r>
        <w:rPr>
          <w:sz w:val="20"/>
        </w:rPr>
        <w:t>59:54  they see God. And not only they see Him, but have a dialogue as well." Maulana, according to you, what is the reality of this phenom</w:t>
      </w:r>
      <w:r>
        <w:br/>
      </w:r>
      <w:r>
        <w:rPr>
          <w:sz w:val="20"/>
        </w:rPr>
        <w:t>1:00:06  ena? Dekhen, yeh sab superstition hai. Jo Sufiya the, Sufiya, unhon ne jo bol banaya woh tha deedar elahi, Khuda ko dekhna.</w:t>
      </w:r>
      <w:r>
        <w:br/>
      </w:r>
      <w:r>
        <w:rPr>
          <w:sz w:val="20"/>
        </w:rPr>
        <w:t>1:00:19  Toh woh kya karte the? Kisi band jagah pe baith gaye, kisi kothri mein gaye, chadar odh liya, aankh band kar ke murakba kar rahe hain.</w:t>
      </w:r>
      <w:r>
        <w:br/>
      </w:r>
      <w:r>
        <w:rPr>
          <w:sz w:val="20"/>
        </w:rPr>
        <w:t>1:00:28  Toh aap kabhi bhi aisa kijiye toh aap ko kuch cheezein, yaani lage ke kuch badal odh rahe hain, kuch roshni idhar se udhar ja rahi hai. Toh us ko samajh lein ke woh Khuda, Khuda, Khuda ko dekh rahe hain.</w:t>
      </w:r>
      <w:r>
        <w:br/>
      </w:r>
      <w:r>
        <w:rPr>
          <w:sz w:val="20"/>
        </w:rPr>
        <w:t>1:00:41  Woh hai, us ko angrezi mein kehte hain hallucination. Yaani Khuda hi ka tasawwur nahi, aap kisi cheez ka tasawwur kijiye toh aap ko woh hoga.</w:t>
      </w:r>
      <w:r>
        <w:br/>
      </w:r>
      <w:r>
        <w:rPr>
          <w:sz w:val="20"/>
        </w:rPr>
        <w:t>1:00:49  Woh</w:t>
      </w:r>
      <w:r>
        <w:br/>
      </w:r>
      <w:r>
        <w:rPr>
          <w:sz w:val="20"/>
        </w:rPr>
        <w:t>1:00:50  Yaani der tak baith kar aap ko agar aap tasawwur karein ghore ka ya yeh pahaad ka, kisi bhi cheez ka, toh aap dekhen kuch ajeeb qism ke, yaani jhalakiyan aap ko dikhai dengi.</w:t>
      </w:r>
      <w:r>
        <w:br/>
      </w:r>
      <w:r>
        <w:rPr>
          <w:sz w:val="20"/>
        </w:rPr>
        <w:t>1:01:07  Toh unhon ne samajh liya ke hum toh Khuda ko dekh rahe hain. Yeh bilkul false, falsehood hai. Is ka koi talluq Khuda ko dekhne se nahi</w:t>
      </w:r>
      <w:r>
        <w:br/>
      </w:r>
      <w:r>
        <w:rPr>
          <w:sz w:val="20"/>
        </w:rPr>
        <w:t>1:01:16  hai. Baqi yeh jo claim karte hain Khuda se baat cheet, yeh bilkul, bilkul hi baseless hai. Yeh jo hallucination ka jo research hui hai, us se yeh prove hoti hai ke woh apne hi mind ko dekhte hain, apne hi mind se baat karte hain.</w:t>
      </w:r>
      <w:r>
        <w:br/>
      </w:r>
      <w:r>
        <w:rPr>
          <w:sz w:val="20"/>
        </w:rPr>
        <w:t>1:01:36  Khuda is duniya mein kisi ko bhi dikhai nahi de sakta. Yeh impossible hai. Yeh aakhirat mumkin hog</w:t>
      </w:r>
      <w:r>
        <w:br/>
      </w:r>
      <w:r>
        <w:rPr>
          <w:sz w:val="20"/>
        </w:rPr>
        <w:t>1:01:45  a. Jo log aisa sochte hain, bilashuba woh, yaani bhatke hue log hain.</w:t>
      </w:r>
    </w:p>
    <w:p>
      <w:pPr>
        <w:pStyle w:val="Heading2"/>
      </w:pPr>
      <w:r>
        <w:t>Recognizing Satanic Ideological Deception and Saving Oneself</w:t>
      </w:r>
    </w:p>
    <w:p>
      <w:r>
        <w:rPr>
          <w:color w:val="666666"/>
          <w:sz w:val="18"/>
        </w:rPr>
        <w:t>Spirituality · Islam and Politics November 17, 2013 · 3m 45s · at 1:01:33 · https://youtu.be/LgKA8wg4NPc?t=3693</w:t>
      </w:r>
    </w:p>
    <w:p>
      <w:r>
        <w:rPr>
          <w:i/>
        </w:rPr>
        <w:t>“How can one recognize that a particular ideology is Satanic deception (tazyeen), and how can one save oneself from it?”</w:t>
      </w:r>
    </w:p>
    <w:p>
      <w:r>
        <w:rPr>
          <w:sz w:val="20"/>
        </w:rPr>
        <w:t>1:01:33  maulana agla sawal roorkee se hai sajid an</w:t>
      </w:r>
      <w:r>
        <w:br/>
      </w:r>
      <w:r>
        <w:rPr>
          <w:sz w:val="20"/>
        </w:rPr>
        <w:t>1:01:36  war sahib ka unhon ne likha hai</w:t>
      </w:r>
      <w:r>
        <w:br/>
      </w:r>
      <w:r>
        <w:rPr>
          <w:sz w:val="20"/>
        </w:rPr>
        <w:t>1:01:39  Maulana, how to recognize that a particular ideology is Satan's tazeen and how to save ourself?</w:t>
      </w:r>
      <w:r>
        <w:br/>
      </w:r>
      <w:r>
        <w:rPr>
          <w:sz w:val="20"/>
        </w:rPr>
        <w:t>1:01:48  from that is ke bare mein hamein guide karen</w:t>
      </w:r>
      <w:r>
        <w:br/>
      </w:r>
      <w:r>
        <w:rPr>
          <w:sz w:val="20"/>
        </w:rPr>
        <w:t>1:01:52  bahut hi asan hai</w:t>
      </w:r>
      <w:r>
        <w:br/>
      </w:r>
      <w:r>
        <w:rPr>
          <w:sz w:val="20"/>
        </w:rPr>
        <w:t>1:01:56  jab bhi aap koi idea aap ke mind mein aata hai</w:t>
      </w:r>
      <w:r>
        <w:br/>
      </w:r>
      <w:r>
        <w:rPr>
          <w:sz w:val="20"/>
        </w:rPr>
        <w:t>1:02:00  yani beautified way mein to aap hamesha dhoondiye quran mein is ka koi asal hai</w:t>
      </w:r>
      <w:r>
        <w:br/>
      </w:r>
      <w:r>
        <w:rPr>
          <w:sz w:val="20"/>
        </w:rPr>
        <w:t>1:02:07  jaise abhi ek sawal jo abhi aaya tha ke is woh kaha tha ke islam agar mukammal nahi hai to kaun sa hain kaun sa nizam mukammal hai agar haan ab yeh jo hai in ko sochna chahiye tha pehle ke ke yeh sawal ki koi asal ka quran mein hai to quran majeed is ka asal koi hai nahi</w:t>
      </w:r>
      <w:r>
        <w:br/>
      </w:r>
      <w:r>
        <w:rPr>
          <w:sz w:val="20"/>
        </w:rPr>
        <w:t>1:02:29  to jab bhi koi idea aap ke mind mein aata hai beautified way mein to foran aap yeh kijiye ke quran mein dhoondiye ke kya is ka asal quran mein hai nahi hai to woh shaitan ka beautification hai woh shaitan ka beautification hai</w:t>
      </w:r>
      <w:r>
        <w:br/>
      </w:r>
      <w:r>
        <w:rPr>
          <w:sz w:val="20"/>
        </w:rPr>
        <w:t>1:02:53  jaise mein ek misaal deta hoon india ke bare mein india ke jo leader hain so called leader mein kisi ko leader nahi manta self styled leader hain yeh log to taqreeban sabhi ka ek obsession hai woh kya hai ke india mein musalmanon ki identity ko khatm kiya ja raha hai musalmanon ki pehchan ko khatm kiya ja raha hai</w:t>
      </w:r>
      <w:r>
        <w:br/>
      </w:r>
      <w:r>
        <w:rPr>
          <w:sz w:val="20"/>
        </w:rPr>
        <w:t>1:03:15  ab yeh hai to mein yani yeh kahoon ga ke jo yeh aap ke zehan mein aaya hai to dekhein quran mein kya kahin aisa likha hai pehchan ka to koi haqeeqat hi nahi islam mein hai yani identity jo hai islam ki woh spiritual hai na ke zahiri yani matlab dadi par koi pabandi ho to aap kahein ke islam ki p shah mitai ja rahi hai</w:t>
      </w:r>
      <w:r>
        <w:br/>
      </w:r>
      <w:r>
        <w:rPr>
          <w:sz w:val="20"/>
        </w:rPr>
        <w:t>1:03:44  to islam ki pehchan jo hai isprit hai yani taqwa hai aur khauf khuda hai mohabbat ilahi hai</w:t>
      </w:r>
      <w:r>
        <w:br/>
      </w:r>
      <w:r>
        <w:rPr>
          <w:sz w:val="20"/>
        </w:rPr>
        <w:t>1:03:52  aakhirat talbi hai yeh islam ki isprit hai yeh islam ki pehchan hai logon ne kya kiya ke</w:t>
      </w:r>
      <w:r>
        <w:br/>
      </w:r>
      <w:r>
        <w:rPr>
          <w:sz w:val="20"/>
        </w:rPr>
        <w:t>1:03:57  zahiri cheezon ko pehchan bana liya</w:t>
      </w:r>
      <w:r>
        <w:br/>
      </w:r>
      <w:r>
        <w:rPr>
          <w:sz w:val="20"/>
        </w:rPr>
        <w:t>1:04:01  maslan aaj agar farz kiya hukumat yeh kahe ke muslim university ka naam sirf aligarh university rahe</w:t>
      </w:r>
      <w:r>
        <w:br/>
      </w:r>
      <w:r>
        <w:rPr>
          <w:sz w:val="20"/>
        </w:rPr>
        <w:t>1:04:06  ga muslim nahin hoga to sara shor machayenge dekho islam ki pehchan mita rahe hain to aap</w:t>
      </w:r>
      <w:r>
        <w:br/>
      </w:r>
      <w:r>
        <w:rPr>
          <w:sz w:val="20"/>
        </w:rPr>
        <w:t>1:04:12  sochain quran mein kya kaha gaya apne idaron ka naam muslim rakho kahin likha hai to logon ko</w:t>
      </w:r>
      <w:r>
        <w:br/>
      </w:r>
      <w:r>
        <w:rPr>
          <w:sz w:val="20"/>
        </w:rPr>
        <w:t>1:04:19  maloom hoga ke to aisa hai hi nahin rasool Allah ne madine mein jo state banai thi to</w:t>
      </w:r>
      <w:r>
        <w:br/>
      </w:r>
      <w:r>
        <w:rPr>
          <w:sz w:val="20"/>
        </w:rPr>
        <w:t>1:04:24  aap ne is ka naam muslim state to nahin rakh</w:t>
      </w:r>
      <w:r>
        <w:br/>
      </w:r>
      <w:r>
        <w:rPr>
          <w:sz w:val="20"/>
        </w:rPr>
        <w:t>1:04:26  a tha woh to madina tha bas to apne aap bhi achi sabit shuda nahi hai ke aap ek idara banayein to is ka naam muslim ho to agar hukoomat kahe ke is lafz muslim se ke bajaye sirf aligarh kaho to is ka islam se koi matlab nahi ke islam in ke interruption ho raha hai islam ki pehchan mitai ja rahi hai</w:t>
      </w:r>
      <w:r>
        <w:br/>
      </w:r>
      <w:r>
        <w:rPr>
          <w:sz w:val="20"/>
        </w:rPr>
        <w:t>1:04:50  to bohat hi seedha saada tareeqa yeh hai ke hamare paas Allah taala ka kalam mehfooz halat mein maujood hai aap jis cheez aap ke mind mein aati hai is ka aap source ya is ka asal dhoondiye quran mein agar quran is ko certify kare to samjhiye ke sahi hai nahi to samjhein galat hai bilkul seedha saada usool hai</w:t>
      </w:r>
    </w:p>
    <w:p>
      <w:pPr>
        <w:pStyle w:val="Heading2"/>
      </w:pPr>
      <w:r>
        <w:t>Reflecting on death: spontaneous or forced?</w:t>
      </w:r>
    </w:p>
    <w:p>
      <w:r>
        <w:rPr>
          <w:color w:val="666666"/>
          <w:sz w:val="18"/>
        </w:rPr>
        <w:t>Spirituality · Concept of Death in Islam August 26, 2012 · 2m 23s · at 1:15:36 · https://youtu.be/y0TJxKi0L94?t=4536</w:t>
      </w:r>
    </w:p>
    <w:p>
      <w:r>
        <w:rPr>
          <w:i/>
        </w:rPr>
        <w:t>“What if the thought of death does not come to us spontaneously? Should we force ourselves to reflect on death? Would that reflection be authentic? Does reflection on death not make us disinterested in our daily activities?”</w:t>
      </w:r>
    </w:p>
    <w:p>
      <w:r>
        <w:rPr>
          <w:sz w:val="20"/>
        </w:rPr>
        <w:t>1:15:36  Maulana, agla sawal Delhi se hai, Mr Kaif ka. unhon ne likha hai what if the thought of death does not come to us spontaneously?</w:t>
      </w:r>
      <w:r>
        <w:br/>
      </w:r>
      <w:r>
        <w:rPr>
          <w:sz w:val="20"/>
        </w:rPr>
        <w:t>1:15:46  Should we force ourselves to reflect on death? Would that reflection be authentic? Does reflection on death not make us disinterested in our daily activities?</w:t>
      </w:r>
      <w:r>
        <w:br/>
      </w:r>
      <w:r>
        <w:rPr>
          <w:sz w:val="20"/>
        </w:rPr>
        <w:t>1:16:01  dekhen, maut ek jab yeh maloom hoga ke maut ek reality hai, to hamein sochna hi hai is ke upar.</w:t>
      </w:r>
      <w:r>
        <w:br/>
      </w:r>
      <w:r>
        <w:rPr>
          <w:sz w:val="20"/>
        </w:rPr>
        <w:t>1:16:10  jab yeh maloom hoga ke</w:t>
      </w:r>
      <w:r>
        <w:br/>
      </w:r>
      <w:r>
        <w:rPr>
          <w:sz w:val="20"/>
        </w:rPr>
        <w:t>1:16:15  jaara aane wala hai, to hamein sardi ka samna karna hi pare ga. to jab maut ke bare mein yeh bar bar tajurba hai ke aadmi marta hai, marta hai, marta hai, to hum us ko kaise ignore kar sakte hain?</w:t>
      </w:r>
      <w:r>
        <w:br/>
      </w:r>
      <w:r>
        <w:rPr>
          <w:sz w:val="20"/>
        </w:rPr>
        <w:t>1:16:30  humein sochna hi parega is ko, lazman. baqi yeh baat ke maut ke sochne se aadmi mein yaani kya hai, activity kam ho jayegi?</w:t>
      </w:r>
      <w:r>
        <w:br/>
      </w:r>
      <w:r>
        <w:rPr>
          <w:sz w:val="20"/>
        </w:rPr>
        <w:t>1:16:42  maulana, ke haan, disinterested ho jata hai insaan agar zyada soche maut ke bare mein. dekhein, yeh baat sahi nahi hai. maut ke bare mein is waqt urgency paida hoti hai, zyada active ho jata hai.</w:t>
      </w:r>
      <w:r>
        <w:br/>
      </w:r>
      <w:r>
        <w:rPr>
          <w:sz w:val="20"/>
        </w:rPr>
        <w:t>1:16:56  maut ka yaad karenge aap to sense of urgency aayegi ke bhai waqt bohat kam hai, cut dalo jo karna hai. yeh ajeeb ghareeb baat aksar log kehte hain mujh se,</w:t>
      </w:r>
      <w:r>
        <w:br/>
      </w:r>
      <w:r>
        <w:rPr>
          <w:sz w:val="20"/>
        </w:rPr>
        <w:t>1:17:09  halanke ulti baat hai. maut jo hai, aap ke andar sense of urgency lati hai ke bohat kam waqt hai, cut dalo jo karna hai.</w:t>
      </w:r>
      <w:r>
        <w:br/>
      </w:r>
      <w:r>
        <w:rPr>
          <w:sz w:val="20"/>
        </w:rPr>
        <w:t>1:17:21  to mera tajurba to yahi hai ke main har waqt is mein is hisab se jeeta hoon ke ke kal mauqa rahe, na rahe, aaj hi cut dalo.</w:t>
      </w:r>
      <w:r>
        <w:br/>
      </w:r>
      <w:r>
        <w:rPr>
          <w:sz w:val="20"/>
        </w:rPr>
        <w:t>1:17:36  kal pata nahi mauqa milega ya nahi milega, aaj hi cut dalo. to bohat zyada chobees ghante bas busy rehta hoon. to mere andar maut jo hai, aur main rozana maut ko yaad karta hoon, bohat zyada.</w:t>
      </w:r>
      <w:r>
        <w:br/>
      </w:r>
      <w:r>
        <w:rPr>
          <w:sz w:val="20"/>
        </w:rPr>
        <w:t>1:17:49  to mera tajurba yeh hai ke maut aadmi ke andar sense of urgency lati hai, jo apne aap mein bohat valuable cheez hai, bohat valuable cheez hai.</w:t>
      </w:r>
    </w:p>
    <w:p>
      <w:pPr>
        <w:pStyle w:val="Heading2"/>
      </w:pPr>
      <w:r>
        <w:t>Relationship of muhasabah and tazkiyah</w:t>
      </w:r>
    </w:p>
    <w:p>
      <w:r>
        <w:rPr>
          <w:color w:val="666666"/>
          <w:sz w:val="18"/>
        </w:rPr>
        <w:t>Spirituality · Self Correction November 09, 2014 Maulana Wahiduddin Khan · 2m 55s · at 1:12:52 · https://youtu.be/PpwTmeCQkSQ?t=4372</w:t>
      </w:r>
    </w:p>
    <w:p>
      <w:r>
        <w:rPr>
          <w:i/>
        </w:rPr>
        <w:t>“What is the relationship of muhasabah (self-accountability) and tazkiyah (purification), especially in changing bad habits?”</w:t>
      </w:r>
    </w:p>
    <w:p>
      <w:r>
        <w:rPr>
          <w:sz w:val="20"/>
        </w:rPr>
        <w:t>1:12:52  maulana, agla sawal dilli se kya hai miss naghma siddiqui ne, aur unhon ne aap se poocha hai</w:t>
      </w:r>
      <w:r>
        <w:br/>
      </w:r>
      <w:r>
        <w:rPr>
          <w:sz w:val="20"/>
        </w:rPr>
        <w:t>1:12:57  ke What is the relationship of muhasabah and tazkiyah, especially in changing bad habits?</w:t>
      </w:r>
      <w:r>
        <w:br/>
      </w:r>
      <w:r>
        <w:rPr>
          <w:sz w:val="20"/>
        </w:rPr>
        <w:t>1:13:03  pehle muhasabah aata hai, phir tazkiyah aata hai, pehle introspection aata hai, phir aadmi apni personality ko purify karta hai.</w:t>
      </w:r>
      <w:r>
        <w:br/>
      </w:r>
      <w:r>
        <w:rPr>
          <w:sz w:val="20"/>
        </w:rPr>
        <w:t>1:13:09  donon interconnected hain, lekin pehle aye ga muhasabah, yani introspection, phir aye ga tazkiyah, yani apni shakhsiyat ko purify karna.</w:t>
      </w:r>
      <w:r>
        <w:br/>
      </w:r>
      <w:r>
        <w:rPr>
          <w:sz w:val="20"/>
        </w:rPr>
        <w:t>1:13:16  maulana, agla sawal dilli se kya hai jameel akhtar sahab ne, aur unhon ne likha hai ke islam</w:t>
      </w:r>
      <w:r>
        <w:br/>
      </w:r>
      <w:r>
        <w:rPr>
          <w:sz w:val="20"/>
        </w:rPr>
        <w:t>1:13:23  ko phailane mein sufiyon ka bara role raha hai.</w:t>
      </w:r>
      <w:r>
        <w:br/>
      </w:r>
      <w:r>
        <w:rPr>
          <w:sz w:val="20"/>
        </w:rPr>
        <w:t>1:13:30  yeh baat aksar kahi jati hai, magar sufiyon ke halaat mein islam ki ajeeb o ghareeb baaten pai jati hain.</w:t>
      </w:r>
      <w:r>
        <w:br/>
      </w:r>
      <w:r>
        <w:rPr>
          <w:sz w:val="20"/>
        </w:rPr>
        <w:t>1:13:37  phir unhon ne kis tarah islam ko phailaya, is ke baray mein kuch bataen.</w:t>
      </w:r>
      <w:r>
        <w:br/>
      </w:r>
      <w:r>
        <w:rPr>
          <w:sz w:val="20"/>
        </w:rPr>
        <w:t>1:13:44  asal mein dekhiye, is mein to shaq nahi ke is ne phir islam ko phailaya, lekin yeh tha mass conversion.</w:t>
      </w:r>
      <w:r>
        <w:br/>
      </w:r>
      <w:r>
        <w:rPr>
          <w:sz w:val="20"/>
        </w:rPr>
        <w:t>1:13:51  to mass conversion to rasool Allah sal Allah alayh wasallam ke zamane mein bhi hadith mein aata hai</w:t>
      </w:r>
      <w:r>
        <w:br/>
      </w:r>
      <w:r>
        <w:rPr>
          <w:sz w:val="20"/>
        </w:rPr>
        <w:t>1:13:58  ke log, yani main ne is se pehle bata chuka hoon, ek hadith aap ko ke mass conversion</w:t>
      </w:r>
      <w:r>
        <w:br/>
      </w:r>
      <w:r>
        <w:rPr>
          <w:sz w:val="20"/>
        </w:rPr>
        <w:t>1:14:04  ka woh nuqsan tha, na ke sufiyon ka nuqsan.</w:t>
      </w:r>
      <w:r>
        <w:br/>
      </w:r>
      <w:r>
        <w:rPr>
          <w:sz w:val="20"/>
        </w:rPr>
        <w:t>1:14:11  sufiyon ke zamane mein mass conversion hua.</w:t>
      </w:r>
      <w:r>
        <w:br/>
      </w:r>
      <w:r>
        <w:rPr>
          <w:sz w:val="20"/>
        </w:rPr>
        <w:t>1:14:18  mass conversion yeh hota hai ke log pichlay khayalat ko le kar aate hain, aur un ki itne</w:t>
      </w:r>
      <w:r>
        <w:br/>
      </w:r>
      <w:r>
        <w:rPr>
          <w:sz w:val="20"/>
        </w:rPr>
        <w:t>1:14:25  bade paon par tarbiyat ho nahi pati, to wohi sab khayalat ko naye andaaz mein likhte hain.</w:t>
      </w:r>
      <w:r>
        <w:br/>
      </w:r>
      <w:r>
        <w:rPr>
          <w:sz w:val="20"/>
        </w:rPr>
        <w:t>1:14:32  woh is ki pairwi karne to main samajhta hoon ke sufiyon ka role bohat ahem hai.</w:t>
      </w:r>
      <w:r>
        <w:br/>
      </w:r>
      <w:r>
        <w:rPr>
          <w:sz w:val="20"/>
        </w:rPr>
        <w:t>1:14:39  baqi mass conversion ki wajah se jo tarbiyat na ho saki logon ki, us se bigaad aaya.</w:t>
      </w:r>
      <w:r>
        <w:br/>
      </w:r>
      <w:r>
        <w:rPr>
          <w:sz w:val="20"/>
        </w:rPr>
        <w:t>1:14:46  to donon ko alag kar ke dekhiye taake sahih rai qaim kar saken aap.</w:t>
      </w:r>
      <w:r>
        <w:br/>
      </w:r>
      <w:r>
        <w:rPr>
          <w:sz w:val="20"/>
        </w:rPr>
        <w:t>1:14:53  maulana, un ka ek aur sawal hai.</w:t>
      </w:r>
      <w:r>
        <w:br/>
      </w:r>
      <w:r>
        <w:rPr>
          <w:sz w:val="20"/>
        </w:rPr>
        <w:t>1:15:00  unhon ne likha hai ke aaj ke session mein maloom hua ke aap shayar bhi rahe hain.</w:t>
      </w:r>
      <w:r>
        <w:br/>
      </w:r>
      <w:r>
        <w:rPr>
          <w:sz w:val="20"/>
        </w:rPr>
        <w:t>1:15:06  kya is daur ka apna koi shair arz kar sakte hain? main ne yeh to nahi kaha ke</w:t>
      </w:r>
      <w:r>
        <w:br/>
      </w:r>
      <w:r>
        <w:rPr>
          <w:sz w:val="20"/>
        </w:rPr>
        <w:t>1:15:13  mein shair tha, shairi karta tha.</w:t>
      </w:r>
      <w:r>
        <w:br/>
      </w:r>
      <w:r>
        <w:rPr>
          <w:sz w:val="20"/>
        </w:rPr>
        <w:t>1:15:20  yeh kaam mein ne shair hona ek profession hai, lekin jo shair o shairi is zamane mein, hamari</w:t>
      </w:r>
      <w:r>
        <w:br/>
      </w:r>
      <w:r>
        <w:rPr>
          <w:sz w:val="20"/>
        </w:rPr>
        <w:t>1:15:27  nojawani ke zamane mein, aam tha, har aadmi shair o shairi karta tha.</w:t>
      </w:r>
      <w:r>
        <w:br/>
      </w:r>
      <w:r>
        <w:rPr>
          <w:sz w:val="20"/>
        </w:rPr>
        <w:t>1:15:34  to woh is mein bhi kuch karta tha.</w:t>
      </w:r>
      <w:r>
        <w:br/>
      </w:r>
      <w:r>
        <w:rPr>
          <w:sz w:val="20"/>
        </w:rPr>
        <w:t>1:15:41  baqi mein mushaire mein shair parhna, yeh is ko kaam mein ne nahi kiya kabhi.</w:t>
      </w:r>
    </w:p>
    <w:p>
      <w:pPr>
        <w:pStyle w:val="Heading2"/>
      </w:pPr>
      <w:r>
        <w:t>Response without God discovery meaning and importance</w:t>
      </w:r>
    </w:p>
    <w:p>
      <w:r>
        <w:rPr>
          <w:color w:val="666666"/>
          <w:sz w:val="18"/>
        </w:rPr>
        <w:t>Spirituality · Realization of God May 5, 2019 · 2m 07s · at 49:18 · https://youtu.be/5X-vCFqiR4U?t=2958</w:t>
      </w:r>
    </w:p>
    <w:p>
      <w:r>
        <w:rPr>
          <w:i/>
        </w:rPr>
        <w:t>“You gave a thrilling concept today that God is self-discovery and hamd is the response. What is the meaning and importance of response without God discovery? Does this make any sense? Please guide us.”</w:t>
      </w:r>
    </w:p>
    <w:p>
      <w:r>
        <w:rPr>
          <w:sz w:val="20"/>
        </w:rPr>
        <w:t>49:18  Maulana, agla comment aur sawal Aamir Mory sahib ne bheja hai Kashmir se. unhon ne likha hai: "Molana sahib, you gave a thrilling concept today that God is the self-discovery and hamd is the response.</w:t>
      </w:r>
      <w:r>
        <w:br/>
      </w:r>
      <w:r>
        <w:rPr>
          <w:sz w:val="20"/>
        </w:rPr>
        <w:t>49:34  My question is, what is the meaning and importance of response without God discovery? Does this make any sense?</w:t>
      </w:r>
      <w:r>
        <w:br/>
      </w:r>
      <w:r>
        <w:rPr>
          <w:sz w:val="20"/>
        </w:rPr>
        <w:t>49:44  Please guide all of us." kiya matlab?</w:t>
      </w:r>
      <w:r>
        <w:br/>
      </w:r>
      <w:r>
        <w:rPr>
          <w:sz w:val="20"/>
        </w:rPr>
        <w:t>49:48  Maulana ke kai baar log yeh bhi logon ka yeh bhi hota hai ke bana God ki discovery se kiya response diya ja sakta hai?</w:t>
      </w:r>
      <w:r>
        <w:br/>
      </w:r>
      <w:r>
        <w:rPr>
          <w:sz w:val="20"/>
        </w:rPr>
        <w:t>49:59  Is it possible? Kyunke jaise aaj aap ne kaha ke God ek self-discovery hai aur hamd is ka response hai to kiya yeh</w:t>
      </w:r>
      <w:r>
        <w:br/>
      </w:r>
      <w:r>
        <w:rPr>
          <w:sz w:val="20"/>
        </w:rPr>
        <w:t>50:08  bhi? Ab agar discovery ki kiya kiya response denge? Response kis baat ka? Ji, discovery ka to response hota hai.</w:t>
      </w:r>
      <w:r>
        <w:br/>
      </w:r>
      <w:r>
        <w:rPr>
          <w:sz w:val="20"/>
        </w:rPr>
        <w:t>50:17  Jab discovery hi nahi to response kis baat ka? Main samjha nahi is waqt kiya hai. Yeh vague question hai.</w:t>
      </w:r>
      <w:r>
        <w:br/>
      </w:r>
      <w:r>
        <w:rPr>
          <w:sz w:val="20"/>
        </w:rPr>
        <w:t>50:26  Ji. Okay, so we will end the session now. Thank you.</w:t>
      </w:r>
    </w:p>
    <w:p>
      <w:pPr>
        <w:pStyle w:val="Heading2"/>
      </w:pPr>
      <w:r>
        <w:t>Retaining focus on fear of God</w:t>
      </w:r>
    </w:p>
    <w:p>
      <w:r>
        <w:rPr>
          <w:color w:val="666666"/>
          <w:sz w:val="18"/>
        </w:rPr>
        <w:t>Spirituality · Fear of God February 21, 2016 · 3m 59s · at 48:16 · https://youtu.be/T-w1IDIeCV4?t=2896</w:t>
      </w:r>
    </w:p>
    <w:p>
      <w:r>
        <w:rPr>
          <w:i/>
        </w:rPr>
        <w:t>“While we know we are accountable to God as we fear Him, but still we often do wrong as we lose focus. How can we retain focus of fear of God?”</w:t>
      </w:r>
    </w:p>
    <w:p>
      <w:r>
        <w:rPr>
          <w:sz w:val="20"/>
        </w:rPr>
        <w:t>48:16  maulana, agla sawal kya hai miss naghma siddiqui ne, dilli se, aur unhone likha hai: "While we</w:t>
      </w:r>
      <w:r>
        <w:br/>
      </w:r>
      <w:r>
        <w:rPr>
          <w:sz w:val="20"/>
        </w:rPr>
        <w:t>48:23  know we are accountable to god as we fear him, but still we often do wrong as we lose focus.</w:t>
      </w:r>
      <w:r>
        <w:br/>
      </w:r>
      <w:r>
        <w:rPr>
          <w:sz w:val="20"/>
        </w:rPr>
        <w:t>48:30  how can we retain focus of fear of god?</w:t>
      </w:r>
      <w:r>
        <w:br/>
      </w:r>
      <w:r>
        <w:rPr>
          <w:sz w:val="20"/>
        </w:rPr>
        <w:t>48:38  "dekhen, baat yeh hai ke aadmi har waqt apne temperature se ke andar hota hai, shaitan ke</w:t>
      </w:r>
      <w:r>
        <w:br/>
      </w:r>
      <w:r>
        <w:rPr>
          <w:sz w:val="20"/>
        </w:rPr>
        <w:t>48:43  waswase ke andar hota hai.</w:t>
      </w:r>
      <w:r>
        <w:br/>
      </w:r>
      <w:r>
        <w:rPr>
          <w:sz w:val="20"/>
        </w:rPr>
        <w:t>48:49  to ek taraf aadmi ki apni khwahishen aur doosri taraf shaitan ka waswasa.</w:t>
      </w:r>
      <w:r>
        <w:br/>
      </w:r>
      <w:r>
        <w:rPr>
          <w:sz w:val="20"/>
        </w:rPr>
        <w:t>48:55  jaise koi baat kisi ne kahi to zaroor aisa hota hai ke aadmi ka ego touch ho jata hai.</w:t>
      </w:r>
      <w:r>
        <w:br/>
      </w:r>
      <w:r>
        <w:rPr>
          <w:sz w:val="20"/>
        </w:rPr>
        <w:t>49:01  agar aadmi ke khilaf aisi baat kahi jaye jo usko buri lage, us mein woh offend ho</w:t>
      </w:r>
      <w:r>
        <w:br/>
      </w:r>
      <w:r>
        <w:rPr>
          <w:sz w:val="20"/>
        </w:rPr>
        <w:t>49:07  jaye to uska matlab kya hai? iska ego touch ho gaya.</w:t>
      </w:r>
      <w:r>
        <w:br/>
      </w:r>
      <w:r>
        <w:rPr>
          <w:sz w:val="20"/>
        </w:rPr>
        <w:t>49:13  jab bhi koi aadmi offend hota hai ya kisi cheez ko bura manta hai to uska sabab</w:t>
      </w:r>
      <w:r>
        <w:br/>
      </w:r>
      <w:r>
        <w:rPr>
          <w:sz w:val="20"/>
        </w:rPr>
        <w:t>49:19  yeh hota hai ke uska ego touch ho gaya.</w:t>
      </w:r>
      <w:r>
        <w:br/>
      </w:r>
      <w:r>
        <w:rPr>
          <w:sz w:val="20"/>
        </w:rPr>
        <w:t>49:25  to isko aadmi ko bohat zyada alert rehna padega ke jaise hi uska ego touch</w:t>
      </w:r>
      <w:r>
        <w:br/>
      </w:r>
      <w:r>
        <w:rPr>
          <w:sz w:val="20"/>
        </w:rPr>
        <w:t>49:30  ho, foran woh usko loote, apne ko correct kare.</w:t>
      </w:r>
      <w:r>
        <w:br/>
      </w:r>
      <w:r>
        <w:rPr>
          <w:sz w:val="20"/>
        </w:rPr>
        <w:t>49:36  to yeh yeh baat is mein bohat sahi likhi hai ke apne thought ke master banao, apne thought</w:t>
      </w:r>
      <w:r>
        <w:br/>
      </w:r>
      <w:r>
        <w:rPr>
          <w:sz w:val="20"/>
        </w:rPr>
        <w:t>49:42  ke master banao.</w:t>
      </w:r>
      <w:r>
        <w:br/>
      </w:r>
      <w:r>
        <w:rPr>
          <w:sz w:val="20"/>
        </w:rPr>
        <w:t>49:48  lekin apne thought ka master banaye ga wohi.</w:t>
      </w:r>
      <w:r>
        <w:br/>
      </w:r>
      <w:r>
        <w:rPr>
          <w:sz w:val="20"/>
        </w:rPr>
        <w:t>49:54  yeh jo hai master your thoughts .</w:t>
      </w:r>
      <w:r>
        <w:br/>
      </w:r>
      <w:r>
        <w:rPr>
          <w:sz w:val="20"/>
        </w:rPr>
        <w:t>50:00  bohat gehri baat yeh hai ke master your thoughts .</w:t>
      </w:r>
      <w:r>
        <w:br/>
      </w:r>
      <w:r>
        <w:rPr>
          <w:sz w:val="20"/>
        </w:rPr>
        <w:t>50:06  lekin mein is tarah koi master ban nahi sakta jab tak usko yeh na ho ke agar</w:t>
      </w:r>
      <w:r>
        <w:br/>
      </w:r>
      <w:r>
        <w:rPr>
          <w:sz w:val="20"/>
        </w:rPr>
        <w:t>50:12  mein master nahi banunga to mujhe iska bura anjam bhugtna padega.</w:t>
      </w:r>
      <w:r>
        <w:br/>
      </w:r>
      <w:r>
        <w:rPr>
          <w:sz w:val="20"/>
        </w:rPr>
        <w:t>50:17  jaise singapore mein unko dar hai ke agar mein galati karunga to mujhe canning ka samna</w:t>
      </w:r>
      <w:r>
        <w:br/>
      </w:r>
      <w:r>
        <w:rPr>
          <w:sz w:val="20"/>
        </w:rPr>
        <w:t>50:23  karna padega.</w:t>
      </w:r>
      <w:r>
        <w:br/>
      </w:r>
      <w:r>
        <w:rPr>
          <w:sz w:val="20"/>
        </w:rPr>
        <w:t>50:29  to canning ka dar unko rokta hai.</w:t>
      </w:r>
      <w:r>
        <w:br/>
      </w:r>
      <w:r>
        <w:rPr>
          <w:sz w:val="20"/>
        </w:rPr>
        <w:t>50:35  india mein kisi ko dar hi nahi canning ki.</w:t>
      </w:r>
      <w:r>
        <w:br/>
      </w:r>
      <w:r>
        <w:rPr>
          <w:sz w:val="20"/>
        </w:rPr>
        <w:t>50:41  to subah shaam yahan crime hote hain.</w:t>
      </w:r>
      <w:r>
        <w:br/>
      </w:r>
      <w:r>
        <w:rPr>
          <w:sz w:val="20"/>
        </w:rPr>
        <w:t>50:47  to master of thoughts jo hai, bohat hi acha formula hai.</w:t>
      </w:r>
      <w:r>
        <w:br/>
      </w:r>
      <w:r>
        <w:rPr>
          <w:sz w:val="20"/>
        </w:rPr>
        <w:t>50:53  lekin is formula ke upar aik cheez hai.</w:t>
      </w:r>
      <w:r>
        <w:br/>
      </w:r>
      <w:r>
        <w:rPr>
          <w:sz w:val="20"/>
        </w:rPr>
        <w:t>50:59  woh yeh hai ke aap yeh sochen ke agar maine apne thoughts ko manage nahi kiya, apne</w:t>
      </w:r>
      <w:r>
        <w:br/>
      </w:r>
      <w:r>
        <w:rPr>
          <w:sz w:val="20"/>
        </w:rPr>
        <w:t>51:04  thoughts ko control nahi kiya, apne thoughts ka master nahi bana to Allah ke haan meri pakar ho gi.</w:t>
      </w:r>
      <w:r>
        <w:br/>
      </w:r>
      <w:r>
        <w:rPr>
          <w:sz w:val="20"/>
        </w:rPr>
        <w:t>51:10  Allah ke haan meri pakar ho gi.</w:t>
      </w:r>
      <w:r>
        <w:br/>
      </w:r>
      <w:r>
        <w:rPr>
          <w:sz w:val="20"/>
        </w:rPr>
        <w:t>51:16  mere baap, hamare jo baap the, woh parhe likhe zyada nahi the.</w:t>
      </w:r>
      <w:r>
        <w:br/>
      </w:r>
      <w:r>
        <w:rPr>
          <w:sz w:val="20"/>
        </w:rPr>
        <w:t>51:22  Urdu, Farsi thori parhi thi.</w:t>
      </w:r>
      <w:r>
        <w:br/>
      </w:r>
      <w:r>
        <w:rPr>
          <w:sz w:val="20"/>
        </w:rPr>
        <w:t>51:28  lekin bohat hi naik aadmi the.</w:t>
      </w:r>
      <w:r>
        <w:br/>
      </w:r>
      <w:r>
        <w:rPr>
          <w:sz w:val="20"/>
        </w:rPr>
        <w:t>51:34  to aksar woh kaha karte the: "Khuda ko munh dikhana hai." "Khuda ko munh dikhana hai." matlab Khuda</w:t>
      </w:r>
      <w:r>
        <w:br/>
      </w:r>
      <w:r>
        <w:rPr>
          <w:sz w:val="20"/>
        </w:rPr>
        <w:t>51:40  ke samne khara hona hai.</w:t>
      </w:r>
      <w:r>
        <w:br/>
      </w:r>
      <w:r>
        <w:rPr>
          <w:sz w:val="20"/>
        </w:rPr>
        <w:t>51:46  to apne thought ka master banna bohat acha formula hai.</w:t>
      </w:r>
      <w:r>
        <w:br/>
      </w:r>
      <w:r>
        <w:rPr>
          <w:sz w:val="20"/>
        </w:rPr>
        <w:t>51:51  lekin yeh kaam woh kar paye ga jo yeh soche ke mujhe guard ke samne khara hona hai.</w:t>
      </w:r>
      <w:r>
        <w:br/>
      </w:r>
      <w:r>
        <w:rPr>
          <w:sz w:val="20"/>
        </w:rPr>
        <w:t>51:57  us ke samne, us mein guard ke samne main accountable hoon.</w:t>
      </w:r>
      <w:r>
        <w:br/>
      </w:r>
      <w:r>
        <w:rPr>
          <w:sz w:val="20"/>
        </w:rPr>
        <w:t>52:03  tab ja kar yeh formula kaam kare ga.</w:t>
      </w:r>
      <w:r>
        <w:br/>
      </w:r>
      <w:r>
        <w:rPr>
          <w:sz w:val="20"/>
        </w:rPr>
        <w:t>52:09  warna kaam nahi kare ga.</w:t>
      </w:r>
    </w:p>
    <w:p>
      <w:pPr>
        <w:pStyle w:val="Heading2"/>
      </w:pPr>
      <w:r>
        <w:t>Rising above negativity for positive divine response</w:t>
      </w:r>
    </w:p>
    <w:p>
      <w:r>
        <w:rPr>
          <w:color w:val="666666"/>
          <w:sz w:val="18"/>
        </w:rPr>
        <w:t>Spirituality · Prophetic Model February 16, 2014 · 2m 45s · at 55:27 · https://youtu.be/ypIIqSmExzk?t=3327</w:t>
      </w:r>
    </w:p>
    <w:p>
      <w:r>
        <w:rPr>
          <w:i/>
        </w:rPr>
        <w:t>“How can we rise above a negative situation to be able to give a positive divine response? Please guide us.”</w:t>
      </w:r>
    </w:p>
    <w:p>
      <w:r>
        <w:rPr>
          <w:sz w:val="20"/>
        </w:rPr>
        <w:t>55:27  maulana agla sawal lene se pehle ek comment parhna chahenge jo Maulana Iqbal Umri ne bheja hai Tamil Nadu se. unhon ne likha hai: "Maulana ibadat aur itaat ke is farq se mein andha tha." Maulana Allah aap ko jaza e khair de.</w:t>
      </w:r>
      <w:r>
        <w:br/>
      </w:r>
      <w:r>
        <w:rPr>
          <w:sz w:val="20"/>
        </w:rPr>
        <w:t>55:47  Maulana agla sawal Delhi se hai Miss Naghma Siddiqui ka. unhon ne likha hai: "How can we rise above negative situation to be able to give a positive rabbani response?</w:t>
      </w:r>
      <w:r>
        <w:br/>
      </w:r>
      <w:r>
        <w:rPr>
          <w:sz w:val="20"/>
        </w:rPr>
        <w:t>56:02  Please guide us." kis ka hai? Naghma Siddiqui. dekhiye yeh bohat hi aasan hai.</w:t>
      </w:r>
      <w:r>
        <w:br/>
      </w:r>
      <w:r>
        <w:rPr>
          <w:sz w:val="20"/>
        </w:rPr>
        <w:t>56:15  woh hai cheezon ko aap Allah ke khane mein daalte rahen. bas. ek hi nuskhah is ka hai.</w:t>
      </w:r>
      <w:r>
        <w:br/>
      </w:r>
      <w:r>
        <w:rPr>
          <w:sz w:val="20"/>
        </w:rPr>
        <w:t>56:24  aur yeh Surah Yusuf mein bataya hua hai. yeh nuskhah. aap jante hain ke Hazrat Yaqoob jo thay un ko ek bohat bara sadmah guzra.</w:t>
      </w:r>
      <w:r>
        <w:br/>
      </w:r>
      <w:r>
        <w:rPr>
          <w:sz w:val="20"/>
        </w:rPr>
        <w:t>56:35  un ke ek bete ko yani kuinwein mein daal diya. bazahir yeh bataya ke bhediya kha gaya. to ek bohat bara sadmah tha.</w:t>
      </w:r>
      <w:r>
        <w:br/>
      </w:r>
      <w:r>
        <w:rPr>
          <w:sz w:val="20"/>
        </w:rPr>
        <w:t>56:46  lekin aap parhiye Surah Yusuf ko to Hazrat Yaqoob ghussa nahi hue. kuch bhi ghussa nahi hue. yeh keh diya ke innam ashku basti wahdani ila Allah.</w:t>
      </w:r>
      <w:r>
        <w:br/>
      </w:r>
      <w:r>
        <w:rPr>
          <w:sz w:val="20"/>
        </w:rPr>
        <w:t>56:58  yani is mamle ko mein Allah ke khane mein dalta hoon. jo kuch guzra us ko mein Allah ke khane mein dalta hoon. yeh bhi kar sakte thay woh ke yani apne bete par ghussa hote, marte un ko, nikalte.</w:t>
      </w:r>
      <w:r>
        <w:br/>
      </w:r>
      <w:r>
        <w:rPr>
          <w:sz w:val="20"/>
        </w:rPr>
        <w:t>57:14  kyun ke bazahir wohi zimmedar thay is ke. to unhon ne aa kar kaha ke tumhare bete ko bhediya kha gaya. to ghussa nahi hue.</w:t>
      </w:r>
      <w:r>
        <w:br/>
      </w:r>
      <w:r>
        <w:rPr>
          <w:sz w:val="20"/>
        </w:rPr>
        <w:t>57:27  to yeh keh diya ke innam ashku basti wahdani ila Allah. mein apna jo jo guzra mere upar us ko mein Allah ke khane mein dalta hoon. is tarah unhon ne apne ko positive bana liya.</w:t>
      </w:r>
      <w:r>
        <w:br/>
      </w:r>
      <w:r>
        <w:rPr>
          <w:sz w:val="20"/>
        </w:rPr>
        <w:t>57:40  yahi behtareen nuskhah hai. koi bhi baat guzre jo aap ko sadmah pohanchay, jo aap ko yani aap ke liye unpleasant ho.</w:t>
      </w:r>
      <w:r>
        <w:br/>
      </w:r>
      <w:r>
        <w:rPr>
          <w:sz w:val="20"/>
        </w:rPr>
        <w:t>57:52  kisi bhi qism ka nuqsan to us ko Allah ke khane mein daal diye. innam bas yahi keh diye ke innam ashku basti wahdani ila Allah.</w:t>
      </w:r>
      <w:r>
        <w:br/>
      </w:r>
      <w:r>
        <w:rPr>
          <w:sz w:val="20"/>
        </w:rPr>
        <w:t>58:02  yeh ayat Surah Yusuf mein hai. us ko aap us mein dekh sakte hain.</w:t>
      </w:r>
      <w:r>
        <w:br/>
      </w:r>
      <w:r>
        <w:rPr>
          <w:sz w:val="20"/>
        </w:rPr>
        <w:t>58:12  Maulana agla sawal Delhi se hai Jameel Akhtar sahib ka. unhon ne likha hai: "Musalmanon ka ek firqah bashar ki ajeeb o ghareeb taweel karta hai jo aap ki tashreeh se mil nahi khati.</w:t>
      </w:r>
    </w:p>
    <w:p>
      <w:pPr>
        <w:pStyle w:val="Heading2"/>
      </w:pPr>
      <w:r>
        <w:t>Role of experience in self-discovery</w:t>
      </w:r>
    </w:p>
    <w:p>
      <w:r>
        <w:rPr>
          <w:color w:val="666666"/>
          <w:sz w:val="18"/>
        </w:rPr>
        <w:t>Spirituality · The Purpose of Existence-9th September 2012 · 3m 42s · at 1:40:40 · https://youtu.be/KxCy8m6k_MQ?t=6040</w:t>
      </w:r>
    </w:p>
    <w:p>
      <w:r>
        <w:rPr>
          <w:i/>
        </w:rPr>
        <w:t>“Today you talked about self-discovery, but discovery cannot happen without experience. What according to you is the role of experience for self-discovery?”</w:t>
      </w:r>
    </w:p>
    <w:p>
      <w:r>
        <w:rPr>
          <w:sz w:val="20"/>
        </w:rPr>
        <w:t>1:40:40  Maulana, agla sawal Dilli se hai Mr. Muqul Pal ka.</w:t>
      </w:r>
      <w:r>
        <w:br/>
      </w:r>
      <w:r>
        <w:rPr>
          <w:sz w:val="20"/>
        </w:rPr>
        <w:t>1:40:44  انہوں نے لکھا ہے: "Today you talked about self-discovery, but discovery cannot happen without experience.</w:t>
      </w:r>
      <w:r>
        <w:br/>
      </w:r>
      <w:r>
        <w:rPr>
          <w:sz w:val="20"/>
        </w:rPr>
        <w:t>1:40:52  "What is, according to you, the role of experience for self-discovery?" Dekhiye, experience to is mein included</w:t>
      </w:r>
      <w:r>
        <w:br/>
      </w:r>
      <w:r>
        <w:rPr>
          <w:sz w:val="20"/>
        </w:rPr>
        <w:t>1:41:00  hai.</w:t>
      </w:r>
      <w:r>
        <w:br/>
      </w:r>
      <w:r>
        <w:rPr>
          <w:sz w:val="20"/>
        </w:rPr>
        <w:t>1:41:01  aap yaani abstract toh aap nahi soch paate.</w:t>
      </w:r>
      <w:r>
        <w:br/>
      </w:r>
      <w:r>
        <w:rPr>
          <w:sz w:val="20"/>
        </w:rPr>
        <w:t>1:41:04  jab aap sochte hain toh sath sath experience juda rehta hai is se.</w:t>
      </w:r>
      <w:r>
        <w:br/>
      </w:r>
      <w:r>
        <w:rPr>
          <w:sz w:val="20"/>
        </w:rPr>
        <w:t>1:41:10  alag nahi hai woh is se, main is ko alag nahi karta hoon.</w:t>
      </w:r>
      <w:r>
        <w:br/>
      </w:r>
      <w:r>
        <w:rPr>
          <w:sz w:val="20"/>
        </w:rPr>
        <w:t>1:41:16  lekin aik aik aik cheez hai woh jis ko hum kehte hain yaani science mein jo experimental basis</w:t>
      </w:r>
      <w:r>
        <w:br/>
      </w:r>
      <w:r>
        <w:rPr>
          <w:sz w:val="20"/>
        </w:rPr>
        <w:t>1:41:23  jis ko kehte hain yaani experiment jis ko kehte hain science mein, woh aik alag cheez hai.</w:t>
      </w:r>
      <w:r>
        <w:br/>
      </w:r>
      <w:r>
        <w:rPr>
          <w:sz w:val="20"/>
        </w:rPr>
        <w:t>1:41:31  lekin jo rozmarra ka experience hai, jo zindagi ke, woh toh baharhaal jari rahen ge.</w:t>
      </w:r>
      <w:r>
        <w:br/>
      </w:r>
      <w:r>
        <w:rPr>
          <w:sz w:val="20"/>
        </w:rPr>
        <w:t>1:41:37  is mein aap ki soch bhi jari rahe gi.</w:t>
      </w:r>
      <w:r>
        <w:br/>
      </w:r>
      <w:r>
        <w:rPr>
          <w:sz w:val="20"/>
        </w:rPr>
        <w:t>1:41:41  toh soch aur experience ko mila kar ke aap ka jo journey hai, woh chalti hai.</w:t>
      </w:r>
      <w:r>
        <w:br/>
      </w:r>
      <w:r>
        <w:rPr>
          <w:sz w:val="20"/>
        </w:rPr>
        <w:t>1:41:48  haan, mera matlab yeh nahi ke aap abstract sochen, khaali experience se guzarte hue sochen.</w:t>
      </w:r>
      <w:r>
        <w:br/>
      </w:r>
      <w:r>
        <w:rPr>
          <w:sz w:val="20"/>
        </w:rPr>
        <w:t>1:41:54  yeh woh is mein lazmi taur par is mein shamil hai, is se alag nahi hai woh.</w:t>
      </w:r>
      <w:r>
        <w:br/>
      </w:r>
      <w:r>
        <w:rPr>
          <w:sz w:val="20"/>
        </w:rPr>
        <w:t>1:42:01  maulana, agla ek comment aur question hai jo canada se aaya hai abu hasan sahib ka.</w:t>
      </w:r>
      <w:r>
        <w:br/>
      </w:r>
      <w:r>
        <w:rPr>
          <w:sz w:val="20"/>
        </w:rPr>
        <w:t>1:42:08  انہوں نے لکھا ہے: "In one of the talks during Ramadan, Maulana Sahib talked about the arrangement of</w:t>
      </w:r>
      <w:r>
        <w:br/>
      </w:r>
      <w:r>
        <w:rPr>
          <w:sz w:val="20"/>
        </w:rPr>
        <w:t>1:42:16  quran.</w:t>
      </w:r>
      <w:r>
        <w:br/>
      </w:r>
      <w:r>
        <w:rPr>
          <w:sz w:val="20"/>
        </w:rPr>
        <w:t>1:42:18  I too thought for a long time about it.</w:t>
      </w:r>
      <w:r>
        <w:br/>
      </w:r>
      <w:r>
        <w:rPr>
          <w:sz w:val="20"/>
        </w:rPr>
        <w:t>1:42:21  I figured out that the journey of the Quran is that it's a journey from seeker to the</w:t>
      </w:r>
      <w:r>
        <w:br/>
      </w:r>
      <w:r>
        <w:rPr>
          <w:sz w:val="20"/>
        </w:rPr>
        <w:t>1:42:29  caller.</w:t>
      </w:r>
      <w:r>
        <w:br/>
      </w:r>
      <w:r>
        <w:rPr>
          <w:sz w:val="20"/>
        </w:rPr>
        <w:t>1:42:31  The very first surah is that of a cry of a seeker, and as we progress, we learn</w:t>
      </w:r>
      <w:r>
        <w:br/>
      </w:r>
      <w:r>
        <w:rPr>
          <w:sz w:val="20"/>
        </w:rPr>
        <w:t>1:42:38  about Allah, His will, creation plan, and explanations about it, examples from history.</w:t>
      </w:r>
      <w:r>
        <w:br/>
      </w:r>
      <w:r>
        <w:rPr>
          <w:sz w:val="20"/>
        </w:rPr>
        <w:t>1:42:44  As we approach towards the end, we are asked to rise and warn people, come out of her</w:t>
      </w:r>
      <w:r>
        <w:br/>
      </w:r>
      <w:r>
        <w:rPr>
          <w:sz w:val="20"/>
        </w:rPr>
        <w:t>1:42:52  comfort zones.</w:t>
      </w:r>
      <w:r>
        <w:br/>
      </w:r>
      <w:r>
        <w:rPr>
          <w:sz w:val="20"/>
        </w:rPr>
        <w:t>1:42:53  In the end, a da'i is emerged, and taught prayers to seek refuge in Allah from people, Satan,</w:t>
      </w:r>
      <w:r>
        <w:br/>
      </w:r>
      <w:r>
        <w:rPr>
          <w:sz w:val="20"/>
        </w:rPr>
        <w:t>1:43:01  and everything which comes as an obstruction in the path of dawah.</w:t>
      </w:r>
      <w:r>
        <w:br/>
      </w:r>
      <w:r>
        <w:rPr>
          <w:sz w:val="20"/>
        </w:rPr>
        <w:t>1:43:06  Is my understanding correct? Kya jis ka is ka hai? Mawlana, woh jo aap ke talks hain, us</w:t>
      </w:r>
      <w:r>
        <w:br/>
      </w:r>
      <w:r>
        <w:rPr>
          <w:sz w:val="20"/>
        </w:rPr>
        <w:t>1:43:14  میں سے انہوں نے اپنی observation نکالی ہے کہ جو پوری ایک انسان کی journey ہے، وہ انہوں</w:t>
      </w:r>
      <w:r>
        <w:br/>
      </w:r>
      <w:r>
        <w:rPr>
          <w:sz w:val="20"/>
        </w:rPr>
        <w:t>1:43:22  نے بتایا کہ وہ ایک سیکر سے لے کے پھر کالر تک پہنچتی ہے، مطلب as a die.</w:t>
      </w:r>
      <w:r>
        <w:br/>
      </w:r>
      <w:r>
        <w:rPr>
          <w:sz w:val="20"/>
        </w:rPr>
        <w:t>1:43:30  aur unhone bataya ki jo Allah ka jo creation plan hai, aur akhir mein jab insan realize</w:t>
      </w:r>
      <w:r>
        <w:br/>
      </w:r>
      <w:r>
        <w:rPr>
          <w:sz w:val="20"/>
        </w:rPr>
        <w:t>1:43:37  karta hai to woh ek daai ki hesiyat se khada hota hai, aur woh apne aap ko bachata</w:t>
      </w:r>
      <w:r>
        <w:br/>
      </w:r>
      <w:r>
        <w:rPr>
          <w:sz w:val="20"/>
        </w:rPr>
        <w:t>1:43:45  ہے Satan سے اور ان لوگوں سے جو اس کو دعویٰ کے path سے ہٹائیں۔</w:t>
      </w:r>
      <w:r>
        <w:br/>
      </w:r>
      <w:r>
        <w:rPr>
          <w:sz w:val="20"/>
        </w:rPr>
        <w:t>1:43:51  to woh keh rahe hain ke kya yeh meri soch, yeh samajh, yeh sab sahi hai? main mujhe,</w:t>
      </w:r>
      <w:r>
        <w:br/>
      </w:r>
      <w:r>
        <w:rPr>
          <w:sz w:val="20"/>
        </w:rPr>
        <w:t>1:43:59  mujhe wohi samajh aayi.</w:t>
      </w:r>
      <w:r>
        <w:br/>
      </w:r>
      <w:r>
        <w:rPr>
          <w:sz w:val="20"/>
        </w:rPr>
        <w:t>1:44:01  kya kya is ka? main nahi samajh paya kya matlab hai.</w:t>
      </w:r>
      <w:r>
        <w:br/>
      </w:r>
      <w:r>
        <w:rPr>
          <w:sz w:val="20"/>
        </w:rPr>
        <w:t>1:44:06  maulana, is ko baad mein aap aap samjhe kya matlab hai? is ko to nahi samjha.</w:t>
      </w:r>
      <w:r>
        <w:br/>
      </w:r>
      <w:r>
        <w:rPr>
          <w:sz w:val="20"/>
        </w:rPr>
        <w:t>1:44:12  mujhe samajh nahi aaya.</w:t>
      </w:r>
      <w:r>
        <w:br/>
      </w:r>
      <w:r>
        <w:rPr>
          <w:sz w:val="20"/>
        </w:rPr>
        <w:t>1:44:14  clear hai, mujhe clear nahi laga.</w:t>
      </w:r>
      <w:r>
        <w:br/>
      </w:r>
      <w:r>
        <w:rPr>
          <w:sz w:val="20"/>
        </w:rPr>
        <w:t>1:44:17  اچھا، مولانا، I read it out separately to you later.</w:t>
      </w:r>
      <w:r>
        <w:br/>
      </w:r>
      <w:r>
        <w:rPr>
          <w:sz w:val="20"/>
        </w:rPr>
        <w:t>1:44:21  achha, theek hai.</w:t>
      </w:r>
    </w:p>
    <w:p>
      <w:pPr>
        <w:pStyle w:val="Heading2"/>
      </w:pPr>
      <w:r>
        <w:t>Role of intuition in developing love of God</w:t>
      </w:r>
    </w:p>
    <w:p>
      <w:r>
        <w:rPr>
          <w:color w:val="666666"/>
          <w:sz w:val="18"/>
        </w:rPr>
        <w:t>Spirituality · Love of God 19 Sept 2021 - Prof. Farida Khanam · 2m 03s · at 31:40 · https://youtu.be/mpGeGz_Cfrw?t=1900</w:t>
      </w:r>
    </w:p>
    <w:p>
      <w:r>
        <w:rPr>
          <w:i/>
        </w:rPr>
        <w:t>“What role does intuition play in developing love of God? What is your comment on this?”</w:t>
      </w:r>
    </w:p>
    <w:p>
      <w:r>
        <w:rPr>
          <w:sz w:val="20"/>
        </w:rPr>
        <w:t>31:40  پہلا سوال ہے کہ: "What role does intuition play in developing love of God?" سو، what is your</w:t>
      </w:r>
      <w:r>
        <w:br/>
      </w:r>
      <w:r>
        <w:rPr>
          <w:sz w:val="20"/>
        </w:rPr>
        <w:t>31:50  comment in this? asal mein daleel se jab hum mante hain khuda ko ya doosri religious realities ko</w:t>
      </w:r>
      <w:r>
        <w:br/>
      </w:r>
      <w:r>
        <w:rPr>
          <w:sz w:val="20"/>
        </w:rPr>
        <w:t>32:01  to is ki ek limitation hoti hai.</w:t>
      </w:r>
      <w:r>
        <w:br/>
      </w:r>
      <w:r>
        <w:rPr>
          <w:sz w:val="20"/>
        </w:rPr>
        <w:t>32:06  lekin intuition ka matlab fitrat hai.</w:t>
      </w:r>
      <w:r>
        <w:br/>
      </w:r>
      <w:r>
        <w:rPr>
          <w:sz w:val="20"/>
        </w:rPr>
        <w:t>32:11  jab hum poori fitrat se, apni poori jo andarooni jo shakhsiyat hai, us se jab hum khuda ko</w:t>
      </w:r>
      <w:r>
        <w:br/>
      </w:r>
      <w:r>
        <w:rPr>
          <w:sz w:val="20"/>
        </w:rPr>
        <w:t>32:16  mante hain to woh bilkul utha, utha hota hai.</w:t>
      </w:r>
      <w:r>
        <w:br/>
      </w:r>
      <w:r>
        <w:rPr>
          <w:sz w:val="20"/>
        </w:rPr>
        <w:t>32:22  woh jazba to is jazbe se hum bohat hi gehre tareeqe se khuda se taluq bana sakte hain.</w:t>
      </w:r>
      <w:r>
        <w:br/>
      </w:r>
      <w:r>
        <w:rPr>
          <w:sz w:val="20"/>
        </w:rPr>
        <w:t>32:27  to jo otherwise jo nahi mumkin nahi hai.</w:t>
      </w:r>
      <w:r>
        <w:br/>
      </w:r>
      <w:r>
        <w:rPr>
          <w:sz w:val="20"/>
        </w:rPr>
        <w:t>32:32  جی، انہی کا اپا دوسرا سوال ہے کہ: "How to use our emotional faculty for loving God?" اس</w:t>
      </w:r>
      <w:r>
        <w:br/>
      </w:r>
      <w:r>
        <w:rPr>
          <w:sz w:val="20"/>
        </w:rPr>
        <w:t>32:38  is ko bhi wazeh kar dein.</w:t>
      </w:r>
      <w:r>
        <w:br/>
      </w:r>
      <w:r>
        <w:rPr>
          <w:sz w:val="20"/>
        </w:rPr>
        <w:t>32:44  yeh sab mohabbat ka jo jazba hai, yeh to khuda ne hamare andar hi rakha hua hai.</w:t>
      </w:r>
      <w:r>
        <w:br/>
      </w:r>
      <w:r>
        <w:rPr>
          <w:sz w:val="20"/>
        </w:rPr>
        <w:t>32:50  koi bhi aisa nahi hoga jis ke andar yeh jazba na ho.</w:t>
      </w:r>
      <w:r>
        <w:br/>
      </w:r>
      <w:r>
        <w:rPr>
          <w:sz w:val="20"/>
        </w:rPr>
        <w:t>32:56  lekin masla sirf yeh hai ke is jazbe ko hum kha</w:t>
      </w:r>
      <w:r>
        <w:br/>
      </w:r>
      <w:r>
        <w:rPr>
          <w:sz w:val="20"/>
        </w:rPr>
        <w:t>33:02  da se associate kar rahe hain ya khuda se associate nahin kar rahe hain.</w:t>
      </w:r>
      <w:r>
        <w:br/>
      </w:r>
      <w:r>
        <w:rPr>
          <w:sz w:val="20"/>
        </w:rPr>
        <w:t>33:07  to jab hum khuda se associate karen to yahi yahi toheed hai.</w:t>
      </w:r>
      <w:r>
        <w:br/>
      </w:r>
      <w:r>
        <w:rPr>
          <w:sz w:val="20"/>
        </w:rPr>
        <w:t>33:12  isi se hamein khuda se taalluq badhta hai.</w:t>
      </w:r>
      <w:r>
        <w:br/>
      </w:r>
      <w:r>
        <w:rPr>
          <w:sz w:val="20"/>
        </w:rPr>
        <w:t>33:17  jisko taalluq billah kehte hain, gehra taalluq woh isi se hota hai.</w:t>
      </w:r>
      <w:r>
        <w:br/>
      </w:r>
      <w:r>
        <w:rPr>
          <w:sz w:val="20"/>
        </w:rPr>
        <w:t>33:22  to yeh sab emotions is mein involve ho jaate hain.</w:t>
      </w:r>
      <w:r>
        <w:br/>
      </w:r>
      <w:r>
        <w:rPr>
          <w:sz w:val="20"/>
        </w:rPr>
        <w:t>33:27  kyunke baghair emotions ke, woh woh to mohabbat ka jo jazba hai, us mein woh emotions se hi related hai.</w:t>
      </w:r>
      <w:r>
        <w:br/>
      </w:r>
      <w:r>
        <w:rPr>
          <w:sz w:val="20"/>
        </w:rPr>
        <w:t>33:32  to woh emotions to is mein involve hote hi hain.</w:t>
      </w:r>
      <w:r>
        <w:br/>
      </w:r>
      <w:r>
        <w:rPr>
          <w:sz w:val="20"/>
        </w:rPr>
        <w:t>33:38  bas woh hai ke emotions ko hum kis se associate karen, yeh yeh dekhna hai.</w:t>
      </w:r>
    </w:p>
    <w:p>
      <w:pPr>
        <w:pStyle w:val="Heading2"/>
      </w:pPr>
      <w:r>
        <w:t>Rules for intense love of God?</w:t>
      </w:r>
    </w:p>
    <w:p>
      <w:r>
        <w:rPr>
          <w:color w:val="666666"/>
          <w:sz w:val="18"/>
        </w:rPr>
        <w:t>Spirituality · Man and the Laws of Nature April 1, 2012 · 3m 03s · at 1:03:21 · https://youtu.be/coIrwYQgb6Y?t=3801</w:t>
      </w:r>
    </w:p>
    <w:p>
      <w:r>
        <w:rPr>
          <w:i/>
        </w:rPr>
        <w:t>“What rules and principles must one adopt to be intense in the love of God?”</w:t>
      </w:r>
    </w:p>
    <w:p>
      <w:r>
        <w:rPr>
          <w:sz w:val="20"/>
        </w:rPr>
        <w:t>1:03:21  maulana, agla sawal bhi pakistan se aya hai. mister amir bin yusuf ne likha</w:t>
      </w:r>
      <w:r>
        <w:br/>
      </w:r>
      <w:r>
        <w:rPr>
          <w:sz w:val="20"/>
        </w:rPr>
        <w:t>1:03:26  hai, unhon ne ap se poocha hai ke allah ki mohabbat mein shadeed hone ke liye insan ko kin rules aur principles ko adopt karna parta hai, is ke bare mein bataein.</w:t>
      </w:r>
      <w:r>
        <w:br/>
      </w:r>
      <w:r>
        <w:rPr>
          <w:sz w:val="20"/>
        </w:rPr>
        <w:t>1:03:39  dekhiye, yeh rule ki aur principle ki baat nahi hai. yeh to is baat ki cheez hai ke aap yani aap ahmiyat janen allah se mohabbat ki.</w:t>
      </w:r>
      <w:r>
        <w:br/>
      </w:r>
      <w:r>
        <w:rPr>
          <w:sz w:val="20"/>
        </w:rPr>
        <w:t>1:03:55  is baat ko aap janen ke allah ne aap ko dunya mein paida kar ke rakha hai, phir maut aye gi. to maut ke baad jab samna hoga allah taala ka, jab samna hoga to yani kis kis tarah face karen jo samne ko.</w:t>
      </w:r>
      <w:r>
        <w:br/>
      </w:r>
      <w:r>
        <w:rPr>
          <w:sz w:val="20"/>
        </w:rPr>
        <w:t>1:04:11  agar dunya mein aap ne isi se mohabbat nahi ki jo aap creator tha, isi se mohabbat nahi ki jis ne aap ko life support system diya, isi se mohabbat nahi ki jis ne aap sare universe ko custom custom made universe bana diya aap ke liye,</w:t>
      </w:r>
      <w:r>
        <w:br/>
      </w:r>
      <w:r>
        <w:rPr>
          <w:sz w:val="20"/>
        </w:rPr>
        <w:t>1:04:26  is se mohabbat nahi ki to kaise face karen ge? yeh masla hai. koi rule nahi, koi principle nahi, koi tareeqa nahi hai.</w:t>
      </w:r>
      <w:r>
        <w:br/>
      </w:r>
      <w:r>
        <w:rPr>
          <w:sz w:val="20"/>
        </w:rPr>
        <w:t>1:04:37  is haqeeqat ko jab aadmi daryaft kar le ga to apne aap hi is ke andar mohabbat aye gi. mohabbat kehte hain strong affection ko. kaise nahi aye gi?</w:t>
      </w:r>
      <w:r>
        <w:br/>
      </w:r>
      <w:r>
        <w:rPr>
          <w:sz w:val="20"/>
        </w:rPr>
        <w:t>1:04:47  bataiye,</w:t>
      </w:r>
      <w:r>
        <w:br/>
      </w:r>
      <w:r>
        <w:rPr>
          <w:sz w:val="20"/>
        </w:rPr>
        <w:t>1:04:49  agar aap daryaft kar len ke yeh khuda jis ne aap ko wajood diya, yeh khuda jis ne aap ko yeh yeh planet earth diya, yeh khuda jis ne aap ko life support system diya, yeh khuda jo aap ko oxygen supply kar raha hai sans lene ke liye, yeh khuda jo suraj chamkaye hue aap ko roshni aur halaat de raha hai, yani sab kuch, sab kuch, sab kuch jo mila hai woh allah de raha hai.</w:t>
      </w:r>
      <w:r>
        <w:br/>
      </w:r>
      <w:r>
        <w:rPr>
          <w:sz w:val="20"/>
        </w:rPr>
        <w:t>1:05:13  sari boundaries hain khuda ki taraf se. to yeh aap ko discover kar dein</w:t>
      </w:r>
      <w:r>
        <w:br/>
      </w:r>
      <w:r>
        <w:rPr>
          <w:sz w:val="20"/>
        </w:rPr>
        <w:t>1:05:18  to is ke baad jo cheez paida hogi wohi hai khuda se strong affection, khuda se mohabbat. to discovery na hone ki wajah se aisa hota hai.</w:t>
      </w:r>
      <w:r>
        <w:br/>
      </w:r>
      <w:r>
        <w:rPr>
          <w:sz w:val="20"/>
        </w:rPr>
        <w:t>1:05:27  hum be khabar hote hain is baat se ke khuda ne hamein kya de rakha hai, kya cheez de rakhi hai. bilkul be khabar.</w:t>
      </w:r>
      <w:r>
        <w:br/>
      </w:r>
      <w:r>
        <w:rPr>
          <w:sz w:val="20"/>
        </w:rPr>
        <w:t>1:05:36  misal ke taur par yeh ke hum bol rahe hain, doosra aadmi sun raha hai to aam log is ko sochte bhi nahi ke is mein kya allah taala ki na</w:t>
      </w:r>
      <w:r>
        <w:br/>
      </w:r>
      <w:r>
        <w:rPr>
          <w:sz w:val="20"/>
        </w:rPr>
        <w:t>1:05:46  mat yeh hai. yani bolna bohat hi ajeeb ghareeb aik waqea hai, sunna aik bohat ajeeb ghareeb phenomena hai. kaise bolna hota hai, kaise sunna hota hai, is ko aap sochiye to hazar saal tak isi pe sochte rahiye.</w:t>
      </w:r>
      <w:r>
        <w:br/>
      </w:r>
      <w:r>
        <w:rPr>
          <w:sz w:val="20"/>
        </w:rPr>
        <w:t>1:06:01  aap sochiye sans lete hain to har waqt oxygen supply ho raha hai, aap par aankh hai lekin roshni na ho to aap dekh nahi paen ge. in sab baton ko sochen, sochen, sochen to to isi ke nateejay mein jo cheez paida hoti hai isi ka naam allah se mohabbat hai.</w:t>
      </w:r>
      <w:r>
        <w:br/>
      </w:r>
      <w:r>
        <w:rPr>
          <w:sz w:val="20"/>
        </w:rPr>
        <w:t>1:06:15  na sochen to animal bane rahen ge. to sara mamla hota hai sochne ya na sochne ka.</w:t>
      </w:r>
    </w:p>
    <w:p>
      <w:pPr>
        <w:pStyle w:val="Heading2"/>
      </w:pPr>
      <w:r>
        <w:t>Signs of loving God and being loved</w:t>
      </w:r>
    </w:p>
    <w:p>
      <w:r>
        <w:rPr>
          <w:color w:val="666666"/>
          <w:sz w:val="18"/>
        </w:rPr>
        <w:t>Spirituality · The Revival of Ibrahimi Mission-28th October 2012 · 3m 39s · at 1:14:31 · https://youtu.be/kniEYfMCz9w?t=4471</w:t>
      </w:r>
    </w:p>
    <w:p>
      <w:r>
        <w:rPr>
          <w:i/>
        </w:rPr>
        <w:t>“What are the signs that a person loves God and also what are the signs that God loves a person?”</w:t>
      </w:r>
    </w:p>
    <w:p>
      <w:r>
        <w:rPr>
          <w:sz w:val="20"/>
        </w:rPr>
        <w:t>1:14:31  maulana, agla sawal roorkee se hai sajid anwar sahab ka.</w:t>
      </w:r>
      <w:r>
        <w:br/>
      </w:r>
      <w:r>
        <w:rPr>
          <w:sz w:val="20"/>
        </w:rPr>
        <w:t>1:14:37  unhon ne likha hai: "maulana, What are the signs that a person loves God and also what are</w:t>
      </w:r>
      <w:r>
        <w:br/>
      </w:r>
      <w:r>
        <w:rPr>
          <w:sz w:val="20"/>
        </w:rPr>
        <w:t>1:14:43  the signs that God loves a person?</w:t>
      </w:r>
      <w:r>
        <w:br/>
      </w:r>
      <w:r>
        <w:rPr>
          <w:sz w:val="20"/>
        </w:rPr>
        <w:t>1:14:49  " is ke baray mein batayein.</w:t>
      </w:r>
      <w:r>
        <w:br/>
      </w:r>
      <w:r>
        <w:rPr>
          <w:sz w:val="20"/>
        </w:rPr>
        <w:t>1:14:56  دیکھیے، اس کا کوئی objective criteria تو میں نہیں بتا سکتا۔</w:t>
      </w:r>
      <w:r>
        <w:br/>
      </w:r>
      <w:r>
        <w:rPr>
          <w:sz w:val="20"/>
        </w:rPr>
        <w:t>1:15:03  subjective criteria bata sakta hoon.</w:t>
      </w:r>
      <w:r>
        <w:br/>
      </w:r>
      <w:r>
        <w:rPr>
          <w:sz w:val="20"/>
        </w:rPr>
        <w:t>1:15:10  Subjective criteria yeh hai ke jab aadmi yeh paaye ke mera soul concern Allah ban gaya hai, soul</w:t>
      </w:r>
      <w:r>
        <w:br/>
      </w:r>
      <w:r>
        <w:rPr>
          <w:sz w:val="20"/>
        </w:rPr>
        <w:t>1:15:17  karson, to is ke mani hain ke woh is darjay ko pohanch gaya.</w:t>
      </w:r>
      <w:r>
        <w:br/>
      </w:r>
      <w:r>
        <w:rPr>
          <w:sz w:val="20"/>
        </w:rPr>
        <w:t>1:15:25  mein is ko, yani samajhne ke liye, quran ki do ayatein aap ko batata hoon.</w:t>
      </w:r>
      <w:r>
        <w:br/>
      </w:r>
      <w:r>
        <w:rPr>
          <w:sz w:val="20"/>
        </w:rPr>
        <w:t>1:15:32  quran ke, yani do ayatein batati hain ke kis ne Allah se taaluq paida hua, kis ka, kis</w:t>
      </w:r>
      <w:r>
        <w:br/>
      </w:r>
      <w:r>
        <w:rPr>
          <w:sz w:val="20"/>
        </w:rPr>
        <w:t>1:15:39  ka paida nahi hua.</w:t>
      </w:r>
      <w:r>
        <w:br/>
      </w:r>
      <w:r>
        <w:rPr>
          <w:sz w:val="20"/>
        </w:rPr>
        <w:t>1:15:46  ek ayat hai un logon ke baray mein jo akhirat mein nakaam honge, akhirat mein un ko</w:t>
      </w:r>
      <w:r>
        <w:br/>
      </w:r>
      <w:r>
        <w:rPr>
          <w:sz w:val="20"/>
        </w:rPr>
        <w:t>1:15:53  reward nahi milega.</w:t>
      </w:r>
      <w:r>
        <w:br/>
      </w:r>
      <w:r>
        <w:rPr>
          <w:sz w:val="20"/>
        </w:rPr>
        <w:t>1:16:01  is mein hai ke وَكَانَ فِي أَهْلِهِ مَسْرُورًا apni family mein woh khoob khush rehta tha.</w:t>
      </w:r>
      <w:r>
        <w:br/>
      </w:r>
      <w:r>
        <w:rPr>
          <w:sz w:val="20"/>
        </w:rPr>
        <w:t>1:16:08  wa kane fi ahlihi masrooran to yeh ek criteria hai ke jo logon ko aap ke paein ke khoob</w:t>
      </w:r>
      <w:r>
        <w:br/>
      </w:r>
      <w:r>
        <w:rPr>
          <w:sz w:val="20"/>
        </w:rPr>
        <w:t>1:16:15  family mein hua karte hain, woh khoob khush rehte hain.</w:t>
      </w:r>
      <w:r>
        <w:br/>
      </w:r>
      <w:r>
        <w:rPr>
          <w:sz w:val="20"/>
        </w:rPr>
        <w:t>1:16:22  woh family un ka concern bane bane bhi bani hui hai.</w:t>
      </w:r>
      <w:r>
        <w:br/>
      </w:r>
      <w:r>
        <w:rPr>
          <w:sz w:val="20"/>
        </w:rPr>
        <w:t>1:16:29  family ke liye kamara, family ke liye kharch karna, sari un ki planning family ko le kar hoti hai.</w:t>
      </w:r>
      <w:r>
        <w:br/>
      </w:r>
      <w:r>
        <w:rPr>
          <w:sz w:val="20"/>
        </w:rPr>
        <w:t>1:16:37  to kane fi ahlihi masrooran to is ke mani kuch to Khuda ko nahi paya hai, family ko paya hai.</w:t>
      </w:r>
      <w:r>
        <w:br/>
      </w:r>
      <w:r>
        <w:rPr>
          <w:sz w:val="20"/>
        </w:rPr>
        <w:t>1:16:44  is ki yaft jo hai, is ki yaft is ki family hai, Khuda nahi hai.</w:t>
      </w:r>
      <w:r>
        <w:br/>
      </w:r>
      <w:r>
        <w:rPr>
          <w:sz w:val="20"/>
        </w:rPr>
        <w:t>1:16:51  to ek case yeh hai.</w:t>
      </w:r>
      <w:r>
        <w:br/>
      </w:r>
      <w:r>
        <w:rPr>
          <w:sz w:val="20"/>
        </w:rPr>
        <w:t>1:16:58  doosra case yeh hai ke Quran mein hai ke jo logon ko aakhirat mein jannat milegi, un</w:t>
      </w:r>
      <w:r>
        <w:br/>
      </w:r>
      <w:r>
        <w:rPr>
          <w:sz w:val="20"/>
        </w:rPr>
        <w:t>1:17:05  ke bare mein hai ke kunna fi ahlinaa mushriqeen khud jannat wala kehta hai kunna fi ahlinaa mushriqeen</w:t>
      </w:r>
      <w:r>
        <w:br/>
      </w:r>
      <w:r>
        <w:rPr>
          <w:sz w:val="20"/>
        </w:rPr>
        <w:t>1:17:13  khud jannat wala kehta hai ke kunna fi ahlinaa mushriqeen hum apne family mein dar kar rehte the,</w:t>
      </w:r>
      <w:r>
        <w:br/>
      </w:r>
      <w:r>
        <w:rPr>
          <w:sz w:val="20"/>
        </w:rPr>
        <w:t>1:17:20  yani family mein humein family mein hum hote the, lekin hum ko Allah ki accountability ka ehsas tha,</w:t>
      </w:r>
      <w:r>
        <w:br/>
      </w:r>
      <w:r>
        <w:rPr>
          <w:sz w:val="20"/>
        </w:rPr>
        <w:t>1:17:27  humein dar bichaya rehta tha.</w:t>
      </w:r>
      <w:r>
        <w:br/>
      </w:r>
      <w:r>
        <w:rPr>
          <w:sz w:val="20"/>
        </w:rPr>
        <w:t>1:17:34  to ek hai case kunna fi ahlinaa mushriqeen ka ke aadmi family ho, lekin is ka is ka</w:t>
      </w:r>
      <w:r>
        <w:br/>
      </w:r>
      <w:r>
        <w:rPr>
          <w:sz w:val="20"/>
        </w:rPr>
        <w:t>1:17:41  zehan laga hua Allah ki taraf, accountability ki taraf, aakhirat ki taraf.</w:t>
      </w:r>
      <w:r>
        <w:br/>
      </w:r>
      <w:r>
        <w:rPr>
          <w:sz w:val="20"/>
        </w:rPr>
        <w:t>1:17:49  ek woh hai ke woh family mein hai, to bas family mein magan hai, family mein hai, khush hai.</w:t>
      </w:r>
      <w:r>
        <w:br/>
      </w:r>
      <w:r>
        <w:rPr>
          <w:sz w:val="20"/>
        </w:rPr>
        <w:t>1:17:56  to yeh do ka pehchan hai bazahir ke kis ne Allah se taluq paida kiya aur kis kis</w:t>
      </w:r>
      <w:r>
        <w:br/>
      </w:r>
      <w:r>
        <w:rPr>
          <w:sz w:val="20"/>
        </w:rPr>
        <w:t>1:18:03  ka taluq Allah se paida nahi hua.</w:t>
      </w:r>
    </w:p>
    <w:p>
      <w:pPr>
        <w:pStyle w:val="Heading2"/>
      </w:pPr>
      <w:r>
        <w:t>Source and Origin of Human Thoughts</w:t>
      </w:r>
    </w:p>
    <w:p>
      <w:r>
        <w:rPr>
          <w:color w:val="666666"/>
          <w:sz w:val="18"/>
        </w:rPr>
        <w:t>Spirituality · Q&amp;A 04 DEC 2011 Maulana Wahiduddin Khan · 2m 36s · at 9:39 · https://youtu.be/KIMNmuUZoGo?t=579</w:t>
      </w:r>
    </w:p>
    <w:p>
      <w:r>
        <w:rPr>
          <w:i/>
        </w:rPr>
        <w:t>“From where do thoughts originate, and what is their source? If I get sixty thoughts per second, from where are they coming? Please tell me.”</w:t>
      </w:r>
    </w:p>
    <w:p>
      <w:r>
        <w:rPr>
          <w:sz w:val="20"/>
        </w:rPr>
        <w:t>9:39  maulana, agla sawal aaya hai mister ramesh jaiswani ka, dilli se. unhon ne likha hai: "From where do thoughts originate?</w:t>
      </w:r>
      <w:r>
        <w:br/>
      </w:r>
      <w:r>
        <w:rPr>
          <w:sz w:val="20"/>
        </w:rPr>
        <w:t>9:50  What is their source? If I get 60 thoughts per second, from where are they coming? Maulana sahib, please tell m</w:t>
      </w:r>
      <w:r>
        <w:br/>
      </w:r>
      <w:r>
        <w:rPr>
          <w:sz w:val="20"/>
        </w:rPr>
        <w:t>9:59  e." bhai, main toh jahan tak samjha hoon, psychology bhi yahi kehti hai. psychology kya hai?</w:t>
      </w:r>
      <w:r>
        <w:br/>
      </w:r>
      <w:r>
        <w:rPr>
          <w:sz w:val="20"/>
        </w:rPr>
        <w:t>10:08  psychology ek naam hai study of mind ka. study of mind ka naam psychology hai.</w:t>
      </w:r>
      <w:r>
        <w:br/>
      </w:r>
      <w:r>
        <w:rPr>
          <w:sz w:val="20"/>
        </w:rPr>
        <w:t>10:16  toh psychology bhi yahi kehti hai ke saare thoughts jo hain pehle hi se aindah ke mind mein maujood hain. aadmi kisi thought ko create nahi kar sakta.</w:t>
      </w:r>
      <w:r>
        <w:br/>
      </w:r>
      <w:r>
        <w:rPr>
          <w:sz w:val="20"/>
        </w:rPr>
        <w:t>10:28  hum create nahi kar sakte. we are not a creator.</w:t>
      </w:r>
      <w:r>
        <w:br/>
      </w:r>
      <w:r>
        <w:rPr>
          <w:sz w:val="20"/>
        </w:rPr>
        <w:t>10:34  jis tarah se hum ek ek jis tarah se hum ek chidiya ko nahi create kar sakte, hum thought ko bhi create nahi kar sakte. toh thoughts jo hain sab ke sab mind mein bhare hue hain.</w:t>
      </w:r>
      <w:r>
        <w:br/>
      </w:r>
      <w:r>
        <w:rPr>
          <w:sz w:val="20"/>
        </w:rPr>
        <w:t>10:47  ab ab hota yeh hai ke hum ek ek duniya mein jeete hain</w:t>
      </w:r>
      <w:r>
        <w:br/>
      </w:r>
      <w:r>
        <w:rPr>
          <w:sz w:val="20"/>
        </w:rPr>
        <w:t>10:51  jahan bohat cheezein hum suntay hain, dekhtay hain, parhtay hain. is se hum influence hotay hain. is se action aur reaction aata hai.</w:t>
      </w:r>
      <w:r>
        <w:br/>
      </w:r>
      <w:r>
        <w:rPr>
          <w:sz w:val="20"/>
        </w:rPr>
        <w:t>11:00  toh hum apne thought ko recollect karte hain, us ko analysis karte hain. is se ek naya thought emerge karta hai.</w:t>
      </w:r>
      <w:r>
        <w:br/>
      </w:r>
      <w:r>
        <w:rPr>
          <w:sz w:val="20"/>
        </w:rPr>
        <w:t>11:10  toh basically main jahan tak samjha hoon ke ek ek toh woh hai jo thought mein saari baatein maujood hain. doosri yeh hai ke jo hum bahar observation se ya study se baaton ko letay hain, is se phir ek analysis ek ek woh hota hai.</w:t>
      </w:r>
      <w:r>
        <w:br/>
      </w:r>
      <w:r>
        <w:rPr>
          <w:sz w:val="20"/>
        </w:rPr>
        <w:t>11:27  ek</w:t>
      </w:r>
      <w:r>
        <w:br/>
      </w:r>
      <w:r>
        <w:rPr>
          <w:sz w:val="20"/>
        </w:rPr>
        <w:t>11:29  ek nayi cheez emerge karti hai. ek toh us ko yaani yaani us ko explain bilkul is tarah nahi kiya ja sakta jis tarike se do do chaar ke tarike se.</w:t>
      </w:r>
      <w:r>
        <w:br/>
      </w:r>
      <w:r>
        <w:rPr>
          <w:sz w:val="20"/>
        </w:rPr>
        <w:t>11:43  isi liye psychology ab tak koi us ko science nahi manta.</w:t>
      </w:r>
      <w:r>
        <w:br/>
      </w:r>
      <w:r>
        <w:rPr>
          <w:sz w:val="20"/>
        </w:rPr>
        <w:t>11:48  kyunke science ab tak psychology is tarah develop nahi hui hai jis tarah exact sciences develop hui hain. is ko sirf samajhne ke liye maine yeh baatein kahi hain.</w:t>
      </w:r>
      <w:r>
        <w:br/>
      </w:r>
      <w:r>
        <w:rPr>
          <w:sz w:val="20"/>
        </w:rPr>
        <w:t>11:58  baqi agar aap yeh chahein ke main mathematical sense mein us ko explain kar doon toh yeh kisi ke liye possible nahi. na mere liye, na</w:t>
      </w:r>
      <w:r>
        <w:br/>
      </w:r>
      <w:r>
        <w:rPr>
          <w:sz w:val="20"/>
        </w:rPr>
        <w:t>12:06  na aur na woh pride ke liye.</w:t>
      </w:r>
    </w:p>
    <w:p>
      <w:pPr>
        <w:pStyle w:val="Heading2"/>
      </w:pPr>
      <w:r>
        <w:t>Stages for discovering God in daily life</w:t>
      </w:r>
    </w:p>
    <w:p>
      <w:r>
        <w:rPr>
          <w:color w:val="666666"/>
          <w:sz w:val="18"/>
        </w:rPr>
        <w:t>Spirituality · The Discovery of God IIC Prog (Maulana Talk) November 2, 2019 · 3m 49s · at 28:33 · https://youtu.be/u24tYGW6tCM?t=1713</w:t>
      </w:r>
    </w:p>
    <w:p>
      <w:r>
        <w:rPr>
          <w:i/>
        </w:rPr>
        <w:t>“Are there any stages for a person for the discovery of God? How can we discover God in our daily life?”</w:t>
      </w:r>
    </w:p>
    <w:p>
      <w:r>
        <w:rPr>
          <w:sz w:val="20"/>
        </w:rPr>
        <w:t>28:33  maulana sahib, yeh sawal bheja hai maulana iqbal umri ne jo program ko chennai se dekh rahe hain. unhon ne aapse poocha hai ke are there any stages for a person for the discovery of god?</w:t>
      </w:r>
      <w:r>
        <w:br/>
      </w:r>
      <w:r>
        <w:rPr>
          <w:sz w:val="20"/>
        </w:rPr>
        <w:t>28:47  how can we discover god in our daily life? is ke bare mein bataein. mein to har waqt paat</w:t>
      </w:r>
      <w:r>
        <w:br/>
      </w:r>
      <w:r>
        <w:rPr>
          <w:sz w:val="20"/>
        </w:rPr>
        <w:t>28:57  a hoon ke mein bol raha hoon aur meri awaz</w:t>
      </w:r>
      <w:r>
        <w:br/>
      </w:r>
      <w:r>
        <w:rPr>
          <w:sz w:val="20"/>
        </w:rPr>
        <w:t>29:04  na sirf aap tak pohnch rahi hai balkeh sari dunya mein pohnch rahi hai. samajhta hoon ke yeh creator ka kamal hai.</w:t>
      </w:r>
      <w:r>
        <w:br/>
      </w:r>
      <w:r>
        <w:rPr>
          <w:sz w:val="20"/>
        </w:rPr>
        <w:t>29:15  us ne nature ne nature mein aise cheezen rakh di theen,</w:t>
      </w:r>
      <w:r>
        <w:br/>
      </w:r>
      <w:r>
        <w:rPr>
          <w:sz w:val="20"/>
        </w:rPr>
        <w:t>29:23  laws of nature, un ko insan ne discover kiya aur discover kar ke us ne communication ka ek poora nizam banaya.</w:t>
      </w:r>
      <w:r>
        <w:br/>
      </w:r>
      <w:r>
        <w:rPr>
          <w:sz w:val="20"/>
        </w:rPr>
        <w:t>29:33  to jo kuch bhi dunya mein hai, chahe hawai jahaz ho, ek car ho, ek computer ho, yeh sab god almighty ki blessing hai.</w:t>
      </w:r>
      <w:r>
        <w:br/>
      </w:r>
      <w:r>
        <w:rPr>
          <w:sz w:val="20"/>
        </w:rPr>
        <w:t>29:45  to jab mein us ko istemal karta hoon ya mein kisi bhi tareeqe se us ko dekhta hoon to mein god ko dekhta hoon,</w:t>
      </w:r>
      <w:r>
        <w:br/>
      </w:r>
      <w:r>
        <w:rPr>
          <w:sz w:val="20"/>
        </w:rPr>
        <w:t>29:57  god ke communication ke through god ko. ya wohi, ab wohi mein formula apply karta hoon jo</w:t>
      </w:r>
      <w:r>
        <w:br/>
      </w:r>
      <w:r>
        <w:rPr>
          <w:sz w:val="20"/>
        </w:rPr>
        <w:t>30:08  quantum physics mein apply hota hai, yani effect se reality ko janna.</w:t>
      </w:r>
      <w:r>
        <w:br/>
      </w:r>
      <w:r>
        <w:rPr>
          <w:sz w:val="20"/>
        </w:rPr>
        <w:t>30:18  to yeh sab cheezen jo effect hain, woh khuda ka creation hai.</w:t>
      </w:r>
      <w:r>
        <w:br/>
      </w:r>
      <w:r>
        <w:rPr>
          <w:sz w:val="20"/>
        </w:rPr>
        <w:t>30:26  to through inference mein janta hoon, yeh meri, yeh meri discovery hai. maulana, doctor merchant sahib ne ek question bheja hai, unhon ne likha hai:</w:t>
      </w:r>
      <w:r>
        <w:br/>
      </w:r>
      <w:r>
        <w:rPr>
          <w:sz w:val="20"/>
        </w:rPr>
        <w:t>30:41  "thanks a lot for an enlightening talk by all the three speakers. it is said god is closer to me than i am to myself.</w:t>
      </w:r>
      <w:r>
        <w:br/>
      </w:r>
      <w:r>
        <w:rPr>
          <w:sz w:val="20"/>
        </w:rPr>
        <w:t>30:52  so then why am i far from god?</w:t>
      </w:r>
      <w:r>
        <w:br/>
      </w:r>
      <w:r>
        <w:rPr>
          <w:sz w:val="20"/>
        </w:rPr>
        <w:t>30:56  what is the reason that a man is far from god, even though god is so close to us?" dekhen, is myth ko mein jis ka mein arz kiya abhi ke quantum physics ne khatam kar diya ke ek cheez aap se paas bhi ho aur door bhi ho.</w:t>
      </w:r>
      <w:r>
        <w:br/>
      </w:r>
      <w:r>
        <w:rPr>
          <w:sz w:val="20"/>
        </w:rPr>
        <w:t>31:21  kyun ke jaisa ke mein ne arz kiya ke quantum physics yeh manti hai</w:t>
      </w:r>
      <w:r>
        <w:br/>
      </w:r>
      <w:r>
        <w:rPr>
          <w:sz w:val="20"/>
        </w:rPr>
        <w:t>31:27  ke ek cheez exist kar rahi hai jo hai. sub atomic particle. to sub atomic particle hum dekhte nahi, magar humein manna padta hai ke woh exist kar raha hai, is liye ke hum us ke effect ko detect karte hain.</w:t>
      </w:r>
      <w:r>
        <w:br/>
      </w:r>
      <w:r>
        <w:rPr>
          <w:sz w:val="20"/>
        </w:rPr>
        <w:t>31:45  to god ka jo existence hai, woh hum us ke creation ke through jante hain.</w:t>
      </w:r>
      <w:r>
        <w:br/>
      </w:r>
      <w:r>
        <w:rPr>
          <w:sz w:val="20"/>
        </w:rPr>
        <w:t>31:54  creation, creation ko hum jante hain, us ke through infer karte hain hum ke god maujood hai. yeh to ab ek aisi law of nature ka jo universal law hai, yeh applicable hai jis tareeqe se universe par is tarah woh applicable hai god almighty par.</w:t>
      </w:r>
    </w:p>
    <w:p>
      <w:pPr>
        <w:pStyle w:val="Heading2"/>
      </w:pPr>
      <w:r>
        <w:t>Starting point of spiritual journey</w:t>
      </w:r>
    </w:p>
    <w:p>
      <w:r>
        <w:rPr>
          <w:color w:val="666666"/>
          <w:sz w:val="18"/>
        </w:rPr>
        <w:t>Spirituality · On Death June 08, 2014 · 2m 21s · at 45:25 · https://youtu.be/p0lSKQ0edmw?t=2725</w:t>
      </w:r>
    </w:p>
    <w:p>
      <w:r>
        <w:rPr>
          <w:i/>
        </w:rPr>
        <w:t>“How can a person begin their spiritual journey? What should be the starting point? Please advise.”</w:t>
      </w:r>
    </w:p>
    <w:p>
      <w:r>
        <w:rPr>
          <w:sz w:val="20"/>
        </w:rPr>
        <w:t>45:25  Maulana, yeh sawal Bhopal se kiya hai Haider sahab ne, aur unhon ne likha hai ke: "Maulana sahib, how can a person begin his or her spiritual journey?</w:t>
      </w:r>
      <w:r>
        <w:br/>
      </w:r>
      <w:r>
        <w:rPr>
          <w:sz w:val="20"/>
        </w:rPr>
        <w:t>45:38  What should be the starting point? Please advise."</w:t>
      </w:r>
      <w:r>
        <w:br/>
      </w:r>
      <w:r>
        <w:rPr>
          <w:sz w:val="20"/>
        </w:rPr>
        <w:t>45:52  bhai, mera jo experience hai, woh yahi hai ke sab se zaroori cheez hai apne ko destruction se bachana.</w:t>
      </w:r>
      <w:r>
        <w:br/>
      </w:r>
      <w:r>
        <w:rPr>
          <w:sz w:val="20"/>
        </w:rPr>
        <w:t>46:07  jab spirituality ki taraf safar shuru nahin ho sakta jab tak aap apne aap ko destruction se na bachaein.</w:t>
      </w:r>
      <w:r>
        <w:br/>
      </w:r>
      <w:r>
        <w:rPr>
          <w:sz w:val="20"/>
        </w:rPr>
        <w:t>46:17  har aadmi kisi na kisi destruction mein phansa hua hai, har aadmi.</w:t>
      </w:r>
      <w:r>
        <w:br/>
      </w:r>
      <w:r>
        <w:rPr>
          <w:sz w:val="20"/>
        </w:rPr>
        <w:t>46:25  aur destruction ka maamla yeh hai ke kuch dinon ke baad destruction jo hota hai, woh aap ka addiction ban jata hai.</w:t>
      </w:r>
      <w:r>
        <w:br/>
      </w:r>
      <w:r>
        <w:rPr>
          <w:sz w:val="20"/>
        </w:rPr>
        <w:t>46:34  addiction. aap soch nahin paate ke koi destruction hai.</w:t>
      </w:r>
      <w:r>
        <w:br/>
      </w:r>
      <w:r>
        <w:rPr>
          <w:sz w:val="20"/>
        </w:rPr>
        <w:t>46:41  to jab tak addiction na bana ho, tab tak to apne ko is se bachana aasan hai. dekhiye, ek hai habit, ek hai addiction.</w:t>
      </w:r>
      <w:r>
        <w:br/>
      </w:r>
      <w:r>
        <w:rPr>
          <w:sz w:val="20"/>
        </w:rPr>
        <w:t>46:54  haibat, addiction. to jab haibat ke darjay mein ho, tab us ko samajhna aasan hai. lekin haibat aagay barh kar ban jati hai addiction, to aap us ko chhor nahin paate.</w:t>
      </w:r>
      <w:r>
        <w:br/>
      </w:r>
      <w:r>
        <w:rPr>
          <w:sz w:val="20"/>
        </w:rPr>
        <w:t>47:10  to beharhaal, jis ko spirituality chahiye, to yeh sab us ko karna parega. us ko instra, us ko instrastructure karna parega.</w:t>
      </w:r>
      <w:r>
        <w:br/>
      </w:r>
      <w:r>
        <w:rPr>
          <w:sz w:val="20"/>
        </w:rPr>
        <w:t>47:22  balkay mein yeh kaha karta hoon ke us ko self-hambry karna paregi. tab ja kar ke destruction se bachega.</w:t>
      </w:r>
      <w:r>
        <w:br/>
      </w:r>
      <w:r>
        <w:rPr>
          <w:sz w:val="20"/>
        </w:rPr>
        <w:t>47:31  tab ja kar ke woh apnay habits ko, apnay addiction ko discover kar payega. tab woh apni zindagi ki re-planning karega.</w:t>
      </w:r>
      <w:r>
        <w:br/>
      </w:r>
      <w:r>
        <w:rPr>
          <w:sz w:val="20"/>
        </w:rPr>
        <w:t>47:42  is ke baghair mumkin nahin hai.</w:t>
      </w:r>
    </w:p>
    <w:p>
      <w:pPr>
        <w:pStyle w:val="Heading2"/>
      </w:pPr>
      <w:r>
        <w:t>Struggling to attain peace for ten years</w:t>
      </w:r>
    </w:p>
    <w:p>
      <w:r>
        <w:rPr>
          <w:color w:val="666666"/>
          <w:sz w:val="18"/>
        </w:rPr>
        <w:t>Spirituality · 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Sustaining a thinker's mindset and gratitude</w:t>
      </w:r>
    </w:p>
    <w:p>
      <w:r>
        <w:rPr>
          <w:color w:val="666666"/>
          <w:sz w:val="18"/>
        </w:rPr>
        <w:t>Spirituality · God and Man I February 19, 2012 Maulana Wahiduddin Khan · 2m 25s · at 1:12:00 · https://youtu.be/8TP3nlGRZek?t=4320</w:t>
      </w:r>
    </w:p>
    <w:p>
      <w:r>
        <w:rPr>
          <w:i/>
        </w:rPr>
        <w:t>“How to be in a feeling of a thinker on a continuous basis? And how to be in a feeling of gratitude on a continuous basis?”</w:t>
      </w:r>
    </w:p>
    <w:p>
      <w:r>
        <w:rPr>
          <w:sz w:val="20"/>
        </w:rPr>
        <w:t>1:12:00  maulana agle sawal se pehle ek comment padhna chahenge jo Mr Shamsher Vake ne likha hai Australia se. unhone likha hai ke I really enjoyed today's lecture</w:t>
      </w:r>
      <w:r>
        <w:br/>
      </w:r>
      <w:r>
        <w:rPr>
          <w:sz w:val="20"/>
        </w:rPr>
        <w:t>1:12:12  agla sawal maulana hain Ms Naghma Siddiqui ka Delhi se. unhone poocha hai How to be in feeling of a thinker on a continuous basis?</w:t>
      </w:r>
      <w:r>
        <w:br/>
      </w:r>
      <w:r>
        <w:rPr>
          <w:sz w:val="20"/>
        </w:rPr>
        <w:t>1:12:23  Kindly advice kya phir se padhiye? How to be in a feeling of shukr How to be in a feeling of shukr on a continuous basis?</w:t>
      </w:r>
      <w:r>
        <w:br/>
      </w:r>
      <w:r>
        <w:rPr>
          <w:sz w:val="20"/>
        </w:rPr>
        <w:t>1:12:35  abhi hum is yani shukr kaise nahi karenge hum har waqt? har waqt hamein</w:t>
      </w:r>
      <w:r>
        <w:br/>
      </w:r>
      <w:r>
        <w:rPr>
          <w:sz w:val="20"/>
        </w:rPr>
        <w:t>1:12:41  mein to sochta hoon ke saans leta hoon aur aur aur oxygen mujhe inhale karta hoon, carbon exhale karta hoon.</w:t>
      </w:r>
      <w:r>
        <w:br/>
      </w:r>
      <w:r>
        <w:rPr>
          <w:sz w:val="20"/>
        </w:rPr>
        <w:t>1:12:52  yani har second yeh waqea hota hai, har second. to kaisi ajeeb baat hai ke mere jism mein jo nizam hai kharij mein us ke mutabiq nizam hai.</w:t>
      </w:r>
      <w:r>
        <w:br/>
      </w:r>
      <w:r>
        <w:rPr>
          <w:sz w:val="20"/>
        </w:rPr>
        <w:t>1:13:00  yani mere</w:t>
      </w:r>
      <w:r>
        <w:br/>
      </w:r>
      <w:r>
        <w:rPr>
          <w:sz w:val="20"/>
        </w:rPr>
        <w:t>1:13:02  carbon ko darakht le leta hai aur darakht is ke badle mujhe oxygen deta hai. to main oxygen inhale karta hoon aur carbon exhale karta hoon.</w:t>
      </w:r>
      <w:r>
        <w:br/>
      </w:r>
      <w:r>
        <w:rPr>
          <w:sz w:val="20"/>
        </w:rPr>
        <w:t>1:13:13  aur woh kitna zabardast exchange hota hai ke darakht mere carbon ko le leta hai aur mujhe oxygen supply karta hai. yeh har second ek ek yeh reminder hai, har har second ke liye ek reminder hai.</w:t>
      </w:r>
      <w:r>
        <w:br/>
      </w:r>
      <w:r>
        <w:rPr>
          <w:sz w:val="20"/>
        </w:rPr>
        <w:t>1:13:27  to mein to aik aik aik second bhi aisa nahi hota ke mein shukr ke baghair rahoon. kyunke har saans mujhe reminder hota hai mere liye, har saans.</w:t>
      </w:r>
      <w:r>
        <w:br/>
      </w:r>
      <w:r>
        <w:rPr>
          <w:sz w:val="20"/>
        </w:rPr>
        <w:t>1:13:37  har saans reminder hota hai ke ae ae insan Khuda ka shukr kar.yani aap ghore kijiye ke agar</w:t>
      </w:r>
      <w:r>
        <w:br/>
      </w:r>
      <w:r>
        <w:rPr>
          <w:sz w:val="20"/>
        </w:rPr>
        <w:t>1:13:46  aisa ho ke mere andar se jo carbon nikla woh darakht na le to har sa'at dunya rehne ke qabil na rahe.</w:t>
      </w:r>
      <w:r>
        <w:br/>
      </w:r>
      <w:r>
        <w:rPr>
          <w:sz w:val="20"/>
        </w:rPr>
        <w:t>1:13:56  dunya mein carbon gas bhar jayegi aur reh is dunya mein reh nahi payenge. ya darakht agar oxygen supply na kare to hum kahan tak theli liye phirenge oxygen ki?</w:t>
      </w:r>
      <w:r>
        <w:br/>
      </w:r>
      <w:r>
        <w:rPr>
          <w:sz w:val="20"/>
        </w:rPr>
        <w:t>1:14:07  to dono halaton mein mar jayenge. to har second yeh aik reminder hai insan ke liye ke ae insan Khuda ka shukr kar.</w:t>
      </w:r>
      <w:r>
        <w:br/>
      </w:r>
      <w:r>
        <w:rPr>
          <w:sz w:val="20"/>
        </w:rPr>
        <w:t>1:14:17  yeh sirf soch ki baat hai, soch. agar sochen to aap har har second, har lamha, har har moment aap</w:t>
      </w:r>
    </w:p>
    <w:p>
      <w:pPr>
        <w:pStyle w:val="Heading2"/>
      </w:pPr>
      <w:r>
        <w:t>Tawbah as Continuous Process</w:t>
      </w:r>
    </w:p>
    <w:p>
      <w:r>
        <w:rPr>
          <w:color w:val="666666"/>
          <w:sz w:val="18"/>
        </w:rPr>
        <w:t>Spirituality · Dars-e-Quran, Chapter 2, Verse 37 | January  07, 2018 · 3m 03s · at 1:02:31 · https://youtu.be/ao6Cr57KuEM?t=3751</w:t>
      </w:r>
    </w:p>
    <w:p>
      <w:r>
        <w:rPr>
          <w:i/>
        </w:rPr>
        <w:t>“Tawbah is not a one-time process, but a continuous process. Am I right in saying this? If this is so, does it imply that we will be doing...”</w:t>
      </w:r>
    </w:p>
    <w:p>
      <w:r>
        <w:rPr>
          <w:sz w:val="20"/>
        </w:rPr>
        <w:t>1:02:31  spiritual zeal. maulana, agla sawal lete hain jo kolkata se muhammad bilal shafi sahib ne bheja hai.</w:t>
      </w:r>
      <w:r>
        <w:br/>
      </w:r>
      <w:r>
        <w:rPr>
          <w:sz w:val="20"/>
        </w:rPr>
        <w:t>1:02:41  unhon ne likha hai: maulana, tauba to ek one time process nahin hai, balke ek continuous process hai.</w:t>
      </w:r>
      <w:r>
        <w:br/>
      </w:r>
      <w:r>
        <w:rPr>
          <w:sz w:val="20"/>
        </w:rPr>
        <w:t>1:02:51  Am I right in saying this? If this is so, does it imply that we will be doing</w:t>
      </w:r>
      <w:r>
        <w:br/>
      </w:r>
      <w:r>
        <w:rPr>
          <w:sz w:val="20"/>
        </w:rPr>
        <w:t>1:03:01  mistakes continuously? How will we then ever gain complete forgiveness, like that of Adam?" Dekhiye, galti ka matlab</w:t>
      </w:r>
      <w:r>
        <w:br/>
      </w:r>
      <w:r>
        <w:rPr>
          <w:sz w:val="20"/>
        </w:rPr>
        <w:t>1:03:07  yeh nahin ke aap ne kisi ko chori kar li, kisi ki jaan maar dali.</w:t>
      </w:r>
      <w:r>
        <w:br/>
      </w:r>
      <w:r>
        <w:rPr>
          <w:sz w:val="20"/>
        </w:rPr>
        <w:t>1:03:14  choti choti baat pe bhi aap ko andar repent hona chahiye.</w:t>
      </w:r>
      <w:r>
        <w:br/>
      </w:r>
      <w:r>
        <w:rPr>
          <w:sz w:val="20"/>
        </w:rPr>
        <w:t>1:03:20  choti choti baat pe jo har waqt insan ko ho sakti hai.</w:t>
      </w:r>
      <w:r>
        <w:br/>
      </w:r>
      <w:r>
        <w:rPr>
          <w:sz w:val="20"/>
        </w:rPr>
        <w:t>1:03:26  main nahin samajhta ke is mein</w:t>
      </w:r>
      <w:r>
        <w:br/>
      </w:r>
      <w:r>
        <w:rPr>
          <w:sz w:val="20"/>
        </w:rPr>
        <w:t>1:03:32  kya, yani kya problem hai, main samjha nahin.</w:t>
      </w:r>
      <w:r>
        <w:br/>
      </w:r>
      <w:r>
        <w:rPr>
          <w:sz w:val="20"/>
        </w:rPr>
        <w:t>1:03:40  baqi yeh hai ke ehsaas se, yani yeh ehsaas ke main, main to bilkul all right hoon, yeh</w:t>
      </w:r>
      <w:r>
        <w:br/>
      </w:r>
      <w:r>
        <w:rPr>
          <w:sz w:val="20"/>
        </w:rPr>
        <w:t>1:03:47  bahut hi killer hai, killer.</w:t>
      </w:r>
      <w:r>
        <w:br/>
      </w:r>
      <w:r>
        <w:rPr>
          <w:sz w:val="20"/>
        </w:rPr>
        <w:t>1:03:55  aur yeh ehsaas ke</w:t>
      </w:r>
      <w:r>
        <w:br/>
      </w:r>
      <w:r>
        <w:rPr>
          <w:sz w:val="20"/>
        </w:rPr>
        <w:t>1:04:03  main ne ghalati ki choti si baat par to woh aap ke liye bohat hi bara, aik bohat bara gain hai aap ke liye. maulana, agla comment aaya hai muhammad abdullah sahib ka kolkata se. unhon</w:t>
      </w:r>
      <w:r>
        <w:br/>
      </w:r>
      <w:r>
        <w:rPr>
          <w:sz w:val="20"/>
        </w:rPr>
        <w:t>1:04:33  نے لکھا ہے: "مولانا صاحب، from your every lecture, I learn new dimensions of Islamic text, but what</w:t>
      </w:r>
      <w:r>
        <w:br/>
      </w:r>
      <w:r>
        <w:rPr>
          <w:sz w:val="20"/>
        </w:rPr>
        <w:t>1:04:39  I learned in addition is the art of understanding the text.</w:t>
      </w:r>
      <w:r>
        <w:br/>
      </w:r>
      <w:r>
        <w:rPr>
          <w:sz w:val="20"/>
        </w:rPr>
        <w:t>1:04:45  This is an awesome way to learn from you.</w:t>
      </w:r>
      <w:r>
        <w:br/>
      </w:r>
      <w:r>
        <w:rPr>
          <w:sz w:val="20"/>
        </w:rPr>
        <w:t>1:04:51  jazak Allah. " yeh baat sahi hai ke quran ko parhne se pehle humein yeh jaanna chahiye ke what</w:t>
      </w:r>
      <w:r>
        <w:br/>
      </w:r>
      <w:r>
        <w:rPr>
          <w:sz w:val="20"/>
        </w:rPr>
        <w:t>1:04:58  is the method</w:t>
      </w:r>
      <w:r>
        <w:br/>
      </w:r>
      <w:r>
        <w:rPr>
          <w:sz w:val="20"/>
        </w:rPr>
        <w:t>1:05:04  quran ko samajhne ka, study karne ka method kya hai.</w:t>
      </w:r>
      <w:r>
        <w:br/>
      </w:r>
      <w:r>
        <w:rPr>
          <w:sz w:val="20"/>
        </w:rPr>
        <w:t>1:05:10  jaise maine aap se misaal di ke hazrat adam ke waqe'e ke do part hain, aur dono</w:t>
      </w:r>
      <w:r>
        <w:br/>
      </w:r>
      <w:r>
        <w:rPr>
          <w:sz w:val="20"/>
        </w:rPr>
        <w:t>1:05:16  do jagah hain.</w:t>
      </w:r>
      <w:r>
        <w:br/>
      </w:r>
      <w:r>
        <w:rPr>
          <w:sz w:val="20"/>
        </w:rPr>
        <w:t>1:05:22  ek part yeh hai ke adam ko repentance aaya, woh unhone duaein keen, ek jagah hai.</w:t>
      </w:r>
      <w:r>
        <w:br/>
      </w:r>
      <w:r>
        <w:rPr>
          <w:sz w:val="20"/>
        </w:rPr>
        <w:t>1:05:28  aur aur jo alfaaz the unki dua ke, woh doosri doos</w:t>
      </w:r>
    </w:p>
    <w:p>
      <w:pPr>
        <w:pStyle w:val="Heading2"/>
      </w:pPr>
      <w:r>
        <w:t>Things That Hamper Spiritual Growth</w:t>
      </w:r>
    </w:p>
    <w:p>
      <w:r>
        <w:rPr>
          <w:color w:val="666666"/>
          <w:sz w:val="18"/>
        </w:rPr>
        <w:t>Spirituality · On Death June 08, 2014 · 2m 50s · at 50:24 · https://youtu.be/p0lSKQ0edmw?t=3024</w:t>
      </w:r>
    </w:p>
    <w:p>
      <w:r>
        <w:rPr>
          <w:i/>
        </w:rPr>
        <w:t>“What are the things that hamper a person's spiritual growth?”</w:t>
      </w:r>
    </w:p>
    <w:p>
      <w:r>
        <w:rPr>
          <w:sz w:val="20"/>
        </w:rPr>
        <w:t>50:24  maulana, agla sawal kya hai Agra se Usman sahib ne. Aur unhon ne poocha hai aap se ke "Please tell us according to you, what are the things which hampers a person's spiritual growth?" Woh to mein ne wohi keh diya.</w:t>
      </w:r>
      <w:r>
        <w:br/>
      </w:r>
      <w:r>
        <w:rPr>
          <w:sz w:val="20"/>
        </w:rPr>
        <w:t>50:43  Distraction. Ji, sab se bari killer jo hai, killer cheez woh hai distraction.</w:t>
      </w:r>
      <w:r>
        <w:br/>
      </w:r>
      <w:r>
        <w:rPr>
          <w:sz w:val="20"/>
        </w:rPr>
        <w:t>50:51  Distraction se mein har cheez ko leta hoon. Yaani bare necessity jo hai, jo bilkul zaroori cheez hai, us ke siwa jahan jahan aap apnay ko mashghool karte hain, woh sab distraction hai.</w:t>
      </w:r>
      <w:r>
        <w:br/>
      </w:r>
      <w:r>
        <w:rPr>
          <w:sz w:val="20"/>
        </w:rPr>
        <w:t>51:08  To ya to aadmi spirituality ki baat na kare. Woh kahe ke mujhe spirituality chahiye nahin. Agar baat karta hai to us ko us ki price deni paregi.</w:t>
      </w:r>
      <w:r>
        <w:br/>
      </w:r>
      <w:r>
        <w:rPr>
          <w:sz w:val="20"/>
        </w:rPr>
        <w:t>51:20  Logon ka haal yeh hai ke price diye baghair chahte hain ke un ko spirituality mil jaye. Kehte hain to possible nahin hai.</w:t>
      </w:r>
      <w:r>
        <w:br/>
      </w:r>
      <w:r>
        <w:rPr>
          <w:sz w:val="20"/>
        </w:rPr>
        <w:t>51:31  Aksar logon ko mein ne yahi paya hai ke woh chahte hain ke price diye baghair woh spirituality ko pa jayen. Yeh to possible nahin hai. Yeh to law of nature ke khilaf hai.</w:t>
      </w:r>
      <w:r>
        <w:br/>
      </w:r>
      <w:r>
        <w:rPr>
          <w:sz w:val="20"/>
        </w:rPr>
        <w:t>51:43  To yaad rakhiye, spirituality ki jo price hai, woh hai apnay aap ko distraction se bachana. Yahi price hai.</w:t>
      </w:r>
      <w:r>
        <w:br/>
      </w:r>
      <w:r>
        <w:rPr>
          <w:sz w:val="20"/>
        </w:rPr>
        <w:t>51:53  Ya to dijiye yeh price aur spirituality ko hasil kijiye. Aur nahin dena hai aap ko to phir spirituality ki baat hi mat kijiye.</w:t>
      </w:r>
      <w:r>
        <w:br/>
      </w:r>
      <w:r>
        <w:rPr>
          <w:sz w:val="20"/>
        </w:rPr>
        <w:t>52:10  dekhiye, jaise main kehta hoon, distraction se bachana wohi cheez hai jo Quran mein sabr kaha gaya hai.</w:t>
      </w:r>
      <w:r>
        <w:br/>
      </w:r>
      <w:r>
        <w:rPr>
          <w:sz w:val="20"/>
        </w:rPr>
        <w:t>52:20  isi ko to Quran mein sabr kaha gaya hai.</w:t>
      </w:r>
      <w:r>
        <w:br/>
      </w:r>
      <w:r>
        <w:rPr>
          <w:sz w:val="20"/>
        </w:rPr>
        <w:t>52:25  Quran mein yeh ayat hai ke "ولنبلونكم بشيء من الخوف والجوء منقص من الأموال والنفس والصبرات وبشر الصابرين" ۔</w:t>
      </w:r>
      <w:r>
        <w:br/>
      </w:r>
      <w:r>
        <w:rPr>
          <w:sz w:val="20"/>
        </w:rPr>
        <w:t>52:40  to tarah tarah ke nuksan, tarah tarah ka khona, tarah tarah ki aisi cheezein jo hum chahte nahi, woh pesh aati hain. Is par sabr karenge, tab ja kar aap ko Allah ki se qareeb hone ki tofeeq milegi.</w:t>
      </w:r>
      <w:r>
        <w:br/>
      </w:r>
      <w:r>
        <w:rPr>
          <w:sz w:val="20"/>
        </w:rPr>
        <w:t>52:58  yahi to hai distraction. Distraction mein bolta hoon aaj ke mind ko address karne ke liye, warna woh wohi cheez hai jis ko Quran mein sabr kaha gaya hai.</w:t>
      </w:r>
    </w:p>
    <w:p>
      <w:pPr>
        <w:pStyle w:val="Heading2"/>
      </w:pPr>
      <w:r>
        <w:t>Things that derail from love of God</w:t>
      </w:r>
    </w:p>
    <w:p>
      <w:r>
        <w:rPr>
          <w:color w:val="666666"/>
          <w:sz w:val="18"/>
        </w:rPr>
        <w:t>Spirituality · Love of God 19 Sept 2021 - Prof. Farida Khanam · 3m 43s · at 33:44 · https://youtu.be/mpGeGz_Cfrw?t=2024</w:t>
      </w:r>
    </w:p>
    <w:p>
      <w:r>
        <w:rPr>
          <w:i/>
        </w:rPr>
        <w:t>“What can derail a person from love of God? What is your opinion?”</w:t>
      </w:r>
    </w:p>
    <w:p>
      <w:r>
        <w:rPr>
          <w:sz w:val="20"/>
        </w:rPr>
        <w:t>33:44  ah, apa yeh sawal merit se bheja hai Khalid sahib ne.</w:t>
      </w:r>
      <w:r>
        <w:br/>
      </w:r>
      <w:r>
        <w:rPr>
          <w:sz w:val="20"/>
        </w:rPr>
        <w:t>33:50  انہوں نے لکھا ہے کہ: "اہ، what can derail a person from love of God؟" What is your</w:t>
      </w:r>
      <w:r>
        <w:br/>
      </w:r>
      <w:r>
        <w:rPr>
          <w:sz w:val="20"/>
        </w:rPr>
        <w:t>33:56  opinion in this?</w:t>
      </w:r>
      <w:r>
        <w:br/>
      </w:r>
      <w:r>
        <w:rPr>
          <w:sz w:val="20"/>
        </w:rPr>
        <w:t>34:02  ab derailment zyada yahi hai ke hamare apne interest, hamari desires, is mein hum hamara diversion ho jata hai.</w:t>
      </w:r>
      <w:r>
        <w:br/>
      </w:r>
      <w:r>
        <w:rPr>
          <w:sz w:val="20"/>
        </w:rPr>
        <w:t>34:08  hum kisi cheez mein bohat zyada hamara concern badh jata hai.</w:t>
      </w:r>
      <w:r>
        <w:br/>
      </w:r>
      <w:r>
        <w:rPr>
          <w:sz w:val="20"/>
        </w:rPr>
        <w:t>34:14  jaise koi jo job karta hai, us ke liye sab se bari cheez career ho jati hai, aur</w:t>
      </w:r>
      <w:r>
        <w:br/>
      </w:r>
      <w:r>
        <w:rPr>
          <w:sz w:val="20"/>
        </w:rPr>
        <w:t>34:20  business karta hai to woh apne business ko aur zyada aur zyada karna chahta hai.</w:t>
      </w:r>
      <w:r>
        <w:br/>
      </w:r>
      <w:r>
        <w:rPr>
          <w:sz w:val="20"/>
        </w:rPr>
        <w:t>34:26  ya koi leader hai to woh apni popularity</w:t>
      </w:r>
      <w:r>
        <w:br/>
      </w:r>
      <w:r>
        <w:rPr>
          <w:sz w:val="20"/>
        </w:rPr>
        <w:t>34:32  ke chakkar mein bohat zyada aage badh jata hai, aur woh khuda se taalluq is ka kam ho jata hai.</w:t>
      </w:r>
      <w:r>
        <w:br/>
      </w:r>
      <w:r>
        <w:rPr>
          <w:sz w:val="20"/>
        </w:rPr>
        <w:t>34:37  to yahi sab derailment hai.</w:t>
      </w:r>
      <w:r>
        <w:br/>
      </w:r>
      <w:r>
        <w:rPr>
          <w:sz w:val="20"/>
        </w:rPr>
        <w:t>34:41  yani duniya jo hai, yeh bohat bara deception hai.</w:t>
      </w:r>
      <w:r>
        <w:br/>
      </w:r>
      <w:r>
        <w:rPr>
          <w:sz w:val="20"/>
        </w:rPr>
        <w:t>34:45  is deception se hamein aage badhna hai, aur tamam veil ko phaad kar ke khuda se taalluq qaim karna hai.</w:t>
      </w:r>
      <w:r>
        <w:br/>
      </w:r>
      <w:r>
        <w:rPr>
          <w:sz w:val="20"/>
        </w:rPr>
        <w:t>34:50  is mein sab se bari baat yeh hai ke hum yeh samjhen ke yeh duniya jo hai, yeh</w:t>
      </w:r>
      <w:r>
        <w:br/>
      </w:r>
      <w:r>
        <w:rPr>
          <w:sz w:val="20"/>
        </w:rPr>
        <w:t>34:54  ek temporary aboard hai.</w:t>
      </w:r>
      <w:r>
        <w:br/>
      </w:r>
      <w:r>
        <w:rPr>
          <w:sz w:val="20"/>
        </w:rPr>
        <w:t>34:58  yeh creation plan jab tak hum apne samne</w:t>
      </w:r>
      <w:r>
        <w:br/>
      </w:r>
      <w:r>
        <w:rPr>
          <w:sz w:val="20"/>
        </w:rPr>
        <w:t>35:03  nahin rakhenge to hum duniya mein phanse rahenge.</w:t>
      </w:r>
      <w:r>
        <w:br/>
      </w:r>
      <w:r>
        <w:rPr>
          <w:sz w:val="20"/>
        </w:rPr>
        <w:t>35:06  kyunke duniya hum ko ek dam real lagti hai.</w:t>
      </w:r>
      <w:r>
        <w:br/>
      </w:r>
      <w:r>
        <w:rPr>
          <w:sz w:val="20"/>
        </w:rPr>
        <w:t>35:10  to hum ko apna creation plan apne samne rakhna hai, aur yeh samajhna hai ke hamari jo ek</w:t>
      </w:r>
      <w:r>
        <w:br/>
      </w:r>
      <w:r>
        <w:rPr>
          <w:sz w:val="20"/>
        </w:rPr>
        <w:t>35:14  eternal life hai, yeh chand din ki dunya hai.</w:t>
      </w:r>
      <w:r>
        <w:br/>
      </w:r>
      <w:r>
        <w:rPr>
          <w:sz w:val="20"/>
        </w:rPr>
        <w:t>35:18  is mein sirf zaroorat ki had tak involve karen, aur baqi jo hai sab kuch jo hai akhirat</w:t>
      </w:r>
      <w:r>
        <w:br/>
      </w:r>
      <w:r>
        <w:rPr>
          <w:sz w:val="20"/>
        </w:rPr>
        <w:t>35:21  ke liye tayyari karen.</w:t>
      </w:r>
      <w:r>
        <w:br/>
      </w:r>
      <w:r>
        <w:rPr>
          <w:sz w:val="20"/>
        </w:rPr>
        <w:t>35:25  kyun ke asal eternal abode hamara wohi hai.</w:t>
      </w:r>
      <w:r>
        <w:br/>
      </w:r>
      <w:r>
        <w:rPr>
          <w:sz w:val="20"/>
        </w:rPr>
        <w:t>35:29  in fact, apa</w:t>
      </w:r>
      <w:r>
        <w:br/>
      </w:r>
      <w:r>
        <w:rPr>
          <w:sz w:val="20"/>
        </w:rPr>
        <w:t>35:33  just to add in what you said, there is also a hadith with respect to this, and there</w:t>
      </w:r>
      <w:r>
        <w:br/>
      </w:r>
      <w:r>
        <w:rPr>
          <w:sz w:val="20"/>
        </w:rPr>
        <w:t>35:39  as a warning as well as glad tiding in that hadith.</w:t>
      </w:r>
      <w:r>
        <w:br/>
      </w:r>
      <w:r>
        <w:rPr>
          <w:sz w:val="20"/>
        </w:rPr>
        <w:t>35:45  And Muadh ibn Jabal narrated that the Prophet once said that you are on a wide and broad road</w:t>
      </w:r>
      <w:r>
        <w:br/>
      </w:r>
      <w:r>
        <w:rPr>
          <w:sz w:val="20"/>
        </w:rPr>
        <w:t>35:51  of God till you are overtaken by two intoxicants.</w:t>
      </w:r>
      <w:r>
        <w:br/>
      </w:r>
      <w:r>
        <w:rPr>
          <w:sz w:val="20"/>
        </w:rPr>
        <w:t>35:57  The first intoxicant is ignorance, and the second intoxicant is a love of</w:t>
      </w:r>
      <w:r>
        <w:br/>
      </w:r>
      <w:r>
        <w:rPr>
          <w:sz w:val="20"/>
        </w:rPr>
        <w:t>36:03  luxury and ease.</w:t>
      </w:r>
      <w:r>
        <w:br/>
      </w:r>
      <w:r>
        <w:rPr>
          <w:sz w:val="20"/>
        </w:rPr>
        <w:t>36:07  Ah so, and then he said that you will continue, you will continue to order to do good</w:t>
      </w:r>
      <w:r>
        <w:br/>
      </w:r>
      <w:r>
        <w:rPr>
          <w:sz w:val="20"/>
        </w:rPr>
        <w:t>36:12  to people, and you will ask them to shun evil.</w:t>
      </w:r>
      <w:r>
        <w:br/>
      </w:r>
      <w:r>
        <w:rPr>
          <w:sz w:val="20"/>
        </w:rPr>
        <w:t>36:16  Ah, but then you will be overtaken by the love of this world, and when you will be</w:t>
      </w:r>
      <w:r>
        <w:br/>
      </w:r>
      <w:r>
        <w:rPr>
          <w:sz w:val="20"/>
        </w:rPr>
        <w:t>36:20  overtaken by the love of this world, like you mentioned, then you will stop ordering people to do</w:t>
      </w:r>
      <w:r>
        <w:br/>
      </w:r>
      <w:r>
        <w:rPr>
          <w:sz w:val="20"/>
        </w:rPr>
        <w:t>36:24  good, or you will not tell them to, you know, check.</w:t>
      </w:r>
      <w:r>
        <w:br/>
      </w:r>
      <w:r>
        <w:rPr>
          <w:sz w:val="20"/>
        </w:rPr>
        <w:t>36:29  you will not check the</w:t>
      </w:r>
      <w:r>
        <w:br/>
      </w:r>
      <w:r>
        <w:rPr>
          <w:sz w:val="20"/>
        </w:rPr>
        <w:t>36:33  them in evil.</w:t>
      </w:r>
      <w:r>
        <w:br/>
      </w:r>
      <w:r>
        <w:rPr>
          <w:sz w:val="20"/>
        </w:rPr>
        <w:t>36:38  so then here he also gives a glad tiding.</w:t>
      </w:r>
      <w:r>
        <w:br/>
      </w:r>
      <w:r>
        <w:rPr>
          <w:sz w:val="20"/>
        </w:rPr>
        <w:t>36:43  he says that if at that time you act according to the book and the sunnah, then it</w:t>
      </w:r>
      <w:r>
        <w:br/>
      </w:r>
      <w:r>
        <w:rPr>
          <w:sz w:val="20"/>
        </w:rPr>
        <w:t>36:48  is like you will be in an in in the league of the earlier muhajir and the ansar.</w:t>
      </w:r>
      <w:r>
        <w:br/>
      </w:r>
      <w:r>
        <w:rPr>
          <w:sz w:val="20"/>
        </w:rPr>
        <w:t>36:53  so this is a, this is a great, you know, sort of tiding for everyone that if</w:t>
      </w:r>
      <w:r>
        <w:br/>
      </w:r>
      <w:r>
        <w:rPr>
          <w:sz w:val="20"/>
        </w:rPr>
        <w:t>36:58  we can some how manage, like apa also mentioned that is</w:t>
      </w:r>
      <w:r>
        <w:br/>
      </w:r>
      <w:r>
        <w:rPr>
          <w:sz w:val="20"/>
        </w:rPr>
        <w:t>37:04  dunya se bachna hai, whether it is, you know, position, love, fame, children, your wealth.</w:t>
      </w:r>
      <w:r>
        <w:br/>
      </w:r>
      <w:r>
        <w:rPr>
          <w:sz w:val="20"/>
        </w:rPr>
        <w:t>37:10  then you can actually be in the league of the ansar and the muhajir, and they were the</w:t>
      </w:r>
      <w:r>
        <w:br/>
      </w:r>
      <w:r>
        <w:rPr>
          <w:sz w:val="20"/>
        </w:rPr>
        <w:t>37:16  companions of the prophet.</w:t>
      </w:r>
      <w:r>
        <w:br/>
      </w:r>
      <w:r>
        <w:rPr>
          <w:sz w:val="20"/>
        </w:rPr>
        <w:t>37:22  so its, its a, its a wonderful hadith that I came across.</w:t>
      </w:r>
    </w:p>
    <w:p>
      <w:pPr>
        <w:pStyle w:val="Heading2"/>
      </w:pPr>
      <w:r>
        <w:t>Ultimate limit of discovering helplessness</w:t>
      </w:r>
    </w:p>
    <w:p>
      <w:r>
        <w:rPr>
          <w:color w:val="666666"/>
          <w:sz w:val="18"/>
        </w:rPr>
        <w:t>Spirituality · The Importance of Thinking November 10, 2013 · 2m 24s · at 58:41 · https://youtu.be/y16CddTHoqE?t=3521</w:t>
      </w:r>
    </w:p>
    <w:p>
      <w:r>
        <w:rPr>
          <w:i/>
        </w:rPr>
        <w:t>“What is the ultimate limit of discovering helplessness? How can one know that they have discovered helplessness?”</w:t>
      </w:r>
    </w:p>
    <w:p>
      <w:r>
        <w:rPr>
          <w:sz w:val="20"/>
        </w:rPr>
        <w:t>58:41  to mein inshallah aap ko jawab doon ga. Maulana, agla sawal tamil nadu se hai Maulana Iqbal Umri ka</w:t>
      </w:r>
      <w:r>
        <w:br/>
      </w:r>
      <w:r>
        <w:rPr>
          <w:sz w:val="20"/>
        </w:rPr>
        <w:t>58:49  . unhon ne likha hai: "Maulana, ajz ki daryaft ki aakhri had kya hai? yani koi kaise yeh jaan sakta hai ke mein ajz ko daryaft kar chuka hoon?"</w:t>
      </w:r>
      <w:r>
        <w:br/>
      </w:r>
      <w:r>
        <w:rPr>
          <w:sz w:val="20"/>
        </w:rPr>
        <w:t>59:08  dekhen, mere tajrube ke mutabiq is ka jawab yeh hai ke jab aap ka haal yeh ho jaye ke aap ko aap ki praise ki jaye, aap ki tareef ki jaye,</w:t>
      </w:r>
      <w:r>
        <w:br/>
      </w:r>
      <w:r>
        <w:rPr>
          <w:sz w:val="20"/>
        </w:rPr>
        <w:t>59:26  aur aap ko is par koi khushi na ho, aur aap ko criticize kiya jaye, aap ki tanqeed ki jaye, aur is par aap ko kuch offend na ho, aap aap bura na lagay,</w:t>
      </w:r>
      <w:r>
        <w:br/>
      </w:r>
      <w:r>
        <w:rPr>
          <w:sz w:val="20"/>
        </w:rPr>
        <w:t>59:39  tab aap ne ajz ko jana.</w:t>
      </w:r>
      <w:r>
        <w:br/>
      </w:r>
      <w:r>
        <w:rPr>
          <w:sz w:val="20"/>
        </w:rPr>
        <w:t>59:45  yani aap ko bara. aap ko aap aap ko criticize kiya jaye aur aap offend na hon, aap ko praise kiya jaye aur aap khush na hon,</w:t>
      </w:r>
      <w:r>
        <w:br/>
      </w:r>
      <w:r>
        <w:rPr>
          <w:sz w:val="20"/>
        </w:rPr>
        <w:t>59:58  tab aap ne jana hai ke ajz ko daryaft kiya. baqi yeh hai ke ajz kis ka Allah ka qabool hoga, yeh alag baat hai.</w:t>
      </w:r>
      <w:r>
        <w:br/>
      </w:r>
      <w:r>
        <w:rPr>
          <w:sz w:val="20"/>
        </w:rPr>
        <w:t>1:00:07  phir bhi yeh baat baqi rahe gi ke is ka ajz Allah ka qabil-e-qubool thehray ga, woh Allah hi ko pata hai.</w:t>
      </w:r>
      <w:r>
        <w:br/>
      </w:r>
      <w:r>
        <w:rPr>
          <w:sz w:val="20"/>
        </w:rPr>
        <w:t>1:00:15  lekin definition ke aitbar se mein keh sakta hoon ke ajz ki definition yahi hai ke aadmi itna criticize ho jata hai,</w:t>
      </w:r>
      <w:r>
        <w:br/>
      </w:r>
      <w:r>
        <w:rPr>
          <w:sz w:val="20"/>
        </w:rPr>
        <w:t>1:00:29  itna criticize ho jata hai ke aadmi ko tareef sun kar woh kehta hai ke meri tareef kya? mein meri kon si tareef ki baat hai?</w:t>
      </w:r>
      <w:r>
        <w:br/>
      </w:r>
      <w:r>
        <w:rPr>
          <w:sz w:val="20"/>
        </w:rPr>
        <w:t>1:00:38  mere liye tanqeed sun kar sochta hai ke tanqeed par offend hone kya hai</w:t>
      </w:r>
      <w:r>
        <w:br/>
      </w:r>
      <w:r>
        <w:rPr>
          <w:sz w:val="20"/>
        </w:rPr>
        <w:t>1:00:45  ? mein to mein to woh aik aik ghalti kar raha hai, mere to hazar ghalti hai.</w:t>
      </w:r>
      <w:r>
        <w:br/>
      </w:r>
      <w:r>
        <w:rPr>
          <w:sz w:val="20"/>
        </w:rPr>
        <w:t>1:00:51  to ajz ki definition mein de raha hoon. baqi yeh hai ke kis ka ajz Allah ka qabool hoga, accept kiya jaye ga, woh alag baat hai.</w:t>
      </w:r>
      <w:r>
        <w:br/>
      </w:r>
      <w:r>
        <w:rPr>
          <w:sz w:val="20"/>
        </w:rPr>
        <w:t>1:01:00  is ka ilm sirf Allah ko hai.</w:t>
      </w:r>
    </w:p>
    <w:p>
      <w:pPr>
        <w:pStyle w:val="Heading2"/>
      </w:pPr>
      <w:r>
        <w:t>Understanding God's perspective on self</w:t>
      </w:r>
    </w:p>
    <w:p>
      <w:r>
        <w:rPr>
          <w:color w:val="666666"/>
          <w:sz w:val="18"/>
        </w:rPr>
        <w:t>Spirituality · Concept of Jihad in Islam September 7, 2014 · 3m 03s · at 54:40 · https://youtu.be/GnKBYM8HbuQ?t=3280</w:t>
      </w:r>
    </w:p>
    <w:p>
      <w:r>
        <w:rPr>
          <w:i/>
        </w:rPr>
        <w:t>“You had said you want each CPS member to look at himself the way God is looking at him. Can you please elaborate for our understanding what did you mean by that?”</w:t>
      </w:r>
    </w:p>
    <w:p>
      <w:r>
        <w:rPr>
          <w:sz w:val="20"/>
        </w:rPr>
        <w:t>54:40  maulana, agla sawal miss naghma siddiqui ne kiya hai dilli se, aur unhon ne likha hai ke you</w:t>
      </w:r>
      <w:r>
        <w:br/>
      </w:r>
      <w:r>
        <w:rPr>
          <w:sz w:val="20"/>
        </w:rPr>
        <w:t>54:45  had said you want each CPS member to look at himself the way God is looking at him.</w:t>
      </w:r>
      <w:r>
        <w:br/>
      </w:r>
      <w:r>
        <w:rPr>
          <w:sz w:val="20"/>
        </w:rPr>
        <w:t>54:51  Can you please elaborate for our understanding what did you mean by that?</w:t>
      </w:r>
      <w:r>
        <w:br/>
      </w:r>
      <w:r>
        <w:rPr>
          <w:sz w:val="20"/>
        </w:rPr>
        <w:t>54:56  Bhai, ek hadith hai, isi isi isi baat ko maine apne lafzon mein keh diya.</w:t>
      </w:r>
      <w:r>
        <w:br/>
      </w:r>
      <w:r>
        <w:rPr>
          <w:sz w:val="20"/>
        </w:rPr>
        <w:t>55:01  Ek hadith hai ke la tazal qadama abdin hatta yus'ala an arba Allah ke samne insan khara hoga</w:t>
      </w:r>
      <w:r>
        <w:br/>
      </w:r>
      <w:r>
        <w:rPr>
          <w:sz w:val="20"/>
        </w:rPr>
        <w:t>55:07  Aur hat nahi payega samne se jab tak char sal ka jawab na de de.</w:t>
      </w:r>
      <w:r>
        <w:br/>
      </w:r>
      <w:r>
        <w:rPr>
          <w:sz w:val="20"/>
        </w:rPr>
        <w:t>55:12  To wahi to hai ke aap is hadith par gaur kijiye ke wahan jab Allah ka barah-e-rast</w:t>
      </w:r>
      <w:r>
        <w:br/>
      </w:r>
      <w:r>
        <w:rPr>
          <w:sz w:val="20"/>
        </w:rPr>
        <w:t>55:18  Mujh se sawal hoga to main kya jawab dunga? Aur hadith mein yeh bhi hai ke har</w:t>
      </w:r>
      <w:r>
        <w:br/>
      </w:r>
      <w:r>
        <w:rPr>
          <w:sz w:val="20"/>
        </w:rPr>
        <w:t>55:23  Insan par woh waqt aayega ke woh Allah se uska dialogue hoga aur beech mein koi</w:t>
      </w:r>
      <w:r>
        <w:br/>
      </w:r>
      <w:r>
        <w:rPr>
          <w:sz w:val="20"/>
        </w:rPr>
        <w:t>55:28  Tarjuman nahi hoga.</w:t>
      </w:r>
      <w:r>
        <w:br/>
      </w:r>
      <w:r>
        <w:rPr>
          <w:sz w:val="20"/>
        </w:rPr>
        <w:t>55:34  Wa laysa bainahu wa baina hu tarjuman. Bari ajib baat hai.</w:t>
      </w:r>
      <w:r>
        <w:br/>
      </w:r>
      <w:r>
        <w:rPr>
          <w:sz w:val="20"/>
        </w:rPr>
        <w:t>55:39  Har insan Allah ke samne khara hoga aur beech mein koi tarjuman nahi hoga.</w:t>
      </w:r>
      <w:r>
        <w:br/>
      </w:r>
      <w:r>
        <w:rPr>
          <w:sz w:val="20"/>
        </w:rPr>
        <w:t>55:45  Yaani jo zuban Allah ki taraf se aayegi, wahi zuban aap bhi samjhenge aur bolenge.</w:t>
      </w:r>
      <w:r>
        <w:br/>
      </w:r>
      <w:r>
        <w:rPr>
          <w:sz w:val="20"/>
        </w:rPr>
        <w:t>55:50  Ek hi zuban.</w:t>
      </w:r>
      <w:r>
        <w:br/>
      </w:r>
      <w:r>
        <w:rPr>
          <w:sz w:val="20"/>
        </w:rPr>
        <w:t>55:55  To main samajhta hoon ke agar aadmi is tarah soche to har aadmi jaan lega ke wahan</w:t>
      </w:r>
      <w:r>
        <w:br/>
      </w:r>
      <w:r>
        <w:rPr>
          <w:sz w:val="20"/>
        </w:rPr>
        <w:t>56:01  Par mujh se kya sawal kiya jayega.</w:t>
      </w:r>
      <w:r>
        <w:br/>
      </w:r>
      <w:r>
        <w:rPr>
          <w:sz w:val="20"/>
        </w:rPr>
        <w:t>56:06  Koi mushkil kaam nahi.</w:t>
      </w:r>
      <w:r>
        <w:br/>
      </w:r>
      <w:r>
        <w:rPr>
          <w:sz w:val="20"/>
        </w:rPr>
        <w:t>56:12  Aap ka fitrat, aap ka shaoor yeh batane ke liye kafi hai ke jab main Allah ke samne</w:t>
      </w:r>
      <w:r>
        <w:br/>
      </w:r>
      <w:r>
        <w:rPr>
          <w:sz w:val="20"/>
        </w:rPr>
        <w:t>56:17  Khara hounga to mujh se kya sawal kiya jayega.</w:t>
      </w:r>
      <w:r>
        <w:br/>
      </w:r>
      <w:r>
        <w:rPr>
          <w:sz w:val="20"/>
        </w:rPr>
        <w:t>56:22  Is mein kisi logic ki zaroorat nahi hai, kisi philosophy ki zaroorat nahi hai.</w:t>
      </w:r>
      <w:r>
        <w:br/>
      </w:r>
      <w:r>
        <w:rPr>
          <w:sz w:val="20"/>
        </w:rPr>
        <w:t>56:28  Kaisi ajib baat hai.</w:t>
      </w:r>
      <w:r>
        <w:br/>
      </w:r>
      <w:r>
        <w:rPr>
          <w:sz w:val="20"/>
        </w:rPr>
        <w:t>56:33  Quran mein hai ke Yawma yaqoomu alnnasu lirabbi al'alamin jab khare honge log Allah ke samne, isi</w:t>
      </w:r>
      <w:r>
        <w:br/>
      </w:r>
      <w:r>
        <w:rPr>
          <w:sz w:val="20"/>
        </w:rPr>
        <w:t>56:39  Ka ta'beer hai hadith mein.</w:t>
      </w:r>
      <w:r>
        <w:br/>
      </w:r>
      <w:r>
        <w:rPr>
          <w:sz w:val="20"/>
        </w:rPr>
        <w:t>56:44  To bas yahi soche aadmi ke woh waqt jab aane wala hai ke jab main Allah ke samne</w:t>
      </w:r>
      <w:r>
        <w:br/>
      </w:r>
      <w:r>
        <w:rPr>
          <w:sz w:val="20"/>
        </w:rPr>
        <w:t>56:49  Apne aap ko paunga aur tarjuman ke baghair mujh se Allah ka dialogue hoga.</w:t>
      </w:r>
      <w:r>
        <w:br/>
      </w:r>
      <w:r>
        <w:rPr>
          <w:sz w:val="20"/>
        </w:rPr>
        <w:t>56:55  Aur aap jante hain ke har aadmi ko pata hai ke Allah par mere dil ka haal bhi</w:t>
      </w:r>
      <w:r>
        <w:br/>
      </w:r>
      <w:r>
        <w:rPr>
          <w:sz w:val="20"/>
        </w:rPr>
        <w:t>57:00  Khula hua hai.</w:t>
      </w:r>
      <w:r>
        <w:br/>
      </w:r>
      <w:r>
        <w:rPr>
          <w:sz w:val="20"/>
        </w:rPr>
        <w:t>57:06  woh janta hai ke mere mind mein kya soch chal raha hai, is ka bhi pata hai Allah taala ko.</w:t>
      </w:r>
      <w:r>
        <w:br/>
      </w:r>
      <w:r>
        <w:rPr>
          <w:sz w:val="20"/>
        </w:rPr>
        <w:t>57:11  isi liye Quran mein kaha gaya hai ke har aadmi agar apne aap bare mein soche toh woh</w:t>
      </w:r>
      <w:r>
        <w:br/>
      </w:r>
      <w:r>
        <w:rPr>
          <w:sz w:val="20"/>
        </w:rPr>
        <w:t>57:16  khud hi jaan sakta hai ke sachai kya hai.</w:t>
      </w:r>
      <w:r>
        <w:br/>
      </w:r>
      <w:r>
        <w:rPr>
          <w:sz w:val="20"/>
        </w:rPr>
        <w:t>57:22  balil lil insani wali nafsih wa saro toh mein toh aksar isi aayat ko sochta rehta hoon yom yaqoomun nas</w:t>
      </w:r>
      <w:r>
        <w:br/>
      </w:r>
      <w:r>
        <w:rPr>
          <w:sz w:val="20"/>
        </w:rPr>
        <w:t>57:27  lirab bil aalameen jis din log khare honge rab ul aalameen ke samne.</w:t>
      </w:r>
      <w:r>
        <w:br/>
      </w:r>
      <w:r>
        <w:rPr>
          <w:sz w:val="20"/>
        </w:rPr>
        <w:t>57:33  yahi ek aayat mere liye kafi hoti hai ke sari baatein mujh se khul jayen aur mujh ko</w:t>
      </w:r>
      <w:r>
        <w:br/>
      </w:r>
      <w:r>
        <w:rPr>
          <w:sz w:val="20"/>
        </w:rPr>
        <w:t>57:38  yeh aayat mujhe wazeh kar deti hai.</w:t>
      </w:r>
    </w:p>
    <w:p>
      <w:pPr>
        <w:pStyle w:val="Heading2"/>
      </w:pPr>
      <w:r>
        <w:t>Understanding Sabr as U-Turn</w:t>
      </w:r>
    </w:p>
    <w:p>
      <w:r>
        <w:rPr>
          <w:color w:val="666666"/>
          <w:sz w:val="18"/>
        </w:rPr>
        <w:t>Spirituality · The Method of Planning August 14, 2016 · 3m 48s · at 1:00:28 · https://youtu.be/84WV8NS2VKQ?t=3628</w:t>
      </w:r>
    </w:p>
    <w:p>
      <w:r>
        <w:rPr>
          <w:i/>
        </w:rPr>
        <w:t>“You said in today's lecture that patience (sabr) is taking a U-turn. I did not understand it.”</w:t>
      </w:r>
    </w:p>
    <w:p>
      <w:r>
        <w:rPr>
          <w:sz w:val="20"/>
        </w:rPr>
        <w:t>1:00:28  maulana, agla sawal bangalore se kya hai javed sahab ne, aur unhon ne likha hai ke maulana, you</w:t>
      </w:r>
      <w:r>
        <w:br/>
      </w:r>
      <w:r>
        <w:rPr>
          <w:sz w:val="20"/>
        </w:rPr>
        <w:t>1:00:34  said in today's lecture that sabr is taking a U-turn.</w:t>
      </w:r>
      <w:r>
        <w:br/>
      </w:r>
      <w:r>
        <w:rPr>
          <w:sz w:val="20"/>
        </w:rPr>
        <w:t>1:00:40  I did not understand it.</w:t>
      </w:r>
      <w:r>
        <w:br/>
      </w:r>
      <w:r>
        <w:rPr>
          <w:sz w:val="20"/>
        </w:rPr>
        <w:t>1:00:46  Can you elaborate as to how sabr means taking a U-turn?</w:t>
      </w:r>
      <w:r>
        <w:br/>
      </w:r>
      <w:r>
        <w:rPr>
          <w:sz w:val="20"/>
        </w:rPr>
        <w:t>1:00:51  dikhye, sabr ka matlab kya hai? Patience, tahammul, yani react na karna.</w:t>
      </w:r>
      <w:r>
        <w:br/>
      </w:r>
      <w:r>
        <w:rPr>
          <w:sz w:val="20"/>
        </w:rPr>
        <w:t>1:00:57  sabr ka matlab hai react na karte hue sochna.</w:t>
      </w:r>
      <w:r>
        <w:br/>
      </w:r>
      <w:r>
        <w:rPr>
          <w:sz w:val="20"/>
        </w:rPr>
        <w:t>1:01:03  yani koi soorat-e-haal pesh aayi to aadmi kya karta hai? Foran react karta hai.</w:t>
      </w:r>
      <w:r>
        <w:br/>
      </w:r>
      <w:r>
        <w:rPr>
          <w:sz w:val="20"/>
        </w:rPr>
        <w:t>1:01:09  koi bhi soorat-e-haal pesh aaye, mushtael ho jata hai, ghussa ho jata hai, react karta hai.</w:t>
      </w:r>
      <w:r>
        <w:br/>
      </w:r>
      <w:r>
        <w:rPr>
          <w:sz w:val="20"/>
        </w:rPr>
        <w:t>1:01:15  to is ka jo ulta hai, woh sabr hai.</w:t>
      </w:r>
      <w:r>
        <w:br/>
      </w:r>
      <w:r>
        <w:rPr>
          <w:sz w:val="20"/>
        </w:rPr>
        <w:t>1:01:20  is ka ulta jo hai, woh sabr hai.</w:t>
      </w:r>
      <w:r>
        <w:br/>
      </w:r>
      <w:r>
        <w:rPr>
          <w:sz w:val="20"/>
        </w:rPr>
        <w:t>1:01:26  to is ka maani hai ke jo instinct jo aata hai aadmi ke mind mein, jo baat hai,</w:t>
      </w:r>
      <w:r>
        <w:br/>
      </w:r>
      <w:r>
        <w:rPr>
          <w:sz w:val="20"/>
        </w:rPr>
        <w:t>1:01:32  isko na is se mutasir na ho kar ke doosra U-turn lene wala.</w:t>
      </w:r>
      <w:r>
        <w:br/>
      </w:r>
      <w:r>
        <w:rPr>
          <w:sz w:val="20"/>
        </w:rPr>
        <w:t>1:01:38  to practical tor par dekhen, yeh to U-turn hai.</w:t>
      </w:r>
      <w:r>
        <w:br/>
      </w:r>
      <w:r>
        <w:rPr>
          <w:sz w:val="20"/>
        </w:rPr>
        <w:t>1:01:44  aap chal rahe hain, chal rahe hain, society bombing kar rahe hain aur political activity chala rahe hain,</w:t>
      </w:r>
      <w:r>
        <w:br/>
      </w:r>
      <w:r>
        <w:rPr>
          <w:sz w:val="20"/>
        </w:rPr>
        <w:t>1:01:49  lekin koi result nahi nikalta.</w:t>
      </w:r>
      <w:r>
        <w:br/>
      </w:r>
      <w:r>
        <w:rPr>
          <w:sz w:val="20"/>
        </w:rPr>
        <w:t>1:01:55  to sabr karna padega, tab sochenge aap.</w:t>
      </w:r>
      <w:r>
        <w:br/>
      </w:r>
      <w:r>
        <w:rPr>
          <w:sz w:val="20"/>
        </w:rPr>
        <w:t>1:02:01  yani logon ko bharkane ko bhulana padega, nuksan ko bhulana padega, logon ke sazishon ko bhulana padega.</w:t>
      </w:r>
      <w:r>
        <w:br/>
      </w:r>
      <w:r>
        <w:rPr>
          <w:sz w:val="20"/>
        </w:rPr>
        <w:t>1:02:07  It requires patience.</w:t>
      </w:r>
      <w:r>
        <w:br/>
      </w:r>
      <w:r>
        <w:rPr>
          <w:sz w:val="20"/>
        </w:rPr>
        <w:t>1:02:13  to jab tak aap sabr nahi karenge, aap ke andar tahammul nahi aayega, aap ke andar</w:t>
      </w:r>
      <w:r>
        <w:br/>
      </w:r>
      <w:r>
        <w:rPr>
          <w:sz w:val="20"/>
        </w:rPr>
        <w:t>1:02:18  positive thinking nahi aayegi, aap objective andaaz mein assess nahi kar payenge.</w:t>
      </w:r>
      <w:r>
        <w:br/>
      </w:r>
      <w:r>
        <w:rPr>
          <w:sz w:val="20"/>
        </w:rPr>
        <w:t>1:02:24  yahi to sabr hai, aur kya hai? Quran mein dekhiye, ek aayat hai fasbir kama sabara uli al-awliya</w:t>
      </w:r>
      <w:r>
        <w:br/>
      </w:r>
      <w:r>
        <w:rPr>
          <w:sz w:val="20"/>
        </w:rPr>
        <w:t>1:02:30  min rusulim la ta'ajjil lahum.</w:t>
      </w:r>
      <w:r>
        <w:br/>
      </w:r>
      <w:r>
        <w:rPr>
          <w:sz w:val="20"/>
        </w:rPr>
        <w:t>1:02:36  to Quran mein sabr ka ulta ajlat bataya gaya hai.</w:t>
      </w:r>
      <w:r>
        <w:br/>
      </w:r>
      <w:r>
        <w:rPr>
          <w:sz w:val="20"/>
        </w:rPr>
        <w:t>1:02:42  sabr ka ulta ajlat, jald bazi.</w:t>
      </w:r>
      <w:r>
        <w:br/>
      </w:r>
      <w:r>
        <w:rPr>
          <w:sz w:val="20"/>
        </w:rPr>
        <w:t>1:02:47  to jald bazi kia hai? Reaction hai.</w:t>
      </w:r>
      <w:r>
        <w:br/>
      </w:r>
      <w:r>
        <w:rPr>
          <w:sz w:val="20"/>
        </w:rPr>
        <w:t>1:02:53  to reaction ka ulta kia hai? Positive thinking hai.</w:t>
      </w:r>
      <w:r>
        <w:br/>
      </w:r>
      <w:r>
        <w:rPr>
          <w:sz w:val="20"/>
        </w:rPr>
        <w:t>1:02:59  to aap ghor kariye, to amalan sabr ka matlab yahi hota hai.</w:t>
      </w:r>
      <w:r>
        <w:br/>
      </w:r>
      <w:r>
        <w:rPr>
          <w:sz w:val="20"/>
        </w:rPr>
        <w:t>1:03:05  aap khud ghor karenge to aap ko aap par clear ho jayegi yeh baat.</w:t>
      </w:r>
      <w:r>
        <w:br/>
      </w:r>
      <w:r>
        <w:rPr>
          <w:sz w:val="20"/>
        </w:rPr>
        <w:t>1:03:11  Okay, so we will end this session now.</w:t>
      </w:r>
      <w:r>
        <w:br/>
      </w:r>
      <w:r>
        <w:rPr>
          <w:sz w:val="20"/>
        </w:rPr>
        <w:t>1:03:17  If you want to join CPS Peace and Dawah initiatives or you want to be a Quran distributor in your local area, then kindly write to us at info@cpsglobal.org. We will be back next Sunday, same time at 10:30 AM. Thank you.</w:t>
      </w:r>
    </w:p>
    <w:p>
      <w:pPr>
        <w:pStyle w:val="Heading2"/>
      </w:pPr>
      <w:r>
        <w:t>Understanding Tawbah Nasuh as self-evaluation</w:t>
      </w:r>
    </w:p>
    <w:p>
      <w:r>
        <w:rPr>
          <w:color w:val="666666"/>
          <w:sz w:val="18"/>
        </w:rPr>
        <w:t>Spirituality · Tawbah-e-Nasuh (Sincere Repentance) 16 Feb 2020 - Maulana Wahiduddin Khan · 2m 03s · at 36:35 · https://youtu.be/0CccKs-1Uu8?t=2195</w:t>
      </w:r>
    </w:p>
    <w:p>
      <w:r>
        <w:rPr>
          <w:i/>
        </w:rPr>
        <w:t>“Can I understand that the same is for Tawbah Nasuh (sincere repentance) is to sit back, take stock and replan after every action?”</w:t>
      </w:r>
    </w:p>
    <w:p>
      <w:r>
        <w:rPr>
          <w:sz w:val="20"/>
        </w:rPr>
        <w:t>36:35  Maulana Bangalore se Riyaz Bhat sahib ne sawal bheja hai. Unhon ne likha hai: "It is mercifulness of Almighty Allah that with every interpretation of verses of the Quran we are being led to illumination of wisdom revealed by the Creator.</w:t>
      </w:r>
      <w:r>
        <w:br/>
      </w:r>
      <w:r>
        <w:rPr>
          <w:sz w:val="20"/>
        </w:rPr>
        <w:t>36:55  I understand that it is proven fact among scholars that sensitivity towards self-evaluation shapes the positive personality of a person and any believer has to keep it as main priority.</w:t>
      </w:r>
      <w:r>
        <w:br/>
      </w:r>
      <w:r>
        <w:rPr>
          <w:sz w:val="20"/>
        </w:rPr>
        <w:t>37:13  My question is can I understand that the same is for tauba nasuh is to sit back, take stock and replan after every action." Main to khatir sahi hai aap ki soch.</w:t>
      </w:r>
      <w:r>
        <w:br/>
      </w:r>
      <w:r>
        <w:rPr>
          <w:sz w:val="20"/>
        </w:rPr>
        <w:t>37:29  Tauba nasuh isi tarah</w:t>
      </w:r>
      <w:r>
        <w:br/>
      </w:r>
      <w:r>
        <w:rPr>
          <w:sz w:val="20"/>
        </w:rPr>
        <w:t>37:33  ka process aap ke andar jari karna hai. Tauba nasuh dekhiye, ek process hai. Ek lambi ki baat nahi hai.</w:t>
      </w:r>
      <w:r>
        <w:br/>
      </w:r>
      <w:r>
        <w:rPr>
          <w:sz w:val="20"/>
        </w:rPr>
        <w:t>37:43  Ke aap mujh se bol den ke maine tauba naseeb kiya. Is se kuch nahi hota. Aap ko apne andar ek process</w:t>
      </w:r>
      <w:r>
        <w:br/>
      </w:r>
      <w:r>
        <w:rPr>
          <w:sz w:val="20"/>
        </w:rPr>
        <w:t>37:51  jari karna hoga. Ek amal jari karna hoga. Tab woh tauba nasuh banega.</w:t>
      </w:r>
      <w:r>
        <w:br/>
      </w:r>
      <w:r>
        <w:rPr>
          <w:sz w:val="20"/>
        </w:rPr>
        <w:t>38:04  Professor Fareeda Khanam ne Delhi se comment bheja hai. Unhon ne likha hai: "I knew about tauba nasuh but I have realized it only today when you explained it by giving examples." Doctor Naghma Siddiqui ne Delhi se likha hai: "Molana I realized the importance of</w:t>
      </w:r>
      <w:r>
        <w:br/>
      </w:r>
      <w:r>
        <w:rPr>
          <w:sz w:val="20"/>
        </w:rPr>
        <w:t>38:25  sincere and immediate repentance today. I will inshallah watch over myself and change and purify myself all the time."</w:t>
      </w:r>
    </w:p>
    <w:p>
      <w:pPr>
        <w:pStyle w:val="Heading2"/>
      </w:pPr>
      <w:r>
        <w:t>Understanding the meaning of taqwa</w:t>
      </w:r>
    </w:p>
    <w:p>
      <w:r>
        <w:rPr>
          <w:color w:val="666666"/>
          <w:sz w:val="18"/>
        </w:rPr>
        <w:t>Spirituality · Spirit of Ramadan June 14, 2015 · 4m 00s · at 1:02:46 · https://youtu.be/mKQdhE2rhdQ?t=3766</w:t>
      </w:r>
    </w:p>
    <w:p>
      <w:r>
        <w:rPr>
          <w:i/>
        </w:rPr>
        <w:t>“You said the real thing is taqwa. What is this taqwa?”</w:t>
      </w:r>
    </w:p>
    <w:p>
      <w:r>
        <w:rPr>
          <w:sz w:val="20"/>
        </w:rPr>
        <w:t>1:02:46  unhon ne kaha chalo yeh bhi theek hai. sab se acha formula yahi hai. Maulana, inhi ka agla sawal hai. Maulana, aap ne bataya asal cheez taqwa hai.</w:t>
      </w:r>
      <w:r>
        <w:br/>
      </w:r>
      <w:r>
        <w:rPr>
          <w:sz w:val="20"/>
        </w:rPr>
        <w:t>1:02:59  yeh taqwa kya hai?</w:t>
      </w:r>
      <w:r>
        <w:br/>
      </w:r>
      <w:r>
        <w:rPr>
          <w:sz w:val="20"/>
        </w:rPr>
        <w:t>1:03:01  taqwa spirit ka naam hai. taqwa koi mysterious cheez nahi hai. spirit, spirit yani aik hota hai form, aik hoti hai spirit.</w:t>
      </w:r>
      <w:r>
        <w:br/>
      </w:r>
      <w:r>
        <w:rPr>
          <w:sz w:val="20"/>
        </w:rPr>
        <w:t>1:03:13  to jo log aam taur par log bas form ko jante hain, is form ke peeche jo spirit hai us se bekhabar hain. misaal ke taur par roza hai.</w:t>
      </w:r>
      <w:r>
        <w:br/>
      </w:r>
      <w:r>
        <w:rPr>
          <w:sz w:val="20"/>
        </w:rPr>
        <w:t>1:03:21  roze mein yeh jante hain ke kya hamein lena hai?</w:t>
      </w:r>
      <w:r>
        <w:br/>
      </w:r>
      <w:r>
        <w:rPr>
          <w:sz w:val="20"/>
        </w:rPr>
        <w:t>1:03:26  yeh khana, yeh pani, woh samaan, yeh chahiye mujhe taake khoob khayein sehri ke waqt taake bhook na lage.</w:t>
      </w:r>
      <w:r>
        <w:br/>
      </w:r>
      <w:r>
        <w:rPr>
          <w:sz w:val="20"/>
        </w:rPr>
        <w:t>1:03:37  to yeh lena hai. to roze mein log jo jo form logon ne pakad rakha hai woh taking spirit par base karta hai.</w:t>
      </w:r>
      <w:r>
        <w:br/>
      </w:r>
      <w:r>
        <w:rPr>
          <w:sz w:val="20"/>
        </w:rPr>
        <w:t>1:03:46  doosra jo maine arz kiya woh giving spirit, doosron ko dena.</w:t>
      </w:r>
      <w:r>
        <w:br/>
      </w:r>
      <w:r>
        <w:rPr>
          <w:sz w:val="20"/>
        </w:rPr>
        <w:t>1:03:53  to har cheez mein aik form hota hai, aik spirit hoti hai. Islam ki jitni bhi taleemat hain, jitni bhi teaching hain, sab spirit ke aitbaar se unki importance hai, form ke aitbaar se nahi hai.</w:t>
      </w:r>
      <w:r>
        <w:br/>
      </w:r>
      <w:r>
        <w:rPr>
          <w:sz w:val="20"/>
        </w:rPr>
        <w:t>1:04:08  Maulana, yeh agla comment aaya hai Shafi Dar sahib ka Kashmir se. Respected Maulana sahib, Assalam-o-Alaikum. I heard your last Sunday talk and it was full of inspiration.</w:t>
      </w:r>
      <w:r>
        <w:br/>
      </w:r>
      <w:r>
        <w:rPr>
          <w:sz w:val="20"/>
        </w:rPr>
        <w:t>1:04:22  I was thinking that I am suffering in discrimination somewhere in my job and in my relationship, but your Sunday lecture helped me a lot and I thank Allah Almighty that He provided me a chance to hear your lecture.</w:t>
      </w:r>
      <w:r>
        <w:br/>
      </w:r>
      <w:r>
        <w:rPr>
          <w:sz w:val="20"/>
        </w:rPr>
        <w:t>1:04:39  otherwise I would have died in a state of negative mentality and discrimination.</w:t>
      </w:r>
      <w:r>
        <w:br/>
      </w:r>
      <w:r>
        <w:rPr>
          <w:sz w:val="20"/>
        </w:rPr>
        <w:t>1:04:46  dekhiye, main phir kahunga ke jo aadmi discrimination ki boli bolta hai, woh ka koi talluq Islam se nahi hai.</w:t>
      </w:r>
      <w:r>
        <w:br/>
      </w:r>
      <w:r>
        <w:rPr>
          <w:sz w:val="20"/>
        </w:rPr>
        <w:t>1:04:57  Islam mein discrimination ki boli sirf Satan ki thi, Satan ki, na Rasool ki, na Sahabi ki. yeh yeh Rasool Islam ki boli nahi hai.</w:t>
      </w:r>
      <w:r>
        <w:br/>
      </w:r>
      <w:r>
        <w:rPr>
          <w:sz w:val="20"/>
        </w:rPr>
        <w:t>1:05:08  discrimination yeh Satan ki boli hai.</w:t>
      </w:r>
      <w:r>
        <w:br/>
      </w:r>
      <w:r>
        <w:rPr>
          <w:sz w:val="20"/>
        </w:rPr>
        <w:t>1:05:11  Satan ne kaha tha ke khalaqni min naar wa khalaqtani min teen ke main is se mera darja bada hai aur insaan ka darja chota hai.</w:t>
      </w:r>
      <w:r>
        <w:br/>
      </w:r>
      <w:r>
        <w:rPr>
          <w:sz w:val="20"/>
        </w:rPr>
        <w:t>1:05:22  to to ne is ko badha diya, mujhe peeche peeche kar diya. yeh discriminate ki Rasool Allah par ilzaam lagaya discrimination ka.</w:t>
      </w:r>
      <w:r>
        <w:br/>
      </w:r>
      <w:r>
        <w:rPr>
          <w:sz w:val="20"/>
        </w:rPr>
        <w:t>1:05:31  to jo aadmi yaad rakhiye, discrimination mein ki boli bolta hai, woh Satan ki boli bolta hai, Satan ki boli bolta hai.</w:t>
      </w:r>
      <w:r>
        <w:br/>
      </w:r>
      <w:r>
        <w:rPr>
          <w:sz w:val="20"/>
        </w:rPr>
        <w:t>1:05:40  isi liye aap poora jo Quran o Hadees hai, kahin padh kar dikha dijiye, koi paighambar bola ho description ki boli, koi Sahabi bola ho description ki boli, yeh sirf Satan hai jo bola tha.</w:t>
      </w:r>
      <w:r>
        <w:br/>
      </w:r>
      <w:r>
        <w:rPr>
          <w:sz w:val="20"/>
        </w:rPr>
        <w:t>1:05:52  isi ko log follow kar rahe hain. ab bohat khatarnak baat yaad rakhiye ke Quran mein hai Allah taala ne farmaya ke jo Shaitan ko follow karega to main uska anjaam Shaitan ke saath karunga.</w:t>
      </w:r>
      <w:r>
        <w:br/>
      </w:r>
      <w:r>
        <w:rPr>
          <w:sz w:val="20"/>
        </w:rPr>
        <w:t>1:06:04  to kya yeh yeh risk lene ke tayyar hain woh log jo discrimination ki boli bolte hain? jo log discrimination ki boli bolte hain, woh Satan ki boli bolte hain.</w:t>
      </w:r>
      <w:r>
        <w:br/>
      </w:r>
      <w:r>
        <w:rPr>
          <w:sz w:val="20"/>
        </w:rPr>
        <w:t>1:06:15  aur Satan ki boli walon ke liye Quran mein hai ke jo boli bolega to uska wahi hoga anjaam jo Satan ka ho</w:t>
      </w:r>
      <w:r>
        <w:br/>
      </w:r>
      <w:r>
        <w:rPr>
          <w:sz w:val="20"/>
        </w:rPr>
        <w:t>1:06:24  ga. to sochna chahiye in logon ko ke woh kya kis cheez ka risk le rahe hain jo Satan ki boli ko, jo risk discrimination ki boli bolte hain.</w:t>
      </w:r>
      <w:r>
        <w:br/>
      </w:r>
      <w:r>
        <w:rPr>
          <w:sz w:val="20"/>
        </w:rPr>
        <w:t>1:06:33  bohat bohat hi bohat hi bara risk le rahe hain aise log. Discrimination ko main Islam mein bilkul hi jaiz nahi samajhta. Yeh Satan ki boli jaiz kaise ho jayegi?</w:t>
      </w:r>
    </w:p>
    <w:p>
      <w:pPr>
        <w:pStyle w:val="Heading2"/>
      </w:pPr>
      <w:r>
        <w:t>What is Sabr-e-Jameel (beautiful patience)?</w:t>
      </w:r>
    </w:p>
    <w:p>
      <w:r>
        <w:rPr>
          <w:color w:val="666666"/>
          <w:sz w:val="18"/>
        </w:rPr>
        <w:t>Spirituality · Divine Help March 31, 2019 Maulana Wahiduddin Khan · 3m 40s · at 41:40 · https://youtu.be/o5-R5Rjs5Cw?t=2500</w:t>
      </w:r>
    </w:p>
    <w:p>
      <w:r>
        <w:rPr>
          <w:i/>
        </w:rPr>
        <w:t>“What is Sabr-e-Jameel (beautiful patience)? Please explain it.”</w:t>
      </w:r>
    </w:p>
    <w:p>
      <w:r>
        <w:rPr>
          <w:sz w:val="20"/>
        </w:rPr>
        <w:t>41:40  maulana, agla ek comment aur sawal hai jo umm ashait sahiba ne bheja hai chennai se, unhon ne likha hai: "Today I learned that what is planning of God?</w:t>
      </w:r>
      <w:r>
        <w:br/>
      </w:r>
      <w:r>
        <w:rPr>
          <w:sz w:val="20"/>
        </w:rPr>
        <w:t>41:56  The great plan of God in history is Hazrat Hajirah's model changed into Kaba model, and now in modern era the toti malhotra ka model will inshaAllah change into global women model.</w:t>
      </w:r>
      <w:r>
        <w:br/>
      </w:r>
      <w:r>
        <w:rPr>
          <w:sz w:val="20"/>
        </w:rPr>
        <w:t>42:11  jazak Allah maulana. phir un ka sawal hai maulana, unhon ne aap se poocha hai ke sabr jameel kya hai, is ki wazahat karen.</w:t>
      </w:r>
      <w:r>
        <w:br/>
      </w:r>
      <w:r>
        <w:rPr>
          <w:sz w:val="20"/>
        </w:rPr>
        <w:t>42:29  sabr jameel ka matlab hai ke shikayat ke baghair sabr karna.</w:t>
      </w:r>
      <w:r>
        <w:br/>
      </w:r>
      <w:r>
        <w:rPr>
          <w:sz w:val="20"/>
        </w:rPr>
        <w:t>42:37  bas musalman jeete hain shikayaton mein ke zulm ho raha hai, yeh ho raha hai, woh ho raha hai. to shikayat ke baghair sabr karna, yahi sabr jameel hai.</w:t>
      </w:r>
      <w:r>
        <w:br/>
      </w:r>
      <w:r>
        <w:rPr>
          <w:sz w:val="20"/>
        </w:rPr>
        <w:t>42:57  Maulana, un ka ek aur comment aaya hai abhi abhi jo hum parhna chahein ge.</w:t>
      </w:r>
      <w:r>
        <w:br/>
      </w:r>
      <w:r>
        <w:rPr>
          <w:sz w:val="20"/>
        </w:rPr>
        <w:t>43:00  to Umm Ish'aat sahibah ne likha hai: "Maulana, main musalsal teen din se kitaab Qayamat ka Kalam parh</w:t>
      </w:r>
      <w:r>
        <w:br/>
      </w:r>
      <w:r>
        <w:rPr>
          <w:sz w:val="20"/>
        </w:rPr>
        <w:t>43:09  rahi thi to mujhe mehsoos hua ke aaj hi mein musalman hui hoon aur main aaj dobara kalma</w:t>
      </w:r>
      <w:r>
        <w:br/>
      </w:r>
      <w:r>
        <w:rPr>
          <w:sz w:val="20"/>
        </w:rPr>
        <w:t>43:16  parhna chahti hoon."</w:t>
      </w:r>
      <w:r>
        <w:br/>
      </w:r>
      <w:r>
        <w:rPr>
          <w:sz w:val="20"/>
        </w:rPr>
        <w:t>43:18  jazak Allah Maulana, you are a person who is giving guidance globally in the modern era and in</w:t>
      </w:r>
      <w:r>
        <w:br/>
      </w:r>
      <w:r>
        <w:rPr>
          <w:sz w:val="20"/>
        </w:rPr>
        <w:t>43:25  the age of communication.</w:t>
      </w:r>
      <w:r>
        <w:br/>
      </w:r>
      <w:r>
        <w:rPr>
          <w:sz w:val="20"/>
        </w:rPr>
        <w:t>43:28  masha Allah, jazakum Allah.</w:t>
      </w:r>
      <w:r>
        <w:br/>
      </w:r>
      <w:r>
        <w:rPr>
          <w:sz w:val="20"/>
        </w:rPr>
        <w:t>43:34  maulana, ek sawal aaya hai rahel ali sahib ka, unhon ne apni location nahi likhi hai. un ka sawal hai ke how can I make a non-Muslim understand tauheed, is ke bare mein bataen.</w:t>
      </w:r>
      <w:r>
        <w:br/>
      </w:r>
      <w:r>
        <w:rPr>
          <w:sz w:val="20"/>
        </w:rPr>
        <w:t>43:52  bhai, yeh to is zamane mein, yani science ke zamane mein, bohat hi asan ho chuka hai. hamari koi kitab hai "Al Islam wa Tauheed", woh tauheedi par to hai, woh kitab.</w:t>
      </w:r>
      <w:r>
        <w:br/>
      </w:r>
      <w:r>
        <w:rPr>
          <w:sz w:val="20"/>
        </w:rPr>
        <w:t>44:06  is ka naam angrezi mein hai "God Rises" . us ko aap parhiye, woh kitab tauheed hai, woh</w:t>
      </w:r>
      <w:r>
        <w:br/>
      </w:r>
      <w:r>
        <w:rPr>
          <w:sz w:val="20"/>
        </w:rPr>
        <w:t>44:20  aap us ko parhiye, insha Allah us par aap ko jawab mil jayega.</w:t>
      </w:r>
      <w:r>
        <w:br/>
      </w:r>
      <w:r>
        <w:rPr>
          <w:sz w:val="20"/>
        </w:rPr>
        <w:t>44:34  aur agar aap ko mere siwa kisi aur ki kitab parhna hai, is ka bhi naam batata hoon mein aap ko. ek kitab hai jis ka naam hai angrezi mein "Evidence of God in an Expanding Universe" .</w:t>
      </w:r>
      <w:r>
        <w:br/>
      </w:r>
      <w:r>
        <w:rPr>
          <w:sz w:val="20"/>
        </w:rPr>
        <w:t>44:51  arabi mein is ka title hai "Allah Yatjalla Fi Asr Al Ilm" . arabic mein title hai "Allah Yatjalla Fi Asr Al Ilm" .</w:t>
      </w:r>
      <w:r>
        <w:br/>
      </w:r>
      <w:r>
        <w:rPr>
          <w:sz w:val="20"/>
        </w:rPr>
        <w:t>45:03  angrezi mein title hai "Evidence of God in an Expanding Universe" . parhiye us ko, reading parhaiye, reading parhana bohat zaroori hai.</w:t>
      </w:r>
    </w:p>
    <w:p>
      <w:pPr>
        <w:pStyle w:val="Heading2"/>
      </w:pPr>
      <w:r>
        <w:t>Why Learning Islam Hardens Heart</w:t>
      </w:r>
    </w:p>
    <w:p>
      <w:r>
        <w:rPr>
          <w:color w:val="666666"/>
          <w:sz w:val="18"/>
        </w:rPr>
        <w:t>Spirituality · Life After Death January 22, 2012 · 4m 10s · at 1:28:24 · https://youtu.be/5hVH1BLKBF4?t=5304</w:t>
      </w:r>
    </w:p>
    <w:p>
      <w:r>
        <w:rPr>
          <w:i/>
        </w:rPr>
        <w:t>“Most of the Muslims who follow the Islamic scholars and know a little bit of Quran and Hadith are away from the love of humanity. Why does the learning of Islam lead to stiffening of one's heart?”</w:t>
      </w:r>
    </w:p>
    <w:p>
      <w:r>
        <w:rPr>
          <w:sz w:val="20"/>
        </w:rPr>
        <w:t>1:28:24  is mein koi sawab nahi hai. maulana, in ka doosra sawal yeh hai, unhone likha hai: "Most of the Muslims who follow the Islamic scholars and know a little bit of Quran and Hadith are away from the love of humanity.</w:t>
      </w:r>
      <w:r>
        <w:br/>
      </w:r>
      <w:r>
        <w:rPr>
          <w:sz w:val="20"/>
        </w:rPr>
        <w:t>1:28:41  Why does the learning of Islam lead one to stiffening of one's heart?"</w:t>
      </w:r>
      <w:r>
        <w:br/>
      </w:r>
      <w:r>
        <w:rPr>
          <w:sz w:val="20"/>
        </w:rPr>
        <w:t>1:28:50  nahi, yeh yeh stiffening jo aayi hai yeh quran o hadith se nahi aayi hai. chhodne ki niyat mein aayi hai, chhodne ki.</w:t>
      </w:r>
      <w:r>
        <w:br/>
      </w:r>
      <w:r>
        <w:rPr>
          <w:sz w:val="20"/>
        </w:rPr>
        <w:t>1:28:59  is ko kehte hain qasawat. qasawat chhoden. agar woh quran ko padhen, hadith ko padhen, rasool allah ki seerat ko padhen to is mein dil naram hoga.</w:t>
      </w:r>
      <w:r>
        <w:br/>
      </w:r>
      <w:r>
        <w:rPr>
          <w:sz w:val="20"/>
        </w:rPr>
        <w:t>1:29:09  woh softening ke zariye aayi hai, stiffening ke zariye nahi hai. yani qasawat nahi aayegi balkeh dil naram ho gaye. log log log keh rahe hain ke woh padhte hi nahi hain.</w:t>
      </w:r>
      <w:r>
        <w:br/>
      </w:r>
      <w:r>
        <w:rPr>
          <w:sz w:val="20"/>
        </w:rPr>
        <w:t>1:29:20  bahut se bahut quran ki tilawat kar lete hain. quran ka zikr kaun karta hai? to jitna zyada gehrai ke sath log quran ko padhenge, sunnat rasool ko padhenge, hadith ko padhenge, sahaba ki zindagi ko padhenge, utne hi logon ke dil naram honge.</w:t>
      </w:r>
      <w:r>
        <w:br/>
      </w:r>
      <w:r>
        <w:rPr>
          <w:sz w:val="20"/>
        </w:rPr>
        <w:t>1:29:36  aur jitna is ko chhodenge utni qasawat aayegi.</w:t>
      </w:r>
      <w:r>
        <w:br/>
      </w:r>
      <w:r>
        <w:rPr>
          <w:sz w:val="20"/>
        </w:rPr>
        <w:t>1:29:40  yeh hai saada formula is ka.</w:t>
      </w:r>
      <w:r>
        <w:br/>
      </w:r>
      <w:r>
        <w:rPr>
          <w:sz w:val="20"/>
        </w:rPr>
        <w:t>1:29:44  dilli se misr muhammad sadiq ne likha hai: "We Muslims believe this. We Muslims believe this worldly life only once.</w:t>
      </w:r>
      <w:r>
        <w:br/>
      </w:r>
      <w:r>
        <w:rPr>
          <w:sz w:val="20"/>
        </w:rPr>
        <w:t>1:29:55  But non-Muslims believe seven times life and birth. Please tell us how to make them understand logically as they don't believe Quran and Islamic concepts."</w:t>
      </w:r>
      <w:r>
        <w:br/>
      </w:r>
      <w:r>
        <w:rPr>
          <w:sz w:val="20"/>
        </w:rPr>
        <w:t>1:30:10  kitaben padhiye, padhwaiye. khud hi padhiye to padhwaiye. aur koi doosra zariya nahi hai. khud apne yani aap apna intellectual development kijiye.</w:t>
      </w:r>
      <w:r>
        <w:br/>
      </w:r>
      <w:r>
        <w:rPr>
          <w:sz w:val="20"/>
        </w:rPr>
        <w:t>1:30:24  aur sab mutale se hota hai, study ke zariye hota hai. khud padhiye to padhwaiye. yahi tareeqa hai. maulana sharukh hussain ne dilli se likha hai: "इस्लाम में मायूसी हराम क्यों है?</w:t>
      </w:r>
      <w:r>
        <w:br/>
      </w:r>
      <w:r>
        <w:rPr>
          <w:sz w:val="20"/>
        </w:rPr>
        <w:t>1:30:39  "haram is liye hai ke duniya ko allah taala ne is tarah banaya hai ke yahan mayoos hone ki zaroorat hi nahi hai.</w:t>
      </w:r>
      <w:r>
        <w:br/>
      </w:r>
      <w:r>
        <w:rPr>
          <w:sz w:val="20"/>
        </w:rPr>
        <w:t>1:30:52  misal ke taur par agar koi shakhs pani na piya bhar jaye to haram hoga is ke liye. kyun? pani itna abundantly maujood hai ke aap kahin bhi pani, zameen khoden to pani hai, darya ko dekhen to pani hai, samandar ko dekhen to pani hai.</w:t>
      </w:r>
      <w:r>
        <w:br/>
      </w:r>
      <w:r>
        <w:rPr>
          <w:sz w:val="20"/>
        </w:rPr>
        <w:t>1:31:09  to aap kyun pani, pani yani pani na peekar apne ko maar dalen? jab pani itna abundantly available hai to aap pani ko chhod kar maren apne aap ko, halak karen.</w:t>
      </w:r>
      <w:r>
        <w:br/>
      </w:r>
      <w:r>
        <w:rPr>
          <w:sz w:val="20"/>
        </w:rPr>
        <w:t>1:31:20  to kaise jaiz hoga woh? to allah taala ne duniya ko is tarah banaya hai ke yahan opportunities unlimited hain.</w:t>
      </w:r>
      <w:r>
        <w:br/>
      </w:r>
      <w:r>
        <w:rPr>
          <w:sz w:val="20"/>
        </w:rPr>
        <w:t>1:31:30  unlimited. to kya zaroorat hai mayoos hone ki aap ko? unlimited opportunities hain.</w:t>
      </w:r>
      <w:r>
        <w:br/>
      </w:r>
      <w:r>
        <w:rPr>
          <w:sz w:val="20"/>
        </w:rPr>
        <w:t>1:31:38  to is liye mayoosi ko haram qarar diya gaya hai. yani nizam mein fitrat ke khilaf hai, law of nature ke khilaf hai. allah taala ne aisi duniya aap ko di hai jahan mawaqe, opportunities bepanah hain.</w:t>
      </w:r>
      <w:r>
        <w:br/>
      </w:r>
      <w:r>
        <w:rPr>
          <w:sz w:val="20"/>
        </w:rPr>
        <w:t>1:31:54  aap khwamkhwah aap koi mayoos kar ke baithen to yeh aap ko yani yani khuda ke nizam ke khilaf ka yeh hai, is ke khilaf vote dena hai, is ke khilaf sochna hai.</w:t>
      </w:r>
      <w:r>
        <w:br/>
      </w:r>
      <w:r>
        <w:rPr>
          <w:sz w:val="20"/>
        </w:rPr>
        <w:t>1:32:10  khuda par distress show karna hai. jo aadmi mayoos hota hai woh khuda par be aitimadi karta hai, khuda par distress show karta hai.</w:t>
      </w:r>
      <w:r>
        <w:br/>
      </w:r>
      <w:r>
        <w:rPr>
          <w:sz w:val="20"/>
        </w:rPr>
        <w:t>1:32:22  to to zahir hai ke haram hoga. kyunke iske koi is ka koi justification nahi hai. is ka koi jawaz, is ka koi jawaz nahi hai.</w:t>
      </w:r>
    </w:p>
    <w:p>
      <w:pPr>
        <w:pStyle w:val="Heading2"/>
      </w:pPr>
      <w:r>
        <w:t>Why can't we see inner spiritual light</w:t>
      </w:r>
    </w:p>
    <w:p>
      <w:r>
        <w:rPr>
          <w:color w:val="666666"/>
          <w:sz w:val="18"/>
        </w:rPr>
        <w:t>Spirituality · Brilliant Personality November 27, 2016 · 3m 27s · at 50:50 · https://youtu.be/268O3sgnjC0?t=3050</w:t>
      </w:r>
    </w:p>
    <w:p>
      <w:r>
        <w:rPr>
          <w:i/>
        </w:rPr>
        <w:t>“Is it because we don't have the eyes or the ability to see the inner spiritual light that we cannot see the brilliant personality in this world?”</w:t>
      </w:r>
    </w:p>
    <w:p>
      <w:r>
        <w:rPr>
          <w:sz w:val="20"/>
        </w:rPr>
        <w:t>50:50  Maulana, agla sawal Dr. Farida Khanam ne kiya hai, isi jawab ko aap ke continue karte hue ke</w:t>
      </w:r>
      <w:r>
        <w:br/>
      </w:r>
      <w:r>
        <w:rPr>
          <w:sz w:val="20"/>
        </w:rPr>
        <w:t>50:59  is duniya mein hum jo brilliant personality ko nahi dekh sakte to un ka sawal ye hai ke</w:t>
      </w:r>
      <w:r>
        <w:br/>
      </w:r>
      <w:r>
        <w:rPr>
          <w:sz w:val="20"/>
        </w:rPr>
        <w:t>51:08  is it because we don't have the eyes or the ability to see the inner spiritual light in</w:t>
      </w:r>
      <w:r>
        <w:br/>
      </w:r>
      <w:r>
        <w:rPr>
          <w:sz w:val="20"/>
        </w:rPr>
        <w:t>51:17  this world while in the next eternal world we will be granted the ability to see the spiritual</w:t>
      </w:r>
      <w:r>
        <w:br/>
      </w:r>
      <w:r>
        <w:rPr>
          <w:sz w:val="20"/>
        </w:rPr>
        <w:t>51:26  dimension of our deeds?</w:t>
      </w:r>
      <w:r>
        <w:br/>
      </w:r>
      <w:r>
        <w:rPr>
          <w:sz w:val="20"/>
        </w:rPr>
        <w:t>51:36  dekhen, ye baat sahi hai lekin brilliant personality total sach mein unobservable nahi hai, aisa nahi hai.</w:t>
      </w:r>
      <w:r>
        <w:br/>
      </w:r>
      <w:r>
        <w:rPr>
          <w:sz w:val="20"/>
        </w:rPr>
        <w:t>51:44  agar aap ko dekhne wali nigah ho to isi duniya mein bhi is ki jhalak, yani glimpse dikhai</w:t>
      </w:r>
      <w:r>
        <w:br/>
      </w:r>
      <w:r>
        <w:rPr>
          <w:sz w:val="20"/>
        </w:rPr>
        <w:t>51:52  deti hai, glimpse, G-L-I-M-P-S-E.</w:t>
      </w:r>
      <w:r>
        <w:br/>
      </w:r>
      <w:r>
        <w:rPr>
          <w:sz w:val="20"/>
        </w:rPr>
        <w:t>52:00  to agarchay total scene to hum nahi dekh sakte is duniya mein lekin glimpse zaroor dekh sakte hain.</w:t>
      </w:r>
      <w:r>
        <w:br/>
      </w:r>
      <w:r>
        <w:rPr>
          <w:sz w:val="20"/>
        </w:rPr>
        <w:t>52:08  ek martaba mein ek jalse mein tha, ghaliban Gujarat ka qissa hai, to kuch baat karte hue meri</w:t>
      </w:r>
      <w:r>
        <w:br/>
      </w:r>
      <w:r>
        <w:rPr>
          <w:sz w:val="20"/>
        </w:rPr>
        <w:t>52:16  aankhon mein aansu aa gaye.</w:t>
      </w:r>
      <w:r>
        <w:br/>
      </w:r>
      <w:r>
        <w:rPr>
          <w:sz w:val="20"/>
        </w:rPr>
        <w:t>52:24  to aap jante hain ke aankhon mein jo aansu aate hain to naak se raaste mein kuch rezhish</w:t>
      </w:r>
      <w:r>
        <w:br/>
      </w:r>
      <w:r>
        <w:rPr>
          <w:sz w:val="20"/>
        </w:rPr>
        <w:t>52:32  hone lagti hai.</w:t>
      </w:r>
      <w:r>
        <w:br/>
      </w:r>
      <w:r>
        <w:rPr>
          <w:sz w:val="20"/>
        </w:rPr>
        <w:t>52:40  to woh kya kehte hain ke shayad aap ko zukaam ho gaya hai aur lage mujh ko woh</w:t>
      </w:r>
      <w:r>
        <w:br/>
      </w:r>
      <w:r>
        <w:rPr>
          <w:sz w:val="20"/>
        </w:rPr>
        <w:t>52:48  tissue paper, lage mujh ko tissue paper dene.</w:t>
      </w:r>
      <w:r>
        <w:br/>
      </w:r>
      <w:r>
        <w:rPr>
          <w:sz w:val="20"/>
        </w:rPr>
        <w:t>52:56  to logon ko asal mein hassasiyat chahiye, spiritual hassasiyat, spiritual sensitivity.</w:t>
      </w:r>
      <w:r>
        <w:br/>
      </w:r>
      <w:r>
        <w:rPr>
          <w:sz w:val="20"/>
        </w:rPr>
        <w:t>53:05  log physical sense mein hassas hote hain, spiritual sense mein nahin hote.</w:t>
      </w:r>
      <w:r>
        <w:br/>
      </w:r>
      <w:r>
        <w:rPr>
          <w:sz w:val="20"/>
        </w:rPr>
        <w:t>53:13  to mera manna yeh hai ke agar koi spiritual sensitivity hai kisi ke andar to isi duniya mein</w:t>
      </w:r>
      <w:r>
        <w:br/>
      </w:r>
      <w:r>
        <w:rPr>
          <w:sz w:val="20"/>
        </w:rPr>
        <w:t>53:21  dekh lega, woh woh face se dekhega, tone se dekhega.</w:t>
      </w:r>
      <w:r>
        <w:br/>
      </w:r>
      <w:r>
        <w:rPr>
          <w:sz w:val="20"/>
        </w:rPr>
        <w:t>53:29  isi duniya mein agarche agarche woh glimpse hogi lekin phir bhi woh dekhega.</w:t>
      </w:r>
      <w:r>
        <w:br/>
      </w:r>
      <w:r>
        <w:rPr>
          <w:sz w:val="20"/>
        </w:rPr>
        <w:t>53:37  log asal mein be-hass ho gaye hain, bilkul insensitive ho gaye hain.</w:t>
      </w:r>
      <w:r>
        <w:br/>
      </w:r>
      <w:r>
        <w:rPr>
          <w:sz w:val="20"/>
        </w:rPr>
        <w:t>53:45  masla yahan hai, masla yahan hai ke log insensitive ho gaye hain, apne interest ke siwa kuch aur</w:t>
      </w:r>
      <w:r>
        <w:br/>
      </w:r>
      <w:r>
        <w:rPr>
          <w:sz w:val="20"/>
        </w:rPr>
        <w:t>53:53  dikhai deta nahin.</w:t>
      </w:r>
      <w:r>
        <w:br/>
      </w:r>
      <w:r>
        <w:rPr>
          <w:sz w:val="20"/>
        </w:rPr>
        <w:t>54:01  to main yeh manta hoon ke agar aadmi ke andar spiritual sensitivity ho to zaroor isi duniya mein</w:t>
      </w:r>
      <w:r>
        <w:br/>
      </w:r>
      <w:r>
        <w:rPr>
          <w:sz w:val="20"/>
        </w:rPr>
        <w:t>54:09  woh glimpse dekhega, agarche total scene jo hai woh to aakhirat mein hoga.</w:t>
      </w:r>
    </w:p>
    <w:p>
      <w:pPr>
        <w:pStyle w:val="Heading2"/>
      </w:pPr>
      <w:r>
        <w:t>Why does lack of contemplation weaken knowledge?</w:t>
      </w:r>
    </w:p>
    <w:p>
      <w:r>
        <w:rPr>
          <w:color w:val="666666"/>
          <w:sz w:val="18"/>
        </w:rPr>
        <w:t>Spirituality · The Problem of Conditioning April 22, 2012 · 3m 06s · at 1:21:29 · https://youtu.be/j-kJQzOz46g?t=4889</w:t>
      </w:r>
    </w:p>
    <w:p>
      <w:r>
        <w:rPr>
          <w:i/>
        </w:rPr>
        <w:t>“Maulana, why is it that after discovering God, if there is a lack of contemplation and thought for some days, then the knowledge (ma'rifa) becomes weak?”</w:t>
      </w:r>
    </w:p>
    <w:p>
      <w:r>
        <w:rPr>
          <w:sz w:val="20"/>
        </w:rPr>
        <w:t>1:21:29  maulana, agla sawal doha, qatar se hai. maulana abdul basit umri sahib ka.</w:t>
      </w:r>
      <w:r>
        <w:br/>
      </w:r>
      <w:r>
        <w:rPr>
          <w:sz w:val="20"/>
        </w:rPr>
        <w:t>1:21:34  unhon ne likha hai: "maulana, marifat ka masla aisa kyun hai ke khuda ko daryaft karne ke baad bhi agar kuch din ghor aur fikr mein kami ho jati hai to phir khuda ki yaad kaifiyat ke sath nahi aati?" maulana, is bare mein wazahat chahta hoon.</w:t>
      </w:r>
      <w:r>
        <w:br/>
      </w:r>
      <w:r>
        <w:rPr>
          <w:sz w:val="20"/>
        </w:rPr>
        <w:t>1:21:55  dekhiye, yeh marifat ek din ki daryaft ki cheez nahi hai. kisi ek din aap jaan len ke do aur do mil kar chaar to hamesha ke liye ho gaya.</w:t>
      </w:r>
      <w:r>
        <w:br/>
      </w:r>
      <w:r>
        <w:rPr>
          <w:sz w:val="20"/>
        </w:rPr>
        <w:t>1:22:05  marifat ka mamla aisa nahi hai. do aur do mil kar chaar to ek baar daryaft kar liya to ho jayega. lekin marifat to har roz daryaft karni hai.</w:t>
      </w:r>
      <w:r>
        <w:br/>
      </w:r>
      <w:r>
        <w:rPr>
          <w:sz w:val="20"/>
        </w:rPr>
        <w:t>1:22:14  aap ko</w:t>
      </w:r>
      <w:r>
        <w:br/>
      </w:r>
      <w:r>
        <w:rPr>
          <w:sz w:val="20"/>
        </w:rPr>
        <w:t>1:22:15  quran mein hai ke kul yaum huwa fi shaan yaani har din allah ki taraf se aap ko kuch special aana chahiye. har din is aayat mein isi ka zikr hai ke har din allah taala ki taraf se kuch special aata hai.</w:t>
      </w:r>
      <w:r>
        <w:br/>
      </w:r>
      <w:r>
        <w:rPr>
          <w:sz w:val="20"/>
        </w:rPr>
        <w:t>1:22:33  to wahi wo isi inspiration se to yaani imaan mein izafa hota hai. isi se marifat mein izafa hota hai.</w:t>
      </w:r>
      <w:r>
        <w:br/>
      </w:r>
      <w:r>
        <w:rPr>
          <w:sz w:val="20"/>
        </w:rPr>
        <w:t>1:22:41  to jab aap allah se taluq rakhen ge, allah ko yaad karte rahen ge, allah se dua karte rahen ge, allah ki kitab mein mutala karte rahen ge to har din naye naye item aayen ge marifat ke.</w:t>
      </w:r>
      <w:r>
        <w:br/>
      </w:r>
      <w:r>
        <w:rPr>
          <w:sz w:val="20"/>
        </w:rPr>
        <w:t>1:22:58  kyun ke marifat ke item jo hain, wo wo in gunt hain, yaani billion trillion se bhi zyada hain.</w:t>
      </w:r>
      <w:r>
        <w:br/>
      </w:r>
      <w:r>
        <w:rPr>
          <w:sz w:val="20"/>
        </w:rPr>
        <w:t>1:23:06  to agar marifat ke naye item aana band ho jayen to phir to jamood aa jayega. jamood is wajah se yeh sahi nahi hai ke marifat ek baar mil jati hai.</w:t>
      </w:r>
      <w:r>
        <w:br/>
      </w:r>
      <w:r>
        <w:rPr>
          <w:sz w:val="20"/>
        </w:rPr>
        <w:t>1:23:18  nahi, marifat har subah sham us ke item aate rehte hain. isi liye wo ek ek zinda marifat bani rehti hai hamesha.</w:t>
      </w:r>
      <w:r>
        <w:br/>
      </w:r>
      <w:r>
        <w:rPr>
          <w:sz w:val="20"/>
        </w:rPr>
        <w:t>1:23:27  kabhi is par jamood nahi aata hai. jamood ka matlab hai stagnation.</w:t>
      </w:r>
      <w:r>
        <w:br/>
      </w:r>
      <w:r>
        <w:rPr>
          <w:sz w:val="20"/>
        </w:rPr>
        <w:t>1:23:35  okay, we will end the session now. thank you.</w:t>
      </w:r>
    </w:p>
    <w:p>
      <w:pPr>
        <w:pStyle w:val="Heading2"/>
      </w:pPr>
      <w:r>
        <w:t>Why non-material life called Sufi or Sadhu</w:t>
      </w:r>
    </w:p>
    <w:p>
      <w:r>
        <w:rPr>
          <w:color w:val="666666"/>
          <w:sz w:val="18"/>
        </w:rPr>
        <w:t>Spirituality · Material Science Vs Spiritual Science 20th May 12 SLOW · 2m 35s · at 1:14:57 · https://youtu.be/qYwFExG7cyM?t=4497</w:t>
      </w:r>
    </w:p>
    <w:p>
      <w:r>
        <w:rPr>
          <w:i/>
        </w:rPr>
        <w:t>“When talking about non-material life, people are called Sufi or Sadhu. Maulana, why is that?”</w:t>
      </w:r>
    </w:p>
    <w:p>
      <w:r>
        <w:rPr>
          <w:sz w:val="20"/>
        </w:rPr>
        <w:t>1:14:57  maulana, agla sawal tamil nadu se hai maulana iqbal umri sahab ka.</w:t>
      </w:r>
      <w:r>
        <w:br/>
      </w:r>
      <w:r>
        <w:rPr>
          <w:sz w:val="20"/>
        </w:rPr>
        <w:t>1:15:03  unhone likha hai: "ghair maadi zindagi ki baat karte hain toh sufi ya sadhu ya sadhu kaha jata hai.</w:t>
      </w:r>
      <w:r>
        <w:br/>
      </w:r>
      <w:r>
        <w:rPr>
          <w:sz w:val="20"/>
        </w:rPr>
        <w:t>1:15:09  maulana, aisa kyun?" nahi toh hum ghair maadi ka woh matlab hamara nahi hai.</w:t>
      </w:r>
      <w:r>
        <w:br/>
      </w:r>
      <w:r>
        <w:rPr>
          <w:sz w:val="20"/>
        </w:rPr>
        <w:t>1:15:15  woh toh janglon mein chale jana aur insano se door chale jana ke maene mein lete hain.</w:t>
      </w:r>
      <w:r>
        <w:br/>
      </w:r>
      <w:r>
        <w:rPr>
          <w:sz w:val="20"/>
        </w:rPr>
        <w:t>1:15:21  hum woh maene mein nahi lete.</w:t>
      </w:r>
      <w:r>
        <w:br/>
      </w:r>
      <w:r>
        <w:rPr>
          <w:sz w:val="20"/>
        </w:rPr>
        <w:t>1:15:27  hum toh yeh kehte hain ke maadi cheezon ko baghz zaroorat lena, baghz raish nahi.</w:t>
      </w:r>
      <w:r>
        <w:br/>
      </w:r>
      <w:r>
        <w:rPr>
          <w:sz w:val="20"/>
        </w:rPr>
        <w:t>1:15:33  dekhiye, angrezi mein teen lafz bola jata hai: "need, comfort, luxury".</w:t>
      </w:r>
      <w:r>
        <w:br/>
      </w:r>
      <w:r>
        <w:rPr>
          <w:sz w:val="20"/>
        </w:rPr>
        <w:t>1:15:39  "need, comfort, luxury".</w:t>
      </w:r>
      <w:r>
        <w:br/>
      </w:r>
      <w:r>
        <w:rPr>
          <w:sz w:val="20"/>
        </w:rPr>
        <w:t>1:15:45  main samajhta hoon ke "need" ke darje mein liya jaye, yeh sahi tareeqa hai.</w:t>
      </w:r>
      <w:r>
        <w:br/>
      </w:r>
      <w:r>
        <w:rPr>
          <w:sz w:val="20"/>
        </w:rPr>
        <w:t>1:15:51  woh sufi log jo bolte hain, woh toh woh toh bilkul apne ko kaatna aur riyazat, yani rohani</w:t>
      </w:r>
      <w:r>
        <w:br/>
      </w:r>
      <w:r>
        <w:rPr>
          <w:sz w:val="20"/>
        </w:rPr>
        <w:t>1:15:57  riyazaton ke naam par woh alag ho kar ke ek zindagi guzarna, woh ek alag hi cheez hai.</w:t>
      </w:r>
      <w:r>
        <w:br/>
      </w:r>
      <w:r>
        <w:rPr>
          <w:sz w:val="20"/>
        </w:rPr>
        <w:t>1:16:03  woh hum jo baat bolte hain, woh yeh hai ke "need" ke darje mein ikhtiyar karo.</w:t>
      </w:r>
      <w:r>
        <w:br/>
      </w:r>
      <w:r>
        <w:rPr>
          <w:sz w:val="20"/>
        </w:rPr>
        <w:t>1:16:09  maadi cheezein na comfort ke darje mein, na luxury ke darje mein.</w:t>
      </w:r>
      <w:r>
        <w:br/>
      </w:r>
      <w:r>
        <w:rPr>
          <w:sz w:val="20"/>
        </w:rPr>
        <w:t>1:16:15  yeh kyunke agar aap is ko "need" se aage badhenge toh phir aap ka time nahi rahe</w:t>
      </w:r>
      <w:r>
        <w:br/>
      </w:r>
      <w:r>
        <w:rPr>
          <w:sz w:val="20"/>
        </w:rPr>
        <w:t>1:16:21  ga sochne ka, time nahi rahe ga, yani apne intellectual faculty ko develop karne ka.</w:t>
      </w:r>
      <w:r>
        <w:br/>
      </w:r>
      <w:r>
        <w:rPr>
          <w:sz w:val="20"/>
        </w:rPr>
        <w:t>1:16:27  masla yeh hai, woh haram nahi hai.</w:t>
      </w:r>
      <w:r>
        <w:br/>
      </w:r>
      <w:r>
        <w:rPr>
          <w:sz w:val="20"/>
        </w:rPr>
        <w:t>1:16:33  yani comfort aur luxury haram nahi hai, lekin woh aap ke time ko kill karta hai, aap ki</w:t>
      </w:r>
      <w:r>
        <w:br/>
      </w:r>
      <w:r>
        <w:rPr>
          <w:sz w:val="20"/>
        </w:rPr>
        <w:t>1:16:39  energy ko kill karta hai, aap ke money ko kill karta hai.</w:t>
      </w:r>
      <w:r>
        <w:br/>
      </w:r>
      <w:r>
        <w:rPr>
          <w:sz w:val="20"/>
        </w:rPr>
        <w:t>1:16:45  is se is sense mein woh bohat hi, yani halakat khaiz hai.</w:t>
      </w:r>
      <w:r>
        <w:br/>
      </w:r>
      <w:r>
        <w:rPr>
          <w:sz w:val="20"/>
        </w:rPr>
        <w:t>1:16:51  mein yeh nahi kehta ke ke comfort aur luxury haram hai, nahi.</w:t>
      </w:r>
      <w:r>
        <w:br/>
      </w:r>
      <w:r>
        <w:rPr>
          <w:sz w:val="20"/>
        </w:rPr>
        <w:t>1:16:57  mein yeh kehta hoon ke jo aadmi comfort aur luxury ko apna, yani nishana banaye ga, to woh</w:t>
      </w:r>
      <w:r>
        <w:br/>
      </w:r>
      <w:r>
        <w:rPr>
          <w:sz w:val="20"/>
        </w:rPr>
        <w:t>1:17:03  is qeemat par hoga ke jo doosra jo bara kaam hai, intellectual development aur spiritual development, woh nahi</w:t>
      </w:r>
      <w:r>
        <w:br/>
      </w:r>
      <w:r>
        <w:rPr>
          <w:sz w:val="20"/>
        </w:rPr>
        <w:t>1:17:09  kar paye ga.</w:t>
      </w:r>
      <w:r>
        <w:br/>
      </w:r>
      <w:r>
        <w:rPr>
          <w:sz w:val="20"/>
        </w:rPr>
        <w:t>1:17:15  kyun ke is ka sara time isi mein nikal jaye ga, is ka paisa isi mein kharch hoga, is</w:t>
      </w:r>
      <w:r>
        <w:br/>
      </w:r>
      <w:r>
        <w:rPr>
          <w:sz w:val="20"/>
        </w:rPr>
        <w:t>1:17:21  ki is ki energy isi mein kharch hogi, is ki tawajjuh isi mein kharch hogi.</w:t>
      </w:r>
      <w:r>
        <w:br/>
      </w:r>
      <w:r>
        <w:rPr>
          <w:sz w:val="20"/>
        </w:rPr>
        <w:t>1:17:27  is sense mein mein kehta hoon, yani haram halal ke sense mein nahi kehta.</w:t>
      </w:r>
    </w:p>
    <w:p>
      <w:pPr>
        <w:pStyle w:val="Heading2"/>
      </w:pPr>
      <w:r>
        <w:t>Will past sins be forgiven after sincere repentance?</w:t>
      </w:r>
    </w:p>
    <w:p>
      <w:r>
        <w:rPr>
          <w:color w:val="666666"/>
          <w:sz w:val="18"/>
        </w:rPr>
        <w:t>Spirituality · The Process of Personality Development June 30, 2013 · 3m 34s · at 52:54 · https://youtu.be/CSSFRydcJlo?t=3174</w:t>
      </w:r>
    </w:p>
    <w:p>
      <w:r>
        <w:rPr>
          <w:i/>
        </w:rPr>
        <w:t>“Maulana, thank you for explaining the process of tawbah; my heart was seeking it. I want to know one more thing: if a mistake has been committed, after going through the process of tawbah, will we still be punished for it in the afterlife, or will it be erased from our record?”</w:t>
      </w:r>
    </w:p>
    <w:p>
      <w:r>
        <w:rPr>
          <w:sz w:val="20"/>
        </w:rPr>
        <w:t>52:54  jab brain storming ati hai to is ke iman mein tarraqi hoti hai, marfat mein tarraqi hoti hai. maulana, agla sawal hai miss raziya ka, jamiya millia islamia, urdu department se.</w:t>
      </w:r>
      <w:r>
        <w:br/>
      </w:r>
      <w:r>
        <w:rPr>
          <w:sz w:val="20"/>
        </w:rPr>
        <w:t>53:06  unhone likha hai: "maulana, aap ne jo tauba ka process bataya, us ke liye shukriya. mere dil ko is ki talash thi. ek baat aur janana chahti hoon ke jo ghalti ho gayi hai to kya tauba ke process se guzrne ke bad bhi is ghalti ki saza hamein akhirat mein di jayegi ya woh hamare record se mita di jayegi?" record se nikal di jayegi.</w:t>
      </w:r>
      <w:r>
        <w:br/>
      </w:r>
      <w:r>
        <w:rPr>
          <w:sz w:val="20"/>
        </w:rPr>
        <w:t>53:34  woh quran mein likhi ek ayat hai:</w:t>
      </w:r>
      <w:r>
        <w:br/>
      </w:r>
      <w:r>
        <w:rPr>
          <w:sz w:val="20"/>
        </w:rPr>
        <w:t>53:39  wama yaghfir uz zunuba illa allah</w:t>
      </w:r>
      <w:r>
        <w:br/>
      </w:r>
      <w:r>
        <w:rPr>
          <w:sz w:val="20"/>
        </w:rPr>
        <w:t>53:43  allah ke siwa kon hai jo gunahon ko maaf kare? to aaj kal ki zaban mein mein yeh kehta hoon ke allah ke siwa kon hai jo mere nama-e-aamal se kisi cheez ko delete kar de?</w:t>
      </w:r>
      <w:r>
        <w:br/>
      </w:r>
      <w:r>
        <w:rPr>
          <w:sz w:val="20"/>
        </w:rPr>
        <w:t>53:56  woh jis ko aaj kal hum kehte hain delete karna, wohi murad hai is se. wohi murad hai</w:t>
      </w:r>
      <w:r>
        <w:br/>
      </w:r>
      <w:r>
        <w:rPr>
          <w:sz w:val="20"/>
        </w:rPr>
        <w:t>54:03  wama yaghfir uz zunuba illa allah yani yeh mamlat insan ke aamal jo hain, woh ek pura ek universe hai. insan in sare aamal mein jo lakhon karoron item hain, is mein se is item ko hadaf karna jo matloob nahi hai,</w:t>
      </w:r>
      <w:r>
        <w:br/>
      </w:r>
      <w:r>
        <w:rPr>
          <w:sz w:val="20"/>
        </w:rPr>
        <w:t>54:21  to k</w:t>
      </w:r>
      <w:r>
        <w:br/>
      </w:r>
      <w:r>
        <w:rPr>
          <w:sz w:val="20"/>
        </w:rPr>
        <w:t>54:22  un kar sakta hai? allah ke sath koi kar nahi sakta. yeh bas is ko hum aaj kal ki zaban mein kehta hoon ke allah ke sath koi nahi hai jo kisi ke nama-e-aamal se ghair matloob cheezon ko delete kar sake.</w:t>
      </w:r>
      <w:r>
        <w:br/>
      </w:r>
      <w:r>
        <w:rPr>
          <w:sz w:val="20"/>
        </w:rPr>
        <w:t>54:36  dusri ayat dekhein, ek aur hai: ya ibadiyallazina asrafu ala anfusihim la taqnatu birah matillah innallaha yaghfir uz zunuba jami'an mein aksar jab quran ko parhta hoon to yeh ayat mujhe lagti hai ke bohat bari rehmat hai insan ke liye.</w:t>
      </w:r>
      <w:r>
        <w:br/>
      </w:r>
      <w:r>
        <w:rPr>
          <w:sz w:val="20"/>
        </w:rPr>
        <w:t>54:56  ajeeb ghareeb rehmat hai. is ka tarjuma yeh hai: aye mere bando jinhone apni janon par zulm kiya hai, ziyadati ki hai,</w:t>
      </w:r>
      <w:r>
        <w:br/>
      </w:r>
      <w:r>
        <w:rPr>
          <w:sz w:val="20"/>
        </w:rPr>
        <w:t>55:11  to tum mayos na ho,</w:t>
      </w:r>
      <w:r>
        <w:br/>
      </w:r>
      <w:r>
        <w:rPr>
          <w:sz w:val="20"/>
        </w:rPr>
        <w:t>55:17  kyunke allah sare hi gunahon ko maaf kar kar sakta hai. fa innallaha yaghfir uz zunub</w:t>
      </w:r>
      <w:r>
        <w:br/>
      </w:r>
      <w:r>
        <w:rPr>
          <w:sz w:val="20"/>
        </w:rPr>
        <w:t>55:25  jami'an is mein dekhiye, koi cheez exempted nahi hai, koi cheez exempted nahi hai.</w:t>
      </w:r>
      <w:r>
        <w:br/>
      </w:r>
      <w:r>
        <w:rPr>
          <w:sz w:val="20"/>
        </w:rPr>
        <w:t>55:35  to islam mein jo tasawwur diya gaya hai, woh yeh hai ke banda agar sachi tauba kare, tauba sachi tauba hua nahi ke munh se bol diya to sachi tauba ho gayi.</w:t>
      </w:r>
      <w:r>
        <w:br/>
      </w:r>
      <w:r>
        <w:rPr>
          <w:sz w:val="20"/>
        </w:rPr>
        <w:t>55:48  woh process chalaye apne andar, woh process to zaroor is ki maaf</w:t>
      </w:r>
      <w:r>
        <w:br/>
      </w:r>
      <w:r>
        <w:rPr>
          <w:sz w:val="20"/>
        </w:rPr>
        <w:t>55:53  i ho jayegi. is tarah sab delete kar diya jayega, aur tauba ka yani moqa insan ko aakhri waqt tak diya gaya hai.</w:t>
      </w:r>
      <w:r>
        <w:br/>
      </w:r>
      <w:r>
        <w:rPr>
          <w:sz w:val="20"/>
        </w:rPr>
        <w:t>56:04  jo aaj hadith mein ata hai ke innallaha yaghfir ut taubata ma' al mughriqi yani maut ke aakhri waqt tak insan ko moqa diya jata hai ke woh tauba kare aur is ko maafi mil jaye.</w:t>
      </w:r>
      <w:r>
        <w:br/>
      </w:r>
      <w:r>
        <w:rPr>
          <w:sz w:val="20"/>
        </w:rPr>
        <w:t>56:18  to maghfirat ka jo tasawwur hai islam mein, woh to bohat hi wasee hai.</w:t>
      </w:r>
      <w:r>
        <w:br/>
      </w:r>
      <w:r>
        <w:rPr>
          <w:sz w:val="20"/>
        </w:rPr>
        <w:t>56:23  koi cheez is mein exempted nahi hai.</w:t>
      </w:r>
    </w:p>
    <w:p>
      <w:pPr>
        <w:pStyle w:val="Heading2"/>
      </w:pPr>
      <w:r>
        <w:t>Worry about death vs afterlife</w:t>
      </w:r>
    </w:p>
    <w:p>
      <w:r>
        <w:rPr>
          <w:color w:val="666666"/>
          <w:sz w:val="18"/>
        </w:rPr>
        <w:t>Spirituality · Concept of Death in Islam 26th Aug 12 SLOW · 2m 17s · at 13:28 · https://youtu.be/8dsos0OBM6M?t=808</w:t>
      </w:r>
    </w:p>
    <w:p>
      <w:r>
        <w:rPr>
          <w:i/>
        </w:rPr>
        <w:t>“Why people are more worried about how they will die, whether bedridden or healthy, instead of worrying about what will happen to them after death? Kindly comment.”</w:t>
      </w:r>
    </w:p>
    <w:p>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p>
      <w:pPr>
        <w:pStyle w:val="Heading2"/>
      </w:pPr>
      <w:r>
        <w:t>Worrying about death versus afterlife</w:t>
      </w:r>
    </w:p>
    <w:p>
      <w:r>
        <w:rPr>
          <w:color w:val="666666"/>
          <w:sz w:val="18"/>
        </w:rPr>
        <w:t>Spirituality · Concept of Death in Islam August 26, 2012 · 2m 16s · at 1:05:59 · https://youtu.be/y0TJxKi0L94?t=3959</w:t>
      </w:r>
    </w:p>
    <w:p>
      <w:r>
        <w:rPr>
          <w:i/>
        </w:rPr>
        <w:t>“Why are people more worried about how they will die, whether bedridden or healthy, instead of worrying about what will happen to them after death? Kindly comment.”</w:t>
      </w:r>
    </w:p>
    <w:p>
      <w:r>
        <w:rPr>
          <w:sz w:val="20"/>
        </w:rPr>
        <w:t>1:05:59  maulana, agla sawal pennsylvania se hai, mister khwaja kaleemuddin sahib</w:t>
      </w:r>
      <w:r>
        <w:br/>
      </w:r>
      <w:r>
        <w:rPr>
          <w:sz w:val="20"/>
        </w:rPr>
        <w:t>1:06:04  ka. unhon ne likha hai maulana sahib, why people are more worried about how they will die, whether bedridden or healthy, instead of worrying about what will happen to them after death?</w:t>
      </w:r>
      <w:r>
        <w:br/>
      </w:r>
      <w:r>
        <w:rPr>
          <w:sz w:val="20"/>
        </w:rPr>
        <w:t>1:06:19  kindly comment.</w:t>
      </w:r>
      <w:r>
        <w:br/>
      </w:r>
      <w:r>
        <w:rPr>
          <w:sz w:val="20"/>
        </w:rPr>
        <w:t>1:06:24  baat yeh hai ke yeh zindagi ko sab kuch samjhe rehte</w:t>
      </w:r>
      <w:r>
        <w:br/>
      </w:r>
      <w:r>
        <w:rPr>
          <w:sz w:val="20"/>
        </w:rPr>
        <w:t>1:06:28  hain woh. to isi ko healthy banaye rakhna, isi ki bimariyon ka ilaaj karte rehna, isi mein koi hadsa pesh aa jaye to hospital mein ja kar theek karna.</w:t>
      </w:r>
      <w:r>
        <w:br/>
      </w:r>
      <w:r>
        <w:rPr>
          <w:sz w:val="20"/>
        </w:rPr>
        <w:t>1:06:39  to chounke isi zindagi ko hum chhaya rehta hai dimagh par.</w:t>
      </w:r>
      <w:r>
        <w:br/>
      </w:r>
      <w:r>
        <w:rPr>
          <w:sz w:val="20"/>
        </w:rPr>
        <w:t>1:06:44  kiyunke beshtar log aap jante hain ke sochte nahi. main jo so-called developed countries hain, wahan mein jab jata hoon aur logon se poochta hoon to siwaye profession ke kisi baat par woh kuch kuch kuch share karne ki koshish mein nahi hote.</w:t>
      </w:r>
      <w:r>
        <w:br/>
      </w:r>
      <w:r>
        <w:rPr>
          <w:sz w:val="20"/>
        </w:rPr>
        <w:t>1:07:02  yeh bohat bara tajruba hua hai</w:t>
      </w:r>
      <w:r>
        <w:br/>
      </w:r>
      <w:r>
        <w:rPr>
          <w:sz w:val="20"/>
        </w:rPr>
        <w:t>1:07:05  so-called developed countries ka. ke khoob paisa kama rahe hain, khoob yaani achi zindagi guzar rahe hain, lekin kisi aur yaani is par guftagu ki jaye to kuch is mein share nahi kar paate woh.</w:t>
      </w:r>
      <w:r>
        <w:br/>
      </w:r>
      <w:r>
        <w:rPr>
          <w:sz w:val="20"/>
        </w:rPr>
        <w:t>1:07:23  profession ke baray mein bata payenge agar is se poochein aap to.</w:t>
      </w:r>
      <w:r>
        <w:br/>
      </w:r>
      <w:r>
        <w:rPr>
          <w:sz w:val="20"/>
        </w:rPr>
        <w:t>1:07:30  to yeh insaan ki jo ek kamzori jo hai ke woh atka rehta hai dekhnay wali cheezon ko aur idhar jo cheezein dekha dikhai nahi deti, woh sirf wahan par tawajjuh nahi nahi deta.</w:t>
      </w:r>
      <w:r>
        <w:br/>
      </w:r>
      <w:r>
        <w:rPr>
          <w:sz w:val="20"/>
        </w:rPr>
        <w:t>1:07:45  to sab se bari cheez yeh hai ke hamara mission, hamari zimmedari yeh hai ke hum logon ke andar intellectual awakening layein. yaani hum jo mission chala rahe hain, is ki parhez chahte hain ke logon ke andar intellectual awakening aa jaye.</w:t>
      </w:r>
      <w:r>
        <w:br/>
      </w:r>
      <w:r>
        <w:rPr>
          <w:sz w:val="20"/>
        </w:rPr>
        <w:t>1:08:01  tabhi woh soch payenge, nahi to kuch nahi soch payenge. to first step hai hamare mission ka logon ke andar intellectual awakening lana.</w:t>
      </w:r>
    </w:p>
    <w:p>
      <w:pPr>
        <w:pStyle w:val="Heading2"/>
      </w:pPr>
      <w:r>
        <w:t>Action must be according to Dua</w:t>
      </w:r>
    </w:p>
    <w:p>
      <w:r>
        <w:rPr>
          <w:color w:val="666666"/>
          <w:sz w:val="18"/>
        </w:rPr>
        <w:t>Worship · Angle of Vision February 28, 2016 · 2m 38s · at 56:39 · https://youtu.be/dFZ7_x1Ul7A?t=3399</w:t>
      </w:r>
    </w:p>
    <w:p>
      <w:r>
        <w:rPr>
          <w:i/>
        </w:rPr>
        <w:t>“I recently watched your video in which while answering someone's query about Dua, you mentioned that one's action has to be according to Dua and one should be sincere in doing Dua.”</w:t>
      </w:r>
    </w:p>
    <w:p>
      <w:r>
        <w:rPr>
          <w:sz w:val="20"/>
        </w:rPr>
        <w:t>56:39  Maulana, agla sawal Imran Khalid sahib ne kiya hai, unhon ne location nahi likhi hai apni.</w:t>
      </w:r>
      <w:r>
        <w:br/>
      </w:r>
      <w:r>
        <w:rPr>
          <w:sz w:val="20"/>
        </w:rPr>
        <w:t>56:44  Un ka sawal hai keh I recently watched your video in which while answering someone's query about Dua,</w:t>
      </w:r>
      <w:r>
        <w:br/>
      </w:r>
      <w:r>
        <w:rPr>
          <w:sz w:val="20"/>
        </w:rPr>
        <w:t>56:50  Maulana you mentioned that one's action has to be according to Dua and one should be sincere in doing Dua.</w:t>
      </w:r>
      <w:r>
        <w:br/>
      </w:r>
      <w:r>
        <w:rPr>
          <w:sz w:val="20"/>
        </w:rPr>
        <w:t>56:56  My question is, what if one is sincere in Dua and action is also according to Dua but</w:t>
      </w:r>
      <w:r>
        <w:br/>
      </w:r>
      <w:r>
        <w:rPr>
          <w:sz w:val="20"/>
        </w:rPr>
        <w:t>57:02  the Dua gets rejected?</w:t>
      </w:r>
      <w:r>
        <w:br/>
      </w:r>
      <w:r>
        <w:rPr>
          <w:sz w:val="20"/>
        </w:rPr>
        <w:t>57:08  What should one do then?</w:t>
      </w:r>
      <w:r>
        <w:br/>
      </w:r>
      <w:r>
        <w:rPr>
          <w:sz w:val="20"/>
        </w:rPr>
        <w:t>57:13  dekhiye, hadith mein is ka jawab maujood hai ke dua jab aadmi karta hai to us ke samne</w:t>
      </w:r>
      <w:r>
        <w:br/>
      </w:r>
      <w:r>
        <w:rPr>
          <w:sz w:val="20"/>
        </w:rPr>
        <w:t>57:19  ek baat hoti hai ke bhai aap falan kaam ho jaye.</w:t>
      </w:r>
      <w:r>
        <w:br/>
      </w:r>
      <w:r>
        <w:rPr>
          <w:sz w:val="20"/>
        </w:rPr>
        <w:t>57:24  to hadith mein hai ke dua agar qabool ho to zaroori nahi ke wahi ek kaam, wahi kaam</w:t>
      </w:r>
      <w:r>
        <w:br/>
      </w:r>
      <w:r>
        <w:rPr>
          <w:sz w:val="20"/>
        </w:rPr>
        <w:t>57:30  aap ka ban jaye.</w:t>
      </w:r>
      <w:r>
        <w:br/>
      </w:r>
      <w:r>
        <w:rPr>
          <w:sz w:val="20"/>
        </w:rPr>
        <w:t>57:36  kisi aur shakal mein woh dua aap ke hisse mein likhi jayegi.</w:t>
      </w:r>
      <w:r>
        <w:br/>
      </w:r>
      <w:r>
        <w:rPr>
          <w:sz w:val="20"/>
        </w:rPr>
        <w:t>57:41  yani dua agar qabool hui to is ka zaahir ke aitbaar se woh kisi aur shakal mein ho</w:t>
      </w:r>
      <w:r>
        <w:br/>
      </w:r>
      <w:r>
        <w:rPr>
          <w:sz w:val="20"/>
        </w:rPr>
        <w:t>57:47  sakti hai, wahi nahi ho sakti jo aap ne manga tha Allah taala se.</w:t>
      </w:r>
      <w:r>
        <w:br/>
      </w:r>
      <w:r>
        <w:rPr>
          <w:sz w:val="20"/>
        </w:rPr>
        <w:t>57:53  kyunke Allah alamul ghaib hai, woh jaanta hai ke ke aap ke liye zyada zyada acha kya hai.</w:t>
      </w:r>
      <w:r>
        <w:br/>
      </w:r>
      <w:r>
        <w:rPr>
          <w:sz w:val="20"/>
        </w:rPr>
        <w:t>57:58  yeh dena ke woh dena, yeh dena ke woh dena.</w:t>
      </w:r>
      <w:r>
        <w:br/>
      </w:r>
      <w:r>
        <w:rPr>
          <w:sz w:val="20"/>
        </w:rPr>
        <w:t>58:04  jaise is ki ek misaal Quran mein hai ke badr ke mauqe par jo dua ki gayi thi</w:t>
      </w:r>
      <w:r>
        <w:br/>
      </w:r>
      <w:r>
        <w:rPr>
          <w:sz w:val="20"/>
        </w:rPr>
        <w:t>58:10  to is ke liye ki gayi thi jo jo ghair zaat, jo Quran mein kaha gaya ghair zaat</w:t>
      </w:r>
      <w:r>
        <w:br/>
      </w:r>
      <w:r>
        <w:rPr>
          <w:sz w:val="20"/>
        </w:rPr>
        <w:t>58:15  shuqqa, yani jo jo jin ke paas hathiyar waghera nahi thay, ek dasta tha sirf aur doosra jo</w:t>
      </w:r>
      <w:r>
        <w:br/>
      </w:r>
      <w:r>
        <w:rPr>
          <w:sz w:val="20"/>
        </w:rPr>
        <w:t>58:21  tha woh zaat shuqqa tha, yani woh hathiyar thay, woh aarzii thay, waqeatan to is ko nahi chahte</w:t>
      </w:r>
      <w:r>
        <w:br/>
      </w:r>
      <w:r>
        <w:rPr>
          <w:sz w:val="20"/>
        </w:rPr>
        <w:t>58:27  thay, woh woh chahte thay.</w:t>
      </w:r>
      <w:r>
        <w:br/>
      </w:r>
      <w:r>
        <w:rPr>
          <w:sz w:val="20"/>
        </w:rPr>
        <w:t>58:32  to Allah taala ne jo jo chahte thay, woh nahi diya.</w:t>
      </w:r>
      <w:r>
        <w:br/>
      </w:r>
      <w:r>
        <w:rPr>
          <w:sz w:val="20"/>
        </w:rPr>
        <w:t>58:38  yahan le gaya Allah taala in ko maidan e badr mein le gaya kyunke is se yani in terms</w:t>
      </w:r>
      <w:r>
        <w:br/>
      </w:r>
      <w:r>
        <w:rPr>
          <w:sz w:val="20"/>
        </w:rPr>
        <w:t>58:44  of result yahan zyada better tha.</w:t>
      </w:r>
      <w:r>
        <w:br/>
      </w:r>
      <w:r>
        <w:rPr>
          <w:sz w:val="20"/>
        </w:rPr>
        <w:t>58:49  to behal yeh yeh jawab jo hadith mein hai, isi ko aap ghaur kijiye ke jo dua kar</w:t>
      </w:r>
      <w:r>
        <w:br/>
      </w:r>
      <w:r>
        <w:rPr>
          <w:sz w:val="20"/>
        </w:rPr>
        <w:t>58:55  raha hai, zaroori nahi ke woh jaane ke mere liye kaun sa kya cheez zyada mufeed hai.</w:t>
      </w:r>
      <w:r>
        <w:br/>
      </w:r>
      <w:r>
        <w:rPr>
          <w:sz w:val="20"/>
        </w:rPr>
        <w:t>59:01  Allah ko pata hai to aap ki dua qabool karega lekin woh cheez dega jo aap</w:t>
      </w:r>
      <w:r>
        <w:br/>
      </w:r>
      <w:r>
        <w:rPr>
          <w:sz w:val="20"/>
        </w:rPr>
        <w:t>59:06  ke liye zyada mufeed hai, bajaye is ke ke woh cheez de jo aap mang rahe hain lekin</w:t>
      </w:r>
      <w:r>
        <w:br/>
      </w:r>
      <w:r>
        <w:rPr>
          <w:sz w:val="20"/>
        </w:rPr>
        <w:t>59:12  aap ke liye zyada mufeed nahi hai.</w:t>
      </w:r>
    </w:p>
    <w:p>
      <w:pPr>
        <w:pStyle w:val="Heading2"/>
      </w:pPr>
      <w:r>
        <w:t>Actions on the night of 15 Shaban</w:t>
      </w:r>
    </w:p>
    <w:p>
      <w:r>
        <w:rPr>
          <w:color w:val="666666"/>
          <w:sz w:val="18"/>
        </w:rPr>
        <w:t>Worship · Jihad Fillah June 23, 2013 · 2m 07s · at 59:05 · https://youtu.be/NRTno1eQTos?t=3545</w:t>
      </w:r>
    </w:p>
    <w:p>
      <w:r>
        <w:rPr>
          <w:i/>
        </w:rPr>
        <w:t>“What should we do on the night of 15 Shaban?”</w:t>
      </w:r>
    </w:p>
    <w:p>
      <w:r>
        <w:rPr>
          <w:sz w:val="20"/>
        </w:rPr>
        <w:t>59:05  molana, agla sawal dilli se hai doctor muslima siddiqi ka. unhon ne aap se poocha hai: "what should we do in the night of 15 shaban?" dekhiye, 15 shaban ki koi haqeeqat nahi hai,</w:t>
      </w:r>
      <w:r>
        <w:br/>
      </w:r>
      <w:r>
        <w:rPr>
          <w:sz w:val="20"/>
        </w:rPr>
        <w:t>59:20  yeh to riwaj hai musalmanon mein. baqi hai ke jo</w:t>
      </w:r>
      <w:r>
        <w:br/>
      </w:r>
      <w:r>
        <w:rPr>
          <w:sz w:val="20"/>
        </w:rPr>
        <w:t>59:30  rawayati aitbar se jo is ka tasawwur hai, to meri kitab hai "nasri taqdeer", is ko aap parh lijie. yani koi</w:t>
      </w:r>
      <w:r>
        <w:br/>
      </w:r>
      <w:r>
        <w:rPr>
          <w:sz w:val="20"/>
        </w:rPr>
        <w:t>59:40  musnad hadithon mein is ke bare mein kuch nahi milta hai, lekin jo bhi hai, is ke bare mein maine kuch mazmoon likh diya hai, is ko aap parh lijie. "nasri</w:t>
      </w:r>
      <w:r>
        <w:br/>
      </w:r>
      <w:r>
        <w:rPr>
          <w:sz w:val="20"/>
        </w:rPr>
        <w:t>59:48  taqdeer" hai, isi mein hai na ji? "nasri taqdeer" ek kitab hai.</w:t>
      </w:r>
      <w:r>
        <w:br/>
      </w:r>
      <w:r>
        <w:rPr>
          <w:sz w:val="20"/>
        </w:rPr>
        <w:t>59:55  molana, agla question dilli se hai miss satti malhotra ka. unhon ne likha hai: "can we say that chanting is only repetition of words and there is no mind being used for it?" since islam is a mind based religion, therefore islam does not permit chanting.</w:t>
      </w:r>
      <w:r>
        <w:br/>
      </w:r>
      <w:r>
        <w:rPr>
          <w:sz w:val="20"/>
        </w:rPr>
        <w:t>1:00:17  aap jo log chanting karte hain, un se pooch lijie. maine un logon se poocha hai, woh sahi is choran ko, theek theek is choran ko samajhte hain ke isi se dooda khush hota hai.</w:t>
      </w:r>
      <w:r>
        <w:br/>
      </w:r>
      <w:r>
        <w:rPr>
          <w:sz w:val="20"/>
        </w:rPr>
        <w:t>1:00:28  is choran se is ke liye woh chanting karte hain. khas tarah ka is choran jis ko kehte hain, jis ko hamare qari log jis ko kehte hain "sahi makharij" ada karte hain.</w:t>
      </w:r>
      <w:r>
        <w:br/>
      </w:r>
      <w:r>
        <w:rPr>
          <w:sz w:val="20"/>
        </w:rPr>
        <w:t>1:00:41  kyun ke makharij ya is choran ko ahmiyat de di gayi hai.</w:t>
      </w:r>
      <w:r>
        <w:br/>
      </w:r>
      <w:r>
        <w:rPr>
          <w:sz w:val="20"/>
        </w:rPr>
        <w:t>1:00:47  yeh musalmanon ki yahi baat hai ke theek theek makharij ke sath ada kar diya jaye to bas ho gaya. unhon ne kaha theek theek achaanak kar diya hai to ho gaya.</w:t>
      </w:r>
      <w:r>
        <w:br/>
      </w:r>
      <w:r>
        <w:rPr>
          <w:sz w:val="20"/>
        </w:rPr>
        <w:t>1:00:56  is mein mind ka koi application nahi hai. to main samajhta hoon ke is ka taluq mazhab se nahi hai. yeh ek riwaj hai jo baad ke zamane mein bana hai.</w:t>
      </w:r>
      <w:r>
        <w:br/>
      </w:r>
      <w:r>
        <w:rPr>
          <w:sz w:val="20"/>
        </w:rPr>
        <w:t>1:01:05  asal mazhab mein kabhi yeh nahi tha. aisa</w:t>
      </w:r>
    </w:p>
    <w:p>
      <w:pPr>
        <w:pStyle w:val="Heading2"/>
      </w:pPr>
      <w:r>
        <w:t>Advice on using loudspeakers in mosques</w:t>
      </w:r>
    </w:p>
    <w:p>
      <w:r>
        <w:rPr>
          <w:color w:val="666666"/>
          <w:sz w:val="18"/>
        </w:rPr>
        <w:t>Worship · Islam in A New Age March 18, 2012 · 2m 37s · at 1:27:23 · https://youtu.be/P5hzq_NheY0?t=5243</w:t>
      </w:r>
    </w:p>
    <w:p>
      <w:r>
        <w:rPr>
          <w:i/>
        </w:rPr>
        <w:t>“There is a new trend in mosques to use loudspeakers for doing dua. This disturbs other people living near the mosque area. What would be your advice about the use of loudspeakers in mosques?”</w:t>
      </w:r>
    </w:p>
    <w:p>
      <w:r>
        <w:rPr>
          <w:sz w:val="20"/>
        </w:rPr>
        <w:t>1:27:23  Maulana, agla sawal Mr. Idrees ka hai, Rai Pur se. Unhone likha hai Maulana Sahib, there is a new trend in mosques to use loudspeakers for doing dua.</w:t>
      </w:r>
      <w:r>
        <w:br/>
      </w:r>
      <w:r>
        <w:rPr>
          <w:sz w:val="20"/>
        </w:rPr>
        <w:t>1:27:36  This disturbs other people living near the mosque area.</w:t>
      </w:r>
      <w:r>
        <w:br/>
      </w:r>
      <w:r>
        <w:rPr>
          <w:sz w:val="20"/>
        </w:rPr>
        <w:t>1:27:40  Maulana Sahib, what would be your advice about the use of loudspeakers in mosques? Yeh toh bilashuba ek bidat hai. Lekin ab chuki yahan azadi hai toh hum hum rok nahi sakte kisi ko.</w:t>
      </w:r>
      <w:r>
        <w:br/>
      </w:r>
      <w:r>
        <w:rPr>
          <w:sz w:val="20"/>
        </w:rPr>
        <w:t>1:27:55  Aur yeh log vote dete hain. Toh political leaders jo hain, un ko apna samajhte hain ke agar hum kuch karenge, koi ehsaan un ko, toh yeh vote nahi denge yeh.</w:t>
      </w:r>
      <w:r>
        <w:br/>
      </w:r>
      <w:r>
        <w:rPr>
          <w:sz w:val="20"/>
        </w:rPr>
        <w:t>1:28:05  Toh yeh vote politics ne itna zyada tamasha bana rakha hai ke ke har taraf loudspeaker ki dhoom machi hui hai. Halanki dekhen, Hadees mein aata hai ke baad ke zamane ke bare mein, jabke zamane mein bigada jayega, bigad.</w:t>
      </w:r>
      <w:r>
        <w:br/>
      </w:r>
      <w:r>
        <w:rPr>
          <w:sz w:val="20"/>
        </w:rPr>
        <w:t>1:28:21  RAFA'ATUL ASWATI FIL MASAJID. Yeh Hadees mein aata hai RAFA'ATUL ASWATI FIL MASAJID. Jab masjidon se aawazein buland hongi.</w:t>
      </w:r>
      <w:r>
        <w:br/>
      </w:r>
      <w:r>
        <w:rPr>
          <w:sz w:val="20"/>
        </w:rPr>
        <w:t>1:28:33  Matlab hota hai yeh loudspeaker hai, murad hai is se. Is ka dhoom machi hui hai loudspeaker ki. Yeh toh Rasool Allah ke Hadees ke mutabiq bigad ke zamane ka phenomena hai.</w:t>
      </w:r>
      <w:r>
        <w:br/>
      </w:r>
      <w:r>
        <w:rPr>
          <w:sz w:val="20"/>
        </w:rPr>
        <w:t>1:28:47  Aur sab se badi cheez jo is ko jaari rakhi hui hai, yeh vote politics. Jitne political leaders hain, woh chahte hain ke appeasement policy ikhtiyar ki hui hain apne voteron ko le kar ke.</w:t>
      </w:r>
      <w:r>
        <w:br/>
      </w:r>
      <w:r>
        <w:rPr>
          <w:sz w:val="20"/>
        </w:rPr>
        <w:t>1:29:00  Is wajah se aap kuch kar nahi</w:t>
      </w:r>
      <w:r>
        <w:br/>
      </w:r>
      <w:r>
        <w:rPr>
          <w:sz w:val="20"/>
        </w:rPr>
        <w:t>1:29:01  sakte. Yeh jaari rahega woh. Koi is ko rok nahi sakta.</w:t>
      </w:r>
    </w:p>
    <w:p>
      <w:pPr>
        <w:pStyle w:val="Heading2"/>
      </w:pPr>
      <w:r>
        <w:t>Clarity on Khurooj being haram in Islam</w:t>
      </w:r>
    </w:p>
    <w:p>
      <w:r>
        <w:rPr>
          <w:color w:val="666666"/>
          <w:sz w:val="18"/>
        </w:rPr>
        <w:t>Worship · How to Manage Controversy 10 Nov 2019 - Maulana Wahiduddin Khan · 3m 58s · at 38:48 · https://youtu.be/UafTzJXHrSA?t=2328</w:t>
      </w:r>
    </w:p>
    <w:p>
      <w:r>
        <w:rPr>
          <w:i/>
        </w:rPr>
        <w:t>“I have recently started following you. I saw one of your videos yesterday about Khurooj is haram in Islam, and I really need more clarity in this issue, as in Pakistan these days some Maulanas are protesting against the government of Pakistan.”</w:t>
      </w:r>
    </w:p>
    <w:p>
      <w:r>
        <w:rPr>
          <w:sz w:val="20"/>
        </w:rPr>
        <w:t>38:48  Maulana, agla sawal lete hain. yeh sawal Pakistan se bheja hai, Pakistan Lahore se bheja hai, mubashir ali sahib ne. unhone likha hai: "Maulana sahib, i have recently started following you.</w:t>
      </w:r>
      <w:r>
        <w:br/>
      </w:r>
      <w:r>
        <w:rPr>
          <w:sz w:val="20"/>
        </w:rPr>
        <w:t>39:02  I saw one of your video yesterday about khurooj is haram in Islam, and I really need more</w:t>
      </w:r>
      <w:r>
        <w:br/>
      </w:r>
      <w:r>
        <w:rPr>
          <w:sz w:val="20"/>
        </w:rPr>
        <w:t>39:10  clarity in this issue, as in Pakistan these days some molana are protesting against the government of Pakistan,</w:t>
      </w:r>
      <w:r>
        <w:br/>
      </w:r>
      <w:r>
        <w:rPr>
          <w:sz w:val="20"/>
        </w:rPr>
        <w:t>39:18  and especially the pm of Pakistan, using bad and foul language, and they are even instigating people</w:t>
      </w:r>
      <w:r>
        <w:br/>
      </w:r>
      <w:r>
        <w:rPr>
          <w:sz w:val="20"/>
        </w:rPr>
        <w:t>39:26  in the name of religion, by associating the prime minister with jews and calling him shaitan, and even</w:t>
      </w:r>
      <w:r>
        <w:br/>
      </w:r>
      <w:r>
        <w:rPr>
          <w:sz w:val="20"/>
        </w:rPr>
        <w:t>39:33  agents of jews.</w:t>
      </w:r>
      <w:r>
        <w:br/>
      </w:r>
      <w:r>
        <w:rPr>
          <w:sz w:val="20"/>
        </w:rPr>
        <w:t>39:35  these things hurt me and many others when they see the religion being used for politics, and to the extent where moral and islamic values are being compromised.</w:t>
      </w:r>
      <w:r>
        <w:br/>
      </w:r>
      <w:r>
        <w:rPr>
          <w:sz w:val="20"/>
        </w:rPr>
        <w:t>39:48  but no islamic scholar has courage to stand and tell people its wrong</w:t>
      </w:r>
      <w:r>
        <w:br/>
      </w:r>
      <w:r>
        <w:rPr>
          <w:sz w:val="20"/>
        </w:rPr>
        <w:t>39:53  in the other hand, i also want to know from you that if the muslim or even a non muslim government is doing things that are anti islamic and against the orders of Allah subhanahu wa ta'ala, then is khuruj still haram</w:t>
      </w:r>
      <w:r>
        <w:br/>
      </w:r>
      <w:r>
        <w:rPr>
          <w:sz w:val="20"/>
        </w:rPr>
        <w:t>40:09  haram. please give some examples from the life of the prophet."</w:t>
      </w:r>
      <w:r>
        <w:br/>
      </w:r>
      <w:r>
        <w:rPr>
          <w:sz w:val="20"/>
        </w:rPr>
        <w:t>40:19  to yeh sawal hai ke comment hai ek aadmi. yeh sawal hai Maulana unka ke ek to woh jo khuruj is haram ko le ke jo aap ne ek talk diya tha, us ki woh wazahat chahte hain un ke present context se ke Pakistan mein kafi log protest kar rahe hain government ko le ke.</w:t>
      </w:r>
      <w:r>
        <w:br/>
      </w:r>
      <w:r>
        <w:rPr>
          <w:sz w:val="20"/>
        </w:rPr>
        <w:t>40:37  aur doosri doosri baat woh yeh keh rahe hain ke chahe muslim government ho ya non muslim government ho, agar woh anti islamic activities ko barhawa de rahe hain to kya tab bhi khuruj haram hai?</w:t>
      </w:r>
      <w:r>
        <w:br/>
      </w:r>
      <w:r>
        <w:rPr>
          <w:sz w:val="20"/>
        </w:rPr>
        <w:t>40:53  to yeh do baaton pe woh aap ka opinion chahte hain. bilkul haram, har haal mein hai, har haal mein haram hai.</w:t>
      </w:r>
      <w:r>
        <w:br/>
      </w:r>
      <w:r>
        <w:rPr>
          <w:sz w:val="20"/>
        </w:rPr>
        <w:t>41:03  aap agar kuch karna chahte hain to peaceful tareeqe se kijiye. yeh jo protest hai aur khuruj hai, yeh to bilashuba haram hai.</w:t>
      </w:r>
      <w:r>
        <w:br/>
      </w:r>
      <w:r>
        <w:rPr>
          <w:sz w:val="20"/>
        </w:rPr>
        <w:t>41:16  is mein bohat ziyada hadith hain. aap ko agar reference dekhna hai to aap ko mein ek reference batata hoon, woh hai sahih muslim ke jo sharah hain, imam nawawi,</w:t>
      </w:r>
      <w:r>
        <w:br/>
      </w:r>
      <w:r>
        <w:rPr>
          <w:sz w:val="20"/>
        </w:rPr>
        <w:t>41:36  unhone hadithon ko, hadithon ke imam hain, woh hadithon ka mutala kar ke likha hai ke</w:t>
      </w:r>
      <w:r>
        <w:br/>
      </w:r>
      <w:r>
        <w:rPr>
          <w:sz w:val="20"/>
        </w:rPr>
        <w:t>41:50  "wa 'amala khurujun 'alayhim fa haramun bijg ma'al muslimin wa law kanu fasaqaa wa law kanu zhaalimeen" yaani fasaq aur zhaalim ho tab bhi aap khuruj nahi kar sakte.</w:t>
      </w:r>
      <w:r>
        <w:br/>
      </w:r>
      <w:r>
        <w:rPr>
          <w:sz w:val="20"/>
        </w:rPr>
        <w:t>42:12  aap peaceful tareeqe se kijiye, maslan aap memorandum pesh kijiye, akhbar mein mazmoon likhiye.</w:t>
      </w:r>
      <w:r>
        <w:br/>
      </w:r>
      <w:r>
        <w:rPr>
          <w:sz w:val="20"/>
        </w:rPr>
        <w:t>42:24  lekin yeh jo protest jo hota hai aur jo khuruj jo kiya jata hai, woh to bilashuba haram hai.</w:t>
      </w:r>
      <w:r>
        <w:br/>
      </w:r>
      <w:r>
        <w:rPr>
          <w:sz w:val="20"/>
        </w:rPr>
        <w:t>42:33  koi agar Allah se na na darta ho to wahi aisa kar sakta hai.</w:t>
      </w:r>
    </w:p>
    <w:p>
      <w:pPr>
        <w:pStyle w:val="Heading2"/>
      </w:pPr>
      <w:r>
        <w:t>Combining prayer method and yoga benefits</w:t>
      </w:r>
    </w:p>
    <w:p>
      <w:r>
        <w:rPr>
          <w:color w:val="666666"/>
          <w:sz w:val="18"/>
        </w:rPr>
        <w:t>Worship · The Spirit of Namaz | May 21, 2017 · 4m 07s · at 51:11 · https://youtu.be/xN9SA_q272Y?t=3071</w:t>
      </w:r>
    </w:p>
    <w:p>
      <w:r>
        <w:rPr>
          <w:i/>
        </w:rPr>
        <w:t>“A person was giving a speech combining the method of prayer and the benefit of yoga as one.”</w:t>
      </w:r>
    </w:p>
    <w:p>
      <w:r>
        <w:rPr>
          <w:sz w:val="20"/>
        </w:rPr>
        <w:t>51:11  maulana agla sawal bheja hai maulana iqbal umri ne chennai se.</w:t>
      </w:r>
      <w:r>
        <w:br/>
      </w:r>
      <w:r>
        <w:rPr>
          <w:sz w:val="20"/>
        </w:rPr>
        <w:t>51:17  unhone likha hai: "maulana sahib, ek sahib namaz ka tarika aur yoga ka faida dono ko ek</w:t>
      </w:r>
      <w:r>
        <w:br/>
      </w:r>
      <w:r>
        <w:rPr>
          <w:sz w:val="20"/>
        </w:rPr>
        <w:t>51:24  hi bata kar taqreer kar rahe the.</w:t>
      </w:r>
      <w:r>
        <w:br/>
      </w:r>
      <w:r>
        <w:rPr>
          <w:sz w:val="20"/>
        </w:rPr>
        <w:t>51:30  aap aap ka is par kya kehna hai? is ko wazeh karen." mere nazdeek keh aisay log jo</w:t>
      </w:r>
      <w:r>
        <w:br/>
      </w:r>
      <w:r>
        <w:rPr>
          <w:sz w:val="20"/>
        </w:rPr>
        <w:t>51:36  aisa taqreer karte hain, woh mans marking ke mustahiq hain.</w:t>
      </w:r>
      <w:r>
        <w:br/>
      </w:r>
      <w:r>
        <w:rPr>
          <w:sz w:val="20"/>
        </w:rPr>
        <w:t>51:43  Marks marking ek term hai jo exam mein use kiya jata hai ke ek talib ilm ko poocha jaye ke hawajat kaisa hota hai, aur us ke jawab mein woh motor car ki baatein likh dale to marks marking ka mustahiq hoga. Yani woh na car ko janta tha na jahaz ko janta tha. To aise log jo hain, marks marking ke mustahiq hain, woh na yo</w:t>
      </w:r>
      <w:r>
        <w:br/>
      </w:r>
      <w:r>
        <w:rPr>
          <w:sz w:val="20"/>
        </w:rPr>
        <w:t>52:13  ga ko jante hain na namaz ko jante hain.</w:t>
      </w:r>
      <w:r>
        <w:br/>
      </w:r>
      <w:r>
        <w:rPr>
          <w:sz w:val="20"/>
        </w:rPr>
        <w:t>52:16  yeh yahi mera mera tabsarah hai.</w:t>
      </w:r>
      <w:r>
        <w:br/>
      </w:r>
      <w:r>
        <w:rPr>
          <w:sz w:val="20"/>
        </w:rPr>
        <w:t>52:20  ji Maulana in ka aik aur sawal hai.</w:t>
      </w:r>
      <w:r>
        <w:br/>
      </w:r>
      <w:r>
        <w:rPr>
          <w:sz w:val="20"/>
        </w:rPr>
        <w:t>52:24  unhon ne likha hai keh: "Maulana sahib, aik sahib ne kaha keh form par zor dene walay form</w:t>
      </w:r>
      <w:r>
        <w:br/>
      </w:r>
      <w:r>
        <w:rPr>
          <w:sz w:val="20"/>
        </w:rPr>
        <w:t>52:28  mein kamzor rehte hain.</w:t>
      </w:r>
      <w:r>
        <w:br/>
      </w:r>
      <w:r>
        <w:rPr>
          <w:sz w:val="20"/>
        </w:rPr>
        <w:t>52:31  Maulana is mein kya mughalta hai? is ko wazeh karen." kamzori rehna chahiye, yeh mughalta hai.</w:t>
      </w:r>
      <w:r>
        <w:br/>
      </w:r>
      <w:r>
        <w:rPr>
          <w:sz w:val="20"/>
        </w:rPr>
        <w:t>52:35  yeh form mein kamzori rehna chahiye.</w:t>
      </w:r>
      <w:r>
        <w:br/>
      </w:r>
      <w:r>
        <w:rPr>
          <w:sz w:val="20"/>
        </w:rPr>
        <w:t>52:39  jo aaj kal</w:t>
      </w:r>
      <w:r>
        <w:br/>
      </w:r>
      <w:r>
        <w:rPr>
          <w:sz w:val="20"/>
        </w:rPr>
        <w:t>52:43  bohat zabardast form ka ihtimam kiya jata hai, woh achi baat nahi hai.</w:t>
      </w:r>
      <w:r>
        <w:br/>
      </w:r>
      <w:r>
        <w:rPr>
          <w:sz w:val="20"/>
        </w:rPr>
        <w:t>52:48  woh aap sahaba ki namazon ko parhiye, kitabon mein jo likhe hain, un ke halaat form mein woh</w:t>
      </w:r>
      <w:r>
        <w:br/>
      </w:r>
      <w:r>
        <w:rPr>
          <w:sz w:val="20"/>
        </w:rPr>
        <w:t>52:53  mazboot nahi thay.</w:t>
      </w:r>
      <w:r>
        <w:br/>
      </w:r>
      <w:r>
        <w:rPr>
          <w:sz w:val="20"/>
        </w:rPr>
        <w:t>52:58  yeh jo aaj kal chala hua hai keh bohat zabardast form ka ihtimam, woh to matloob hi nahi hai.</w:t>
      </w:r>
      <w:r>
        <w:br/>
      </w:r>
      <w:r>
        <w:rPr>
          <w:sz w:val="20"/>
        </w:rPr>
        <w:t>53:03  mein aap ko aik qissa batata hoon.</w:t>
      </w:r>
      <w:r>
        <w:br/>
      </w:r>
      <w:r>
        <w:rPr>
          <w:sz w:val="20"/>
        </w:rPr>
        <w:t>53:08  aik waqt Rasool Allah Sal Allahu Alaihi Wasallam namaz parha rahe thay, to aap ne</w:t>
      </w:r>
      <w:r>
        <w:br/>
      </w:r>
      <w:r>
        <w:rPr>
          <w:sz w:val="20"/>
        </w:rPr>
        <w:t>53:13  jab khade hue, aap rukoo mein to aap ne kaha ke: "Sami Allahu liman Hamidah" jaisa ke hum jante hain. Aap to ek sahabi ka padhe: "Rabbana lakal hamd hamdan kasiran tayyiban mubarakan rafee'an" yani form ko toda. Unhone jo press card form tha, us ko tod kar ke bole: "Yeh to Rasool Allah ne." Namaz khatam hui to poocha ke kis ne aisa kaha tha? To woh aadmi dar gaya ke main</w:t>
      </w:r>
      <w:r>
        <w:br/>
      </w:r>
      <w:r>
        <w:rPr>
          <w:sz w:val="20"/>
        </w:rPr>
        <w:t>53:43  ne form ko tora hai, kahin meri namazain na chali gayi hon.</w:t>
      </w:r>
      <w:r>
        <w:br/>
      </w:r>
      <w:r>
        <w:rPr>
          <w:sz w:val="20"/>
        </w:rPr>
        <w:t>53:49  jab woh dara hua tha, to Rasool Allah ne farmaya keh jab tum ne kaha yeh to farishtay</w:t>
      </w:r>
      <w:r>
        <w:br/>
      </w:r>
      <w:r>
        <w:rPr>
          <w:sz w:val="20"/>
        </w:rPr>
        <w:t>53:55  dor paray is ko lene ke liye keh form kya cheez hai? form convenient item hai.</w:t>
      </w:r>
      <w:r>
        <w:br/>
      </w:r>
      <w:r>
        <w:rPr>
          <w:sz w:val="20"/>
        </w:rPr>
        <w:t>54:01  namaz ko yaad rakhiye, convenient real nahi hai.</w:t>
      </w:r>
      <w:r>
        <w:br/>
      </w:r>
      <w:r>
        <w:rPr>
          <w:sz w:val="20"/>
        </w:rPr>
        <w:t>54:07  jo log form ko bohat ziyada zor dete hain</w:t>
      </w:r>
      <w:r>
        <w:br/>
      </w:r>
      <w:r>
        <w:rPr>
          <w:sz w:val="20"/>
        </w:rPr>
        <w:t>54:13  , aisay hath, waisay paon, aisay aankh, woh jante hi nahi namaz kya cheez hai, jante hi nahi</w:t>
      </w:r>
      <w:r>
        <w:br/>
      </w:r>
      <w:r>
        <w:rPr>
          <w:sz w:val="20"/>
        </w:rPr>
        <w:t>54:19  namaz kya cheez hai.</w:t>
      </w:r>
      <w:r>
        <w:br/>
      </w:r>
      <w:r>
        <w:rPr>
          <w:sz w:val="20"/>
        </w:rPr>
        <w:t>54:25  agar yeh in logon ka jo form par zor dene ka tareeqa hai, yeh hota to Rasool Allah</w:t>
      </w:r>
      <w:r>
        <w:br/>
      </w:r>
      <w:r>
        <w:rPr>
          <w:sz w:val="20"/>
        </w:rPr>
        <w:t>54:30  kehte hain keh tumhari to namaz hi nahi hui, tum ne to form ko tord diya.</w:t>
      </w:r>
      <w:r>
        <w:br/>
      </w:r>
      <w:r>
        <w:rPr>
          <w:sz w:val="20"/>
        </w:rPr>
        <w:t>54:36  to form par aaj kal jo bohat zor diya jata hai, wahi galat hai.</w:t>
      </w:r>
      <w:r>
        <w:br/>
      </w:r>
      <w:r>
        <w:rPr>
          <w:sz w:val="20"/>
        </w:rPr>
        <w:t>54:42  yaad rakhiye, spirit par zor dena chahiye.</w:t>
      </w:r>
      <w:r>
        <w:br/>
      </w:r>
      <w:r>
        <w:rPr>
          <w:sz w:val="20"/>
        </w:rPr>
        <w:t>54:48  form mein thoda sa idhar udhar to ho hi jayega, woh sab ko hota tha, sab ko hota tha.</w:t>
      </w:r>
      <w:r>
        <w:br/>
      </w:r>
      <w:r>
        <w:rPr>
          <w:sz w:val="20"/>
        </w:rPr>
        <w:t>54:54  ek baar to hadith mein aata hai ke rasool Allah sal Allahu alaihi wasallam ne namaz padhai aur</w:t>
      </w:r>
      <w:r>
        <w:br/>
      </w:r>
      <w:r>
        <w:rPr>
          <w:sz w:val="20"/>
        </w:rPr>
        <w:t>55:00  ghaaliban chaar waqt ki namaz thi, woh chaar rak'at wali.</w:t>
      </w:r>
      <w:r>
        <w:br/>
      </w:r>
      <w:r>
        <w:rPr>
          <w:sz w:val="20"/>
        </w:rPr>
        <w:t>55:06  ab do rak'at mein salam pheri aur ja ke wahan khade ho gaye idhar.</w:t>
      </w:r>
      <w:r>
        <w:br/>
      </w:r>
      <w:r>
        <w:rPr>
          <w:sz w:val="20"/>
        </w:rPr>
        <w:t>55:12  to logon ne logon ko taajjub hua ke kya yeh namaz yaani yeh do rak'at ki ho gayi hai?</w:t>
      </w:r>
    </w:p>
    <w:p>
      <w:pPr>
        <w:pStyle w:val="Heading2"/>
      </w:pPr>
      <w:r>
        <w:t>Comment on namaz without concentration</w:t>
      </w:r>
    </w:p>
    <w:p>
      <w:r>
        <w:rPr>
          <w:color w:val="666666"/>
          <w:sz w:val="18"/>
        </w:rPr>
        <w:t>Worship · Three levels of Realization July 4, 2010 · 2m 23s · at 1:14:24 · https://youtu.be/NtCTVVov3Nw?t=4464</w:t>
      </w:r>
    </w:p>
    <w:p>
      <w:r>
        <w:rPr>
          <w:i/>
        </w:rPr>
        <w:t>“It is said that an alim was once asked: 'I try my best to put my heart and soul into namaz, however whenever I am offering namaz, my mind is full of all kinds of thoughts. My namaz is a mere ritual, my soul is not in the namaz.' The scholar replied: 'Praying namaz is obligatory, but praying with full concentration is not obligatory.' Maulana, what is your comment on this?”</w:t>
      </w:r>
    </w:p>
    <w:p>
      <w:r>
        <w:rPr>
          <w:sz w:val="20"/>
        </w:rPr>
        <w:t>1:14:24  maulana agla sawal kya hai mister mehfooz ne new dilli se</w:t>
      </w:r>
      <w:r>
        <w:br/>
      </w:r>
      <w:r>
        <w:rPr>
          <w:sz w:val="20"/>
        </w:rPr>
        <w:t>1:14:29  he is written ah it is said that an aalim was once asked i try my best to put my heart and soul into namaz however whenever i am offering namaz my mind is full of all kinds of thoughts my namaz is a mere ritual my soul is not in the namaz the scholar is said to have replied namaz parho farz hai</w:t>
      </w:r>
      <w:r>
        <w:br/>
      </w:r>
      <w:r>
        <w:rPr>
          <w:sz w:val="20"/>
        </w:rPr>
        <w:t>1:14:59  dil laga ke namaz parhna farz nahi maulana what is your comment on this dekhen mera comment yeh hai aik hai namaz aik hai pre namaz aik hai namaz aik hai pre namaz to namaz se pehle bhi aik namaz parhni parti hai</w:t>
      </w:r>
      <w:r>
        <w:br/>
      </w:r>
      <w:r>
        <w:rPr>
          <w:sz w:val="20"/>
        </w:rPr>
        <w:t>1:15:20  jise collegeon mein aik refreshing refreshing course hota hai</w:t>
      </w:r>
      <w:r>
        <w:br/>
      </w:r>
      <w:r>
        <w:rPr>
          <w:sz w:val="20"/>
        </w:rPr>
        <w:t>1:15:25  course se pehle refreshing course yani preparation course to namaz se pehle aap ki aik zindagi hoti hai aap active hotay hain aap bol baat karte hain aap study karte hain wahan par agar aap us spirit se jee rahe hain jo namaz wali spirit hai yeh spirit of namaz namaz se pehle agar paida kar rakhi hai aap ne tab namaz mein aap ke jaan aaye gi unhe nahi aaye gi</w:t>
      </w:r>
      <w:r>
        <w:br/>
      </w:r>
      <w:r>
        <w:rPr>
          <w:sz w:val="20"/>
        </w:rPr>
        <w:t>1:15:55  jo jawab unhon ne diya woh ho sakta hai juzwi taur par sahi ho lekin asal jo jawab yeh woh woh nahi hai asal jawab yeh hai ke namaz se pehle namaz parho</w:t>
      </w:r>
      <w:r>
        <w:br/>
      </w:r>
      <w:r>
        <w:rPr>
          <w:sz w:val="20"/>
        </w:rPr>
        <w:t>1:16:08  yani namaz se pehle apni zindagi ko namazi banao namaz se pehle apne dimagh ko namazi banao</w:t>
      </w:r>
      <w:r>
        <w:br/>
      </w:r>
      <w:r>
        <w:rPr>
          <w:sz w:val="20"/>
        </w:rPr>
        <w:t>1:16:15  namaz se pehle apni soch ko namazi banao</w:t>
      </w:r>
      <w:r>
        <w:br/>
      </w:r>
      <w:r>
        <w:rPr>
          <w:sz w:val="20"/>
        </w:rPr>
        <w:t>1:16:18  namaz se pehle khuda ke liye jeene wale bano</w:t>
      </w:r>
      <w:r>
        <w:br/>
      </w:r>
      <w:r>
        <w:rPr>
          <w:sz w:val="20"/>
        </w:rPr>
        <w:t>1:16:23  namaz se pehle khuda ke liye jhukne wale bano aise jab life hogi</w:t>
      </w:r>
      <w:r>
        <w:br/>
      </w:r>
      <w:r>
        <w:rPr>
          <w:sz w:val="20"/>
        </w:rPr>
        <w:t>1:16:28  to phir jab aadmi ja kar namaz mein khada hoga to uski woh phir woh ek dam</w:t>
      </w:r>
      <w:r>
        <w:br/>
      </w:r>
      <w:r>
        <w:rPr>
          <w:sz w:val="20"/>
        </w:rPr>
        <w:t>1:16:34  uski namaz</w:t>
      </w:r>
      <w:r>
        <w:br/>
      </w:r>
      <w:r>
        <w:rPr>
          <w:sz w:val="20"/>
        </w:rPr>
        <w:t>1:16:35  alag alag rang ki namaz hogi</w:t>
      </w:r>
      <w:r>
        <w:br/>
      </w:r>
      <w:r>
        <w:rPr>
          <w:sz w:val="20"/>
        </w:rPr>
        <w:t>1:16:39  yeh hai is ka sahi jawab</w:t>
      </w:r>
    </w:p>
    <w:p>
      <w:pPr>
        <w:pStyle w:val="Heading2"/>
      </w:pPr>
      <w:r>
        <w:t>Completing Quran in Ramadan with help</w:t>
      </w:r>
    </w:p>
    <w:p>
      <w:r>
        <w:rPr>
          <w:color w:val="666666"/>
          <w:sz w:val="18"/>
        </w:rPr>
        <w:t>Worship · Roza (Fasting) Shock May 26, 2019 · 2m 15s · at 41:32 · https://youtu.be/GXYhGriFRpM?t=2492</w:t>
      </w:r>
    </w:p>
    <w:p>
      <w:r>
        <w:rPr>
          <w:i/>
        </w:rPr>
        <w:t>“I want to ask you that we have to complete the Quran once in the month of Ramadan. One of my friends thinks that we can complete it by taking the help of others, like someone else can complete the Quran by reading it. Is this approach right or wrong?”</w:t>
      </w:r>
    </w:p>
    <w:p>
      <w:r>
        <w:rPr>
          <w:sz w:val="20"/>
        </w:rPr>
        <w:t>41:32  maulana, agla sawal bilal khan ne kiya hai deli se. yeh school mein parhte hain aur un ka sawal hai: "maulana, i want to ask you that we have to complete that we have to complete quran once in the month of ramadan.</w:t>
      </w:r>
      <w:r>
        <w:br/>
      </w:r>
      <w:r>
        <w:rPr>
          <w:sz w:val="20"/>
        </w:rPr>
        <w:t>41:51  one of my friend thinks that we can complete it by taking the help of other. like some one else can complete the quran by reading it.</w:t>
      </w:r>
      <w:r>
        <w:br/>
      </w:r>
      <w:r>
        <w:rPr>
          <w:sz w:val="20"/>
        </w:rPr>
        <w:t>42:02  maulana, is this approach right or wrong?" bhai, dono hi baatein sahi nahi hain. quran hai tadabbur ke liye, yani contemplation.</w:t>
      </w:r>
      <w:r>
        <w:br/>
      </w:r>
      <w:r>
        <w:rPr>
          <w:sz w:val="20"/>
        </w:rPr>
        <w:t>42:15  quran is big book of contemplation.</w:t>
      </w:r>
      <w:r>
        <w:br/>
      </w:r>
      <w:r>
        <w:rPr>
          <w:sz w:val="20"/>
        </w:rPr>
        <w:t>42:21  asal cheez yeh hai ke quran mein sochna yeh hai hi nahi ke khatam karna, khatam karna, khatam karna. yeh to hai hi nahi, kahin likha hi nahi hai. quran is liye hai ke log is ko ghor karein,</w:t>
      </w:r>
      <w:r>
        <w:br/>
      </w:r>
      <w:r>
        <w:rPr>
          <w:sz w:val="20"/>
        </w:rPr>
        <w:t>42:34  is par tadabbur karein. to is liye quran book of contemplation hai, book of contemplation.</w:t>
      </w:r>
      <w:r>
        <w:br/>
      </w:r>
      <w:r>
        <w:rPr>
          <w:sz w:val="20"/>
        </w:rPr>
        <w:t>42:47  okay, so we we'll end the session now. thank you.</w:t>
      </w:r>
    </w:p>
    <w:p>
      <w:pPr>
        <w:pStyle w:val="Heading2"/>
      </w:pPr>
      <w:r>
        <w:t>Detailed explanation of repentance</w:t>
      </w:r>
    </w:p>
    <w:p>
      <w:r>
        <w:rPr>
          <w:color w:val="666666"/>
          <w:sz w:val="18"/>
        </w:rPr>
        <w:t>Worship · The Road to Paradise December 11, 2016 · 2m 43s · at 48:53 · https://youtu.be/iW2QmcY1_yU?t=2933</w:t>
      </w:r>
    </w:p>
    <w:p>
      <w:r>
        <w:rPr>
          <w:i/>
        </w:rPr>
        <w:t>“How to do tawbah (repentance)? Please explain in detail.”</w:t>
      </w:r>
    </w:p>
    <w:p>
      <w:r>
        <w:rPr>
          <w:sz w:val="20"/>
        </w:rPr>
        <w:t>48:53  Maulana, agla sawal kiya hai Farhan Khan sahib ne Australia se.</w:t>
      </w:r>
      <w:r>
        <w:br/>
      </w:r>
      <w:r>
        <w:rPr>
          <w:sz w:val="20"/>
        </w:rPr>
        <w:t>49:00  Unhon ne likha hai: "Maulana sahib how to do tauba please explain in detail to us Dekhiye, tauba</w:t>
      </w:r>
      <w:r>
        <w:br/>
      </w:r>
      <w:r>
        <w:rPr>
          <w:sz w:val="20"/>
        </w:rPr>
        <w:t>49:07  jo hai, is ke lafzi maani to hain palatna, lekin is ka jo sense hai, woh hai repentance.</w:t>
      </w:r>
      <w:r>
        <w:br/>
      </w:r>
      <w:r>
        <w:rPr>
          <w:sz w:val="20"/>
        </w:rPr>
        <w:t>49:13  Tauba ka matlab hai repentance.</w:t>
      </w:r>
      <w:r>
        <w:br/>
      </w:r>
      <w:r>
        <w:rPr>
          <w:sz w:val="20"/>
        </w:rPr>
        <w:t>49:20  To sab se pehli baat yeh hai ke aadmi ko repentance aaye, apni ghalti ko maane woh dil</w:t>
      </w:r>
      <w:r>
        <w:br/>
      </w:r>
      <w:r>
        <w:rPr>
          <w:sz w:val="20"/>
        </w:rPr>
        <w:t>49:26  se ke kaisi ajeeb bhool mujh se ho gayi.</w:t>
      </w:r>
      <w:r>
        <w:br/>
      </w:r>
      <w:r>
        <w:rPr>
          <w:sz w:val="20"/>
        </w:rPr>
        <w:t>49:33  Aur is ke baad yeh hai ke woh yeh ahad kare apne aap se ke ab mujhe aisa</w:t>
      </w:r>
      <w:r>
        <w:br/>
      </w:r>
      <w:r>
        <w:rPr>
          <w:sz w:val="20"/>
        </w:rPr>
        <w:t>49:39  nahi karna hai.</w:t>
      </w:r>
      <w:r>
        <w:br/>
      </w:r>
      <w:r>
        <w:rPr>
          <w:sz w:val="20"/>
        </w:rPr>
        <w:t>49:46  To ulama ne is ki teen shakalain batayi hain.</w:t>
      </w:r>
      <w:r>
        <w:br/>
      </w:r>
      <w:r>
        <w:rPr>
          <w:sz w:val="20"/>
        </w:rPr>
        <w:t>49:52  Pehli cheez yahi hai ke aadmi iqrar kare ke mujh se ghalti hui.</w:t>
      </w:r>
      <w:r>
        <w:br/>
      </w:r>
      <w:r>
        <w:rPr>
          <w:sz w:val="20"/>
        </w:rPr>
        <w:t>49:59  nidaamat aaye, repentance aaye.</w:t>
      </w:r>
      <w:r>
        <w:br/>
      </w:r>
      <w:r>
        <w:rPr>
          <w:sz w:val="20"/>
        </w:rPr>
        <w:t>50:05  doosri cheez yeh hai ke woh ahad kare ke ab mein aisa nahi karunga.</w:t>
      </w:r>
      <w:r>
        <w:br/>
      </w:r>
      <w:r>
        <w:rPr>
          <w:sz w:val="20"/>
        </w:rPr>
        <w:t>50:12  yeh do cheezein.</w:t>
      </w:r>
      <w:r>
        <w:br/>
      </w:r>
      <w:r>
        <w:rPr>
          <w:sz w:val="20"/>
        </w:rPr>
        <w:t>50:19  aur agar ek maamla kisi insani huqooq ka hai to teesri cheez mein shamil ki hai ulma ne</w:t>
      </w:r>
      <w:r>
        <w:br/>
      </w:r>
      <w:r>
        <w:rPr>
          <w:sz w:val="20"/>
        </w:rPr>
        <w:t>50:25  ke aadmi is huq ko talaafi kare.</w:t>
      </w:r>
      <w:r>
        <w:br/>
      </w:r>
      <w:r>
        <w:rPr>
          <w:sz w:val="20"/>
        </w:rPr>
        <w:t>50:32  kisi ko paisa maara hai to paisa lotaye is ko.</w:t>
      </w:r>
      <w:r>
        <w:br/>
      </w:r>
      <w:r>
        <w:rPr>
          <w:sz w:val="20"/>
        </w:rPr>
        <w:t>50:38  kisi ki gheebat ho gayi hai to us ke liye dua kare.</w:t>
      </w:r>
      <w:r>
        <w:br/>
      </w:r>
      <w:r>
        <w:rPr>
          <w:sz w:val="20"/>
        </w:rPr>
        <w:t>50:45  kisi ka nuqsaan kar diya hai to us ki bharpaai kare.</w:t>
      </w:r>
      <w:r>
        <w:br/>
      </w:r>
      <w:r>
        <w:rPr>
          <w:sz w:val="20"/>
        </w:rPr>
        <w:t>50:51  yeh teen cheezein.</w:t>
      </w:r>
      <w:r>
        <w:br/>
      </w:r>
      <w:r>
        <w:rPr>
          <w:sz w:val="20"/>
        </w:rPr>
        <w:t>50:58  yaani pehli cheez hai repentance.</w:t>
      </w:r>
      <w:r>
        <w:br/>
      </w:r>
      <w:r>
        <w:rPr>
          <w:sz w:val="20"/>
        </w:rPr>
        <w:t>51:04  doosri cheez hai ke aadmi apne correct kare.</w:t>
      </w:r>
      <w:r>
        <w:br/>
      </w:r>
      <w:r>
        <w:rPr>
          <w:sz w:val="20"/>
        </w:rPr>
        <w:t>51:11  teesri cheez yeh hai ke agar insaan ka maamla hai to insaan ka jo huq us ne chheena</w:t>
      </w:r>
      <w:r>
        <w:br/>
      </w:r>
      <w:r>
        <w:rPr>
          <w:sz w:val="20"/>
        </w:rPr>
        <w:t>51:17  hai, us ko aadha kare.</w:t>
      </w:r>
      <w:r>
        <w:br/>
      </w:r>
      <w:r>
        <w:rPr>
          <w:sz w:val="20"/>
        </w:rPr>
        <w:t>51:24  sirf lip service ka naam tauba nahi hai.</w:t>
      </w:r>
      <w:r>
        <w:br/>
      </w:r>
      <w:r>
        <w:rPr>
          <w:sz w:val="20"/>
        </w:rPr>
        <w:t>51:31  sirf lip service ka naam tauba nahi hai.</w:t>
      </w:r>
    </w:p>
    <w:p>
      <w:pPr>
        <w:pStyle w:val="Heading2"/>
      </w:pPr>
      <w:r>
        <w:t>Developing khushu in prayer</w:t>
      </w:r>
    </w:p>
    <w:p>
      <w:r>
        <w:rPr>
          <w:color w:val="666666"/>
          <w:sz w:val="18"/>
        </w:rPr>
        <w:t>Worship · The Concept of Divine Help June 16, 2013 · 2m 02s · at 1:02:38 · https://youtu.be/b0QaxGSnAOI?t=3758</w:t>
      </w:r>
    </w:p>
    <w:p>
      <w:r>
        <w:rPr>
          <w:i/>
        </w:rPr>
        <w:t>“What is khushu and how can we develop khushu in salah?”</w:t>
      </w:r>
    </w:p>
    <w:p>
      <w:r>
        <w:rPr>
          <w:sz w:val="20"/>
        </w:rPr>
        <w:t>1:02:38  maulana, agla sawal raipur se hai idrees sahab ka.</w:t>
      </w:r>
      <w:r>
        <w:br/>
      </w:r>
      <w:r>
        <w:rPr>
          <w:sz w:val="20"/>
        </w:rPr>
        <w:t>1:02:42  unhon ne likha hai: "What is khushu and how can we develop khushu in namaz?" is ke bare mein bataen. khushu naam hai apne aap ko distraction se bachane ka.</w:t>
      </w:r>
      <w:r>
        <w:br/>
      </w:r>
      <w:r>
        <w:rPr>
          <w:sz w:val="20"/>
        </w:rPr>
        <w:t>1:02:55  log jeete hain apni family mein, apne job mein, yani mini culture mein, furniture mein, aur poochte hain ke khushu kya hai?</w:t>
      </w:r>
      <w:r>
        <w:br/>
      </w:r>
      <w:r>
        <w:rPr>
          <w:sz w:val="20"/>
        </w:rPr>
        <w:t>1:03:09  khushu naam hai is baat ka ke aap ne aap ko distraction se bachayenge to is ke baad aap ki nature jaag uthegi. isi ka naam khushu hai.</w:t>
      </w:r>
      <w:r>
        <w:br/>
      </w:r>
      <w:r>
        <w:rPr>
          <w:sz w:val="20"/>
        </w:rPr>
        <w:t>1:03:19  khushu already aap ki nature mein maujood hai. already</w:t>
      </w:r>
      <w:r>
        <w:br/>
      </w:r>
      <w:r>
        <w:rPr>
          <w:sz w:val="20"/>
        </w:rPr>
        <w:t>1:03:25  kal mardeen yool al fitr yani jo matloob insan hai, woh Allah ne peshi paida kar diya hai. jo matloob fitrat hai, woh paida kar diya hai.</w:t>
      </w:r>
      <w:r>
        <w:br/>
      </w:r>
      <w:r>
        <w:rPr>
          <w:sz w:val="20"/>
        </w:rPr>
        <w:t>1:03:35  lekin hum kya karte hain?</w:t>
      </w:r>
      <w:r>
        <w:br/>
      </w:r>
      <w:r>
        <w:rPr>
          <w:sz w:val="20"/>
        </w:rPr>
        <w:t>1:03:38  hum is ko conditioning se dhanp dete hain. conditioning aur distraction yahi sab se bari musibat hai.</w:t>
      </w:r>
      <w:r>
        <w:br/>
      </w:r>
      <w:r>
        <w:rPr>
          <w:sz w:val="20"/>
        </w:rPr>
        <w:t>1:03:48  apni conditioning ko deconditioning kijiye, apne aap ko distraction se bachaiye to is ke baad jo cheez aayegi, woh khushu hui hai. woh apne aap hi jaag uthega.</w:t>
      </w:r>
      <w:r>
        <w:br/>
      </w:r>
      <w:r>
        <w:rPr>
          <w:sz w:val="20"/>
        </w:rPr>
        <w:t>1:03:57  khushu, khushu ko alag se thodi paida kiya jata hai. khushu alag se nahin paida kiya jata. pani peene ka naam hai pyas bujhna</w:t>
      </w:r>
      <w:r>
        <w:br/>
      </w:r>
      <w:r>
        <w:rPr>
          <w:sz w:val="20"/>
        </w:rPr>
        <w:t>1:04:08  ۔ piyas bujhna koi alag alag cheez nahin. koi piyas ka bujhna koi alag cheez nahin hai. pani pi liya to piyas bujh gayi.</w:t>
      </w:r>
      <w:r>
        <w:br/>
      </w:r>
      <w:r>
        <w:rPr>
          <w:sz w:val="20"/>
        </w:rPr>
        <w:t>1:04:17  aise khushu koi alag cheez nahin hai. jab aap apne bachate hain apne aap ko distraction se ya apni conditioning ko todte hain to us ke baad jo cheez aati hai, woh isi ka naam khushu hai.</w:t>
      </w:r>
      <w:r>
        <w:br/>
      </w:r>
      <w:r>
        <w:rPr>
          <w:sz w:val="20"/>
        </w:rPr>
        <w:t>1:04:31  khushu koi mubham cheez nahin hai, koi purasrar cheez nahin hai.</w:t>
      </w:r>
    </w:p>
    <w:p>
      <w:pPr>
        <w:pStyle w:val="Heading2"/>
      </w:pPr>
      <w:r>
        <w:t>Difference between habitual and conscious worship</w:t>
      </w:r>
    </w:p>
    <w:p>
      <w:r>
        <w:rPr>
          <w:color w:val="666666"/>
          <w:sz w:val="18"/>
        </w:rPr>
        <w:t>Worship · Dars-e-Quran, Chapter 2, Verses 55-57 | March 25, 2018 · 2m 18s · at 52:02 · https://youtu.be/2MykDXfNV_w?t=3122</w:t>
      </w:r>
    </w:p>
    <w:p>
      <w:r>
        <w:rPr>
          <w:i/>
        </w:rPr>
        <w:t>“Please tell us about worship out of habit and conscious worship, and how to help people realize the difference?”</w:t>
      </w:r>
    </w:p>
    <w:p>
      <w:r>
        <w:rPr>
          <w:sz w:val="20"/>
        </w:rPr>
        <w:t>52:02  ly Al-Risala ke har mah bar bar mutala kare to woh Khuda ki tofeeq se Khuda ko shaoori taur par pehchan sakta hai." Maulana, agla sawal Etanagar, Arunachal Pradesh se Muhammad Bilal Shafi sahib ne bheja hai. unhon ne likha hai: "Maulana, please ibadat out of habit aur shaoori ibadat ke bare mein kuch bataen,</w:t>
      </w:r>
      <w:r>
        <w:br/>
      </w:r>
      <w:r>
        <w:rPr>
          <w:sz w:val="20"/>
        </w:rPr>
        <w:t>52:32  and how to help people realize this difference?" is ke bare mein bataen. dekhiye, ibadat ke bare mein main ne bohat kaafi likha hai Tafsir mein, Tazkir-ul-Quran mein, Al-Risala mein mazahib bhi ate rehte hain, kitaben is par chhapi hain, ibadat kya hai? to dekhiye, ibadat ka ek form hai, har cheez</w:t>
      </w:r>
      <w:r>
        <w:br/>
      </w:r>
      <w:r>
        <w:rPr>
          <w:sz w:val="20"/>
        </w:rPr>
        <w:t>53:02  ize ka form hota hai, ek hai us ki spirit.</w:t>
      </w:r>
      <w:r>
        <w:br/>
      </w:r>
      <w:r>
        <w:rPr>
          <w:sz w:val="20"/>
        </w:rPr>
        <w:t>53:10  to maujooda zamane ki halat yeh hai ke form to maujood hai, spirit ghayab hai, aur yeh hadith</w:t>
      </w:r>
      <w:r>
        <w:br/>
      </w:r>
      <w:r>
        <w:rPr>
          <w:sz w:val="20"/>
        </w:rPr>
        <w:t>53:17  mein prediction ke taur par aayi hai yeh baat ke ek zamana aayega jabke masjidain namaziyon se</w:t>
      </w:r>
      <w:r>
        <w:br/>
      </w:r>
      <w:r>
        <w:rPr>
          <w:sz w:val="20"/>
        </w:rPr>
        <w:t>53:25  bhari hongi lekin woh</w:t>
      </w:r>
      <w:r>
        <w:br/>
      </w:r>
      <w:r>
        <w:rPr>
          <w:sz w:val="20"/>
        </w:rPr>
        <w:t>53:33  taqwa se khali hongi.</w:t>
      </w:r>
      <w:r>
        <w:br/>
      </w:r>
      <w:r>
        <w:rPr>
          <w:sz w:val="20"/>
        </w:rPr>
        <w:t>53:39  masajid aamra, woh kharab mun al-huda, wahi kharab mun al-huda.</w:t>
      </w:r>
      <w:r>
        <w:br/>
      </w:r>
      <w:r>
        <w:rPr>
          <w:sz w:val="20"/>
        </w:rPr>
        <w:t>53:45  toh yeh taqwa se khali ke mani hain, spirit se khali.</w:t>
      </w:r>
      <w:r>
        <w:br/>
      </w:r>
      <w:r>
        <w:rPr>
          <w:sz w:val="20"/>
        </w:rPr>
        <w:t>53:51  toh yeh toh yeh jo surat-e-haal hai, yeh bata di ke hamein kya kaam karna hai.</w:t>
      </w:r>
      <w:r>
        <w:br/>
      </w:r>
      <w:r>
        <w:rPr>
          <w:sz w:val="20"/>
        </w:rPr>
        <w:t>53:57  sirf logon ko form ke masail batane</w:t>
      </w:r>
      <w:r>
        <w:br/>
      </w:r>
      <w:r>
        <w:rPr>
          <w:sz w:val="20"/>
        </w:rPr>
        <w:t>54:03  se hamara haq ada nahi hoga.</w:t>
      </w:r>
      <w:r>
        <w:br/>
      </w:r>
      <w:r>
        <w:rPr>
          <w:sz w:val="20"/>
        </w:rPr>
        <w:t>54:09  form ka matlab kya hai? Masail toh masail bataye toh isse haq ada nahi hoga.</w:t>
      </w:r>
      <w:r>
        <w:br/>
      </w:r>
      <w:r>
        <w:rPr>
          <w:sz w:val="20"/>
        </w:rPr>
        <w:t>54:15  namaz ki spirit ko zinda karna hoga, namaz ki rooh ko zinda karna hoga, tab hamara farz ada hoga.</w:t>
      </w:r>
    </w:p>
    <w:p>
      <w:pPr>
        <w:pStyle w:val="Heading2"/>
      </w:pPr>
      <w:r>
        <w:t>Difference between worship and habit</w:t>
      </w:r>
    </w:p>
    <w:p>
      <w:r>
        <w:rPr>
          <w:color w:val="666666"/>
          <w:sz w:val="18"/>
        </w:rPr>
        <w:t>Worship · Self Correction November 09, 2014 Maulana Wahiduddin Khan · 2m 02s · at 1:09:40 · https://youtu.be/PpwTmeCQkSQ?t=4180</w:t>
      </w:r>
    </w:p>
    <w:p>
      <w:r>
        <w:rPr>
          <w:i/>
        </w:rPr>
        <w:t>“When worship is not accompanied by ma'rifah (deep knowledge/gnosis), it is considered mere habit. What is the difference between worship and habit? Please explain.”</w:t>
      </w:r>
    </w:p>
    <w:p>
      <w:r>
        <w:rPr>
          <w:sz w:val="20"/>
        </w:rPr>
        <w:t>1:09:40  maulana, agla sawal Maulana Iqbal Umri nay bheja hai chennai say, aur unhon nay likha hai kay maulana,</w:t>
      </w:r>
      <w:r>
        <w:br/>
      </w:r>
      <w:r>
        <w:rPr>
          <w:sz w:val="20"/>
        </w:rPr>
        <w:t>1:09:45  ibadat bhi jab marifat kay sath na ho to woh bhi aadat shumaar ki jayegi.</w:t>
      </w:r>
      <w:r>
        <w:br/>
      </w:r>
      <w:r>
        <w:rPr>
          <w:sz w:val="20"/>
        </w:rPr>
        <w:t>1:09:51  ibadat aur aadat mein kiya farq hai, is ki wazahat karen.</w:t>
      </w:r>
      <w:r>
        <w:br/>
      </w:r>
      <w:r>
        <w:rPr>
          <w:sz w:val="20"/>
        </w:rPr>
        <w:t>1:09:56  woh to main nay hadith suna di aap ko kay hadith mein aata hai kay aadmi ibadat karta</w:t>
      </w:r>
      <w:r>
        <w:br/>
      </w:r>
      <w:r>
        <w:rPr>
          <w:sz w:val="20"/>
        </w:rPr>
        <w:t>1:10:01  hai, ibadat karta hai, ibadat karta hai.</w:t>
      </w:r>
      <w:r>
        <w:br/>
      </w:r>
      <w:r>
        <w:rPr>
          <w:sz w:val="20"/>
        </w:rPr>
        <w:t>1:10:07  wala yajzi illa bi qadri aqlihi aadat wali ibadat ki nafi is mein hai kay bator aadat ibadat karta</w:t>
      </w:r>
      <w:r>
        <w:br/>
      </w:r>
      <w:r>
        <w:rPr>
          <w:sz w:val="20"/>
        </w:rPr>
        <w:t>1:10:12  hai, karta rehta hai, karta rehta hai, lekin kuch milta nahi us ko.</w:t>
      </w:r>
      <w:r>
        <w:br/>
      </w:r>
      <w:r>
        <w:rPr>
          <w:sz w:val="20"/>
        </w:rPr>
        <w:t>1:10:17  shaoor wali ibadat jab karega to is mein uska faida milega.</w:t>
      </w:r>
      <w:r>
        <w:br/>
      </w:r>
      <w:r>
        <w:rPr>
          <w:sz w:val="20"/>
        </w:rPr>
        <w:t>1:10:23  mein to nahi samajhta ke aadat ke taur par ibadat karega, Allah khush ho jayega.</w:t>
      </w:r>
      <w:r>
        <w:br/>
      </w:r>
      <w:r>
        <w:rPr>
          <w:sz w:val="20"/>
        </w:rPr>
        <w:t>1:10:28  khair, sir, ajeeb ghareeb tasawwur hai in logon ka Allah ke bare mein ke bator aadat aap ibadat</w:t>
      </w:r>
      <w:r>
        <w:br/>
      </w:r>
      <w:r>
        <w:rPr>
          <w:sz w:val="20"/>
        </w:rPr>
        <w:t>1:10:33  karen aur Allah khush ho raha hai.</w:t>
      </w:r>
      <w:r>
        <w:br/>
      </w:r>
      <w:r>
        <w:rPr>
          <w:sz w:val="20"/>
        </w:rPr>
        <w:t>1:10:39  yeh kahani ke Allah ko sirf form chahiye.</w:t>
      </w:r>
      <w:r>
        <w:br/>
      </w:r>
      <w:r>
        <w:rPr>
          <w:sz w:val="20"/>
        </w:rPr>
        <w:t>1:10:44  yaad rakhiye, yeh Allah ka underestimation hai ke woh form se khush ho jayega.</w:t>
      </w:r>
      <w:r>
        <w:br/>
      </w:r>
      <w:r>
        <w:rPr>
          <w:sz w:val="20"/>
        </w:rPr>
        <w:t>1:10:49  quran mein saaf saaf hai ke lyanala allahu lahubaha wala damaha wala kainalu al-taqwa minkum tumhara gosht aur</w:t>
      </w:r>
      <w:r>
        <w:br/>
      </w:r>
      <w:r>
        <w:rPr>
          <w:sz w:val="20"/>
        </w:rPr>
        <w:t>1:10:55  khoon nahi pahunchta Allah taala ko.</w:t>
      </w:r>
      <w:r>
        <w:br/>
      </w:r>
      <w:r>
        <w:rPr>
          <w:sz w:val="20"/>
        </w:rPr>
        <w:t>1:11:00  taqwa pahunchta hai, dil ka taqwa.</w:t>
      </w:r>
      <w:r>
        <w:br/>
      </w:r>
      <w:r>
        <w:rPr>
          <w:sz w:val="20"/>
        </w:rPr>
        <w:t>1:11:05  ek lakh rupay, ek lakh ka bakra, aur das lakh ka bakra log qurbani karte hain to kya</w:t>
      </w:r>
      <w:r>
        <w:br/>
      </w:r>
      <w:r>
        <w:rPr>
          <w:sz w:val="20"/>
        </w:rPr>
        <w:t>1:11:11  aap samajhte hain ke Allah khush ho jayega is se? lyanala allahu lahubaha wala damaha wala kainalu</w:t>
      </w:r>
      <w:r>
        <w:br/>
      </w:r>
      <w:r>
        <w:rPr>
          <w:sz w:val="20"/>
        </w:rPr>
        <w:t>1:11:16  al-taqwa minkum tumhari qurbani ka gosht aur khoon nahi pahunchta Allah taala ko, balkay taqwa pahunchta hai.</w:t>
      </w:r>
      <w:r>
        <w:br/>
      </w:r>
      <w:r>
        <w:rPr>
          <w:sz w:val="20"/>
        </w:rPr>
        <w:t>1:11:21  is ka matlab kya hua ke in terms of quantity Allah nahi dekhta kamon cheezon ko.</w:t>
      </w:r>
      <w:r>
        <w:br/>
      </w:r>
      <w:r>
        <w:rPr>
          <w:sz w:val="20"/>
        </w:rPr>
        <w:t>1:11:27  Allah taala jo hai, aap ke amal ko in terms of quantity nahi dekhta, woh in terms of</w:t>
      </w:r>
      <w:r>
        <w:br/>
      </w:r>
      <w:r>
        <w:rPr>
          <w:sz w:val="20"/>
        </w:rPr>
        <w:t>1:11:32  quality dekhta hai.</w:t>
      </w:r>
      <w:r>
        <w:br/>
      </w:r>
      <w:r>
        <w:rPr>
          <w:sz w:val="20"/>
        </w:rPr>
        <w:t>1:11:37  yani be aitbar kamiyat nahi dekhta, balkay be aitbar kifaayat dekhta hai.</w:t>
      </w:r>
    </w:p>
    <w:p>
      <w:pPr>
        <w:pStyle w:val="Heading2"/>
      </w:pPr>
      <w:r>
        <w:t>Difference in paradise based on worship</w:t>
      </w:r>
    </w:p>
    <w:p>
      <w:r>
        <w:rPr>
          <w:color w:val="666666"/>
          <w:sz w:val="18"/>
        </w:rPr>
        <w:t>Worship · Model of Paradise June 22, 2014 · 2m 14s · at 49:47 · https://youtu.be/7jXD8E_dN-E?t=2987</w:t>
      </w:r>
    </w:p>
    <w:p>
      <w:r>
        <w:rPr>
          <w:i/>
        </w:rPr>
        <w:t>“One Muslim prays less, another prays more. What will be the difference in their paradise life?”</w:t>
      </w:r>
    </w:p>
    <w:p>
      <w:r>
        <w:rPr>
          <w:sz w:val="20"/>
        </w:rPr>
        <w:t>49:47  Maulana, agla sawal Delhi se kiya hai, Dr. Anwar Abbas Sahab ne. aur unhon ne likha hai ke ek musalman kam ibadat karta hai, doosra zyada ibadat karta hai.</w:t>
      </w:r>
      <w:r>
        <w:br/>
      </w:r>
      <w:r>
        <w:rPr>
          <w:sz w:val="20"/>
        </w:rPr>
        <w:t>50:01  donon ki paradise life mein kya farq hoga?</w:t>
      </w:r>
      <w:r>
        <w:br/>
      </w:r>
      <w:r>
        <w:rPr>
          <w:sz w:val="20"/>
        </w:rPr>
        <w:t>50:05  is ke baray mein batayen. dekhen, ibadat jo hai, form ya quantity ke aitbar se is ki</w:t>
      </w:r>
      <w:r>
        <w:br/>
      </w:r>
      <w:r>
        <w:rPr>
          <w:sz w:val="20"/>
        </w:rPr>
        <w:t>50:18  ahmiyat nahin banti.</w:t>
      </w:r>
      <w:r>
        <w:br/>
      </w:r>
      <w:r>
        <w:rPr>
          <w:sz w:val="20"/>
        </w:rPr>
        <w:t>50:21  hadith mein aata hai ke innama al a'malu binniyat aur ek hadith hai ke tum amal karte ho lekin jo tum ko in'aam milega woh tumhari samajh ke barabar hoga.</w:t>
      </w:r>
      <w:r>
        <w:br/>
      </w:r>
      <w:r>
        <w:rPr>
          <w:sz w:val="20"/>
        </w:rPr>
        <w:t>50:37  wama yujza illa bi qadri aqlihi</w:t>
      </w:r>
      <w:r>
        <w:br/>
      </w:r>
      <w:r>
        <w:rPr>
          <w:sz w:val="20"/>
        </w:rPr>
        <w:t>50:41  to kaha ibadat ka zyada ya kam hona is se nahin kehti hai rak'aten zyada padhi aap ne, rak'aten zyada rakhen, is par munhasir nahin hai.</w:t>
      </w:r>
      <w:r>
        <w:br/>
      </w:r>
      <w:r>
        <w:rPr>
          <w:sz w:val="20"/>
        </w:rPr>
        <w:t>50:51  balkeh is kaifiyat se hoga jis kaifiyat se aap ne koi amal kiya hai. jaise quran mein hai qurbani ke baray mein ke Allah ko tumhara sirf taqwa pahunchta.</w:t>
      </w:r>
      <w:r>
        <w:br/>
      </w:r>
      <w:r>
        <w:rPr>
          <w:sz w:val="20"/>
        </w:rPr>
        <w:t>51:07  to taqwa to ek dakhili kaifiyat hai.</w:t>
      </w:r>
      <w:r>
        <w:br/>
      </w:r>
      <w:r>
        <w:rPr>
          <w:sz w:val="20"/>
        </w:rPr>
        <w:t>51:12  to yeh nazariya galat hai ke ibadat apni yaani quantity ke aitbar se aham o ghair aham hoti hai. nahin, apni quality ke aitbar se aham o ghair aham hoti hai.</w:t>
      </w:r>
      <w:r>
        <w:br/>
      </w:r>
      <w:r>
        <w:rPr>
          <w:sz w:val="20"/>
        </w:rPr>
        <w:t>51:25  aur quality ka jo muamla hai woh koi jaan nahin sakta. yeh sirf Allah ko pata hai. sirf Allah ko pata hai ke kis ka amal quantitative term mein zyada hai.</w:t>
      </w:r>
      <w:r>
        <w:br/>
      </w:r>
      <w:r>
        <w:rPr>
          <w:sz w:val="20"/>
        </w:rPr>
        <w:t>51:37  aap quantitative term mein to aap gin sakte hain is ki rak'aton ko. lekin qualitative term mein aap nahin pata kar sakte. to yeh muamla sara ka sara Allah par depend karta hai.</w:t>
      </w:r>
      <w:r>
        <w:br/>
      </w:r>
      <w:r>
        <w:rPr>
          <w:sz w:val="20"/>
        </w:rPr>
        <w:t>51:49  Allah hi ko pata hai ke kis ki ibadat zyada valuable hai, kisi ki kam valuable hai. yeh hum aap ko pata nahin is ka.</w:t>
      </w:r>
    </w:p>
    <w:p>
      <w:pPr>
        <w:pStyle w:val="Heading2"/>
      </w:pPr>
      <w:r>
        <w:t>Different Ramadan patterns in Saudi and India</w:t>
      </w:r>
    </w:p>
    <w:p>
      <w:r>
        <w:rPr>
          <w:color w:val="666666"/>
          <w:sz w:val="18"/>
        </w:rPr>
        <w:t>Worship · Concept of Death in Islam August 26, 2012 · 2m 53s · at 1:10:15 · https://youtu.be/y0TJxKi0L94?t=4215</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1:10:15  Maulana, agla sawal Maldives se hai, Mr Hitesh Dhamija sahib ka. unhon ne likha hai while a short stay in Saudi Arabia, I noticed that Arabs in the month of Ramadan, while they fast, sleep during the day and stay up night.</w:t>
      </w:r>
      <w:r>
        <w:br/>
      </w:r>
      <w:r>
        <w:rPr>
          <w:sz w:val="20"/>
        </w:rPr>
        <w:t>1:10:34  However, Muslims in India follow a different pattern. They keep the fast and work during the day and sleep at night.</w:t>
      </w:r>
      <w:r>
        <w:br/>
      </w:r>
      <w:r>
        <w:rPr>
          <w:sz w:val="20"/>
        </w:rPr>
        <w:t>1:10:44  Why do the Muslims of India and Saudi Arabia follow two different patterns? kya kya matlab hai? Maulana, woh yeh poochna chah rahe hain ke jab woh Saudi Arabia mein kuch time ke liye rahe thay to unhon ne dekha ke Ramadan ke douran woh din bhar sote hain aur raat ko jaagte hain, aur India mein is ka bilkul totally ulta hai jo musalman karte hain.</w:t>
      </w:r>
      <w:r>
        <w:br/>
      </w:r>
      <w:r>
        <w:rPr>
          <w:sz w:val="20"/>
        </w:rPr>
        <w:t>1:11:06  to aisa kyun hai ke dono mein itna different pattern hai Ramadan ke douran</w:t>
      </w:r>
      <w:r>
        <w:br/>
      </w:r>
      <w:r>
        <w:rPr>
          <w:sz w:val="20"/>
        </w:rPr>
        <w:t>1:11:11  ? dekhein, yeh is ka taluq Islam se nahi hai, is ka to riwaj se hai. yahan bhi riwaj galat hai, wahan bhi riwaj galat hai.</w:t>
      </w:r>
      <w:r>
        <w:br/>
      </w:r>
      <w:r>
        <w:rPr>
          <w:sz w:val="20"/>
        </w:rPr>
        <w:t>1:11:20  Arab logon ka bhi galat riwaj hai, din raat bhar khate rehte hain, woh bohat khate hain Ramadan mein. mein khud aisa hua ke Ramadan mein raha hoon to khate hi rehte hain, khate hi rehte hain.</w:t>
      </w:r>
      <w:r>
        <w:br/>
      </w:r>
      <w:r>
        <w:rPr>
          <w:sz w:val="20"/>
        </w:rPr>
        <w:t>1:11:35  to kya karte hain ke din bhar sote hain, woh bhi galat, yeh bhi galat, jo India mein hai woh bhi galat.</w:t>
      </w:r>
      <w:r>
        <w:br/>
      </w:r>
      <w:r>
        <w:rPr>
          <w:sz w:val="20"/>
        </w:rPr>
        <w:t>1:11:40  normal tareeqay se khana chahiye, harghiz aur eating nahi karna chahiye. normal tareeqay se sona chahiye, normal tareeqay se jaagna chahiye.</w:t>
      </w:r>
      <w:r>
        <w:br/>
      </w:r>
      <w:r>
        <w:rPr>
          <w:sz w:val="20"/>
        </w:rPr>
        <w:t>1:11:51  aur bahut se log is liye sote hain ke roza kat jaye ga. to roza rakha hi nahin unhon ne. main ne dekha hai ke log so jate hain, chalo phir roza kat jaye ga.</w:t>
      </w:r>
      <w:r>
        <w:br/>
      </w:r>
      <w:r>
        <w:rPr>
          <w:sz w:val="20"/>
        </w:rPr>
        <w:t>1:12:06  to roza kutne ke liye thori hai, roza tajurba karne ke liye.</w:t>
      </w:r>
      <w:r>
        <w:br/>
      </w:r>
      <w:r>
        <w:rPr>
          <w:sz w:val="20"/>
        </w:rPr>
        <w:t>1:12:10  yeh tasawwur ghalat hai ke roza kat jaye ga. nahin, roza tajurbe ke liye hai. aap ko bhook ka tajurba ho, aap ko bhook ka tajurba ho, is ke liye roza hai.</w:t>
      </w:r>
      <w:r>
        <w:br/>
      </w:r>
      <w:r>
        <w:rPr>
          <w:sz w:val="20"/>
        </w:rPr>
        <w:t>1:12:25  to aur eating kar ke, so kar ke, ya kuch khaas tarah ki cheezen banti hain ramzan ke zamane mein. jo bhook na aaye, us ko kha kar ke, aisi cheezen banai jati hain.</w:t>
      </w:r>
      <w:r>
        <w:br/>
      </w:r>
      <w:r>
        <w:rPr>
          <w:sz w:val="20"/>
        </w:rPr>
        <w:t>1:12:35  yeh sab mere khayal mein ghalat hai, yeh sab riwaj hai, is ka islam se koi talluq nahin hai.</w:t>
      </w:r>
      <w:r>
        <w:br/>
      </w:r>
      <w:r>
        <w:rPr>
          <w:sz w:val="20"/>
        </w:rPr>
        <w:t>1:12:40  islam mein yahi hai ke normal tareeqe se rahen, aap roze mein bhi normal tareeqe se khayen, roze mein bhi, ta ke aap ko pata chale aap ko ke bhook kya cheez hai, pyas kya cheez hai.</w:t>
      </w:r>
      <w:r>
        <w:br/>
      </w:r>
      <w:r>
        <w:rPr>
          <w:sz w:val="20"/>
        </w:rPr>
        <w:t>1:12:57  to yeh yeh yeh dono jagah ghalat riwaj pad gaye hain. arab mein bhi ghalat aur india mein bhi ghalat hai. is ka islam se koi talluq nahin hai.</w:t>
      </w:r>
    </w:p>
    <w:p>
      <w:pPr>
        <w:pStyle w:val="Heading2"/>
      </w:pPr>
      <w:r>
        <w:t>Different Ramadan patterns in Saudi and India</w:t>
      </w:r>
    </w:p>
    <w:p>
      <w:r>
        <w:rPr>
          <w:color w:val="666666"/>
          <w:sz w:val="18"/>
        </w:rPr>
        <w:t>Worship · Concept of Death in Islam 26th Aug 12 SLOW · 2m 54s · at 17:44 · https://youtu.be/8dsos0OBM6M?t=1064</w:t>
      </w:r>
    </w:p>
    <w:p>
      <w:r>
        <w:rPr>
          <w:i/>
        </w:rPr>
        <w:t>“While a short stay in Saudi Arabia, I noticed that Arabs in the month of Ramadan, while they fast, sleep during the day and stay up night. However, Muslims in India follow a different pattern. They keep the fast and work during the day and sleep at night. Why do the Muslims of India and Saudi Arabia follow two different patterns?”</w:t>
      </w:r>
    </w:p>
    <w:p>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r>
        <w:br/>
      </w:r>
      <w:r>
        <w:rPr>
          <w:sz w:val="20"/>
        </w:rPr>
        <w:t>18:13  Why do the Muslims of India and Saudi Arabia follow two different patterns? " kya kya matlab hai? Maulana, woh yeh poochna chah rahe hain ke jab woh Saudi Arabia mein kuch time ke liye rahe the to unhon ne dekha ke Ramadan ke dauran woh din bhar sote hain aur raat ko jaagte hain, aur India mein is ka bilkul totally ulta hai jo musalman karte hain. to aisa kyun hai ke dono mein itna different pattern hai Ramadan ke dauran?</w:t>
      </w:r>
      <w:r>
        <w:br/>
      </w:r>
      <w:r>
        <w:rPr>
          <w:sz w:val="20"/>
        </w:rPr>
        <w:t>18:40  dekhein, yeh is ka taluq Islam se nahi hai, is ka to riwaj se hai.</w:t>
      </w:r>
      <w:r>
        <w:br/>
      </w:r>
      <w:r>
        <w:rPr>
          <w:sz w:val="20"/>
        </w:rPr>
        <w:t>18:44  yahan bhi woh riwaj galat hai, wahan bhi riwaj galat hai.</w:t>
      </w:r>
      <w:r>
        <w:br/>
      </w:r>
      <w:r>
        <w:rPr>
          <w:sz w:val="20"/>
        </w:rPr>
        <w:t>18:49  arab logon ka to koi galat riwaj nahi, din raat bhar khate rehte hain, woh bohat khate hain Ramzan mein.</w:t>
      </w:r>
      <w:r>
        <w:br/>
      </w:r>
      <w:r>
        <w:rPr>
          <w:sz w:val="20"/>
        </w:rPr>
        <w:t>18:54  mein khud aisa hua ke Ramzan mein raha hoon to khate hi rehte hain, khate hi rehte hain.</w:t>
      </w:r>
      <w:r>
        <w:br/>
      </w:r>
      <w:r>
        <w:rPr>
          <w:sz w:val="20"/>
        </w:rPr>
        <w:t>18:59  to kya karte hain? ke din bhar sote hain, woh bhi galat, yeh bhi galat, jo India mein</w:t>
      </w:r>
      <w:r>
        <w:br/>
      </w:r>
      <w:r>
        <w:rPr>
          <w:sz w:val="20"/>
        </w:rPr>
        <w:t>19:04  hai woh bhi galat.</w:t>
      </w:r>
      <w:r>
        <w:br/>
      </w:r>
      <w:r>
        <w:rPr>
          <w:sz w:val="20"/>
        </w:rPr>
        <w:t>19:09  normal tareeqe se khana chahiye, hargiz hargiz overeating nahi karna chahiye, normal tareeqe se sona chahiye, normal</w:t>
      </w:r>
      <w:r>
        <w:br/>
      </w:r>
      <w:r>
        <w:rPr>
          <w:sz w:val="20"/>
        </w:rPr>
        <w:t>19:14  tareeqe se jaagna chahiye.</w:t>
      </w:r>
      <w:r>
        <w:br/>
      </w:r>
      <w:r>
        <w:rPr>
          <w:sz w:val="20"/>
        </w:rPr>
        <w:t>19:19  aur bohat se log is liye sote hain ke roza kat jaye ga.</w:t>
      </w:r>
      <w:r>
        <w:br/>
      </w:r>
      <w:r>
        <w:rPr>
          <w:sz w:val="20"/>
        </w:rPr>
        <w:t>19:24  to roza rakha hi nahi unhon ne.</w:t>
      </w:r>
      <w:r>
        <w:br/>
      </w:r>
      <w:r>
        <w:rPr>
          <w:sz w:val="20"/>
        </w:rPr>
        <w:t>19:29  mein ne dekha hai ke log so jate hain, chalo phir roza kat jaye ga.</w:t>
      </w:r>
      <w:r>
        <w:br/>
      </w:r>
      <w:r>
        <w:rPr>
          <w:sz w:val="20"/>
        </w:rPr>
        <w:t>19:34  to roza katne ke liye thori hai, roza experience karne ke liye.</w:t>
      </w:r>
      <w:r>
        <w:br/>
      </w:r>
      <w:r>
        <w:rPr>
          <w:sz w:val="20"/>
        </w:rPr>
        <w:t>19:39  yeh tasawwur galat hai ke roza kat jaye ga.</w:t>
      </w:r>
      <w:r>
        <w:br/>
      </w:r>
      <w:r>
        <w:rPr>
          <w:sz w:val="20"/>
        </w:rPr>
        <w:t>19:43  nahi, roza experience ke liye hai.</w:t>
      </w:r>
      <w:r>
        <w:br/>
      </w:r>
      <w:r>
        <w:rPr>
          <w:sz w:val="20"/>
        </w:rPr>
        <w:t>19:48  aap ko bhook ka experience ho, aap ko hunger ka experience ho, us ke liye roza hai.</w:t>
      </w:r>
      <w:r>
        <w:br/>
      </w:r>
      <w:r>
        <w:rPr>
          <w:sz w:val="20"/>
        </w:rPr>
        <w:t>19:53  to overeating kar ke, so kar ke, ya koi khaas tarah ki cheezein banti hain Ramzan ke</w:t>
      </w:r>
      <w:r>
        <w:br/>
      </w:r>
      <w:r>
        <w:rPr>
          <w:sz w:val="20"/>
        </w:rPr>
        <w:t>19:58  zamane mein, jo bhook na aaye, koi kha kar ke, aisi cheezein banai jati hain.</w:t>
      </w:r>
      <w:r>
        <w:br/>
      </w:r>
      <w:r>
        <w:rPr>
          <w:sz w:val="20"/>
        </w:rPr>
        <w:t>20:03  yeh sab mahaz galat hai, yeh sab riwaj hai, is ka islam se koi talluq nahi hai.</w:t>
      </w:r>
      <w:r>
        <w:br/>
      </w:r>
      <w:r>
        <w:rPr>
          <w:sz w:val="20"/>
        </w:rPr>
        <w:t>20:08  islam mein yahi hai ke normal tareeqe se rahein, aap roze mein bhi normal tareeqe se khayein, raat</w:t>
      </w:r>
      <w:r>
        <w:br/>
      </w:r>
      <w:r>
        <w:rPr>
          <w:sz w:val="20"/>
        </w:rPr>
        <w:t>20:13  bhar tareeqe se roze mein bhi, taake aap ko pata chale aap ko ke bhook kya cheez hai,</w:t>
      </w:r>
      <w:r>
        <w:br/>
      </w:r>
      <w:r>
        <w:rPr>
          <w:sz w:val="20"/>
        </w:rPr>
        <w:t>20:18  pyaas kya cheez hai.</w:t>
      </w:r>
      <w:r>
        <w:br/>
      </w:r>
      <w:r>
        <w:rPr>
          <w:sz w:val="20"/>
        </w:rPr>
        <w:t>20:23  to yeh yeh yeh dono jagah galat riwaj pad gaye hain, aur arab mein bhi galat hai, india</w:t>
      </w:r>
      <w:r>
        <w:br/>
      </w:r>
      <w:r>
        <w:rPr>
          <w:sz w:val="20"/>
        </w:rPr>
        <w:t>20:28  mein bhi galat hai.</w:t>
      </w:r>
      <w:r>
        <w:br/>
      </w:r>
      <w:r>
        <w:rPr>
          <w:sz w:val="20"/>
        </w:rPr>
        <w:t>20:33  is ka islam se koi talluq nahi hai.</w:t>
      </w:r>
      <w:r>
        <w:br/>
      </w:r>
      <w:r>
        <w:rPr>
          <w:sz w:val="20"/>
        </w:rPr>
        <w:t>20:38  Maulana, un ka ek aur sawal hai. unhon ne aap se yeh bhi poocha hai ke "Why is Eid celebrated at different places on different days? Please explain its relation to the moon."</w:t>
      </w:r>
    </w:p>
    <w:p>
      <w:pPr>
        <w:pStyle w:val="Heading2"/>
      </w:pPr>
      <w:r>
        <w:t>Does planning during prayer indicate lack of khushu?</w:t>
      </w:r>
    </w:p>
    <w:p>
      <w:r>
        <w:rPr>
          <w:color w:val="666666"/>
          <w:sz w:val="18"/>
        </w:rPr>
        <w:t>Worship · Changing Reference from War to Peace 10 Aug, 2019 - Maulana Wahiduddin Khan · 2m 37s · at 29:15 · https://youtu.be/gHKpwaSy1Ec?t=1755</w:t>
      </w:r>
    </w:p>
    <w:p>
      <w:r>
        <w:rPr>
          <w:i/>
        </w:rPr>
        <w:t>“There is a hadith that Umar (ra) used to plan battles during his prayer. My question is: Is thinking or having thoughts during prayer a sign of not having khushu' (concentration and humility)?”</w:t>
      </w:r>
    </w:p>
    <w:p>
      <w:r>
        <w:rPr>
          <w:sz w:val="20"/>
        </w:rPr>
        <w:t>29:15  Maulana, ek sawal aaya hai Rampur se, Irshad Ali sahib ne kiya hai. unhon ne likha hai, Maulana, ek hadith hai jis mein aaya hai ke Hazrat Umar apni namaz mein jang ki planning kiya karte the.</w:t>
      </w:r>
      <w:r>
        <w:br/>
      </w:r>
      <w:r>
        <w:rPr>
          <w:sz w:val="20"/>
        </w:rPr>
        <w:t>29:31  Maulana, mera sawal yeh hai ke namaz ke dauran sochna ya kisi khayalat ka aana kya namaz mein khushu na hone ki</w:t>
      </w:r>
      <w:r>
        <w:br/>
      </w:r>
      <w:r>
        <w:rPr>
          <w:sz w:val="20"/>
        </w:rPr>
        <w:t>29:41  alamat hai? kya karte the? galat hai. kya kya kya? kya kehne hain ke aisa mauqa aa gaya ke jang ka masla bhi hai aur namaz bhi padhna hai,</w:t>
      </w:r>
      <w:r>
        <w:br/>
      </w:r>
      <w:r>
        <w:rPr>
          <w:sz w:val="20"/>
        </w:rPr>
        <w:t>30:00  to aise mauqe ko unhon ne khoya nahi, is ko istemal kiya. to Allah ne wahin madad kar di.</w:t>
      </w:r>
      <w:r>
        <w:br/>
      </w:r>
      <w:r>
        <w:rPr>
          <w:sz w:val="20"/>
        </w:rPr>
        <w:t>30:08  yeh galat hai ke karte the? nahi, aisa kiya unhon ne?</w:t>
      </w:r>
      <w:r>
        <w:br/>
      </w:r>
      <w:r>
        <w:rPr>
          <w:sz w:val="20"/>
        </w:rPr>
        <w:t>30:13  ji to Maulana, isi ko reference bana ke un ka sawal yeh hai ke namaz ke dauran agar koi khayalat aa jayen, to kya is ko yeh kahenge ke namaz mein khushu ki kami hai?</w:t>
      </w:r>
      <w:r>
        <w:br/>
      </w:r>
      <w:r>
        <w:rPr>
          <w:sz w:val="20"/>
        </w:rPr>
        <w:t>30:30  khayal to aata hi aata hai.</w:t>
      </w:r>
      <w:r>
        <w:br/>
      </w:r>
      <w:r>
        <w:rPr>
          <w:sz w:val="20"/>
        </w:rPr>
        <w:t>30:34  khayal to aata hi aata hai. aisa koi nahi duniya mein jo khayal na aaye. Imam e azam jo kaha jata hai, un ko yani Imam Abu Hanifa, un se poocha gaya ke aap ko khana aa gaya hai aap ka aur namaz ka waqt bhi ho gaya hai,</w:t>
      </w:r>
      <w:r>
        <w:br/>
      </w:r>
      <w:r>
        <w:rPr>
          <w:sz w:val="20"/>
        </w:rPr>
        <w:t>30:55  to aap pehle khana khayenge, pehle namaz padhenge? To unhone kaha ke main is ko pasand karunga ke main khana khaoon, mere dil mein namaz ki yaad rahe.</w:t>
      </w:r>
      <w:r>
        <w:br/>
      </w:r>
      <w:r>
        <w:rPr>
          <w:sz w:val="20"/>
        </w:rPr>
        <w:t>31:08  is ke bajaye yeh ke main namaz parhoon aur mere dil mein khana yaad rahe.</w:t>
      </w:r>
      <w:r>
        <w:br/>
      </w:r>
      <w:r>
        <w:rPr>
          <w:sz w:val="20"/>
        </w:rPr>
        <w:t>31:14  Maulana, kya khayalat ko khatam kiya ja sakta hai? Namaz nahi, woh ghair unnatural hai, khatam nahi kar sakte aap.</w:t>
      </w:r>
      <w:r>
        <w:br/>
      </w:r>
      <w:r>
        <w:rPr>
          <w:sz w:val="20"/>
        </w:rPr>
        <w:t>31:24  woh bhi rahega, woh bhi rahega. Maulana, lekin aksar logon ko lagta hai ke aise khayalat aanay se jo namaz hai, woh poori imaan ke sath nahi hoti hai.</w:t>
      </w:r>
      <w:r>
        <w:br/>
      </w:r>
      <w:r>
        <w:rPr>
          <w:sz w:val="20"/>
        </w:rPr>
        <w:t>31:36  nahi to kam</w:t>
      </w:r>
      <w:r>
        <w:br/>
      </w:r>
      <w:r>
        <w:rPr>
          <w:sz w:val="20"/>
        </w:rPr>
        <w:t>31:37  ho jati hai. Nahi to Sahaba ke waqiat bohat hain. Is se khatam karne ki jo condition hai, woh galat hai.</w:t>
      </w:r>
      <w:r>
        <w:br/>
      </w:r>
      <w:r>
        <w:rPr>
          <w:sz w:val="20"/>
        </w:rPr>
        <w:t>31:47  woh bhi rahega, woh bhi rahega.</w:t>
      </w:r>
    </w:p>
    <w:p>
      <w:pPr>
        <w:pStyle w:val="Heading2"/>
      </w:pPr>
      <w:r>
        <w:t>Eid Dates and Moon Sighting</w:t>
      </w:r>
    </w:p>
    <w:p>
      <w:r>
        <w:rPr>
          <w:color w:val="666666"/>
          <w:sz w:val="18"/>
        </w:rPr>
        <w:t>Worship · Concept of Death in Islam August 26, 2012 · 2m 27s · at 1:13:09 · https://youtu.be/y0TJxKi0L94?t=4389</w:t>
      </w:r>
    </w:p>
    <w:p>
      <w:r>
        <w:rPr>
          <w:i/>
        </w:rPr>
        <w:t>“Why is Eid celebrated at different places on different days? Please explain its relation to the moon.”</w:t>
      </w:r>
    </w:p>
    <w:p>
      <w:r>
        <w:rPr>
          <w:sz w:val="20"/>
        </w:rPr>
        <w:t>1:13:09  maulana, in ka ek aur sawal hai, unhon ne aap se yeh bhi poocha hai ke why is Eid celebrated at different places on different days?</w:t>
      </w:r>
      <w:r>
        <w:br/>
      </w:r>
      <w:r>
        <w:rPr>
          <w:sz w:val="20"/>
        </w:rPr>
        <w:t>1:13:18  Please explain its relation to the moon.</w:t>
      </w:r>
      <w:r>
        <w:br/>
      </w:r>
      <w:r>
        <w:rPr>
          <w:sz w:val="20"/>
        </w:rPr>
        <w:t>1:13:25  dekhen, yeh to do calendar hain, solar calendar aur lunar calendar. to aam taur par sabhi mazhabon mein ghaliban yahi hai ke lunar calendar par mazhabon ki tareekhen hoti hain.</w:t>
      </w:r>
      <w:r>
        <w:br/>
      </w:r>
      <w:r>
        <w:rPr>
          <w:sz w:val="20"/>
        </w:rPr>
        <w:t>1:13:39  wohi islam mein bhi hai. to jab aap lunar calendar par rakhen ge aur chand ko dekhne par is ka woh yeh depend kare gi, to yeh sab farq hoga.</w:t>
      </w:r>
      <w:r>
        <w:br/>
      </w:r>
      <w:r>
        <w:rPr>
          <w:sz w:val="20"/>
        </w:rPr>
        <w:t>1:13:52  It is but natural yeh koi yani koi yani taqaddus ki baat nahin hai. yani solar calendar par hota hai, tab bhi wahi baat thi, is par tab bhi hoti.</w:t>
      </w:r>
      <w:r>
        <w:br/>
      </w:r>
      <w:r>
        <w:rPr>
          <w:sz w:val="20"/>
        </w:rPr>
        <w:t>1:14:08  solar calendar par ho, tab bhi ek sawal kar sakta tha koi aadmi ke bhai lunar calendar par kyun nahin? to yeh koi sawal nahin hai, na koi masla hai, na koi religious cheez hai.</w:t>
      </w:r>
      <w:r>
        <w:br/>
      </w:r>
      <w:r>
        <w:rPr>
          <w:sz w:val="20"/>
        </w:rPr>
        <w:t>1:14:19  aam taur par mazhabon mein yahi hai, jahan tak main janta hoon ke solar calendar par mazahib mein tareekhen nahin hua karti, lunar calendar par hoti hain.</w:t>
      </w:r>
      <w:r>
        <w:br/>
      </w:r>
      <w:r>
        <w:rPr>
          <w:sz w:val="20"/>
        </w:rPr>
        <w:t>1:14:30  wohi islam mein bhi hai. to is mein koi purasrar cheez nahin hai, koi is mein mystery nahin hai.</w:t>
      </w:r>
      <w:r>
        <w:br/>
      </w:r>
      <w:r>
        <w:rPr>
          <w:sz w:val="20"/>
        </w:rPr>
        <w:t>1:14:39  ji Maulana, in ka sawal ka ek hissa yeh bhi tha ke Eid jo hai, woh alag alag jagahon pe, alag alag din pe kyun manai jati hai?</w:t>
      </w:r>
      <w:r>
        <w:br/>
      </w:r>
      <w:r>
        <w:rPr>
          <w:sz w:val="20"/>
        </w:rPr>
        <w:t>1:14:48  woh to zahir hai ke jab yani woh woh waqt badalta hai, to woh waqt badlega, to din hi badlega.</w:t>
      </w:r>
      <w:r>
        <w:br/>
      </w:r>
      <w:r>
        <w:rPr>
          <w:sz w:val="20"/>
        </w:rPr>
        <w:t>1:14:58  is waqt yahan hum log hain, yahan din hai, is waqt america mein raat hai. to dono jagah chand ikattha dikhai de ga, wahan dekhne ke waqt ka ya mukhtalif hoga.</w:t>
      </w:r>
      <w:r>
        <w:br/>
      </w:r>
      <w:r>
        <w:rPr>
          <w:sz w:val="20"/>
        </w:rPr>
        <w:t>1:15:14  to zameen chuki ghoom rahi hai, zameen jo stationary nahin hai, agar zameen stationary hoti to yeh farq na hota. zameen ghoom rahi hai, is liye yeh to farq rahe ga.</w:t>
      </w:r>
      <w:r>
        <w:br/>
      </w:r>
      <w:r>
        <w:rPr>
          <w:sz w:val="20"/>
        </w:rPr>
        <w:t>1:15:24  yeh to yani yeh to nizam hai nature ka, is mein hum kya kar sakte hain?</w:t>
      </w:r>
    </w:p>
    <w:p>
      <w:pPr>
        <w:pStyle w:val="Heading2"/>
      </w:pPr>
      <w:r>
        <w:t>Form vs spirit in prayer?</w:t>
      </w:r>
    </w:p>
    <w:p>
      <w:r>
        <w:rPr>
          <w:color w:val="666666"/>
          <w:sz w:val="18"/>
        </w:rPr>
        <w:t>Worship · Age of Peace November 18, 2012 · 4m 15s · at 58:10 · https://youtu.be/Y9nkQnBqbrs?t=3490</w:t>
      </w:r>
    </w:p>
    <w:p>
      <w:r>
        <w:rPr>
          <w:i/>
        </w:rPr>
        <w:t>“The form of prayer varies from one group to another. Every group claims that their form is the correct one. I have heard of you saying that it is the spirit of prayer which matters and not the form. Would it be correct to ignore the form and concentrate on spirit only? What is your comment?”</w:t>
      </w:r>
    </w:p>
    <w:p>
      <w:r>
        <w:rPr>
          <w:sz w:val="20"/>
        </w:rPr>
        <w:t>58:10  Maulana, yeh sawal aaya hai Kashmir se Aamir Jan sahib ka. Unhone likha hai: "form of a prayer varies from one group to another.</w:t>
      </w:r>
      <w:r>
        <w:br/>
      </w:r>
      <w:r>
        <w:rPr>
          <w:sz w:val="20"/>
        </w:rPr>
        <w:t>58:23  Every group claims that their form is the correct one." Maulana sahib, I have heard of you saying that it is the spirit of namaz which matters and not the form.</w:t>
      </w:r>
      <w:r>
        <w:br/>
      </w:r>
      <w:r>
        <w:rPr>
          <w:sz w:val="20"/>
        </w:rPr>
        <w:t>58:35  wud it bi correct to ignore da form and concentrate on spirit only? what is your comment? dekhiye, form mein farq ka matlab yeh nahi ke poore form mein farq hai.</w:t>
      </w:r>
      <w:r>
        <w:br/>
      </w:r>
      <w:r>
        <w:rPr>
          <w:sz w:val="20"/>
        </w:rPr>
        <w:t>58:49  kuchh bahut hi travel cheezon mein farq hai, juzwi cheezon mein. maslan yeh ke haath niyat baandh yahan rakhein, yeh yahan rakhein.</w:t>
      </w:r>
      <w:r>
        <w:br/>
      </w:r>
      <w:r>
        <w:rPr>
          <w:sz w:val="20"/>
        </w:rPr>
        <w:t>59:01  yeh to bilkul travel baat hai, bahut hi juzwi baat hai.</w:t>
      </w:r>
      <w:r>
        <w:br/>
      </w:r>
      <w:r>
        <w:rPr>
          <w:sz w:val="20"/>
        </w:rPr>
        <w:t>59:07  to isi tarah ki kuchh cheezon hain jo bahut hi juzwi hain, un mein farq hai. yaani ke poore poore form mein farq hai.</w:t>
      </w:r>
      <w:r>
        <w:br/>
      </w:r>
      <w:r>
        <w:rPr>
          <w:sz w:val="20"/>
        </w:rPr>
        <w:t>59:18  to is liye farq hai woh juzwi cheezon mein. khud sahaba ke darmiyan mein yeh farq maujood tha. aisa nahi ke baad ke logon ne is ko ejaad kar liya hai, ejaad nahi kiya hai.</w:t>
      </w:r>
      <w:r>
        <w:br/>
      </w:r>
      <w:r>
        <w:rPr>
          <w:sz w:val="20"/>
        </w:rPr>
        <w:t>59:32  sirf yeh hai ke unhon ne ke unhon ne israr kiya ke yeh sahi hai, woh nahi</w:t>
      </w:r>
      <w:r>
        <w:br/>
      </w:r>
      <w:r>
        <w:rPr>
          <w:sz w:val="20"/>
        </w:rPr>
        <w:t>59:36  sahi hai. matlab yeh, yahan yahan haath baandhna sahi hai, yahan baandhna galat hai. israr mein logon ne izafa kiya hai, khud form mein nahi.</w:t>
      </w:r>
      <w:r>
        <w:br/>
      </w:r>
      <w:r>
        <w:rPr>
          <w:sz w:val="20"/>
        </w:rPr>
        <w:t>59:46  yeh baat samajh lijiye aap ke sahaba jo thay, jo taqreeban do lakh ki tadad thi un ki, to rasool Allah ko dekha tha unhon ne.</w:t>
      </w:r>
      <w:r>
        <w:br/>
      </w:r>
      <w:r>
        <w:rPr>
          <w:sz w:val="20"/>
        </w:rPr>
        <w:t>59:59  to baad ke zamane mein logon ne paya hai ke sahaba jab namaz parhte hain to basically to form ek hi hota hai, basically. lekin kuchh juzwi cheezon mein farq hota hai.</w:t>
      </w:r>
      <w:r>
        <w:br/>
      </w:r>
      <w:r>
        <w:rPr>
          <w:sz w:val="20"/>
        </w:rPr>
        <w:t>1:00:12  is juzwi cheezon ko le kar ke lage behas karne lagay. halankeh hadith maujood thi ke ashabi kanzum biayham iqtadayt ijtahadt.</w:t>
      </w:r>
      <w:r>
        <w:br/>
      </w:r>
      <w:r>
        <w:rPr>
          <w:sz w:val="20"/>
        </w:rPr>
        <w:t>1:00:25  mere sahabi jo hain, sab ke sab sitaron ke manind hain, un mein se jis ki pairwi karoge to hidayat par raho ge.</w:t>
      </w:r>
      <w:r>
        <w:br/>
      </w:r>
      <w:r>
        <w:rPr>
          <w:sz w:val="20"/>
        </w:rPr>
        <w:t>1:00:33  to woh is mein behas karne tha hi nahi. woh samjhe yeh bhi theek hai, woh bhi theek hai. yahan baandh lo tab bhi theek hai, yahan baandh lo tab bhi theek hai.</w:t>
      </w:r>
      <w:r>
        <w:br/>
      </w:r>
      <w:r>
        <w:rPr>
          <w:sz w:val="20"/>
        </w:rPr>
        <w:t>1:00:44  haath uthao tab bhi theek hai, na uthao tab bhi theek hai. kuchh juzwi cheezon mein farq tha. yeh masla yeh hai ke saare form mein farq tha aur khwamkhwah ki behas chhod di.</w:t>
      </w:r>
      <w:r>
        <w:br/>
      </w:r>
      <w:r>
        <w:rPr>
          <w:sz w:val="20"/>
        </w:rPr>
        <w:t>1:00:56  yeh to form mein farq galat nahi tha.</w:t>
      </w:r>
      <w:r>
        <w:br/>
      </w:r>
      <w:r>
        <w:rPr>
          <w:sz w:val="20"/>
        </w:rPr>
        <w:t>1:01:00  form mein yeh behas nikalna galat tha ke bas yahi sahi hai, woh nahi theek hai. jaise namaz mein khade hote hain to aise hi hanafi log jo hain, aise khade hote hain seedhe, aur aur jo salafi log hain, woh paon phailate hain.</w:t>
      </w:r>
      <w:r>
        <w:br/>
      </w:r>
      <w:r>
        <w:rPr>
          <w:sz w:val="20"/>
        </w:rPr>
        <w:t>1:01:18  to yeh bhi theek hai, woh bhi theek hai. is mein kya hai? paon phailao to namaz ho gayi, na phailao to nahi hui. to chhoti chhoti baat, chhoti chhoti baaton ko logon ne is ko itna itna ahmiyat diya ke to yeh hai ghulu,</w:t>
      </w:r>
      <w:r>
        <w:br/>
      </w:r>
      <w:r>
        <w:rPr>
          <w:sz w:val="20"/>
        </w:rPr>
        <w:t>1:01:34  extremism.</w:t>
      </w:r>
      <w:r>
        <w:br/>
      </w:r>
      <w:r>
        <w:rPr>
          <w:sz w:val="20"/>
        </w:rPr>
        <w:t>1:01:36  to farq galat nahi hai, extremes galat hai. ghulu karna</w:t>
      </w:r>
      <w:r>
        <w:br/>
      </w:r>
      <w:r>
        <w:rPr>
          <w:sz w:val="20"/>
        </w:rPr>
        <w:t>1:01:43  isi liye meri kitab hai "tajdeedeen", is mein maine likha hai ke yeh bhi theek hai, woh bhi theek hai. is mein maine apni baat nahi likhi hai, matlab yeh ke jo ulama yeh kehte hain, un ko naqal kiya hai maine ke kuchh ulama thay jinhon ne israr kiya ke ek hi theek hai, doosra theek nahi hai.</w:t>
      </w:r>
      <w:r>
        <w:br/>
      </w:r>
      <w:r>
        <w:rPr>
          <w:sz w:val="20"/>
        </w:rPr>
        <w:t>1:02:04  kuchh aur ulama thay, woh kehte hain yeh bhi theek hai, woh bhi theek hai. to wohi ulama sahi thay jinhon ne kaha ke yeh bhi theek hai, woh bhi theek hai. to jhagda is liye nahi hai ke form mein farq hai, jhagda is liye hai ke logon ne ghulu kiya.</w:t>
      </w:r>
      <w:r>
        <w:br/>
      </w:r>
      <w:r>
        <w:rPr>
          <w:sz w:val="20"/>
        </w:rPr>
        <w:t>1:02:20  ghulu na kiye to koi masla hi nahi hai.</w:t>
      </w:r>
    </w:p>
    <w:p>
      <w:pPr>
        <w:pStyle w:val="Heading2"/>
      </w:pPr>
      <w:r>
        <w:t>Hifz at 12 vs daily recitation</w:t>
      </w:r>
    </w:p>
    <w:p>
      <w:r>
        <w:rPr>
          <w:color w:val="666666"/>
          <w:sz w:val="18"/>
        </w:rPr>
        <w:t>Worship · Q&amp;A 11 Jul 2010 Maulana Wahiduddin Khan · 3m 19s · at 25:05 · https://youtu.be/UHtdtzGGwFQ?t=1505</w:t>
      </w:r>
    </w:p>
    <w:p>
      <w:r>
        <w:rPr>
          <w:i/>
        </w:rPr>
        <w:t>“Is it better for a child to do hifz at the age of 12 or to do what I am doing with my son?”</w:t>
      </w:r>
    </w:p>
    <w:p>
      <w:r>
        <w:rPr>
          <w:sz w:val="20"/>
        </w:rPr>
        <w:t>25:05  molana, un ka ek aur sawal hai. unhon ne likha hai: "molana, here in the west, many muslims want that children memorize quran at the very young age." "i personally make my son to recite three ruku with english translation of the quran every day.</w:t>
      </w:r>
      <w:r>
        <w:br/>
      </w:r>
      <w:r>
        <w:rPr>
          <w:sz w:val="20"/>
        </w:rPr>
        <w:t>25:25  i have noticed that it has very good effect on him." molana sahib, my question to you is that is it better for a child to do hifz at the age of 12 or to do what i am doing with my son?</w:t>
      </w:r>
      <w:r>
        <w:br/>
      </w:r>
      <w:r>
        <w:rPr>
          <w:sz w:val="20"/>
        </w:rPr>
        <w:t>25:40  aap theek kar rahi hain, yeh karna chahiye. hifz to mein samajhta hoon ke puranay zamanay ki baat hai. ab to hifz kuch logon ko karna chahiye taake taraweeh parhanay ke liye.</w:t>
      </w:r>
      <w:r>
        <w:br/>
      </w:r>
      <w:r>
        <w:rPr>
          <w:sz w:val="20"/>
        </w:rPr>
        <w:t>25:52  bas. aur jo hai woh den dead index maujood hai. mere paas quran ka index hai. jab chahoon ayat nikaal leta hoon.</w:t>
      </w:r>
      <w:r>
        <w:br/>
      </w:r>
      <w:r>
        <w:rPr>
          <w:sz w:val="20"/>
        </w:rPr>
        <w:t>26:00  bas. printing press jab nayi aaya tha, quran jab mehfooz honay mein shakk hota tha, kahin mehfooz na rahay.</w:t>
      </w:r>
      <w:r>
        <w:br/>
      </w:r>
      <w:r>
        <w:rPr>
          <w:sz w:val="20"/>
        </w:rPr>
        <w:t>26:10  ab kya, ab to kuch bhi nahi, quran mehfooz ho gaya. ab yeh nahi ke har aadmi hifz kare, har aadmi hifz kare.</w:t>
      </w:r>
      <w:r>
        <w:br/>
      </w:r>
      <w:r>
        <w:rPr>
          <w:sz w:val="20"/>
        </w:rPr>
        <w:t>26:16  ek ek bohat hi ghalat aqeedah baitha hai logon ko ke ek haafiz jo hai poori family ko bakhshwayega. yeh bilkul baseless baat hai ke ek family mein agar ek haafiz ban jaye to poori family ko bakhshwayega.</w:t>
      </w:r>
      <w:r>
        <w:br/>
      </w:r>
      <w:r>
        <w:rPr>
          <w:sz w:val="20"/>
        </w:rPr>
        <w:t>26:30  woh khud hi is ki bakhshish doubt ful hai, woh doosron ke paas bakhshwayega.</w:t>
      </w:r>
      <w:r>
        <w:br/>
      </w:r>
      <w:r>
        <w:rPr>
          <w:sz w:val="20"/>
        </w:rPr>
        <w:t>26:35  to yeh sab bilkul ghalat baatein hain. aap jo kar rahi hain, woh theek kar rahi hain. quran ki study karna hai, hifz karna nahi hai.</w:t>
      </w:r>
      <w:r>
        <w:br/>
      </w:r>
      <w:r>
        <w:rPr>
          <w:sz w:val="20"/>
        </w:rPr>
        <w:t>26:45  yeh to musalmanon ne ek ek bid'at nikaal rakhi hai. pehle jab ke quran mehfooz nahi tha, printing press se pehle, to bohat zaroori tha ke bohat saare logon ka quran yaad rahay.</w:t>
      </w:r>
      <w:r>
        <w:br/>
      </w:r>
      <w:r>
        <w:rPr>
          <w:sz w:val="20"/>
        </w:rPr>
        <w:t>26:59  ab to printing press ke zamanay mein quran mehfooz ho chuka hai, bilkul hi mehfooz hai. dekhein, farq kya hai? pehle har quran ka ek copy alag se banani parti thi.</w:t>
      </w:r>
      <w:r>
        <w:br/>
      </w:r>
      <w:r>
        <w:rPr>
          <w:sz w:val="20"/>
        </w:rPr>
        <w:t>27:13  yaani ek copy bananay mein aap ko poora time lagta tha, woh ek hi copy aap bana paate thay. woh bas. ab woh chahe is mein mahina lagay, aaye saal bhar lagay.</w:t>
      </w:r>
      <w:r>
        <w:br/>
      </w:r>
      <w:r>
        <w:rPr>
          <w:sz w:val="20"/>
        </w:rPr>
        <w:t>27:23  ab kya hai?</w:t>
      </w:r>
      <w:r>
        <w:br/>
      </w:r>
      <w:r>
        <w:rPr>
          <w:sz w:val="20"/>
        </w:rPr>
        <w:t>27:25  ek copy tayyar kar lijiye, aap is ki verify kar lijiye, khoob khoob aalimoon ko dikha kar, dikha kar ke. jab pata chala ke is ka farishta sab theek hai, ek dam durust hai, us ko daal diye press mein, aap ko billion copy nikal aayegi is ki.</w:t>
      </w:r>
      <w:r>
        <w:br/>
      </w:r>
      <w:r>
        <w:rPr>
          <w:sz w:val="20"/>
        </w:rPr>
        <w:t>27:41  yaani ek</w:t>
      </w:r>
      <w:r>
        <w:br/>
      </w:r>
      <w:r>
        <w:rPr>
          <w:sz w:val="20"/>
        </w:rPr>
        <w:t>27:43  corrected copy ki billion copy nikal aayegi. to quran mehfooz ho gaya. ab to sirf taraweeh ke liye ya quran ki tarah namaz parhanay ke liye zaroorat hai.</w:t>
      </w:r>
      <w:r>
        <w:br/>
      </w:r>
      <w:r>
        <w:rPr>
          <w:sz w:val="20"/>
        </w:rPr>
        <w:t>27:55  to individual level par aadmi kuch suratein is ko yaad hon. yeh jo mujhe mein ne para panch para aakhir ka mein yaad kiya tha, mein ne</w:t>
      </w:r>
      <w:r>
        <w:br/>
      </w:r>
      <w:r>
        <w:rPr>
          <w:sz w:val="20"/>
        </w:rPr>
        <w:t>28:04  namaz parhnay ke liye. namaz parhnay ke liye bas. mein ne jahan tak quran ke aayaton ko dhoondnay ki baat hai, to ab index maujood hai. warna aap jo kar rahi hain, bilkul sahi kar rahi hain.</w:t>
      </w:r>
      <w:r>
        <w:br/>
      </w:r>
      <w:r>
        <w:rPr>
          <w:sz w:val="20"/>
        </w:rPr>
        <w:t>28:16  aur doosray log jo ek rasam bana rakhi hai hifz karwanay ki, bilkul baseless hai.</w:t>
      </w:r>
    </w:p>
    <w:p>
      <w:pPr>
        <w:pStyle w:val="Heading2"/>
      </w:pPr>
      <w:r>
        <w:t>How to spend day and night in Islam</w:t>
      </w:r>
    </w:p>
    <w:p>
      <w:r>
        <w:rPr>
          <w:color w:val="666666"/>
          <w:sz w:val="18"/>
        </w:rPr>
        <w:t>Worship · The Existence of God 2 Feb 2020 - Maulana Wahiduddin Khan · 4m 12s · at 44:45 · https://youtu.be/aXxkHtbysm4?t=2685</w:t>
      </w:r>
    </w:p>
    <w:p>
      <w:r>
        <w:rPr>
          <w:i/>
        </w:rPr>
        <w:t>“How should one spend day and night in Islam? Explain this. The Quran has everything.”</w:t>
      </w:r>
    </w:p>
    <w:p>
      <w:r>
        <w:rPr>
          <w:sz w:val="20"/>
        </w:rPr>
        <w:t>44:45  maulana agla sawal lete hain ye sawal muhammad iqbal bataviya sahib ne bheja hai un unhon ne location</w:t>
      </w:r>
      <w:r>
        <w:br/>
      </w:r>
      <w:r>
        <w:rPr>
          <w:sz w:val="20"/>
        </w:rPr>
        <w:t>44:53  nahi likha hai un ka sawal hai islam mein din aur raat kaise guzaren</w:t>
      </w:r>
      <w:r>
        <w:br/>
      </w:r>
      <w:r>
        <w:rPr>
          <w:sz w:val="20"/>
        </w:rPr>
        <w:t>45:00  is is ke baray mein batayen quran mein sab kuch yehi to hai quran mein</w:t>
      </w:r>
      <w:r>
        <w:br/>
      </w:r>
      <w:r>
        <w:rPr>
          <w:sz w:val="20"/>
        </w:rPr>
        <w:t>45:06  lekin</w:t>
      </w:r>
      <w:r>
        <w:br/>
      </w:r>
      <w:r>
        <w:rPr>
          <w:sz w:val="20"/>
        </w:rPr>
        <w:t>45:07  quran ko aap ko parhna padega creative andaaz mein</w:t>
      </w:r>
      <w:r>
        <w:br/>
      </w:r>
      <w:r>
        <w:rPr>
          <w:sz w:val="20"/>
        </w:rPr>
        <w:t>45:13  quran ko jo aap samjhenge jab aap aap ke andar aap develop karein apne andar creative thinking sun lijiye phir se ke quran ko samajhne ke liye sab se zaroori shart hai ke aap apne andar</w:t>
      </w:r>
      <w:r>
        <w:br/>
      </w:r>
      <w:r>
        <w:rPr>
          <w:sz w:val="20"/>
        </w:rPr>
        <w:t>45:33  paida karen creative thinking</w:t>
      </w:r>
      <w:r>
        <w:br/>
      </w:r>
      <w:r>
        <w:rPr>
          <w:sz w:val="20"/>
        </w:rPr>
        <w:t>45:37  mein aik misaal deta hoon aap ko aap quran kholiyen</w:t>
      </w:r>
      <w:r>
        <w:br/>
      </w:r>
      <w:r>
        <w:rPr>
          <w:sz w:val="20"/>
        </w:rPr>
        <w:t>45:42  to pehla shabd aap ko aaye ga aap ke samnay alhamdulillah rabb alameen</w:t>
      </w:r>
      <w:r>
        <w:br/>
      </w:r>
      <w:r>
        <w:rPr>
          <w:sz w:val="20"/>
        </w:rPr>
        <w:t>45:48  alhamdulillah rabb alameen aap sochen ge ye kon bol raha hai</w:t>
      </w:r>
      <w:r>
        <w:br/>
      </w:r>
      <w:r>
        <w:rPr>
          <w:sz w:val="20"/>
        </w:rPr>
        <w:t>45:54  koi jab aik awaz hai to koi bolne wala hona chahiye to aap discover karen ge aap agar</w:t>
      </w:r>
      <w:r>
        <w:br/>
      </w:r>
      <w:r>
        <w:rPr>
          <w:sz w:val="20"/>
        </w:rPr>
        <w:t>46:01  creative thinking aap ke andar hai</w:t>
      </w:r>
      <w:r>
        <w:br/>
      </w:r>
      <w:r>
        <w:rPr>
          <w:sz w:val="20"/>
        </w:rPr>
        <w:t>46:04  discover karen ge ke ye insan bol raha hai</w:t>
      </w:r>
      <w:r>
        <w:br/>
      </w:r>
      <w:r>
        <w:rPr>
          <w:sz w:val="20"/>
        </w:rPr>
        <w:t>46:11  alhamdolillah rabbul alameen jo pehla hai woh insaan ki rooh bol rahi hai ya Allah tu</w:t>
      </w:r>
      <w:r>
        <w:br/>
      </w:r>
      <w:r>
        <w:rPr>
          <w:sz w:val="20"/>
        </w:rPr>
        <w:t>46:19  woh saare hum ka</w:t>
      </w:r>
      <w:r>
        <w:br/>
      </w:r>
      <w:r>
        <w:rPr>
          <w:sz w:val="20"/>
        </w:rPr>
        <w:t>46:22  saare hum tere liye hain</w:t>
      </w:r>
      <w:r>
        <w:br/>
      </w:r>
      <w:r>
        <w:rPr>
          <w:sz w:val="20"/>
        </w:rPr>
        <w:t>46:24  alhamdolillah rabbul alameen yeh rooh insani ki aap ko pukaar hai</w:t>
      </w:r>
      <w:r>
        <w:br/>
      </w:r>
      <w:r>
        <w:rPr>
          <w:sz w:val="20"/>
        </w:rPr>
        <w:t>46:32  alhamdolillah rabbul alameen yeh rooh insani ki pukaar hai</w:t>
      </w:r>
      <w:r>
        <w:br/>
      </w:r>
      <w:r>
        <w:rPr>
          <w:sz w:val="20"/>
        </w:rPr>
        <w:t>46:38  tu jab aap quran ko padhenge creative thinking ke saath creative mind ke saath to aap ko</w:t>
      </w:r>
      <w:r>
        <w:br/>
      </w:r>
      <w:r>
        <w:rPr>
          <w:sz w:val="20"/>
        </w:rPr>
        <w:t>46:44  ajeeb ghareeb qism ke harkatein maloom hongi</w:t>
      </w:r>
      <w:r>
        <w:br/>
      </w:r>
      <w:r>
        <w:rPr>
          <w:sz w:val="20"/>
        </w:rPr>
        <w:t>46:50  to quran ka pehla lafz jo hai Allah rabbil alameen ki discovery ban jaye ga discovery</w:t>
      </w:r>
      <w:r>
        <w:br/>
      </w:r>
      <w:r>
        <w:rPr>
          <w:sz w:val="20"/>
        </w:rPr>
        <w:t>47:07  maulana agla comment padhte hain yeh comment bheja hai</w:t>
      </w:r>
      <w:r>
        <w:br/>
      </w:r>
      <w:r>
        <w:rPr>
          <w:sz w:val="20"/>
        </w:rPr>
        <w:t>47:13  mehtab sahib ne a dhampur se</w:t>
      </w:r>
      <w:r>
        <w:br/>
      </w:r>
      <w:r>
        <w:rPr>
          <w:sz w:val="20"/>
        </w:rPr>
        <w:t>47:17  a unhone likha hai maulana sahib pehle mein sochta tha ke daawa work kaise karaya jaye phir</w:t>
      </w:r>
      <w:r>
        <w:br/>
      </w:r>
      <w:r>
        <w:rPr>
          <w:sz w:val="20"/>
        </w:rPr>
        <w:t>47:24  aap ki baaton se asar lekar daawa material ka distribution shuru kiya to Allah ka shukar hai</w:t>
      </w:r>
      <w:r>
        <w:br/>
      </w:r>
      <w:r>
        <w:rPr>
          <w:sz w:val="20"/>
        </w:rPr>
        <w:t>47:31  khuda ki zaat par yaqeen bhi hua aur madad bhi mili jazak Allah maulana masha Allah masha Allah</w:t>
      </w:r>
      <w:r>
        <w:br/>
      </w:r>
      <w:r>
        <w:rPr>
          <w:sz w:val="20"/>
        </w:rPr>
        <w:t>47:42  okay as you all would be aware some time back i think two weeks back maulana sahib launched</w:t>
      </w:r>
      <w:r>
        <w:br/>
      </w:r>
      <w:r>
        <w:rPr>
          <w:sz w:val="20"/>
        </w:rPr>
        <w:t>47:48  the thai quran which was published by goodword in fact right now doctor</w:t>
      </w:r>
      <w:r>
        <w:br/>
      </w:r>
      <w:r>
        <w:rPr>
          <w:sz w:val="20"/>
        </w:rPr>
        <w:t>47:53  sania haseen khan sahib and haroon shaikh sahib are in bangkok and they are watching this program so</w:t>
      </w:r>
      <w:r>
        <w:br/>
      </w:r>
      <w:r>
        <w:rPr>
          <w:sz w:val="20"/>
        </w:rPr>
        <w:t>48:00  i would like to read out what doctor sania haseen khan has sent just now doctor sania haseen</w:t>
      </w:r>
      <w:r>
        <w:br/>
      </w:r>
      <w:r>
        <w:rPr>
          <w:sz w:val="20"/>
        </w:rPr>
        <w:t>48:09  khan sahib ne likha hai alhamdolillah watching the program live from bangkok</w:t>
      </w:r>
      <w:r>
        <w:br/>
      </w:r>
      <w:r>
        <w:rPr>
          <w:sz w:val="20"/>
        </w:rPr>
        <w:t>48:15  haroon shaikh sahib is also with me we are visiting thailand to introduce thai quran to those who</w:t>
      </w:r>
      <w:r>
        <w:br/>
      </w:r>
      <w:r>
        <w:rPr>
          <w:sz w:val="20"/>
        </w:rPr>
        <w:t>48:22  are interested in daawa work here we are getting amazing response from the people in bangkok they are</w:t>
      </w:r>
      <w:r>
        <w:br/>
      </w:r>
      <w:r>
        <w:rPr>
          <w:sz w:val="20"/>
        </w:rPr>
        <w:t>48:30  ready to distribute thai quran to the local thai people also chinese quran is greatly in demand here</w:t>
      </w:r>
      <w:r>
        <w:br/>
      </w:r>
      <w:r>
        <w:rPr>
          <w:sz w:val="20"/>
        </w:rPr>
        <w:t>48:38  as</w:t>
      </w:r>
      <w:r>
        <w:br/>
      </w:r>
      <w:r>
        <w:rPr>
          <w:sz w:val="20"/>
        </w:rPr>
        <w:t>48:39  a huge number of chinese people visit bangkok inshallah we will be sending quran both in thai and chinese language to thailand</w:t>
      </w:r>
      <w:r>
        <w:br/>
      </w:r>
      <w:r>
        <w:rPr>
          <w:sz w:val="20"/>
        </w:rPr>
        <w:t>48:52  masha Allah masha Allah masha Allah</w:t>
      </w:r>
    </w:p>
    <w:p>
      <w:pPr>
        <w:pStyle w:val="Heading2"/>
      </w:pPr>
      <w:r>
        <w:t>How to study Quran during Ramadan?</w:t>
      </w:r>
    </w:p>
    <w:p>
      <w:r>
        <w:rPr>
          <w:color w:val="666666"/>
          <w:sz w:val="18"/>
        </w:rPr>
        <w:t>Worship · From The Spiritual Tree August 8, 2010 · 3m 51s · at 1:24:58 · https://youtu.be/H6e9NOrqgHI?t=5098</w:t>
      </w:r>
    </w:p>
    <w:p>
      <w:r>
        <w:rPr>
          <w:i/>
        </w:rPr>
        <w:t>“How one should study Quran in the Ramadan?”</w:t>
      </w:r>
    </w:p>
    <w:p>
      <w:r>
        <w:rPr>
          <w:sz w:val="20"/>
        </w:rPr>
        <w:t>1:24:58  maulana, agla sawal kiya hai? miss aisha ne dilli se</w:t>
      </w:r>
      <w:r>
        <w:br/>
      </w:r>
      <w:r>
        <w:rPr>
          <w:sz w:val="20"/>
        </w:rPr>
        <w:t>1:25:01  unhon ne poocha hai ke "how one should study quran in the ramadan?"</w:t>
      </w:r>
      <w:r>
        <w:br/>
      </w:r>
      <w:r>
        <w:rPr>
          <w:sz w:val="20"/>
        </w:rPr>
        <w:t>1:25:10  ab dekhen, is ka koi yani koi method nahi hota hai, bas ghore karna, sochna.</w:t>
      </w:r>
      <w:r>
        <w:br/>
      </w:r>
      <w:r>
        <w:rPr>
          <w:sz w:val="20"/>
        </w:rPr>
        <w:t>1:25:22  ab jaise ke mein ne ek bar parh raha tha to "alhamdulillah rabbil alameen"</w:t>
      </w:r>
      <w:r>
        <w:br/>
      </w:r>
      <w:r>
        <w:rPr>
          <w:sz w:val="20"/>
        </w:rPr>
        <w:t>1:25:28  to alhamd jo hai, hamd jo hai, hamd ko aam tor par log kehte hain ke is ka matlab hai tareef. maulana hamiduddin farahi ne kaha hai ke nahi, is ka matlab hai shukr. to mein bataon, shukr aur tareef dono is mein shamil hain, yani woh allah jo sab se ziyada qabil tareef hai, woh allah jis ka shukr karna chahiye.</w:t>
      </w:r>
      <w:r>
        <w:br/>
      </w:r>
      <w:r>
        <w:rPr>
          <w:sz w:val="20"/>
        </w:rPr>
        <w:t>1:25:45  to mein ne socha ke "alhamdulillah rabbil alameen" ka aadmi ek tarjuma yeh hota hai urdu mein ke sari tareef allah ke liye, sara shukr allah ke liye hai.</w:t>
      </w:r>
      <w:r>
        <w:br/>
      </w:r>
      <w:r>
        <w:rPr>
          <w:sz w:val="20"/>
        </w:rPr>
        <w:t>1:25:56  to mein ne socha ke insan ko to har waqt ek na ek pareshani rehti hai, koi mayoosi mein mubtala ho jata hai, kabhi ghussa aata hai is ko, kabhi koi nuqsan pohancha deta hai is ko.</w:t>
      </w:r>
      <w:r>
        <w:br/>
      </w:r>
      <w:r>
        <w:rPr>
          <w:sz w:val="20"/>
        </w:rPr>
        <w:t>1:26:11  to kaise yeh yani sahi matlab bol bol paye ga? woh adhura adhure tareeqe se bole ga. woh meri yeh kehne ke liye khuda sari tareef tere liye</w:t>
      </w:r>
      <w:r>
        <w:br/>
      </w:r>
      <w:r>
        <w:rPr>
          <w:sz w:val="20"/>
        </w:rPr>
        <w:t>1:26:23  hai, khuda sara shukr tere liye. kaise aap kahen ge agar aap jee rahe hain manfi jazbat mein? mayoosi aur mein aur nashukri, aur matlab insan ke bahar nashukri agar hai to khuda ka shukr kahan se aa jaye ga?</w:t>
      </w:r>
      <w:r>
        <w:br/>
      </w:r>
      <w:r>
        <w:rPr>
          <w:sz w:val="20"/>
        </w:rPr>
        <w:t>1:26:39  yeh is waqt socha mein ne. to mujhe samajh mein aya hai ke agar kisi ko sach mach "alhamdulillah rabbil alameen" mein jeena hai to is ko insani shikayaton ko bhulana bhi hai.</w:t>
      </w:r>
      <w:r>
        <w:br/>
      </w:r>
      <w:r>
        <w:rPr>
          <w:sz w:val="20"/>
        </w:rPr>
        <w:t>1:26:51  agar aap chahte hain ke allah taala ke haan aap ko yeh yeh yeh mile credit ke yeh woh insan hai jis ne kaha tha sach mach "alhamdulillah rabbil alameen" is kalme ka aap ko inam agar chahte hain akhirat mein to aap ko shikayaton ko bhulana pare ga,</w:t>
      </w:r>
      <w:r>
        <w:br/>
      </w:r>
      <w:r>
        <w:rPr>
          <w:sz w:val="20"/>
        </w:rPr>
        <w:t>1:27:07  nahi to aap keh nahi sakte. yani lip service karen ge, aap lip service karen ge. yeh insan ke bare mein nashukri bani hui hai aap ke dil mein.</w:t>
      </w:r>
      <w:r>
        <w:br/>
      </w:r>
      <w:r>
        <w:rPr>
          <w:sz w:val="20"/>
        </w:rPr>
        <w:t>1:27:19  falan aadmi bara kharab hai, falan aadmi ne aisa kiya hai mere sath, falan aadmi aisa kiya hai mere sath. hamare ek sahab the, woh kaha karte the is pet mein bohat kuch bhara hua hai, matlab shikayat hai jis ke jis ke.</w:t>
      </w:r>
      <w:r>
        <w:br/>
      </w:r>
      <w:r>
        <w:rPr>
          <w:sz w:val="20"/>
        </w:rPr>
        <w:t>1:27:36  walid sahab woh yaad rakhte the, woh note karte the diary mein. falan ne yeh keh diya, falan ne woh keh diya</w:t>
      </w:r>
      <w:r>
        <w:br/>
      </w:r>
      <w:r>
        <w:rPr>
          <w:sz w:val="20"/>
        </w:rPr>
        <w:t>1:27:43  to is ko kehte the apni apni apni dehati zuban mein ke is pet mein sab kuch bhara hua</w:t>
      </w:r>
      <w:r>
        <w:br/>
      </w:r>
      <w:r>
        <w:rPr>
          <w:sz w:val="20"/>
        </w:rPr>
        <w:t>1:27:49  hai. matlab jis ne kaha jo kuch sab mujhe yaad hai. ab bataiye ke agar aap logon ki shikayaten yaad hon ji to aap insanon ke bare mein to nashukr bane rahen ge, khuda khuda ke bare mein shukr wale kaise ban sakte hain?</w:t>
      </w:r>
      <w:r>
        <w:br/>
      </w:r>
      <w:r>
        <w:rPr>
          <w:sz w:val="20"/>
        </w:rPr>
        <w:t>1:28:03  aap</w:t>
      </w:r>
      <w:r>
        <w:br/>
      </w:r>
      <w:r>
        <w:rPr>
          <w:sz w:val="20"/>
        </w:rPr>
        <w:t>1:28:07  ma ja'alallahu min qalb in fi ju fi. to mein ne discover kiya ke "alhamdulillah rabbil alameen" kehna mumkin hai. is waqt tak mumkin nahi hai jab tak aap sari shikayaton ko bhula dein, sare ba'ison ko bhula dein,</w:t>
      </w:r>
      <w:r>
        <w:br/>
      </w:r>
      <w:r>
        <w:rPr>
          <w:sz w:val="20"/>
        </w:rPr>
        <w:t>1:28:22  sare manfi tajurbaat ko bhula dein. tab ja kar keh payen ge woh aap</w:t>
      </w:r>
      <w:r>
        <w:br/>
      </w:r>
      <w:r>
        <w:rPr>
          <w:sz w:val="20"/>
        </w:rPr>
        <w:t>1:28:29  warna sari zuban se bolen ge, andar kuch nahi hoga. yeh hai sochna. to quran ko koi tareeqa nahi hai, sirf yeh hai ke sochen, sochen, sochen, sochen, sochen aur dua karen.</w:t>
      </w:r>
      <w:r>
        <w:br/>
      </w:r>
      <w:r>
        <w:rPr>
          <w:sz w:val="20"/>
        </w:rPr>
        <w:t>1:28:42  bas sochna aur dua karna, sochna aur dua karna, bas do cheezen hain.</w:t>
      </w:r>
    </w:p>
    <w:p>
      <w:pPr>
        <w:pStyle w:val="Heading2"/>
      </w:pPr>
      <w:r>
        <w:t>Ijtihad on Zakat Criteria Today</w:t>
      </w:r>
    </w:p>
    <w:p>
      <w:r>
        <w:rPr>
          <w:color w:val="666666"/>
          <w:sz w:val="18"/>
        </w:rPr>
        <w:t>Worship · Hadith Prediction November 3, 2013 · 2m 16s · at 1:06:58 · https://youtu.be/cb5Lzw9c8aE?t=4018</w:t>
      </w:r>
    </w:p>
    <w:p>
      <w:r>
        <w:rPr>
          <w:i/>
        </w:rPr>
        <w:t>“During a meeting with a highly literate Muslim, he raised the point of ijtihad in the matter of zakat. He told that present ulema should do ijtihad to decide which criteria should be applicable in the present situation for deciding the basis of paying zakat, which is obligatory to all. What is your view?”</w:t>
      </w:r>
    </w:p>
    <w:p>
      <w:r>
        <w:rPr>
          <w:sz w:val="20"/>
        </w:rPr>
        <w:t>1:06:58  maulana, agla sawal roorkee se hai sajid anwar sahib ka.</w:t>
      </w:r>
      <w:r>
        <w:br/>
      </w:r>
      <w:r>
        <w:rPr>
          <w:sz w:val="20"/>
        </w:rPr>
        <w:t>1:07:02  unhon ne likha hai During a meeting with a highly literate Muslim, he raised the point of ijtihad in the matter of zakat.</w:t>
      </w:r>
      <w:r>
        <w:br/>
      </w:r>
      <w:r>
        <w:rPr>
          <w:sz w:val="20"/>
        </w:rPr>
        <w:t>1:07:12  he told that present ulema should do ijtihad to decide which criteria should be applicable in present situation for deciding the basis of paying zakat, which is obligatory to all.</w:t>
      </w:r>
      <w:r>
        <w:br/>
      </w:r>
      <w:r>
        <w:rPr>
          <w:sz w:val="20"/>
        </w:rPr>
        <w:t>1:07:27  he tried to explain his point through modern monetary system.</w:t>
      </w:r>
      <w:r>
        <w:br/>
      </w:r>
      <w:r>
        <w:rPr>
          <w:sz w:val="20"/>
        </w:rPr>
        <w:t>1:07:32  maulana, my question is that on which aspects of deen we should do ijtihad and on which we should not? Please guide us.</w:t>
      </w:r>
      <w:r>
        <w:br/>
      </w:r>
      <w:r>
        <w:rPr>
          <w:sz w:val="20"/>
        </w:rPr>
        <w:t>1:07:41  dekhen, yeh sab awam ka masla hi nahin hai. jo sahib ne baat kahi, woh apne yani trust pass kiya. unhon ne</w:t>
      </w:r>
      <w:r>
        <w:br/>
      </w:r>
      <w:r>
        <w:rPr>
          <w:sz w:val="20"/>
        </w:rPr>
        <w:t>1:07:51  yeh jo jo ulma hain, yani ulma ka matlab degree yafta nahin, sand yafta nahin, main keh raha hoon haqeeqi ma'non mein quran o sunnat ka ilm rakhne wale log,</w:t>
      </w:r>
      <w:r>
        <w:br/>
      </w:r>
      <w:r>
        <w:rPr>
          <w:sz w:val="20"/>
        </w:rPr>
        <w:t>1:08:04  woh jama ho kar ghor karen aur koi faisla karen to to woh woh woh faisla hoga. baqi aap logon ke sochne ki baat hi nahin, unhein sochna hi nahin chahiye.</w:t>
      </w:r>
      <w:r>
        <w:br/>
      </w:r>
      <w:r>
        <w:rPr>
          <w:sz w:val="20"/>
        </w:rPr>
        <w:t>1:08:13  yeh sab sochne se sirf confusion aata hai, sirf confusion aata hai.</w:t>
      </w:r>
      <w:r>
        <w:br/>
      </w:r>
      <w:r>
        <w:rPr>
          <w:sz w:val="20"/>
        </w:rPr>
        <w:t>1:08:20  zakat ke mamle mein ya to state ko haq hai sochne ka kuch, ya ulma ko haq hai, awam ko haq nahi hai. jo aap ke sochne ki baat hai, us ko sochiye ke kaise dawat ki planning karein.</w:t>
      </w:r>
      <w:r>
        <w:br/>
      </w:r>
      <w:r>
        <w:rPr>
          <w:sz w:val="20"/>
        </w:rPr>
        <w:t>1:08:32  us ko sochiye. sab se bara cheez jo sochne ki baat hai ke hum rehte hain ghair muslimon ke darmiyan, un ke un ke liye dawat ki planning kaise karein?</w:t>
      </w:r>
      <w:r>
        <w:br/>
      </w:r>
      <w:r>
        <w:rPr>
          <w:sz w:val="20"/>
        </w:rPr>
        <w:t>1:08:41  us ko kyun nahi sochte log? yahan pe kaise ghair zaroori baton ko sochna hai? yeh shaitani waswasa hai. amal bhi karenge is par. yeh shaitani waswasa hai ke aap un necessary baton ko le kar us ko sochein.</w:t>
      </w:r>
      <w:r>
        <w:br/>
      </w:r>
      <w:r>
        <w:rPr>
          <w:sz w:val="20"/>
        </w:rPr>
        <w:t>1:08:53  jo jo jo cheez ko Allah taala ke haan poocha jayega, woh yeh hoga ke tum ne jinho ke darmiyan tum thay, kya tum ne un ko pohanchaya paigham Allah taala ka</w:t>
      </w:r>
      <w:r>
        <w:br/>
      </w:r>
      <w:r>
        <w:rPr>
          <w:sz w:val="20"/>
        </w:rPr>
        <w:t>1:09:04  ? yeh yeh poocha jayega. is ki is ki is mein to yaad rakhiye, jis cheez ka sawal aakhirat mein hone wala hai, woh asal baat hai. jis ka sawal wahan nahi hone wala, woh asal baat nahi hai.</w:t>
      </w:r>
    </w:p>
    <w:p>
      <w:pPr>
        <w:pStyle w:val="Heading2"/>
      </w:pPr>
      <w:r>
        <w:t>Importance of prayer in life</w:t>
      </w:r>
    </w:p>
    <w:p>
      <w:r>
        <w:rPr>
          <w:color w:val="666666"/>
          <w:sz w:val="18"/>
        </w:rPr>
        <w:t>Worship · Dars-e-Quran, Chapter 2, Verse 37 | January  07, 2018 · 2m 53s · at 1:09:38 · https://youtu.be/ao6Cr57KuEM?t=4178</w:t>
      </w:r>
    </w:p>
    <w:p>
      <w:r>
        <w:rPr>
          <w:i/>
        </w:rPr>
        <w:t>“Please tell about the importance of prayer (namaz) in life.”</w:t>
      </w:r>
    </w:p>
    <w:p>
      <w:r>
        <w:rPr>
          <w:sz w:val="20"/>
        </w:rPr>
        <w:t>1:09:38  , yaani durust kare. Maulana, agla sawal Dr. Farida Khanam ne bheja hai Delhi se. unho ne aap se kaha hai ke aap importance of namaz in life ke bare mein kuch bataein. dekhiye, jahan tak meri soch hai, woh to yeh hai ke hamari zindagi saari</w:t>
      </w:r>
      <w:r>
        <w:br/>
      </w:r>
      <w:r>
        <w:rPr>
          <w:sz w:val="20"/>
        </w:rPr>
        <w:t>1:10:08  ki sari, sari ki sari gift hai, divine gift hai.</w:t>
      </w:r>
      <w:r>
        <w:br/>
      </w:r>
      <w:r>
        <w:rPr>
          <w:sz w:val="20"/>
        </w:rPr>
        <w:t>1:10:15  to aap ko koi cheez bohat to gift mile, gift ke maani hain ke initially to aap</w:t>
      </w:r>
      <w:r>
        <w:br/>
      </w:r>
      <w:r>
        <w:rPr>
          <w:sz w:val="20"/>
        </w:rPr>
        <w:t>1:10:23  ko mile, yani us ki price diye baghair, jab price diye baghair aap ko milti hai koi cheez,</w:t>
      </w:r>
      <w:r>
        <w:br/>
      </w:r>
      <w:r>
        <w:rPr>
          <w:sz w:val="20"/>
        </w:rPr>
        <w:t>1:10:30  to kaise mumkin hai ke aap ke andar us ko a</w:t>
      </w:r>
      <w:r>
        <w:br/>
      </w:r>
      <w:r>
        <w:rPr>
          <w:sz w:val="20"/>
        </w:rPr>
        <w:t>1:10:38  cknowledge karne ka jazba na paida ho? to namaz to ek method of acknowledgement hai. aadmi soche ke insaan paida hua to paida hote hi us ko ek duniya mil gayi, us ko suraj mil gaya, us ko oxygen mil gaya, us ko soil mil gaya jahan ghalla paida hota hai, yaani</w:t>
      </w:r>
      <w:r>
        <w:br/>
      </w:r>
      <w:r>
        <w:rPr>
          <w:sz w:val="20"/>
        </w:rPr>
        <w:t>1:11:08  million billion cheezein free mein. to agar aadmi us ko discover kare ke main paida hote hi woh kaisa khaliq hoga ke jo jaanta tha ke mujhe kya chahiye paida hone se pehle, woh sab paida kar duniya mein. ab woh controversially woh supply ho rahi hain, to sajde pe gir padega, woh sajde pe gir padega. main to samajh</w:t>
      </w:r>
      <w:r>
        <w:br/>
      </w:r>
      <w:r>
        <w:rPr>
          <w:sz w:val="20"/>
        </w:rPr>
        <w:t>1:11:38  ھتا ہوں کہ یہ جو نماز میں اگر کوتاہ ہے تو وہ سچ پوچھیں تو in awareness ki</w:t>
      </w:r>
      <w:r>
        <w:br/>
      </w:r>
      <w:r>
        <w:rPr>
          <w:sz w:val="20"/>
        </w:rPr>
        <w:t>1:11:48  وجہ سے ہے، unawareness، unawareness کی وجہ سے ہے۔</w:t>
      </w:r>
      <w:r>
        <w:br/>
      </w:r>
      <w:r>
        <w:rPr>
          <w:sz w:val="20"/>
        </w:rPr>
        <w:t>1:11:58  to samajhta hoon ke apni in awareness ko khatm kare aadmi, wo jaane is baat ko ke meri zindagi</w:t>
      </w:r>
      <w:r>
        <w:br/>
      </w:r>
      <w:r>
        <w:rPr>
          <w:sz w:val="20"/>
        </w:rPr>
        <w:t>1:12:08  sar se paon tak, a se z tak, sab gift hai, atiya hai.</w:t>
      </w:r>
      <w:r>
        <w:br/>
      </w:r>
      <w:r>
        <w:rPr>
          <w:sz w:val="20"/>
        </w:rPr>
        <w:t>1:12:16  to kaise na us ke andar paida hoga ke mujhe namaz ada karna chahiye, mujhe sajda karna chahiye,</w:t>
      </w:r>
      <w:r>
        <w:br/>
      </w:r>
      <w:r>
        <w:rPr>
          <w:sz w:val="20"/>
        </w:rPr>
        <w:t>1:12:23  mujhe acknowledge karna chahiye? yeh to sara maamla in awareness ka maamla hai.</w:t>
      </w:r>
    </w:p>
    <w:p>
      <w:pPr>
        <w:pStyle w:val="Heading2"/>
      </w:pPr>
      <w:r>
        <w:t>Intensity on veil and dawah consciousness</w:t>
      </w:r>
    </w:p>
    <w:p>
      <w:r>
        <w:rPr>
          <w:color w:val="666666"/>
          <w:sz w:val="18"/>
        </w:rPr>
        <w:t>Worship · The Companions and the Hadith Scholars June 24, 2012 · 2m 08s · at 1:27:15 · https://youtu.be/Dj4QiYnxgBs?t=5235</w:t>
      </w:r>
    </w:p>
    <w:p>
      <w:r>
        <w:rPr>
          <w:i/>
        </w:rPr>
        <w:t>“A Muslim female scholar emphasizes the veil (purdah) so much that it has become a symbol of her circle, where only her eyes are visible. Is our intensity in a matter of difference a result of a lack of dawah consciousness?”</w:t>
      </w:r>
    </w:p>
    <w:p>
      <w:r>
        <w:rPr>
          <w:sz w:val="20"/>
        </w:rPr>
        <w:t>1:27:15  Maulana, agla sawal Karachi Pakistan se hai, Miss Saira Latif ka. unhon ne likha hai: "aik Muslim khatoon scholar hain jo parde par bohat ziyada zor deti hain.</w:t>
      </w:r>
      <w:r>
        <w:br/>
      </w:r>
      <w:r>
        <w:rPr>
          <w:sz w:val="20"/>
        </w:rPr>
        <w:t>1:27:28  yahan tak ke un ke halqay ki alamat ban gayi hai ke un ki sirf aankhen khuli rehti hain.</w:t>
      </w:r>
      <w:r>
        <w:br/>
      </w:r>
      <w:r>
        <w:rPr>
          <w:sz w:val="20"/>
        </w:rPr>
        <w:t>1:27:36  Maulana sahib, kya hamara aik ikhtilafi masla mein itni shiddat karna hamari dawati shaoor ki kami ka nateeja nahin hai?" dekhen, dawati shaoor ka baat alag hai, lekin yeh masla fiqh ka hai.</w:t>
      </w:r>
      <w:r>
        <w:br/>
      </w:r>
      <w:r>
        <w:rPr>
          <w:sz w:val="20"/>
        </w:rPr>
        <w:t>1:27:54  fiqah mein dekhein, do maslak hain. aik masla hai haq hai anaab ka, aik maslak hai doosre logon ka</w:t>
      </w:r>
      <w:r>
        <w:br/>
      </w:r>
      <w:r>
        <w:rPr>
          <w:sz w:val="20"/>
        </w:rPr>
        <w:t>1:28:02  . doosre fuqaha ne parde ko yahi ahmiyat di hai jis ko aap ne bataya. lekin maslak hanfi jo hai, is mein dekhein,</w:t>
      </w:r>
      <w:r>
        <w:br/>
      </w:r>
      <w:r>
        <w:rPr>
          <w:sz w:val="20"/>
        </w:rPr>
        <w:t>1:28:17  yani parda to mante hain woh log, lekin teen cheezon ko is se exempt karte hain:</w:t>
      </w:r>
      <w:r>
        <w:br/>
      </w:r>
      <w:r>
        <w:rPr>
          <w:sz w:val="20"/>
        </w:rPr>
        <w:t>1:28:25  wujh aur kafain aur qadmain. yani chehra aur yeh hath aur paon. jis ko samajh na aaye, us ko to mein do kitabon ka hawala deta hoon, woh parh lein.</w:t>
      </w:r>
      <w:r>
        <w:br/>
      </w:r>
      <w:r>
        <w:rPr>
          <w:sz w:val="20"/>
        </w:rPr>
        <w:t>1:28:39  aik hai allama albani ki kitab "hijab al bal hijab al barah al muslema" aur doosri jo hai, woh pakistan ke bohat hi baray ma'ani aalim thay, maulana shabih rehmat usmani</w:t>
      </w:r>
      <w:r>
        <w:br/>
      </w:r>
      <w:r>
        <w:rPr>
          <w:sz w:val="20"/>
        </w:rPr>
        <w:t>1:28:52  . unhon ne pakistan mein qaraardad maqasid ki qiyadat ki thi. un ki tafseer hai. is mein "illa mazahira minha" ke tehat aap parh li jiye.</w:t>
      </w:r>
      <w:r>
        <w:br/>
      </w:r>
      <w:r>
        <w:rPr>
          <w:sz w:val="20"/>
        </w:rPr>
        <w:t>1:29:02  unhon ne yeh baat likhi hai ke anaab ka maslak yeh hai.</w:t>
      </w:r>
      <w:r>
        <w:br/>
      </w:r>
      <w:r>
        <w:rPr>
          <w:sz w:val="20"/>
        </w:rPr>
        <w:t>1:29:08  maulana, agla aik comment aaya hai, woh raipur se hai, miss shabana ka. unhon ne likha hai ke "Today's talk was very inspiring.</w:t>
      </w:r>
      <w:r>
        <w:br/>
      </w:r>
      <w:r>
        <w:rPr>
          <w:sz w:val="20"/>
        </w:rPr>
        <w:t>1:29:17  maulana sahib, thank you for giving us content for thinking every Sunday."</w:t>
      </w:r>
    </w:p>
    <w:p>
      <w:pPr>
        <w:pStyle w:val="Heading2"/>
      </w:pPr>
      <w:r>
        <w:t>Is It Permissible to Pray Behind a Shia Imam</w:t>
      </w:r>
    </w:p>
    <w:p>
      <w:r>
        <w:rPr>
          <w:color w:val="666666"/>
          <w:sz w:val="18"/>
        </w:rPr>
        <w:t>Worship · On Atheism | May 22, 2016 · 2m 18s · at 1:07:43 · https://youtu.be/tzJmfYnSleo?t=4063</w:t>
      </w:r>
    </w:p>
    <w:p>
      <w:r>
        <w:rPr>
          <w:i/>
        </w:rPr>
        <w:t>“Is it permissible for Sunni brothers to offer Namaz behind a Shia Imam? What is your opinion on this?”</w:t>
      </w:r>
    </w:p>
    <w:p>
      <w:r>
        <w:rPr>
          <w:sz w:val="20"/>
        </w:rPr>
        <w:t>1:07:43  molana agla sawal lucknow se kiya hai muhammad furqan sahib ne aur unhon ne likha hai ke is</w:t>
      </w:r>
      <w:r>
        <w:br/>
      </w:r>
      <w:r>
        <w:rPr>
          <w:sz w:val="20"/>
        </w:rPr>
        <w:t>1:07:49  it permissible to offer namaz by sunni brothers behind a shia imam? what is your opinion on this?</w:t>
      </w:r>
      <w:r>
        <w:br/>
      </w:r>
      <w:r>
        <w:rPr>
          <w:sz w:val="20"/>
        </w:rPr>
        <w:t>1:07:55  yeh shia imam sunni imam yeh sab logon ne nikal rakha hai islam mein aisa kuch nahi hai. islam mein aisa kuch nahi hai. sunan abi daud mein riwayat hai ke salu khalfa kulli birr wa fajir yani siyah mein maan jati hai yeh kitab siyah sitta mein is ka tarjuma yeh hai ke parho namaz har insan ke peeche khwah woh bura ho ya acha ho. is ka matlab yeh hai ke tumhare nazdeek</w:t>
      </w:r>
      <w:r>
        <w:br/>
      </w:r>
      <w:r>
        <w:rPr>
          <w:sz w:val="20"/>
        </w:rPr>
        <w:t>1:08:25  yak bra achha kyunke haqeeqat mein woh kya hai woh toh Allah janta hai.</w:t>
      </w:r>
      <w:r>
        <w:br/>
      </w:r>
      <w:r>
        <w:rPr>
          <w:sz w:val="20"/>
        </w:rPr>
        <w:t>1:08:31  haq haqeeqat mein koi shakhs kaisa hai yeh toh sirf Allah ko khabar hai.</w:t>
      </w:r>
      <w:r>
        <w:br/>
      </w:r>
      <w:r>
        <w:rPr>
          <w:sz w:val="20"/>
        </w:rPr>
        <w:t>1:08:37  toh muqtadi ko kaha gaya hai namazi jo peeche peeche padh raha hai ke tumhare nazdeek woh jo</w:t>
      </w:r>
      <w:r>
        <w:br/>
      </w:r>
      <w:r>
        <w:rPr>
          <w:sz w:val="20"/>
        </w:rPr>
        <w:t>1:08:43  imam samne khada hua hai woh tumhare nazdeek woh achha ya bura yeh tumhari apni soch hai.</w:t>
      </w:r>
      <w:r>
        <w:br/>
      </w:r>
      <w:r>
        <w:rPr>
          <w:sz w:val="20"/>
        </w:rPr>
        <w:t>1:08:49  namaz padh jamaat ki ati hai organization ke liye toh imam jo hai woh</w:t>
      </w:r>
      <w:r>
        <w:br/>
      </w:r>
      <w:r>
        <w:rPr>
          <w:sz w:val="20"/>
        </w:rPr>
        <w:t>1:08:55  simbal organization hota hai.</w:t>
      </w:r>
      <w:r>
        <w:br/>
      </w:r>
      <w:r>
        <w:rPr>
          <w:sz w:val="20"/>
        </w:rPr>
        <w:t>1:09:00  bas is ka aap is is mein khare ho jaiye na har dekhiye is se maloom hota hai</w:t>
      </w:r>
      <w:r>
        <w:br/>
      </w:r>
      <w:r>
        <w:rPr>
          <w:sz w:val="20"/>
        </w:rPr>
        <w:t>1:09:05  ke har aadmi apni namaz parhta hai imam ki namaz nahi parhta.</w:t>
      </w:r>
      <w:r>
        <w:br/>
      </w:r>
      <w:r>
        <w:rPr>
          <w:sz w:val="20"/>
        </w:rPr>
        <w:t>1:09:10  yeh yeh jo nikala gaya hai ke falan imam ke peechay namaz ja rahi hai yeh bilkul bilkul</w:t>
      </w:r>
      <w:r>
        <w:br/>
      </w:r>
      <w:r>
        <w:rPr>
          <w:sz w:val="20"/>
        </w:rPr>
        <w:t>1:09:15  baseless baat hai yeh islam ki baat nahi hai.</w:t>
      </w:r>
      <w:r>
        <w:br/>
      </w:r>
      <w:r>
        <w:rPr>
          <w:sz w:val="20"/>
        </w:rPr>
        <w:t>1:09:20  khud dono jhagda jhagda nikalein yaad rakhiye namaz bajamat hai organization ke liye yani a</w:t>
      </w:r>
      <w:r>
        <w:br/>
      </w:r>
      <w:r>
        <w:rPr>
          <w:sz w:val="20"/>
        </w:rPr>
        <w:t>1:09:25  kathe namaz parhne ke liye. to jab aap ekhathe namaz parhne parhna chahenge to ek shakhs ko imam banayenge. woh imam jo hoga woh woh sirf organization ke liye hoga aap ki namaz parhne ke liye nahi hoga. woh namaz to aap ne khud parhein ge to organization ke liye aap ne kisi ko imam maan liya magar namaz to aap nahi parh rahe. is liye yeh bilkul baseless sawal yeh sawal hi baseless hai h</w:t>
      </w:r>
      <w:r>
        <w:br/>
      </w:r>
      <w:r>
        <w:rPr>
          <w:sz w:val="20"/>
        </w:rPr>
        <w:t>1:09:55  r ek ke peechay namaz parhiye har ek ke peechay.</w:t>
      </w:r>
    </w:p>
    <w:p>
      <w:pPr>
        <w:pStyle w:val="Heading2"/>
      </w:pPr>
      <w:r>
        <w:t>Is Zamzam water considered sacred?</w:t>
      </w:r>
    </w:p>
    <w:p>
      <w:r>
        <w:rPr>
          <w:color w:val="666666"/>
          <w:sz w:val="18"/>
        </w:rPr>
        <w:t>Worship · Divine Help September 22, 2015 · 2m 19s · at 1:02:17 · https://youtu.be/sozrNCif0Gg?t=3737</w:t>
      </w:r>
    </w:p>
    <w:p>
      <w:r>
        <w:rPr>
          <w:i/>
        </w:rPr>
        <w:t>“Today Muslims consider Zamzam water as very sacred. Is this correct?”</w:t>
      </w:r>
    </w:p>
    <w:p>
      <w:r>
        <w:rPr>
          <w:sz w:val="20"/>
        </w:rPr>
        <w:t>1:02:17  jazak Allah." Maulana, agla sawal shohra pur se umar abdullah sahib ne bheja hai.</w:t>
      </w:r>
      <w:r>
        <w:br/>
      </w:r>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r>
        <w:br/>
      </w:r>
      <w:r>
        <w:rPr>
          <w:sz w:val="20"/>
        </w:rPr>
        <w:t>1:02:50  asal jo zam zam ko dekh kar aap ko janna chahiye, woh yeh ke Allah ke kuch bande, yani hajra, ismail aur ibrahim,</w:t>
      </w:r>
      <w:r>
        <w:br/>
      </w:r>
      <w:r>
        <w:rPr>
          <w:sz w:val="20"/>
        </w:rPr>
        <w:t>1:03:03  ne yeh faisla kiya ke Allah ke mission ke liye unhein aik desert mein basna hai.</w:t>
      </w:r>
      <w:r>
        <w:br/>
      </w:r>
      <w:r>
        <w:rPr>
          <w:sz w:val="20"/>
        </w:rPr>
        <w:t>1:03:14  desert mein is is mein mission ko chalana hai. wahi kaha tha,</w:t>
      </w:r>
      <w:r>
        <w:br/>
      </w:r>
      <w:r>
        <w:rPr>
          <w:sz w:val="20"/>
        </w:rPr>
        <w:t>1:03:18  aik aisa group tayar karna jo poore banon mein, poore banon mein deconditioned ho, mahol se asar na liya ho.</w:t>
      </w:r>
      <w:r>
        <w:br/>
      </w:r>
      <w:r>
        <w:rPr>
          <w:sz w:val="20"/>
        </w:rPr>
        <w:t>1:03:28  to that was possible only through desert trail bhi. to us waqt Allah taala ki madad zahir hui aur sehra mein pani zahir ho gaya.</w:t>
      </w:r>
      <w:r>
        <w:br/>
      </w:r>
      <w:r>
        <w:rPr>
          <w:sz w:val="20"/>
        </w:rPr>
        <w:t>1:03:39  tab un ko yaqeen ho gaya ke is kaam ko karna hi karna hai, kyunke jahan hum kuch bebas ho jayenge, wahan Allah maujood hai.</w:t>
      </w:r>
      <w:r>
        <w:br/>
      </w:r>
      <w:r>
        <w:rPr>
          <w:sz w:val="20"/>
        </w:rPr>
        <w:t>1:03:48  to asal cheez muqaddas nahi hai, asal cheez Allah ki help ka yaqeen hai. musalman bas is ko muqaddas samajh kar ke jate hain, use late hain, apne kapde mein bhagate hain.</w:t>
      </w:r>
      <w:r>
        <w:br/>
      </w:r>
      <w:r>
        <w:rPr>
          <w:sz w:val="20"/>
        </w:rPr>
        <w:t>1:04:03  yeh sab bilkul bekar baatein hain. zam zam aap ko taqdisen yaad dilat</w:t>
      </w:r>
      <w:r>
        <w:br/>
      </w:r>
      <w:r>
        <w:rPr>
          <w:sz w:val="20"/>
        </w:rPr>
        <w:t>1:04:09  a. zam zam aap ko yaad dilata hai ke chahe tum sehra mein ho, chahe tum kahin bhi ho, Allah ke liye uth khade ho.</w:t>
      </w:r>
      <w:r>
        <w:br/>
      </w:r>
      <w:r>
        <w:rPr>
          <w:sz w:val="20"/>
        </w:rPr>
        <w:t>1:04:18  Allah wahin tum ko mil jayega. Allah ki apni foujon ke sath, apni madad ke sath wahin zahir ho jayega. yeh hai zam zam ka paigham.</w:t>
      </w:r>
    </w:p>
    <w:p>
      <w:pPr>
        <w:pStyle w:val="Heading2"/>
      </w:pPr>
      <w:r>
        <w:t>Is hijama a Sunnah practice?</w:t>
      </w:r>
    </w:p>
    <w:p>
      <w:r>
        <w:rPr>
          <w:color w:val="666666"/>
          <w:sz w:val="18"/>
        </w:rPr>
        <w:t>Worship · Man and Paradise May 05, 2013 · 2m 50s · at 50:04 · https://youtu.be/VyFgim3pvts?t=3004</w:t>
      </w:r>
    </w:p>
    <w:p>
      <w:r>
        <w:rPr>
          <w:i/>
        </w:rPr>
        <w:t>“Nowadays in Karachi, Pakistan, many people are getting hijama done considering it a Sunnah. Please explain about this. It has no connection with Islam. What do you say to such people?”</w:t>
      </w:r>
    </w:p>
    <w:p>
      <w:r>
        <w:rPr>
          <w:sz w:val="20"/>
        </w:rPr>
        <w:t>50:04  Maulana, un ka ek aur sawal hai. unhon ne likha hai ke aaj kal Karachi Pakistan mein kaafi log hijama sunnat samajh kar karwa rahe hain.</w:t>
      </w:r>
      <w:r>
        <w:br/>
      </w:r>
      <w:r>
        <w:rPr>
          <w:sz w:val="20"/>
        </w:rPr>
        <w:t>50:16  is ke bare mein batayein. yeh bilkul afsurda baat hai. yaani is ka koi talluq Islam se nahi hai.</w:t>
      </w:r>
      <w:r>
        <w:br/>
      </w:r>
      <w:r>
        <w:rPr>
          <w:sz w:val="20"/>
        </w:rPr>
        <w:t>50:27  aise logon ko aap kya kahein?</w:t>
      </w:r>
      <w:r>
        <w:br/>
      </w:r>
      <w:r>
        <w:rPr>
          <w:sz w:val="20"/>
        </w:rPr>
        <w:t>50:34  yaani Islam ko unhon ne aisa ghata kar pesh kiya hai ke mujhe hairat hai ke yeh to mujrim hain, yeh log mujrim hain.</w:t>
      </w:r>
      <w:r>
        <w:br/>
      </w:r>
      <w:r>
        <w:rPr>
          <w:sz w:val="20"/>
        </w:rPr>
        <w:t>50:46  dekhein, kal Times of India mein mera ek article chhaapa hai to us par bees hazar se zyada logon ne visit kiya.</w:t>
      </w:r>
      <w:r>
        <w:br/>
      </w:r>
      <w:r>
        <w:rPr>
          <w:sz w:val="20"/>
        </w:rPr>
        <w:t>50:56  us ko to mujhe maloom hua ke ek ek ek Christian lady ne likha hai ke mujhe taajjub hai ke ek Musalman aisa mazmoon likh sakta hai.</w:t>
      </w:r>
      <w:r>
        <w:br/>
      </w:r>
      <w:r>
        <w:rPr>
          <w:sz w:val="20"/>
        </w:rPr>
        <w:t>51:06  to Musalman ne apni image itni kharab kar likhi hai, itni kharab ke samajhta hai ke Musalman jo hai, woh to militancy ki baat karega.</w:t>
      </w:r>
      <w:r>
        <w:br/>
      </w:r>
      <w:r>
        <w:rPr>
          <w:sz w:val="20"/>
        </w:rPr>
        <w:t>51:15  constitutionality ki baat karna Musalman jaanta nahi hai, positivity ki baat Musalman jaanta nahi hai. yeh sab baatein Islam ki image ko kharab karne wali hain aur hargiz hargiz yeh koi sunnat nahi hai.</w:t>
      </w:r>
      <w:r>
        <w:br/>
      </w:r>
      <w:r>
        <w:rPr>
          <w:sz w:val="20"/>
        </w:rPr>
        <w:t>51:30  is zamane mein Arab mein aur doosre mulkon mein yeh riwaj tha pushta lagwane ka. is ka sunnat se kya talluq hai?</w:t>
      </w:r>
      <w:r>
        <w:br/>
      </w:r>
      <w:r>
        <w:rPr>
          <w:sz w:val="20"/>
        </w:rPr>
        <w:t>51:40  woh to aap parh lijiyey shah waliullah sahib ki kitab. unhon ne likha hai ke ek sunnat har cheez ko sunnat nahi samajhna chahiye.</w:t>
      </w:r>
      <w:r>
        <w:br/>
      </w:r>
      <w:r>
        <w:rPr>
          <w:sz w:val="20"/>
        </w:rPr>
        <w:t>51:54  sunnat aadiyah aur sunnat sabitah yaani koi cheez jo rasoolullah ne ki ho toh woh sunnat keh dein aap us ko.</w:t>
      </w:r>
      <w:r>
        <w:br/>
      </w:r>
      <w:r>
        <w:rPr>
          <w:sz w:val="20"/>
        </w:rPr>
        <w:t>52:03  toh yeh bilkul rasoolullah rehte they jhonpdi mein. aap jayen jhonpdi mein rahiyey,</w:t>
      </w:r>
      <w:r>
        <w:br/>
      </w:r>
      <w:r>
        <w:rPr>
          <w:sz w:val="20"/>
        </w:rPr>
        <w:t>52:08  is sunnat ko nahi koi amal karega. is par koi jis makan mein rasoolullah rehte they, woh aaj kal ki zabaan mein jhonpdi tha. woh toh yeh bilkul galat hai, yeh islam ke khilaaf hai.</w:t>
      </w:r>
      <w:r>
        <w:br/>
      </w:r>
      <w:r>
        <w:rPr>
          <w:sz w:val="20"/>
        </w:rPr>
        <w:t>52:19  yeh mein is ko yaani ek mujrimana fe'l samajhta hoon, is ka sunnat se koi ta'alluq nahi hai. aur yeh mein hi nahi keh raha hoon ke balkey barhey barhey ulma ne yeh baat kahi hai ke rasoolullah ki zindagi mein jo kuch hua hai, woh sab sunnat sabitah nahi</w:t>
      </w:r>
      <w:r>
        <w:br/>
      </w:r>
      <w:r>
        <w:rPr>
          <w:sz w:val="20"/>
        </w:rPr>
        <w:t>52:36  hai. is mein kuch cheezen hain jo sunnat aadiyah hain ke arab mein paida hue toh us nisbat se aap ne aisa kiya.</w:t>
      </w:r>
      <w:r>
        <w:br/>
      </w:r>
      <w:r>
        <w:rPr>
          <w:sz w:val="20"/>
        </w:rPr>
        <w:t>52:45  woh is liye nahi ke rasoolullah isi liye bheje gaye they ke log is par amal karein. yeh bilkul afsurdah baat hai. yeh</w:t>
      </w:r>
    </w:p>
    <w:p>
      <w:pPr>
        <w:pStyle w:val="Heading2"/>
      </w:pPr>
      <w:r>
        <w:t>Is repeating prayer requests acceptable?</w:t>
      </w:r>
    </w:p>
    <w:p>
      <w:r>
        <w:rPr>
          <w:color w:val="666666"/>
          <w:sz w:val="18"/>
        </w:rPr>
        <w:t>Worship · Divine Ideology of Life I 11 July 2010 · 2m 19s · at 1:38:42 · https://youtu.be/wOmHVfyjMJY?t=5922</w:t>
      </w:r>
    </w:p>
    <w:p>
      <w:r>
        <w:rPr>
          <w:i/>
        </w:rPr>
        <w:t>“Whenever we pray to God, is it alright if we repeat the prayer request each time we pray? Like, we consider some prayer points to be prayed upon repeatedly over a long period of time, say a few months or years maybe?”</w:t>
      </w:r>
    </w:p>
    <w:p>
      <w:r>
        <w:rPr>
          <w:sz w:val="20"/>
        </w:rPr>
        <w:t>1:38:42  maulana, yeh sawal kiya hai ms aditi sharma ne new delhi se. unhon ne likha hai ke "Whenever we pray to God, is it alright if we repeat the prayer request each time we pray?</w:t>
      </w:r>
      <w:r>
        <w:br/>
      </w:r>
      <w:r>
        <w:rPr>
          <w:sz w:val="20"/>
        </w:rPr>
        <w:t>1:38:58  Like, we consider some prayer points to be prayed upon repeatedly over a long period of time, say few months or years maybe?"</w:t>
      </w:r>
      <w:r>
        <w:br/>
      </w:r>
      <w:r>
        <w:rPr>
          <w:sz w:val="20"/>
        </w:rPr>
        <w:t>1:39:08  repeat karna bohat achi baat hai. lekin yeh nahi samajhna ke aap ne das baar repeat kar diya to yeh ho jayega, bees baar approve ho jayega. yeh ginti based jo repetition hai, woh galat hai.</w:t>
      </w:r>
      <w:r>
        <w:br/>
      </w:r>
      <w:r>
        <w:rPr>
          <w:sz w:val="20"/>
        </w:rPr>
        <w:t>1:39:18  yani ginti mein koi aap samajh lein ke is mein koi mysterious koi cheez hai, woh galat hai. baqi apne apne jo feeling hai, us ko aap bar bar dohraayein to bari achi baat hai.</w:t>
      </w:r>
      <w:r>
        <w:br/>
      </w:r>
      <w:r>
        <w:rPr>
          <w:sz w:val="20"/>
        </w:rPr>
        <w:t>1:39:31  yani repeated, repeated is sirf is not</w:t>
      </w:r>
      <w:r>
        <w:br/>
      </w:r>
      <w:r>
        <w:rPr>
          <w:sz w:val="20"/>
        </w:rPr>
        <w:t>1:39:35  wrong, it is good lekin gintiyon ko samajh lein, agar das baar dohrana to yeh ho jayega, so baar dohrana to woh ho jayega, yeh bilkul galat hai.</w:t>
      </w:r>
      <w:r>
        <w:br/>
      </w:r>
      <w:r>
        <w:rPr>
          <w:sz w:val="20"/>
        </w:rPr>
        <w:t>1:39:44  is ki koi is ki koi base baseless hai yeh. maulana, yeh sawal aaya hai mr shaukat ali ka sialkot pakistan se.</w:t>
      </w:r>
      <w:r>
        <w:br/>
      </w:r>
      <w:r>
        <w:rPr>
          <w:sz w:val="20"/>
        </w:rPr>
        <w:t>1:39:57  unhon ne likha hai ke "kya momin ka maqsad sirf achhe kaam kar ke jannat mein jana hai? agar</w:t>
      </w:r>
      <w:r>
        <w:br/>
      </w:r>
      <w:r>
        <w:rPr>
          <w:sz w:val="20"/>
        </w:rPr>
        <w:t>1:40:05  yahi maqsad hai to is ka matlab sirf yahi hai ke ek mazdoor ko us ki mazdoori ka milna?" maulana, is ko explain kijiye.</w:t>
      </w:r>
      <w:r>
        <w:br/>
      </w:r>
      <w:r>
        <w:rPr>
          <w:sz w:val="20"/>
        </w:rPr>
        <w:t>1:40:15  nahin, main ne abhi kaha hai ke dekhiye ke asal cheez hai tazkiya. yani self purification. yeh mazdoori aur price ki baat nahin hai.</w:t>
      </w:r>
      <w:r>
        <w:br/>
      </w:r>
      <w:r>
        <w:rPr>
          <w:sz w:val="20"/>
        </w:rPr>
        <w:t>1:40:26  yeh koi price ki baat nahin hai. yani purified soul hi jayega paradise mein. purified soul ka matlab kya</w:t>
      </w:r>
      <w:r>
        <w:br/>
      </w:r>
      <w:r>
        <w:rPr>
          <w:sz w:val="20"/>
        </w:rPr>
        <w:t>1:40:34  hai? jis ke andar negativity na ho. jis ke andar intolerance na ho. jis ke andar violence na ho. jo animosity na ho.</w:t>
      </w:r>
      <w:r>
        <w:br/>
      </w:r>
      <w:r>
        <w:rPr>
          <w:sz w:val="20"/>
        </w:rPr>
        <w:t>1:40:46  jis ke andar Allah ka khauf ho, Allah se mohabbat ho. to yeh purified soul us ko kaha gaya hai. to purified soul paradise ho jayega.</w:t>
      </w:r>
      <w:r>
        <w:br/>
      </w:r>
      <w:r>
        <w:rPr>
          <w:sz w:val="20"/>
        </w:rPr>
        <w:t>1:40:55  aur koi is ki price nahin hai.</w:t>
      </w:r>
    </w:p>
    <w:p>
      <w:pPr>
        <w:pStyle w:val="Heading2"/>
      </w:pPr>
      <w:r>
        <w:t>Is worship essentially an internal thing?</w:t>
      </w:r>
    </w:p>
    <w:p>
      <w:r>
        <w:rPr>
          <w:color w:val="666666"/>
          <w:sz w:val="18"/>
        </w:rPr>
        <w:t>Worship · Divine Help February 09, 2014 Maulana Wahiduddin Khan · 3m 43s · at 1:11:20 · https://youtu.be/eJBjiYGZcKY?t=4280</w:t>
      </w:r>
    </w:p>
    <w:p>
      <w:r>
        <w:rPr>
          <w:i/>
        </w:rPr>
        <w:t>“Some people say that worship is essentially an internal thing.”</w:t>
      </w:r>
    </w:p>
    <w:p>
      <w:r>
        <w:rPr>
          <w:sz w:val="20"/>
        </w:rPr>
        <w:t>1:11:20  Maulana agla sawal kya hai dilli se.</w:t>
      </w:r>
      <w:r>
        <w:br/>
      </w:r>
      <w:r>
        <w:rPr>
          <w:sz w:val="20"/>
        </w:rPr>
        <w:t>1:11:24  Maulana zikwan nadvi ne.</w:t>
      </w:r>
      <w:r>
        <w:br/>
      </w:r>
      <w:r>
        <w:rPr>
          <w:sz w:val="20"/>
        </w:rPr>
        <w:t>1:11:29  unhone likha hai: kuch logon ka kehna yeh hai ke ibadat aslan ek dakhili cheez hai.</w:t>
      </w:r>
      <w:r>
        <w:br/>
      </w:r>
      <w:r>
        <w:rPr>
          <w:sz w:val="20"/>
        </w:rPr>
        <w:t>1:11:33  lekin insaan chunaanche rohani wajood ke sath ek amli wajood bhi rakhta hai is liye ibadat mein itaat</w:t>
      </w:r>
      <w:r>
        <w:br/>
      </w:r>
      <w:r>
        <w:rPr>
          <w:sz w:val="20"/>
        </w:rPr>
        <w:t>1:11:38  bhi shamil ho jati hai.</w:t>
      </w:r>
      <w:r>
        <w:br/>
      </w:r>
      <w:r>
        <w:rPr>
          <w:sz w:val="20"/>
        </w:rPr>
        <w:t>1:11:43  is ko wazeh karen.</w:t>
      </w:r>
      <w:r>
        <w:br/>
      </w:r>
      <w:r>
        <w:rPr>
          <w:sz w:val="20"/>
        </w:rPr>
        <w:t>1:11:47  nahi nahi bilkul galat hai yeh.</w:t>
      </w:r>
      <w:r>
        <w:br/>
      </w:r>
      <w:r>
        <w:rPr>
          <w:sz w:val="20"/>
        </w:rPr>
        <w:t>1:11:52  sardar sahib galat hain.</w:t>
      </w:r>
      <w:r>
        <w:br/>
      </w:r>
      <w:r>
        <w:rPr>
          <w:sz w:val="20"/>
        </w:rPr>
        <w:t>1:11:56  itaat alag cheez hai.</w:t>
      </w:r>
      <w:r>
        <w:br/>
      </w:r>
      <w:r>
        <w:rPr>
          <w:sz w:val="20"/>
        </w:rPr>
        <w:t>1:12:01  itaat ka talluq samaji zindagi se hai.</w:t>
      </w:r>
      <w:r>
        <w:br/>
      </w:r>
      <w:r>
        <w:rPr>
          <w:sz w:val="20"/>
        </w:rPr>
        <w:t>1:12:05  is samaj ke zariye se itaat ka pehlu aata hai.</w:t>
      </w:r>
      <w:r>
        <w:br/>
      </w:r>
      <w:r>
        <w:rPr>
          <w:sz w:val="20"/>
        </w:rPr>
        <w:t>1:12:10  ibadat mein aap yeh keh sakte hain ke ek form hai is ka.</w:t>
      </w:r>
      <w:r>
        <w:br/>
      </w:r>
      <w:r>
        <w:rPr>
          <w:sz w:val="20"/>
        </w:rPr>
        <w:t>1:12:14  ek spirit hai aur ek form hai.</w:t>
      </w:r>
      <w:r>
        <w:br/>
      </w:r>
      <w:r>
        <w:rPr>
          <w:sz w:val="20"/>
        </w:rPr>
        <w:t>1:12:19  ibadat mukammal taur par woh cheez hai jis ko kehte hain salat ul abdu birabbi.</w:t>
      </w:r>
      <w:r>
        <w:br/>
      </w:r>
      <w:r>
        <w:rPr>
          <w:sz w:val="20"/>
        </w:rPr>
        <w:t>1:12:24  al ibadatu salat ur rabbi salat ul abdu birabbi.</w:t>
      </w:r>
      <w:r>
        <w:br/>
      </w:r>
      <w:r>
        <w:rPr>
          <w:sz w:val="20"/>
        </w:rPr>
        <w:t>1:12:28  yeh sartaapsa Allah ke bande aur Allah ke darmiyan ka jo muamla hai us ka naam ibadat hai.</w:t>
      </w:r>
      <w:r>
        <w:br/>
      </w:r>
      <w:r>
        <w:rPr>
          <w:sz w:val="20"/>
        </w:rPr>
        <w:t>1:12:33  jo log is ki itaat shamil karte hain woh mere nazdeek woh tehreef karte hain.</w:t>
      </w:r>
      <w:r>
        <w:br/>
      </w:r>
      <w:r>
        <w:rPr>
          <w:sz w:val="20"/>
        </w:rPr>
        <w:t>1:12:37  tafseer bil rai karte hain.</w:t>
      </w:r>
      <w:r>
        <w:br/>
      </w:r>
      <w:r>
        <w:rPr>
          <w:sz w:val="20"/>
        </w:rPr>
        <w:t>1:12:42  natija kya hota hai ke na ibadat na itaat.</w:t>
      </w:r>
      <w:r>
        <w:br/>
      </w:r>
      <w:r>
        <w:rPr>
          <w:sz w:val="20"/>
        </w:rPr>
        <w:t>1:12:46  aap in ko ja kar ke in ke sath ek mahina rakhiye yeh jo aisi baatein karte hain na.</w:t>
      </w:r>
      <w:r>
        <w:br/>
      </w:r>
      <w:r>
        <w:rPr>
          <w:sz w:val="20"/>
        </w:rPr>
        <w:t>1:12:51  ek mahina rahiye.</w:t>
      </w:r>
      <w:r>
        <w:br/>
      </w:r>
      <w:r>
        <w:rPr>
          <w:sz w:val="20"/>
        </w:rPr>
        <w:t>1:12:56  balkeh ek din rahiye sirf.</w:t>
      </w:r>
      <w:r>
        <w:br/>
      </w:r>
      <w:r>
        <w:rPr>
          <w:sz w:val="20"/>
        </w:rPr>
        <w:t>1:13:00  pata chalega na ibadat hai na itaat hai.</w:t>
      </w:r>
      <w:r>
        <w:br/>
      </w:r>
      <w:r>
        <w:rPr>
          <w:sz w:val="20"/>
        </w:rPr>
        <w:t>1:13:05  sirf lip service hai bas.</w:t>
      </w:r>
      <w:r>
        <w:br/>
      </w:r>
      <w:r>
        <w:rPr>
          <w:sz w:val="20"/>
        </w:rPr>
        <w:t>1:13:09  mein aise bohat se logon ko jaanta hoon qareeb se jo isi wali boli bolte hain.</w:t>
      </w:r>
      <w:r>
        <w:br/>
      </w:r>
      <w:r>
        <w:rPr>
          <w:sz w:val="20"/>
        </w:rPr>
        <w:t>1:13:14  unke haan na ibadat hai na itaat.</w:t>
      </w:r>
      <w:r>
        <w:br/>
      </w:r>
      <w:r>
        <w:rPr>
          <w:sz w:val="20"/>
        </w:rPr>
        <w:t>1:13:18  sirf kehne ki baatein hain.</w:t>
      </w:r>
      <w:r>
        <w:br/>
      </w:r>
      <w:r>
        <w:rPr>
          <w:sz w:val="20"/>
        </w:rPr>
        <w:t>1:13:23  stage par khare ho ke bolenge.</w:t>
      </w:r>
      <w:r>
        <w:br/>
      </w:r>
      <w:r>
        <w:rPr>
          <w:sz w:val="20"/>
        </w:rPr>
        <w:t>1:13:28  kitabein likhenge.</w:t>
      </w:r>
      <w:r>
        <w:br/>
      </w:r>
      <w:r>
        <w:rPr>
          <w:sz w:val="20"/>
        </w:rPr>
        <w:t>1:13:32  haqeeqat mein kuch bhi nahi.</w:t>
      </w:r>
      <w:r>
        <w:br/>
      </w:r>
      <w:r>
        <w:rPr>
          <w:sz w:val="20"/>
        </w:rPr>
        <w:t>1:13:37  kyunke nature se hatenge to rootless ho jayenge aap.</w:t>
      </w:r>
      <w:r>
        <w:br/>
      </w:r>
      <w:r>
        <w:rPr>
          <w:sz w:val="20"/>
        </w:rPr>
        <w:t>1:13:41  unnatural baat kahenge to kuch bhi nateeja nahi niklega.</w:t>
      </w:r>
      <w:r>
        <w:br/>
      </w:r>
      <w:r>
        <w:rPr>
          <w:sz w:val="20"/>
        </w:rPr>
        <w:t>1:13:46  yeh unnatural hai.</w:t>
      </w:r>
      <w:r>
        <w:br/>
      </w:r>
      <w:r>
        <w:rPr>
          <w:sz w:val="20"/>
        </w:rPr>
        <w:t>1:13:50  yeh kehna unnatural hai.</w:t>
      </w:r>
      <w:r>
        <w:br/>
      </w:r>
      <w:r>
        <w:rPr>
          <w:sz w:val="20"/>
        </w:rPr>
        <w:t>1:13:55  mein isko unnatural samajhta hoon.</w:t>
      </w:r>
      <w:r>
        <w:br/>
      </w:r>
      <w:r>
        <w:rPr>
          <w:sz w:val="20"/>
        </w:rPr>
        <w:t>1:13:59  aur unnatural ka baat jaise hi bolenge aap bilkul aap baseless ho jayenge.</w:t>
      </w:r>
      <w:r>
        <w:br/>
      </w:r>
      <w:r>
        <w:rPr>
          <w:sz w:val="20"/>
        </w:rPr>
        <w:t>1:14:04  to mere nazdeek itaat jo hai iska talluq samajhi talluqat se hai.</w:t>
      </w:r>
      <w:r>
        <w:br/>
      </w:r>
      <w:r>
        <w:rPr>
          <w:sz w:val="20"/>
        </w:rPr>
        <w:t>1:14:09  aur ibadat jo hai iska talluq bande aur Khuda ke darmiyan jo talluq hai us se hai.</w:t>
      </w:r>
      <w:r>
        <w:br/>
      </w:r>
      <w:r>
        <w:rPr>
          <w:sz w:val="20"/>
        </w:rPr>
        <w:t>1:14:13  Maulana inka ek aur sawal hai.</w:t>
      </w:r>
      <w:r>
        <w:br/>
      </w:r>
      <w:r>
        <w:rPr>
          <w:sz w:val="20"/>
        </w:rPr>
        <w:t>1:14:18  unhone likha hai ke Quran ke chapter nine verse number one twenty two mein bataya gaya hai</w:t>
      </w:r>
      <w:r>
        <w:br/>
      </w:r>
      <w:r>
        <w:rPr>
          <w:sz w:val="20"/>
        </w:rPr>
        <w:t>1:14:22  ke kuch logon ko deen mein tafaqqah hasil karna chahiye taake woh inzaar ka kaam kar saken.</w:t>
      </w:r>
      <w:r>
        <w:br/>
      </w:r>
      <w:r>
        <w:rPr>
          <w:sz w:val="20"/>
        </w:rPr>
        <w:t>1:14:27  Maulana woh Maulana isko wazeh karein ke tafaqqah aur inzaar mein kya talluq hai.</w:t>
      </w:r>
      <w:r>
        <w:br/>
      </w:r>
      <w:r>
        <w:rPr>
          <w:sz w:val="20"/>
        </w:rPr>
        <w:t>1:14:31  is par to hamara ek article chhap chuka hai. Arsalay mein.</w:t>
      </w:r>
      <w:r>
        <w:br/>
      </w:r>
      <w:r>
        <w:rPr>
          <w:sz w:val="20"/>
        </w:rPr>
        <w:t>1:14:36  khaas is aayat par.</w:t>
      </w:r>
      <w:r>
        <w:br/>
      </w:r>
      <w:r>
        <w:rPr>
          <w:sz w:val="20"/>
        </w:rPr>
        <w:t>1:14:41  liya tafaqqah fiddeen.</w:t>
      </w:r>
      <w:r>
        <w:br/>
      </w:r>
      <w:r>
        <w:rPr>
          <w:sz w:val="20"/>
        </w:rPr>
        <w:t>1:14:45  is aayat ke baray mein maine apni tafaseer bhi likha hai.</w:t>
      </w:r>
      <w:r>
        <w:br/>
      </w:r>
      <w:r>
        <w:rPr>
          <w:sz w:val="20"/>
        </w:rPr>
        <w:t>1:14:50  Tazkir ul Quran mein.</w:t>
      </w:r>
      <w:r>
        <w:br/>
      </w:r>
      <w:r>
        <w:rPr>
          <w:sz w:val="20"/>
        </w:rPr>
        <w:t>1:14:54  is ke ilawa arsala jo monthly magazine hai hamara hai.</w:t>
      </w:r>
      <w:r>
        <w:br/>
      </w:r>
      <w:r>
        <w:rPr>
          <w:sz w:val="20"/>
        </w:rPr>
        <w:t>1:14:59  is mein aik article bhi is par chhap chuka hai.</w:t>
      </w:r>
    </w:p>
    <w:p>
      <w:pPr>
        <w:pStyle w:val="Heading2"/>
      </w:pPr>
      <w:r>
        <w:t>Istikhara: meaning, procedure, and conditions</w:t>
      </w:r>
    </w:p>
    <w:p>
      <w:r>
        <w:rPr>
          <w:color w:val="666666"/>
          <w:sz w:val="18"/>
        </w:rPr>
        <w:t>Worship · Q&amp;A 20 Nov 2011 Maulana Wahiduddin Khan · 3m 03s · at 44:06 · https://youtu.be/7sNDn8Y6jUc?t=2646</w:t>
      </w:r>
    </w:p>
    <w:p>
      <w:r>
        <w:rPr>
          <w:i/>
        </w:rPr>
        <w:t>“What is Istikhara? What is its procedure? Are there any conditions for it?”</w:t>
      </w:r>
    </w:p>
    <w:p>
      <w:r>
        <w:rPr>
          <w:sz w:val="20"/>
        </w:rPr>
        <w:t>44:06  maulana agla sawal kya hai maulana amanullah ne delhi se unhone likha hai ke maulana istikhara kya hai is ka tareeqa kar kya hai kya is ki koi sharaait bhi hain</w:t>
      </w:r>
      <w:r>
        <w:br/>
      </w:r>
      <w:r>
        <w:rPr>
          <w:sz w:val="20"/>
        </w:rPr>
        <w:t>44:23  ? dekhein sahabi kehte hain ke yul number al istikhara kama yul number quran ke rasool Allah hum ko istikhara sikhate the jis tarah quran sikhate the is tarah aap ahmiyat samajh sakte hain is ki</w:t>
      </w:r>
      <w:r>
        <w:br/>
      </w:r>
      <w:r>
        <w:rPr>
          <w:sz w:val="20"/>
        </w:rPr>
        <w:t>44:39  ke istikhara koi wahmi cheez nahi hai koi awami cheez nahi hai yeh bilkul sunnat hai aur rasool Allah sallallahu alaihi wasallam logon ko batate the istikhara to istikhara ke lafzi maani dekhein hain talab khair khair chahna lafzi maani is ke hain</w:t>
      </w:r>
      <w:r>
        <w:br/>
      </w:r>
      <w:r>
        <w:rPr>
          <w:sz w:val="20"/>
        </w:rPr>
        <w:t>44:57  istikhara to istikhara to musalman karta hi hai aap jab dua karte hain woh bhi istikhara hota hai aap jab dua karte hain ke khuda mujhe aisa mere haq mein kar aisa haq mein kar to woh istikhara hi hota hai woh is ki ek formal shakal bhi hai istikhare ki</w:t>
      </w:r>
      <w:r>
        <w:br/>
      </w:r>
      <w:r>
        <w:rPr>
          <w:sz w:val="20"/>
        </w:rPr>
        <w:t>45:14  woh yeh hai ke aap isha ki namaz ke baad sone se pehle do rakat namaz padhein agar aap ko yaad ho to is pehli rakat mein surat al duha doosri rakat mein wal nasra padhein aur us ke baad dua karein ek dua hadith ki kitab mein aati hai</w:t>
      </w:r>
      <w:r>
        <w:br/>
      </w:r>
      <w:r>
        <w:rPr>
          <w:sz w:val="20"/>
        </w:rPr>
        <w:t>45:37  Allah humma inni astakhiruka bi ilmika wa qadirataka ala qadraka wa as aluka min</w:t>
      </w:r>
      <w:r>
        <w:br/>
      </w:r>
      <w:r>
        <w:rPr>
          <w:sz w:val="20"/>
        </w:rPr>
        <w:t>45:57  fasalika al azeem. yeh zaroori nahi padhna apni zuban mein aap dua kar sakte hain woh jo dua aati hai usi ko dohrana zaroori nahi hai to ke Allah humma inni astakhiruka bi ilmika wa qadirataka ala qadraka wa as aluka min fasalika al azeem in is tarah ke alfaaz hain to woh yaad kar lein aur dua karein isi se yeh koi zaroori nahi hai jo bhi aap jo bhi aap ka masla hai jo aap ki zuban hai us zuban mein is masle ko bayan karein to is tarah se do rakat namaz padh ke so jayein</w:t>
      </w:r>
      <w:r>
        <w:br/>
      </w:r>
      <w:r>
        <w:rPr>
          <w:sz w:val="20"/>
        </w:rPr>
        <w:t>46:16  to raat ko do shaklein hon gi ya to aap ke dil mein koi khayal aa jaye ga ya aap khwab koi dekhein ge to ulama ne yeh likha hai ke is tarah se se saat din tak karna chahiye pehle din agar wazeh jawab na aaye to saat din tak karta rahe aadmi</w:t>
      </w:r>
      <w:r>
        <w:br/>
      </w:r>
      <w:r>
        <w:rPr>
          <w:sz w:val="20"/>
        </w:rPr>
        <w:t>46:34  mera tajurba yeh hai ke zaroor jawab aata hai mein bar bar mein ne istikhara kiya hai to jawab aata hai yani kabhi dil mein aik jo kehte hain insharah dil khul jata hai kabhi khwab aata hai to</w:t>
      </w:r>
      <w:r>
        <w:br/>
      </w:r>
      <w:r>
        <w:rPr>
          <w:sz w:val="20"/>
        </w:rPr>
        <w:t>46:52  istikhara bohat hi sahi kaam hai hadith se sabit hai har aadmi ko chahiye ke istikhara kare aur us ko yeh samajhna hai ke istikhara koi wahmi cheez hai bilkul galat hai.</w:t>
      </w:r>
    </w:p>
    <w:p>
      <w:pPr>
        <w:pStyle w:val="Heading2"/>
      </w:pPr>
      <w:r>
        <w:t>Justification of animal sacrifice</w:t>
      </w:r>
    </w:p>
    <w:p>
      <w:r>
        <w:rPr>
          <w:color w:val="666666"/>
          <w:sz w:val="18"/>
        </w:rPr>
        <w:t>Worship · The Message of Eid Al-Adha November 6, 2011 Maulana Wahiduddin Khan · 3m 25s · at 1:14:07 · https://youtu.be/y59PU_RD2cg?t=4447</w:t>
      </w:r>
    </w:p>
    <w:p>
      <w:r>
        <w:rPr>
          <w:i/>
        </w:rPr>
        <w:t>“The meaning of sacrifice is to give comfort to others. Then how justified is it to shed the blood of an animal? The stomach also grows with vegetarian things. Then for the sake of taste, eating meat, killing an animal, how justified is it?”</w:t>
      </w:r>
    </w:p>
    <w:p>
      <w:r>
        <w:rPr>
          <w:sz w:val="20"/>
        </w:rPr>
        <w:t>1:14:07  jo log is tarah qurbani karein, unhone qurbani ki. baqi to qurbaniyan ek rasam hain, sirf rasam. Maulana, agla sawal Mr. Raj Vaimaksh ne kiya hai.</w:t>
      </w:r>
      <w:r>
        <w:br/>
      </w:r>
      <w:r>
        <w:rPr>
          <w:sz w:val="20"/>
        </w:rPr>
        <w:t>1:14:21  Dilli se. unhone likha hai: "qurbani ka matlab hai doosre ko aaram dena.</w:t>
      </w:r>
      <w:r>
        <w:br/>
      </w:r>
      <w:r>
        <w:rPr>
          <w:sz w:val="20"/>
        </w:rPr>
        <w:t>1:14:27  phir janwar ka khoon bahana kitna jaiz hai? pet vegetarian waston se bhi barhta hai. phir sawad ke liye gosht khana, janwar ko marna kitna jaiz hai?</w:t>
      </w:r>
      <w:r>
        <w:br/>
      </w:r>
      <w:r>
        <w:rPr>
          <w:sz w:val="20"/>
        </w:rPr>
        <w:t>1:14:39  is ke bare mein batayein." dekhiye, yeh to bar bar mein keh chuka hoon ke yeh theory bilkul galat hai. aap janwar ko to, yani us ko marne ko bura naam dete hain.</w:t>
      </w:r>
      <w:r>
        <w:br/>
      </w:r>
      <w:r>
        <w:rPr>
          <w:sz w:val="20"/>
        </w:rPr>
        <w:t>1:14:52  ma'ni nahi. woh jo creation plan hai, us mein to yeh shamil hai. aap pani piyein, tab bhi ab zindagiyaan is mein hoti hain.</w:t>
      </w:r>
      <w:r>
        <w:br/>
      </w:r>
      <w:r>
        <w:rPr>
          <w:sz w:val="20"/>
        </w:rPr>
        <w:t>1:15:01  sabzi khayein, tab bhi zindagiyaan hoti hain. doodh piyein, tab bhi zindagiyaan hoti hain. hatta ke saans lein, tab bhi zindagiyaan hoti hain. is ko marna mat kahein. is ke baghair aap ko, yani food nahi milta, protein nahi milta, zindagi ki jo jeene ke liye jo taqat hai, woh nahi milti aap ko.</w:t>
      </w:r>
      <w:r>
        <w:br/>
      </w:r>
      <w:r>
        <w:rPr>
          <w:sz w:val="20"/>
        </w:rPr>
        <w:t>1:15:19  ab aap gosht na khayein, tab bhi aap khate hain. woh kyunke aap mar jayenge. aap yeh nazariya hi galat hai ke jo gosht khata hai, wahi, yani meat khata hai.</w:t>
      </w:r>
      <w:r>
        <w:br/>
      </w:r>
      <w:r>
        <w:rPr>
          <w:sz w:val="20"/>
        </w:rPr>
        <w:t>1:15:31  sabhi meat kha rahe hain. har aadmi meat eater hai. pani peete hain, ya doodh peete hain, sabzi khate hain, tab bhi is mein</w:t>
      </w:r>
      <w:r>
        <w:br/>
      </w:r>
      <w:r>
        <w:rPr>
          <w:sz w:val="20"/>
        </w:rPr>
        <w:t>1:15:42  ek ek ek qissa mashhoor hai ke jab dunya mein, jab jab dunya mein microscope nahi tha, tab ki yeh sab baatein hain. microscope jab aaya hai to yeh possible hoga ke jo visible nahi cheezein, woh bhi dekh sakein aap.</w:t>
      </w:r>
      <w:r>
        <w:br/>
      </w:r>
      <w:r>
        <w:rPr>
          <w:sz w:val="20"/>
        </w:rPr>
        <w:t>1:15:57  to ek ek shakhs jo isi tarah ka tha, jo koi nazariya tha ke aadmi ko sirf, yani non-veg food nahi lena chahiye, woh bohat us ko bura samajhta tha.</w:t>
      </w:r>
      <w:r>
        <w:br/>
      </w:r>
      <w:r>
        <w:rPr>
          <w:sz w:val="20"/>
        </w:rPr>
        <w:t>1:16:10  to us ko dikhaya gaya ke doodh to peete ho. us ko kaha haan. to doodh ko dikhaya gaya microscope mein. to us mein bohat si zindagiyaan reh gayi theen.</w:t>
      </w:r>
      <w:r>
        <w:br/>
      </w:r>
      <w:r>
        <w:rPr>
          <w:sz w:val="20"/>
        </w:rPr>
        <w:t>1:16:20  to us ka heart fail ho gaya. kehti hai sari zindagiyaan mein nigal gaya hoon. to yeh to yeh to purana, yani yeh purani theory hai.</w:t>
      </w:r>
      <w:r>
        <w:br/>
      </w:r>
      <w:r>
        <w:rPr>
          <w:sz w:val="20"/>
        </w:rPr>
        <w:t>1:16:30  yeh pre-scientific age ki baat hai. yeh sab hai.</w:t>
      </w:r>
      <w:r>
        <w:br/>
      </w:r>
      <w:r>
        <w:rPr>
          <w:sz w:val="20"/>
        </w:rPr>
        <w:t>1:16:34  Khuda ne is dunya mein, yani creator ne is dunya mein hamari zindagi ka yeh tareeqa rakha hai. ya to aap ek aur dunya banaiye, ya is dunya banana hai to isi tarah rehna parega aap ko.</w:t>
      </w:r>
      <w:r>
        <w:br/>
      </w:r>
      <w:r>
        <w:rPr>
          <w:sz w:val="20"/>
        </w:rPr>
        <w:t>1:16:46  aap is se bach nahi sakte.</w:t>
      </w:r>
      <w:r>
        <w:br/>
      </w:r>
      <w:r>
        <w:rPr>
          <w:sz w:val="20"/>
        </w:rPr>
        <w:t>1:16:52  Maulana, yeh sawal aaya hai Karachi se. Mr. Ab mein ek baat aur arz kar doon ke mein khud, yani vegetarian hoon.</w:t>
      </w:r>
      <w:r>
        <w:br/>
      </w:r>
      <w:r>
        <w:rPr>
          <w:sz w:val="20"/>
        </w:rPr>
        <w:t>1:17:02  lekin sawal hai ke vegetarian jo food leta hoon, us mein bhi to woh cheezein hoti hain. koi aisa khana mujhe mere paas nahi hai vegetarian ke siwa.</w:t>
      </w:r>
      <w:r>
        <w:br/>
      </w:r>
      <w:r>
        <w:rPr>
          <w:sz w:val="20"/>
        </w:rPr>
        <w:t>1:17:14  lekin mein khud by by birth vegetarian hoon. lekin mein yeh keh raha hoon ke jo creation plan hai creator ka, woh to wahi hai. aap is se bach nahi sakte.</w:t>
      </w:r>
      <w:r>
        <w:br/>
      </w:r>
      <w:r>
        <w:rPr>
          <w:sz w:val="20"/>
        </w:rPr>
        <w:t>1:17:26  aap ko shakk ho to microscope mein dekh lijiye doodh ko, sabzi ko.</w:t>
      </w:r>
    </w:p>
    <w:p>
      <w:pPr>
        <w:pStyle w:val="Heading2"/>
      </w:pPr>
      <w:r>
        <w:t>Loan from bank for house</w:t>
      </w:r>
    </w:p>
    <w:p>
      <w:r>
        <w:rPr>
          <w:color w:val="666666"/>
          <w:sz w:val="18"/>
        </w:rPr>
        <w:t>Worship · Dars-e-Quran, Chapter 2, Verses 55-57 | March 25, 2018 · 2m 15s · at 1:06:58 · https://youtu.be/2MykDXfNV_w?t=4018</w:t>
      </w:r>
    </w:p>
    <w:p>
      <w:r>
        <w:rPr>
          <w:i/>
        </w:rPr>
        <w:t>“Can I take a loan from a bank to build a house or buy a new house?”</w:t>
      </w:r>
    </w:p>
    <w:p>
      <w:r>
        <w:rPr>
          <w:sz w:val="20"/>
        </w:rPr>
        <w:t>1:06:58  maulana, agla sawal lete hain jo muhammad pashah sahib ne bheja hai, unhon ne location nahi likhi hai,</w:t>
      </w:r>
      <w:r>
        <w:br/>
      </w:r>
      <w:r>
        <w:rPr>
          <w:sz w:val="20"/>
        </w:rPr>
        <w:t>1:07:03  un ka sawal hai: "maulana, kya bank se ghar taameer karne ke liye ya naya ghar kharidne ke</w:t>
      </w:r>
      <w:r>
        <w:br/>
      </w:r>
      <w:r>
        <w:rPr>
          <w:sz w:val="20"/>
        </w:rPr>
        <w:t>1:07:08  liye loan le sakte hain</w:t>
      </w:r>
      <w:r>
        <w:br/>
      </w:r>
      <w:r>
        <w:rPr>
          <w:sz w:val="20"/>
        </w:rPr>
        <w:t>1:07:13  ?" Is ke bare mein bataein. Yeh aap mufti sahab se poochiye, mufti sahab se poochiye. Ji molana, agla sawal bheja hai javed sahab ne jamshedpur se, unhon ne likha hai: "How can negative thinking be converted to positive thinking? For example, in daily life, many of us are victims of office politics or people trying to hurt us with their selfish interest. All this makes</w:t>
      </w:r>
      <w:r>
        <w:br/>
      </w:r>
      <w:r>
        <w:rPr>
          <w:sz w:val="20"/>
        </w:rPr>
        <w:t>1:07:43  is negative.</w:t>
      </w:r>
      <w:r>
        <w:br/>
      </w:r>
      <w:r>
        <w:rPr>
          <w:sz w:val="20"/>
        </w:rPr>
        <w:t>1:07:50  so how can we manage such situations or save our self from negative mind sets?" bahut aasan hai,</w:t>
      </w:r>
      <w:r>
        <w:br/>
      </w:r>
      <w:r>
        <w:rPr>
          <w:sz w:val="20"/>
        </w:rPr>
        <w:t>1:07:56  allah khane mein daal diye jahan aap ko is tarah ke khayalat paida hote hain.</w:t>
      </w:r>
      <w:r>
        <w:br/>
      </w:r>
      <w:r>
        <w:rPr>
          <w:sz w:val="20"/>
        </w:rPr>
        <w:t>1:08:02  bas jo mamla hai, jo issue hai, us ko allah khane mein daal dijiye.</w:t>
      </w:r>
      <w:r>
        <w:br/>
      </w:r>
      <w:r>
        <w:rPr>
          <w:sz w:val="20"/>
        </w:rPr>
        <w:t>1:08:08  bas kuch karna hi nahi hai,</w:t>
      </w:r>
      <w:r>
        <w:br/>
      </w:r>
      <w:r>
        <w:rPr>
          <w:sz w:val="20"/>
        </w:rPr>
        <w:t>1:08:14  kuch karna hi nahi hai, bas Allah ke khane mein daalte chale jaiye. Okay, so we we end today session. Thank you.</w:t>
      </w:r>
    </w:p>
    <w:p>
      <w:pPr>
        <w:pStyle w:val="Heading2"/>
      </w:pPr>
      <w:r>
        <w:t>Love marriage permissibility and Prophet's marriage</w:t>
      </w:r>
    </w:p>
    <w:p>
      <w:r>
        <w:rPr>
          <w:color w:val="666666"/>
          <w:sz w:val="18"/>
        </w:rPr>
        <w:t>Worship · Divine Management in History April 7, 2013 · 4m 16s · at 1:10:13 · https://youtu.be/wcBzG56LuPY?t=4213</w:t>
      </w:r>
    </w:p>
    <w:p>
      <w:r>
        <w:rPr>
          <w:i/>
        </w:rPr>
        <w:t>“What is your take on love marriage? Do you think it is permitted in Islam? Would you agree that the marriage of the Prophet and Khadija was also a love marriage?”</w:t>
      </w:r>
    </w:p>
    <w:p>
      <w:r>
        <w:rPr>
          <w:sz w:val="20"/>
        </w:rPr>
        <w:t>1:10:13  mujhe yaqeen hai ke aap ke question ka aap khud hi aap ko answer mil jayega. maulana, un ka aik aur sawal hai, unhon ne likha hai: "what is your take on love marriage?</w:t>
      </w:r>
      <w:r>
        <w:br/>
      </w:r>
      <w:r>
        <w:rPr>
          <w:sz w:val="20"/>
        </w:rPr>
        <w:t>1:10:26  do you think it is permitted in islam? would you agree that the marriage of the prophet and khadijah was also a love marriage?" ji sahib, ab start baat hai, main love marriage ko ahmaqana marriage samajhta hoon,</w:t>
      </w:r>
      <w:r>
        <w:br/>
      </w:r>
      <w:r>
        <w:rPr>
          <w:sz w:val="20"/>
        </w:rPr>
        <w:t>1:10:42  yani pagalon ki marriage, pagalon ki. is liye ke dekhiye, aap love marriage hoti hai, tootta kyun hai? yani more than 50 percent love marriages nakam ho jati hain.</w:t>
      </w:r>
      <w:r>
        <w:br/>
      </w:r>
      <w:r>
        <w:rPr>
          <w:sz w:val="20"/>
        </w:rPr>
        <w:t>1:10:54  to what is that love marriage? jo pagal pan ki shadiyan hoti hain, usay kehte hain love marriage. india se le kar europe, america tak har jagah love marriage nakam hai.</w:t>
      </w:r>
      <w:r>
        <w:br/>
      </w:r>
      <w:r>
        <w:rPr>
          <w:sz w:val="20"/>
        </w:rPr>
        <w:t>1:11:06  to nakam kyun? agar woh love hai to nakam kyun? nakam kyun?</w:t>
      </w:r>
      <w:r>
        <w:br/>
      </w:r>
      <w:r>
        <w:rPr>
          <w:sz w:val="20"/>
        </w:rPr>
        <w:t>1:11:14  italy mein aik sahib se baat hui thi, isi par woh wahan ke aik professor sahib thay. to main ne kaha ke yeh isi baat ko main ne kaha ke agar yeh love marriage hai to nakam kyun hoti hai?</w:t>
      </w:r>
      <w:r>
        <w:br/>
      </w:r>
      <w:r>
        <w:rPr>
          <w:sz w:val="20"/>
        </w:rPr>
        <w:t>1:11:26  to main ne kaha ke yeh love marriage hoti hi nahi, yeh lust marriage hoti hai. lust marriage hoti hai, love marriage hoti hi nahi. to unhon ne maan maan rakha, sahi keh rahe hain aap.</w:t>
      </w:r>
      <w:r>
        <w:br/>
      </w:r>
      <w:r>
        <w:rPr>
          <w:sz w:val="20"/>
        </w:rPr>
        <w:t>1:11:39  nahi sahib, bilkul, yani main is ko jahilon ki batein samajhta hoon, jis ka ilm se, science se koi talluq nahi.</w:t>
      </w:r>
      <w:r>
        <w:br/>
      </w:r>
      <w:r>
        <w:rPr>
          <w:sz w:val="20"/>
        </w:rPr>
        <w:t>1:11:50  maulana farhan sahib ko yeh bhi batana chahenge ke woh aap ki jo kitab hai, secret of successful marriage life, us ko parh sakte hain. haan, wohi parhiye, woh bhi hai.</w:t>
      </w:r>
      <w:r>
        <w:br/>
      </w:r>
      <w:r>
        <w:rPr>
          <w:sz w:val="20"/>
        </w:rPr>
        <w:t>1:12:01  maulana, sab se zyada meaningless word jo boler ka is zamane mein hai, woh love marriage hai.</w:t>
      </w:r>
      <w:r>
        <w:br/>
      </w:r>
      <w:r>
        <w:rPr>
          <w:sz w:val="20"/>
        </w:rPr>
        <w:t>1:12:06  main apni zindagi mein, apni family mein, aur beshumar waqiat dekhe hain ke dhoom se love marriage hoti hai aur dhoom se woh nakam ho jati hai.</w:t>
      </w:r>
      <w:r>
        <w:br/>
      </w:r>
      <w:r>
        <w:rPr>
          <w:sz w:val="20"/>
        </w:rPr>
        <w:t>1:12:18  tab main jo keh raha hoon ke love marriage, love marriage nahi hoti hai, woh lust marriage hoti hai. to tajrube ko dekh kar main keh raha hoon, khwamkhwah nahi keh raha hoon.</w:t>
      </w:r>
      <w:r>
        <w:br/>
      </w:r>
      <w:r>
        <w:rPr>
          <w:sz w:val="20"/>
        </w:rPr>
        <w:t>1:12:31  kam az kam main ne aik bhi lab marriage kamyab nahi dekhi</w:t>
      </w:r>
      <w:r>
        <w:br/>
      </w:r>
      <w:r>
        <w:rPr>
          <w:sz w:val="20"/>
        </w:rPr>
        <w:t>1:12:35  apni family ke andar, family ke bahar. ya to toot jati hai ya bas nibhate hain log bache ki wajah se, zyada tar bache ki wajah se.</w:t>
      </w:r>
      <w:r>
        <w:br/>
      </w:r>
      <w:r>
        <w:rPr>
          <w:sz w:val="20"/>
        </w:rPr>
        <w:t>1:12:45  bachcha paida hoga, ab kya karen? to aurat se jo lo hoti hai, wo khatm ho ja ho chuki hoti hai. ab sirf bete hote hain. maine kisi ko bhi nahin dekha ke aurat se lo unki akhrron tak baqi rahe.</w:t>
      </w:r>
      <w:r>
        <w:br/>
      </w:r>
      <w:r>
        <w:rPr>
          <w:sz w:val="20"/>
        </w:rPr>
        <w:t>1:13:02  ya to toot jati hai ya bachchon ke upar.</w:t>
      </w:r>
      <w:r>
        <w:br/>
      </w:r>
      <w:r>
        <w:rPr>
          <w:sz w:val="20"/>
        </w:rPr>
        <w:t>1:13:05  main aap ko ek qissa batata hoon. main gaya ek bar ajmer, mila taqrib mein tha, mila taqribin sahib. to wahan par ek sahib the, unke do bete the.</w:t>
      </w:r>
      <w:r>
        <w:br/>
      </w:r>
      <w:r>
        <w:rPr>
          <w:sz w:val="20"/>
        </w:rPr>
        <w:t>1:13:18  ek bete ko unhon ne dukan de di, doosre bete ne kaha ke mujhe falan aurat se shadi karni hai. to us us aurat se unhon ne shadi karwai aur us ke liye ek ek farmhouse bana diya.</w:t>
      </w:r>
      <w:r>
        <w:br/>
      </w:r>
      <w:r>
        <w:rPr>
          <w:sz w:val="20"/>
        </w:rPr>
        <w:t>1:13:31  paise wale the wo.</w:t>
      </w:r>
      <w:r>
        <w:br/>
      </w:r>
      <w:r>
        <w:rPr>
          <w:sz w:val="20"/>
        </w:rPr>
        <w:t>1:13:33  is farmhouse mein hum gaye, ek raat rahe wahan par, aur maine dekha ke wo wo mard aur aurat dono isi mein rehte the.</w:t>
      </w:r>
      <w:r>
        <w:br/>
      </w:r>
      <w:r>
        <w:rPr>
          <w:sz w:val="20"/>
        </w:rPr>
        <w:t>1:13:42  aur jab tak hum the, kabhi dono mein baat nahin hui, na din mein, na raat mein. wo alag, wo alag. aur isi love marriage ke liye baap se usne takrao kiya tha ke mujhe alag ghar chahiye aur mujhe is ladki se shadi karna hai.</w:t>
      </w:r>
      <w:r>
        <w:br/>
      </w:r>
      <w:r>
        <w:rPr>
          <w:sz w:val="20"/>
        </w:rPr>
        <w:t>1:14:00  aise ke aise ek do nahin, aise bahut qisse. aap agar is ko na jante hon to aap andhe bhare hain. aur kya keh sakta hoon main? love marriage kya cheez hai?</w:t>
      </w:r>
      <w:r>
        <w:br/>
      </w:r>
      <w:r>
        <w:rPr>
          <w:sz w:val="20"/>
        </w:rPr>
        <w:t>1:14:11  nothing, nothing, nothing, nothing.</w:t>
      </w:r>
      <w:r>
        <w:br/>
      </w:r>
      <w:r>
        <w:rPr>
          <w:sz w:val="20"/>
        </w:rPr>
        <w:t>1:14:17  is wajah se main sirf arrange marriage ka qail hoon. maa baap jinko tajruba hota hai, jinko experience hota hai, wo jo faisla karte hain, wahi sahi hai.</w:t>
      </w:r>
      <w:r>
        <w:br/>
      </w:r>
      <w:r>
        <w:rPr>
          <w:sz w:val="20"/>
        </w:rPr>
        <w:t>1:14:28  isi ko le lijiye,</w:t>
      </w:r>
    </w:p>
    <w:p>
      <w:pPr>
        <w:pStyle w:val="Heading2"/>
      </w:pPr>
      <w:r>
        <w:t>Meaning of musattar in prayer</w:t>
      </w:r>
    </w:p>
    <w:p>
      <w:r>
        <w:rPr>
          <w:color w:val="666666"/>
          <w:sz w:val="18"/>
        </w:rPr>
        <w:t>Worship · Realistic Approach March 30, 2014 Maulana Wahiduddin Khan · 2m 03s · at 53:52 · https://youtu.be/K36UonBsGlA?t=3232</w:t>
      </w:r>
    </w:p>
    <w:p>
      <w:r>
        <w:rPr>
          <w:i/>
        </w:rPr>
        <w:t>“Maulana, you have written in your book Al-Islam that 'musattar' meaning one who is in a state of anxiety, his prayer Allah immediately accepts. And for acceptance of prayer of other believers, righteous deeds are also needed. What is meant by 'musattar'? Please clarify.”</w:t>
      </w:r>
    </w:p>
    <w:p>
      <w:r>
        <w:rPr>
          <w:sz w:val="20"/>
        </w:rPr>
        <w:t>53:52  Maulana, agla sawal Shahnawaz Zafar sahib ne kiya hai Delhi se. Unhone likha hai: "Aap ne apni kitaab Al-Islam mein likha hai ke mustar yani jo iztirab ki halat mein ho, us ki dua Allah immediately qabool karta hai.</w:t>
      </w:r>
      <w:r>
        <w:br/>
      </w:r>
      <w:r>
        <w:rPr>
          <w:sz w:val="20"/>
        </w:rPr>
        <w:t>54:11  Aur deegar momin ki dua ki qabooliyat ke liye amal e saleh bhi chahiye. Yahan mustar se murad kya hai? Is ko wazeh karein."</w:t>
      </w:r>
      <w:r>
        <w:br/>
      </w:r>
      <w:r>
        <w:rPr>
          <w:sz w:val="20"/>
        </w:rPr>
        <w:t>54:27  Dekhiye, jab aadmi iztirari ki halat mein hota hai to apne helplessness ka tajruba karta hai woh.</w:t>
      </w:r>
      <w:r>
        <w:br/>
      </w:r>
      <w:r>
        <w:rPr>
          <w:sz w:val="20"/>
        </w:rPr>
        <w:t>54:35  Ajz ka.</w:t>
      </w:r>
      <w:r>
        <w:br/>
      </w:r>
      <w:r>
        <w:rPr>
          <w:sz w:val="20"/>
        </w:rPr>
        <w:t>54:39  Ajz ka tajruba. Aur ajz ka tajruba haqiqatan kisi ko ho jaye to Allah se bohat qurbat ho jati hai. Yani apne ajz ko daryaft karo aur Allah se qareeb ho jao.</w:t>
      </w:r>
      <w:r>
        <w:br/>
      </w:r>
      <w:r>
        <w:rPr>
          <w:sz w:val="20"/>
        </w:rPr>
        <w:t>54:54  Musalmanon mein to mein ne kisi ko paya nahi jis ne apne ajz ko daryaft kiya ho. Chahe mister ho ya molvi. Koi mujhe nahi mila, ek bhi nahi mila.</w:t>
      </w:r>
      <w:r>
        <w:br/>
      </w:r>
      <w:r>
        <w:rPr>
          <w:sz w:val="20"/>
        </w:rPr>
        <w:t>55:03  Agar kahin hai to mujhe us ki khabar nahi. Choonke ajz ki daryaft hi nahi hui to qurbat e khodawandi kahan se hogi? Ajz ek qabil e daryaft cheez hai, yaad rakhiye.</w:t>
      </w:r>
      <w:r>
        <w:br/>
      </w:r>
      <w:r>
        <w:rPr>
          <w:sz w:val="20"/>
        </w:rPr>
        <w:t>55:16  jis tarah doosri cheezain qabil-e-daryaft hain, ajz bhi qabil-e-daryaft hai. logon ko maloom hi nahin ke ajz kya cheez hai. to apne ajz ko daryaft kijiye.</w:t>
      </w:r>
      <w:r>
        <w:br/>
      </w:r>
      <w:r>
        <w:rPr>
          <w:sz w:val="20"/>
        </w:rPr>
        <w:t>55:28  mustar aadmi jo hota hai, woh ajz ki aakhri had par hota hai. to apne ajz ko daryaft kijiye, is ke baad apne aap sari cheezain aap ke andar aa jayen gi.</w:t>
      </w:r>
      <w:r>
        <w:br/>
      </w:r>
      <w:r>
        <w:rPr>
          <w:sz w:val="20"/>
        </w:rPr>
        <w:t>55:40  aur aap hamari kitabein parhiye. hamari kitab mein isi ki to tashreeh hai. hamari kitab mein jo hai woh isi baat ki tashreeh hai ke yaani How to discover ajz.</w:t>
      </w:r>
    </w:p>
    <w:p>
      <w:pPr>
        <w:pStyle w:val="Heading2"/>
      </w:pPr>
      <w:r>
        <w:t>Meaning of peace returning to God</w:t>
      </w:r>
    </w:p>
    <w:p>
      <w:r>
        <w:rPr>
          <w:color w:val="666666"/>
          <w:sz w:val="18"/>
        </w:rPr>
        <w:t>Worship · On Death June 08, 2014 · 2m 36s · at 1:00:21 · https://youtu.be/p0lSKQ0edmw?t=3621</w:t>
      </w:r>
    </w:p>
    <w:p>
      <w:r>
        <w:rPr>
          <w:i/>
        </w:rPr>
        <w:t>“What is the meaning of the phrase in the dua you mentioned today: 'Peace is Yours and returns to You'? Please clarify.”</w:t>
      </w:r>
    </w:p>
    <w:p>
      <w:r>
        <w:rPr>
          <w:sz w:val="20"/>
        </w:rPr>
        <w:t>1:00:21  maulana, ek sawal abhi aaya hai bangalore se. sawal karne wale ne apna naam nahi likha hai. sawal is tarah hai. maulana, jo dua aap ne aaj batai.</w:t>
      </w:r>
      <w:r>
        <w:br/>
      </w:r>
      <w:r>
        <w:rPr>
          <w:sz w:val="20"/>
        </w:rPr>
        <w:t>1:00:34  jis mein ek jumla tha ke... salamati teri hai aur teri taraf laut ti hai. maulana sahib, is ka matlab kya hai?</w:t>
      </w:r>
      <w:r>
        <w:br/>
      </w:r>
      <w:r>
        <w:rPr>
          <w:sz w:val="20"/>
        </w:rPr>
        <w:t>1:00:45  is ko wazeh karen.</w:t>
      </w:r>
      <w:r>
        <w:br/>
      </w:r>
      <w:r>
        <w:rPr>
          <w:sz w:val="20"/>
        </w:rPr>
        <w:t>1:00:48  matlab yeh hai ke dunya mein agar aap ko peaceful rehna hai. to is ka source sirf Khuda hi hai. dunya mein itne asbab hain aap ki peace ko disturb karne ke liye.</w:t>
      </w:r>
      <w:r>
        <w:br/>
      </w:r>
      <w:r>
        <w:rPr>
          <w:sz w:val="20"/>
        </w:rPr>
        <w:t>1:01:00  ke aap peaceful reh nahi sakte. isi liye dekhen, koi peaceful rehta hai. yaani peaceful mind ka aap talash karen, dunya mein ek bhi nahi milega.</w:t>
      </w:r>
      <w:r>
        <w:br/>
      </w:r>
      <w:r>
        <w:rPr>
          <w:sz w:val="20"/>
        </w:rPr>
        <w:t>1:01:11  kyun? peaceful mind banne ke liye Allah se taluq jodna padta hai.</w:t>
      </w:r>
      <w:r>
        <w:br/>
      </w:r>
      <w:r>
        <w:rPr>
          <w:sz w:val="20"/>
        </w:rPr>
        <w:t>1:01:17  yani peace ka source Allah hai. dunya mein hai hi nahin. dunya mein to har waqt disturbance hai. har waqt provocation hai.</w:t>
      </w:r>
      <w:r>
        <w:br/>
      </w:r>
      <w:r>
        <w:rPr>
          <w:sz w:val="20"/>
        </w:rPr>
        <w:t>1:01:25  har waqt negative tajurbaat hain. to dunya se aap peace rehna chahein to nahin milegi. kyunke dunya mein to iska ulta hai.</w:t>
      </w:r>
      <w:r>
        <w:br/>
      </w:r>
      <w:r>
        <w:rPr>
          <w:sz w:val="20"/>
        </w:rPr>
        <w:t>1:01:36  peace ka food jo hai, food. woh rizq-e-Rabb se milega, Allah se milega. ka matlab kya hai? Allah par dalna.</w:t>
      </w:r>
      <w:r>
        <w:br/>
      </w:r>
      <w:r>
        <w:rPr>
          <w:sz w:val="20"/>
        </w:rPr>
        <w:t>1:01:47  jab bhi koi cheez aap ko disturb kare. jab bhi koi cheez aap ki peace ko bhang kare. jab bhi aap ke mind mein koi negative thought aaye.</w:t>
      </w:r>
      <w:r>
        <w:br/>
      </w:r>
      <w:r>
        <w:rPr>
          <w:sz w:val="20"/>
        </w:rPr>
        <w:t>1:01:58  to is sab ko Allah ke khane mein daliye. Allah ke khane mein daliye. jab tak aap aisa nahin karenge. kabhi aap peaceful mind ke sath dunya mein reh nahin sakte.</w:t>
      </w:r>
    </w:p>
    <w:p>
      <w:pPr>
        <w:pStyle w:val="Heading2"/>
      </w:pPr>
      <w:r>
        <w:t>Meaning of physical actions in prayer</w:t>
      </w:r>
    </w:p>
    <w:p>
      <w:r>
        <w:rPr>
          <w:color w:val="666666"/>
          <w:sz w:val="18"/>
        </w:rPr>
        <w:t>Worship · War and Peace August 28, 2016 Maulana Wahiduddin Khan · 4m 05s · at 51:29 · https://youtu.be/8ViacW5xI3w?t=3089</w:t>
      </w:r>
    </w:p>
    <w:p>
      <w:r>
        <w:rPr>
          <w:i/>
        </w:rPr>
        <w:t>“Maulana sahib, there are many physical actions and utterances during performing prayer. What is the meaning and significance of the various aspects of prayer? Kindly enlighten me in this regard.”</w:t>
      </w:r>
    </w:p>
    <w:p>
      <w:r>
        <w:rPr>
          <w:sz w:val="20"/>
        </w:rPr>
        <w:t>51:29  Maulana, agla sawal kya hai Yoginder Singh ji ne Bangalore se, aur unhone likha hai: "Maulana sahib,</w:t>
      </w:r>
      <w:r>
        <w:br/>
      </w:r>
      <w:r>
        <w:rPr>
          <w:sz w:val="20"/>
        </w:rPr>
        <w:t>51:35  there are many physical actions and utterances during performing namaz.</w:t>
      </w:r>
      <w:r>
        <w:br/>
      </w:r>
      <w:r>
        <w:rPr>
          <w:sz w:val="20"/>
        </w:rPr>
        <w:t>51:41  What is the meaning and significance of the various aspects of namaz? Kindly enlighten me in this regard."</w:t>
      </w:r>
      <w:r>
        <w:br/>
      </w:r>
      <w:r>
        <w:rPr>
          <w:sz w:val="20"/>
        </w:rPr>
        <w:t>51:47  Haan, yeh bohat bohat hi relevant question hai.</w:t>
      </w:r>
      <w:r>
        <w:br/>
      </w:r>
      <w:r>
        <w:rPr>
          <w:sz w:val="20"/>
        </w:rPr>
        <w:t>51:54  Dekhein, namaz ka ek form hai, form, aur ek hai uski spirit.</w:t>
      </w:r>
      <w:r>
        <w:br/>
      </w:r>
      <w:r>
        <w:rPr>
          <w:sz w:val="20"/>
        </w:rPr>
        <w:t>52:00  To form jo hai, woh uska external expression hai, aur uska jo internal spirit hai, woh hai khushu.</w:t>
      </w:r>
      <w:r>
        <w:br/>
      </w:r>
      <w:r>
        <w:rPr>
          <w:sz w:val="20"/>
        </w:rPr>
        <w:t>52:06  Woh hai khushu.</w:t>
      </w:r>
      <w:r>
        <w:br/>
      </w:r>
      <w:r>
        <w:rPr>
          <w:sz w:val="20"/>
        </w:rPr>
        <w:t>52:13  To namaz ko dekha jayega khushu ke aitbaar se.</w:t>
      </w:r>
      <w:r>
        <w:br/>
      </w:r>
      <w:r>
        <w:rPr>
          <w:sz w:val="20"/>
        </w:rPr>
        <w:t>52:19  External jo expression hai, usmein farq ho sakta hai, lekin spirit mein farq nahi hona chahiye.</w:t>
      </w:r>
      <w:r>
        <w:br/>
      </w:r>
      <w:r>
        <w:rPr>
          <w:sz w:val="20"/>
        </w:rPr>
        <w:t>52:25  Khushu zaroor hona chahiye.</w:t>
      </w:r>
      <w:r>
        <w:br/>
      </w:r>
      <w:r>
        <w:rPr>
          <w:sz w:val="20"/>
        </w:rPr>
        <w:t>52:32  Isko main ek hadith se bataunga ke Rasool Allah Sallallahu Alaihi Wasallam Masjid-e-Nabwi mein</w:t>
      </w:r>
      <w:r>
        <w:br/>
      </w:r>
      <w:r>
        <w:rPr>
          <w:sz w:val="20"/>
        </w:rPr>
        <w:t>52:38  bethe hue the, to ek shakhs aaya, usne wahan namaz padhi.</w:t>
      </w:r>
      <w:r>
        <w:br/>
      </w:r>
      <w:r>
        <w:rPr>
          <w:sz w:val="20"/>
        </w:rPr>
        <w:t>52:44  To namaz padh kar ke Rasool Allah ke paas aaya, woh aur salam kiya, wahi bethna chaha aap ke paas.</w:t>
      </w:r>
      <w:r>
        <w:br/>
      </w:r>
      <w:r>
        <w:rPr>
          <w:sz w:val="20"/>
        </w:rPr>
        <w:t>52:50  To aap ne kaha ke "Arji'i fa salli, fa innaka lam tushalli" bajaye apne bithane ke, bithaya nahi, kaha ke</w:t>
      </w:r>
      <w:r>
        <w:br/>
      </w:r>
      <w:r>
        <w:rPr>
          <w:sz w:val="20"/>
        </w:rPr>
        <w:t>52:57  "Arji'i fa salli, fa innaka lam tushalli" ke jao phir se namaz padho kyunke tumne namaz nahi padhi.</w:t>
      </w:r>
      <w:r>
        <w:br/>
      </w:r>
      <w:r>
        <w:rPr>
          <w:sz w:val="20"/>
        </w:rPr>
        <w:t>53:03  Woh bahar mo'tabar kutub-e-hadith maujood hain.</w:t>
      </w:r>
      <w:r>
        <w:br/>
      </w:r>
      <w:r>
        <w:rPr>
          <w:sz w:val="20"/>
        </w:rPr>
        <w:t>53:09  To cheez kya hai? Rasool Allah ne isko watch kiya to dekha ke woh khushu ke aitbaar</w:t>
      </w:r>
      <w:r>
        <w:br/>
      </w:r>
      <w:r>
        <w:rPr>
          <w:sz w:val="20"/>
        </w:rPr>
        <w:t>53:16  se null tha, woh bas form ke aitbaar se namaz padh li thi usne.</w:t>
      </w:r>
      <w:r>
        <w:br/>
      </w:r>
      <w:r>
        <w:rPr>
          <w:sz w:val="20"/>
        </w:rPr>
        <w:t>53:22  To aap ne kaha ke jao phir se namaz padho kyunke tumne namaz nahi padhi.</w:t>
      </w:r>
      <w:r>
        <w:br/>
      </w:r>
      <w:r>
        <w:rPr>
          <w:sz w:val="20"/>
        </w:rPr>
        <w:t>53:28  "Arji'i fa salli, fa innaka lam tushalli" yeh Tirmidhi mein hai, yeh hadith Sunan Tirmidhi mein maujood hai.</w:t>
      </w:r>
      <w:r>
        <w:br/>
      </w:r>
      <w:r>
        <w:rPr>
          <w:sz w:val="20"/>
        </w:rPr>
        <w:t>53:34  To namaz mein aur doosri baat to hum bhi ek iska form hota hai, ek uski</w:t>
      </w:r>
      <w:r>
        <w:br/>
      </w:r>
      <w:r>
        <w:rPr>
          <w:sz w:val="20"/>
        </w:rPr>
        <w:t>53:41  spirit hoti hai.</w:t>
      </w:r>
      <w:r>
        <w:br/>
      </w:r>
      <w:r>
        <w:rPr>
          <w:sz w:val="20"/>
        </w:rPr>
        <w:t>53:47  To asal cheez jo matloob hai, spirit hai.</w:t>
      </w:r>
      <w:r>
        <w:br/>
      </w:r>
      <w:r>
        <w:rPr>
          <w:sz w:val="20"/>
        </w:rPr>
        <w:t>53:53  Spirit ho to woh us form ki value hai, spirit na ho to us form ki koi value nahi hai.</w:t>
      </w:r>
      <w:r>
        <w:br/>
      </w:r>
      <w:r>
        <w:rPr>
          <w:sz w:val="20"/>
        </w:rPr>
        <w:t>54:00  yeh aur bhi hadithain hain jis se yeh cheez saabit hoti hai.</w:t>
      </w:r>
      <w:r>
        <w:br/>
      </w:r>
      <w:r>
        <w:rPr>
          <w:sz w:val="20"/>
        </w:rPr>
        <w:t>54:06  mislan aik hadith hai: "la salat liman lam yatkhashsha".</w:t>
      </w:r>
      <w:r>
        <w:br/>
      </w:r>
      <w:r>
        <w:rPr>
          <w:sz w:val="20"/>
        </w:rPr>
        <w:t>54:12  la salat liman lam yatkhashsha.</w:t>
      </w:r>
      <w:r>
        <w:br/>
      </w:r>
      <w:r>
        <w:rPr>
          <w:sz w:val="20"/>
        </w:rPr>
        <w:t>54:18  jis ki namaz mein khushu na ho, us ki namaz namaz na hai.</w:t>
      </w:r>
      <w:r>
        <w:br/>
      </w:r>
      <w:r>
        <w:rPr>
          <w:sz w:val="20"/>
        </w:rPr>
        <w:t>54:25  is shakhs ki namaz namaz nahi jis ki namaz mein khushu na ho, yani spirit na ho.</w:t>
      </w:r>
      <w:r>
        <w:br/>
      </w:r>
      <w:r>
        <w:rPr>
          <w:sz w:val="20"/>
        </w:rPr>
        <w:t>54:31  jo form wali baatein hain, jo uska physical expression hai, uski hesiyat is waqt hai jab</w:t>
      </w:r>
      <w:r>
        <w:br/>
      </w:r>
      <w:r>
        <w:rPr>
          <w:sz w:val="20"/>
        </w:rPr>
        <w:t>54:37  ke spirit maujood ho.</w:t>
      </w:r>
      <w:r>
        <w:br/>
      </w:r>
      <w:r>
        <w:rPr>
          <w:sz w:val="20"/>
        </w:rPr>
        <w:t>54:44  spirit agar maujood na ho to uski koi hesiyat nahi hogi Allah ke nazdeek.</w:t>
      </w:r>
      <w:r>
        <w:br/>
      </w:r>
      <w:r>
        <w:rPr>
          <w:sz w:val="20"/>
        </w:rPr>
        <w:t>54:50  lekin yeh bhi samajh lijiye ke hum aap yeh faisla nahi kar sakte ke spirit hai ke nahi.</w:t>
      </w:r>
      <w:r>
        <w:br/>
      </w:r>
      <w:r>
        <w:rPr>
          <w:sz w:val="20"/>
        </w:rPr>
        <w:t>54:56  hum to aap form hi ko dekhenge.</w:t>
      </w:r>
      <w:r>
        <w:br/>
      </w:r>
      <w:r>
        <w:rPr>
          <w:sz w:val="20"/>
        </w:rPr>
        <w:t>55:02  rasool Allah ko khabar ho gayi thi ke iske andar spirit nahi hai, to aap ne farmaya:</w:t>
      </w:r>
      <w:r>
        <w:br/>
      </w:r>
      <w:r>
        <w:rPr>
          <w:sz w:val="20"/>
        </w:rPr>
        <w:t>55:09  "hum aap nahi keh sakte aisa", yani hum aap nahi keh sakte ke "arj fasal fundak lam tusalli"</w:t>
      </w:r>
      <w:r>
        <w:br/>
      </w:r>
      <w:r>
        <w:rPr>
          <w:sz w:val="20"/>
        </w:rPr>
        <w:t>55:15  kyun ke hamein andar ke haal nahi maloom hain.</w:t>
      </w:r>
      <w:r>
        <w:br/>
      </w:r>
      <w:r>
        <w:rPr>
          <w:sz w:val="20"/>
        </w:rPr>
        <w:t>55:21  aik ba taur usool mein yeh kahunga, ba taur usool baqi jo baat hai, woh to aakhirat mein khule</w:t>
      </w:r>
      <w:r>
        <w:br/>
      </w:r>
      <w:r>
        <w:rPr>
          <w:sz w:val="20"/>
        </w:rPr>
        <w:t>55:28  gi jab Allah taala ailaan farmayen ge ke kis ki namaz namaz thi, kis ki namaz namaz nahi thi.</w:t>
      </w:r>
    </w:p>
    <w:p>
      <w:pPr>
        <w:pStyle w:val="Heading2"/>
      </w:pPr>
      <w:r>
        <w:t>Most beloved supplication and how to pray</w:t>
      </w:r>
    </w:p>
    <w:p>
      <w:r>
        <w:rPr>
          <w:color w:val="666666"/>
          <w:sz w:val="18"/>
        </w:rPr>
        <w:t>Worship · Divine Help September 22, 2015 · 3m 34s · at 49:21 · https://youtu.be/sozrNCif0Gg?t=2961</w:t>
      </w:r>
    </w:p>
    <w:p>
      <w:r>
        <w:rPr>
          <w:i/>
        </w:rPr>
        <w:t>“Mawlana, what kind of supplication (dua) does Allah love the most, and how should one make dua? Please explain something on this.”</w:t>
      </w:r>
    </w:p>
    <w:p>
      <w:r>
        <w:rPr>
          <w:sz w:val="20"/>
        </w:rPr>
        <w:t>49:21  jazak Allah. masha Allah. Maulana, agla sawal Delhi se bheja hai Syed Ahmed Ali sahib ne.</w:t>
      </w:r>
      <w:r>
        <w:br/>
      </w:r>
      <w:r>
        <w:rPr>
          <w:sz w:val="20"/>
        </w:rPr>
        <w:t>49:31  unhon ne aapse poocha hai ke Maulana, kis tarah ki dua Allah taala ko sab se zyada pasand hai aur dua kaise mangi jaye?</w:t>
      </w:r>
      <w:r>
        <w:br/>
      </w:r>
      <w:r>
        <w:rPr>
          <w:sz w:val="20"/>
        </w:rPr>
        <w:t>49:42  kuch is par bataein.</w:t>
      </w:r>
      <w:r>
        <w:br/>
      </w:r>
      <w:r>
        <w:rPr>
          <w:sz w:val="20"/>
        </w:rPr>
        <w:t>49:49  yeh bara acha sawal hai. pehli baat to yeh samjhiye ke mein is ko dua, jo rate hue alfaaz ko dohrana, is ko dua samajhte hain.</w:t>
      </w:r>
      <w:r>
        <w:br/>
      </w:r>
      <w:r>
        <w:rPr>
          <w:sz w:val="20"/>
        </w:rPr>
        <w:t>50:03  mein hargiz nahin samajhta. koi rate hue alfaaz dua nahin hain.</w:t>
      </w:r>
      <w:r>
        <w:br/>
      </w:r>
      <w:r>
        <w:rPr>
          <w:sz w:val="20"/>
        </w:rPr>
        <w:t>50:10  dua mere nazdeek ek discovery ka item hai. discovery ka item hai.</w:t>
      </w:r>
      <w:r>
        <w:br/>
      </w:r>
      <w:r>
        <w:rPr>
          <w:sz w:val="20"/>
        </w:rPr>
        <w:t>50:22  jab Allah rabbul alameen mein aap jeene lagte hain to aap us ke har din kuch na kuch nayi baat paate hain.</w:t>
      </w:r>
      <w:r>
        <w:br/>
      </w:r>
      <w:r>
        <w:rPr>
          <w:sz w:val="20"/>
        </w:rPr>
        <w:t>50:33  کل یوم هو فی الشان</w:t>
      </w:r>
      <w:r>
        <w:br/>
      </w:r>
      <w:r>
        <w:rPr>
          <w:sz w:val="20"/>
        </w:rPr>
        <w:t>50:36  is ko le kar aap dua nikalti hain aap ki. is ko le kar. to dua ek discovery ka item hai. har din nayi dua, har din nayi dua, har din nayi dua.</w:t>
      </w:r>
      <w:r>
        <w:br/>
      </w:r>
      <w:r>
        <w:rPr>
          <w:sz w:val="20"/>
        </w:rPr>
        <w:t>50:49  jaise aaj mujhe discovery hui duaon ke darmiyan ke Quran ko do ayaton ka nazm ke lehaz se sochna yeh bilkul hi absurd baat hai.</w:t>
      </w:r>
      <w:r>
        <w:br/>
      </w:r>
      <w:r>
        <w:rPr>
          <w:sz w:val="20"/>
        </w:rPr>
        <w:t>51:02  quran ko universal level par dekhiye. pure quran ko dekhiye. tab haqeeqat maloom hogi. misaal ke taur par main ne arz kiya ke quran mein ek ayat yahan hai, doosri ayat wahan hai.</w:t>
      </w:r>
      <w:r>
        <w:br/>
      </w:r>
      <w:r>
        <w:rPr>
          <w:sz w:val="20"/>
        </w:rPr>
        <w:t>51:17  ek ayat yahan hai ke</w:t>
      </w:r>
      <w:r>
        <w:br/>
      </w:r>
      <w:r>
        <w:rPr>
          <w:sz w:val="20"/>
        </w:rPr>
        <w:t>51:21  wa qim min nabiyyin qatal maah rabiyyun kaseerun wa anoo ma ashaab ma ashaab fi sabilillah wa ma dhakoo mustakaan doosri jagah yeh hai ke asmaa wa baraa inni ma'akum asmaa wa baraa</w:t>
      </w:r>
      <w:r>
        <w:br/>
      </w:r>
      <w:r>
        <w:rPr>
          <w:sz w:val="20"/>
        </w:rPr>
        <w:t>51:38  aa is ko main ne baad joda ke kahin bhi aap agar Allah ke liye khade hue hain, chahe new zealand mein hon, chahe india mein hon, to wahan Allah aap ke saath khada hua hai.</w:t>
      </w:r>
      <w:r>
        <w:br/>
      </w:r>
      <w:r>
        <w:rPr>
          <w:sz w:val="20"/>
        </w:rPr>
        <w:t>51:49  aur keh raha hai ke mere bande, be himmat na ho, main tumhare saath hoon. yeh nazm ne mein is cheez ko mujh se be khabar kar rakha tha.</w:t>
      </w:r>
      <w:r>
        <w:br/>
      </w:r>
      <w:r>
        <w:rPr>
          <w:sz w:val="20"/>
        </w:rPr>
        <w:t>52:02  jab nazm toota tab main ne is jaana ke jahan bhi main khada hua hoon, chahe new zealand mein, chahe india mein, chahe america mein, jab main Allah ke liye koi struggle kar raha hoon to wahin mere saath Allah khada hua hai.</w:t>
      </w:r>
      <w:r>
        <w:br/>
      </w:r>
      <w:r>
        <w:rPr>
          <w:sz w:val="20"/>
        </w:rPr>
        <w:t>52:20  Allah ke farishtay khade hue hain. woh keh rahe hain ke aye mere bande, himmat na haar, main tumhare saath hoon.</w:t>
      </w:r>
      <w:r>
        <w:br/>
      </w:r>
      <w:r>
        <w:rPr>
          <w:sz w:val="20"/>
        </w:rPr>
        <w:t>52:30  yeh hai har din ek nayi baat daryaft karna. Allah rabbul alameen jitna sochenge aap, utni aap ke discovery ke item badhenge.</w:t>
      </w:r>
      <w:r>
        <w:br/>
      </w:r>
      <w:r>
        <w:rPr>
          <w:sz w:val="20"/>
        </w:rPr>
        <w:t>52:45  ma'rifat ek unhunted process hai. ma'rifat koi baddu cheez nahi hai.</w:t>
      </w:r>
    </w:p>
    <w:p>
      <w:pPr>
        <w:pStyle w:val="Heading2"/>
      </w:pPr>
      <w:r>
        <w:t>Permissibility of blood and kidney donation</w:t>
      </w:r>
    </w:p>
    <w:p>
      <w:r>
        <w:rPr>
          <w:color w:val="666666"/>
          <w:sz w:val="18"/>
        </w:rPr>
        <w:t>Worship · Purpose Of Human Life -12th Feb. '12 · 2m 37s · at 1:22:24 · https://youtu.be/TCGYvGJHf7w?t=4944</w:t>
      </w:r>
    </w:p>
    <w:p>
      <w:r>
        <w:rPr>
          <w:i/>
        </w:rPr>
        <w:t>“Is donation of blood and kidney permissible in Islam?”</w:t>
      </w:r>
    </w:p>
    <w:p>
      <w:r>
        <w:rPr>
          <w:sz w:val="20"/>
        </w:rPr>
        <w:t>1:22:24  Maulana, agla sawal aaya hai jalgaon se. Mr.</w:t>
      </w:r>
      <w:r>
        <w:br/>
      </w:r>
      <w:r>
        <w:rPr>
          <w:sz w:val="20"/>
        </w:rPr>
        <w:t>1:22:28  Sheikh Abdul Rafiq sahib ka.</w:t>
      </w:r>
      <w:r>
        <w:br/>
      </w:r>
      <w:r>
        <w:rPr>
          <w:sz w:val="20"/>
        </w:rPr>
        <w:t>1:22:33  unhon ne aap se poocha hai ke kya donation of blood eye and kidney is it permissible in</w:t>
      </w:r>
      <w:r>
        <w:br/>
      </w:r>
      <w:r>
        <w:rPr>
          <w:sz w:val="20"/>
        </w:rPr>
        <w:t>1:22:38  Islam? bilkul permissible hai.</w:t>
      </w:r>
      <w:r>
        <w:br/>
      </w:r>
      <w:r>
        <w:rPr>
          <w:sz w:val="20"/>
        </w:rPr>
        <w:t>1:22:43  is mein koi sawal hi nahi ke is mein permissible na ho.</w:t>
      </w:r>
      <w:r>
        <w:br/>
      </w:r>
      <w:r>
        <w:rPr>
          <w:sz w:val="20"/>
        </w:rPr>
        <w:t>1:22:47  jo log fatwa dete hain woh kuch jante hi nahi bilkul.</w:t>
      </w:r>
      <w:r>
        <w:br/>
      </w:r>
      <w:r>
        <w:rPr>
          <w:sz w:val="20"/>
        </w:rPr>
        <w:t>1:22:52  aksar fatwe be khabari ke fatwe hote hain in sab mamlaat mein.</w:t>
      </w:r>
      <w:r>
        <w:br/>
      </w:r>
      <w:r>
        <w:rPr>
          <w:sz w:val="20"/>
        </w:rPr>
        <w:t>1:22:57  jante kuch nahi, fatwa dete hain khwamkhwah.</w:t>
      </w:r>
      <w:r>
        <w:br/>
      </w:r>
      <w:r>
        <w:rPr>
          <w:sz w:val="20"/>
        </w:rPr>
        <w:t>1:23:02  is mein koi bhi harj nahi, koi bhi khilaf Islam nahi.</w:t>
      </w:r>
      <w:r>
        <w:br/>
      </w:r>
      <w:r>
        <w:rPr>
          <w:sz w:val="20"/>
        </w:rPr>
        <w:t>1:23:07  kuch bhi nahi.</w:t>
      </w:r>
      <w:r>
        <w:br/>
      </w:r>
      <w:r>
        <w:rPr>
          <w:sz w:val="20"/>
        </w:rPr>
        <w:t>1:23:11  yeh log jo hain, misaal ke taur par mein ek sahib se baat hui meri, ek jo unhon</w:t>
      </w:r>
      <w:r>
        <w:br/>
      </w:r>
      <w:r>
        <w:rPr>
          <w:sz w:val="20"/>
        </w:rPr>
        <w:t>1:23:16  ne fatwa de rakha tha ke aankh ka doodh nikalna haram hai.</w:t>
      </w:r>
      <w:r>
        <w:br/>
      </w:r>
      <w:r>
        <w:rPr>
          <w:sz w:val="20"/>
        </w:rPr>
        <w:t>1:23:21  to mein ne kaha kyun haram bhai? to unhon ne kaha ke yeh masla hai.</w:t>
      </w:r>
      <w:r>
        <w:br/>
      </w:r>
      <w:r>
        <w:rPr>
          <w:sz w:val="20"/>
        </w:rPr>
        <w:t>1:23:26  masla kehte hain disfigure karne ko.</w:t>
      </w:r>
      <w:r>
        <w:br/>
      </w:r>
      <w:r>
        <w:rPr>
          <w:sz w:val="20"/>
        </w:rPr>
        <w:t>1:23:30  jab kisi baaligh ko marne ke baad aap disfigure kar rahe hain us ko, to us ko kehte hain masla.</w:t>
      </w:r>
      <w:r>
        <w:br/>
      </w:r>
      <w:r>
        <w:rPr>
          <w:sz w:val="20"/>
        </w:rPr>
        <w:t>1:23:35  to mein ne kaha masla aap jante hain kuch bhi nahi, fatwa de dala hai aap ne.</w:t>
      </w:r>
      <w:r>
        <w:br/>
      </w:r>
      <w:r>
        <w:rPr>
          <w:sz w:val="20"/>
        </w:rPr>
        <w:t>1:23:40  jab aankh se nikala jata hai woh, to plastic ka andar is mein daal diya jata hai, dekhne</w:t>
      </w:r>
      <w:r>
        <w:br/>
      </w:r>
      <w:r>
        <w:rPr>
          <w:sz w:val="20"/>
        </w:rPr>
        <w:t>1:23:45  mein kuch farq nahi lagta ke nikala gaya hai.</w:t>
      </w:r>
      <w:r>
        <w:br/>
      </w:r>
      <w:r>
        <w:rPr>
          <w:sz w:val="20"/>
        </w:rPr>
        <w:t>1:23:49  aisa nahi ke woh us ko masla jaisa dikhai de woh.</w:t>
      </w:r>
      <w:r>
        <w:br/>
      </w:r>
      <w:r>
        <w:rPr>
          <w:sz w:val="20"/>
        </w:rPr>
        <w:t>1:23:54  aisa kuch bhi nahi hai.</w:t>
      </w:r>
      <w:r>
        <w:br/>
      </w:r>
      <w:r>
        <w:rPr>
          <w:sz w:val="20"/>
        </w:rPr>
        <w:t>1:23:59  jo doctor nikalta hai woh usi waqt us ke andar plastic bani hui is mein daal deta hai.</w:t>
      </w:r>
      <w:r>
        <w:br/>
      </w:r>
      <w:r>
        <w:rPr>
          <w:sz w:val="20"/>
        </w:rPr>
        <w:t>1:24:04  to dekhne mein kuch bhi nahi hai.</w:t>
      </w:r>
      <w:r>
        <w:br/>
      </w:r>
      <w:r>
        <w:rPr>
          <w:sz w:val="20"/>
        </w:rPr>
        <w:t>1:24:08  yeh Musalmanon ke aitbaar se hai.</w:t>
      </w:r>
      <w:r>
        <w:br/>
      </w:r>
      <w:r>
        <w:rPr>
          <w:sz w:val="20"/>
        </w:rPr>
        <w:t>1:24:13  baqi Hindu log to is ko jala dete hain, wahan to koi masla hi nahi hai.</w:t>
      </w:r>
      <w:r>
        <w:br/>
      </w:r>
      <w:r>
        <w:rPr>
          <w:sz w:val="20"/>
        </w:rPr>
        <w:t>1:24:18  beshak jaiz hai.</w:t>
      </w:r>
      <w:r>
        <w:br/>
      </w:r>
      <w:r>
        <w:rPr>
          <w:sz w:val="20"/>
        </w:rPr>
        <w:t>1:24:23  aur yeh mein is ko sadqa e jariya kehta hoon.</w:t>
      </w:r>
      <w:r>
        <w:br/>
      </w:r>
      <w:r>
        <w:rPr>
          <w:sz w:val="20"/>
        </w:rPr>
        <w:t>1:24:28  sadqa e jariya us ko kehte hain ke aap dunya mein na rahen, aap ka koi amal logon ko</w:t>
      </w:r>
      <w:r>
        <w:br/>
      </w:r>
      <w:r>
        <w:rPr>
          <w:sz w:val="20"/>
        </w:rPr>
        <w:t>1:24:32  faida pohanchata rahe.</w:t>
      </w:r>
      <w:r>
        <w:br/>
      </w:r>
      <w:r>
        <w:rPr>
          <w:sz w:val="20"/>
        </w:rPr>
        <w:t>1:24:37  to pehle zamane mein log kunwan khodte the, talab banate the, us ko samajhte the sadqa e jariya.</w:t>
      </w:r>
      <w:r>
        <w:br/>
      </w:r>
      <w:r>
        <w:rPr>
          <w:sz w:val="20"/>
        </w:rPr>
        <w:t>1:24:42  is zamane mein naye naye item aaye hain, naye naye item sadqa e jariya ke.</w:t>
      </w:r>
      <w:r>
        <w:br/>
      </w:r>
      <w:r>
        <w:rPr>
          <w:sz w:val="20"/>
        </w:rPr>
        <w:t>1:24:47  is mein se ek yeh bhi hai.</w:t>
      </w:r>
      <w:r>
        <w:br/>
      </w:r>
      <w:r>
        <w:rPr>
          <w:sz w:val="20"/>
        </w:rPr>
        <w:t>1:24:51  yani azaa ka donation.</w:t>
      </w:r>
      <w:r>
        <w:br/>
      </w:r>
      <w:r>
        <w:rPr>
          <w:sz w:val="20"/>
        </w:rPr>
        <w:t>1:24:56  is mein koi harj nahi hai, bilkul sahi hai.</w:t>
      </w:r>
    </w:p>
    <w:p>
      <w:pPr>
        <w:pStyle w:val="Heading2"/>
      </w:pPr>
      <w:r>
        <w:t>Prayer as paradise character building</w:t>
      </w:r>
    </w:p>
    <w:p>
      <w:r>
        <w:rPr>
          <w:color w:val="666666"/>
          <w:sz w:val="18"/>
        </w:rPr>
        <w:t>Worship · The Spirit of Namaz | May 21, 2017 · 2m 05s · at 56:44 · https://youtu.be/xN9SA_q272Y?t=3404</w:t>
      </w:r>
    </w:p>
    <w:p>
      <w:r>
        <w:rPr>
          <w:i/>
        </w:rPr>
        <w:t>“Moulana, you discovered prayer as paradise character building, while...”</w:t>
      </w:r>
    </w:p>
    <w:p>
      <w:r>
        <w:rPr>
          <w:sz w:val="20"/>
        </w:rPr>
        <w:t>56:44  ji Maulana, agla sawal bheja hai Asrar Mol</w:t>
      </w:r>
      <w:r>
        <w:br/>
      </w:r>
      <w:r>
        <w:rPr>
          <w:sz w:val="20"/>
        </w:rPr>
        <w:t>56:49  ana Asrar sahib ne Chennai se.</w:t>
      </w:r>
      <w:r>
        <w:br/>
      </w:r>
      <w:r>
        <w:rPr>
          <w:sz w:val="20"/>
        </w:rPr>
        <w:t>56:55  انہوں نے لکھا ہے: "مولانا، نماز کو آپ نے Paradise Character Building کے طور پر ڈسکور کیا، جبکہ</w:t>
      </w:r>
      <w:r>
        <w:br/>
      </w:r>
      <w:r>
        <w:rPr>
          <w:sz w:val="20"/>
        </w:rPr>
        <w:t>57:01  chand log is ko military training ke taur par lete hain.</w:t>
      </w:r>
      <w:r>
        <w:br/>
      </w:r>
      <w:r>
        <w:rPr>
          <w:sz w:val="20"/>
        </w:rPr>
        <w:t>57:07  itna bada difference soch mein aisa kyun hai? is ke bare mein bataein." dekhiye, kyun se pehle yeh</w:t>
      </w:r>
      <w:r>
        <w:br/>
      </w:r>
      <w:r>
        <w:rPr>
          <w:sz w:val="20"/>
        </w:rPr>
        <w:t>57:13  sochiye ke kya kahin Quran mein hai yeh in hazraat ka tas</w:t>
      </w:r>
      <w:r>
        <w:br/>
      </w:r>
      <w:r>
        <w:rPr>
          <w:sz w:val="20"/>
        </w:rPr>
        <w:t>57:19  awur namaz? woh to kahin nahi hai.</w:t>
      </w:r>
      <w:r>
        <w:br/>
      </w:r>
      <w:r>
        <w:rPr>
          <w:sz w:val="20"/>
        </w:rPr>
        <w:t>57:23  yaani namaz military training hai, askari tarbiyat hai, yeh to kahin hai nahi.</w:t>
      </w:r>
      <w:r>
        <w:br/>
      </w:r>
      <w:r>
        <w:rPr>
          <w:sz w:val="20"/>
        </w:rPr>
        <w:t>57:27  to bilashuba yeh bid'at hai, bid'at nikaal rakhi hai woh logon ne.</w:t>
      </w:r>
      <w:r>
        <w:br/>
      </w:r>
      <w:r>
        <w:rPr>
          <w:sz w:val="20"/>
        </w:rPr>
        <w:t>57:31  yeh hai political bid'at.</w:t>
      </w:r>
      <w:r>
        <w:br/>
      </w:r>
      <w:r>
        <w:rPr>
          <w:sz w:val="20"/>
        </w:rPr>
        <w:t>57:34  bidat ki bohat si qismen hoti hain.</w:t>
      </w:r>
      <w:r>
        <w:br/>
      </w:r>
      <w:r>
        <w:rPr>
          <w:sz w:val="20"/>
        </w:rPr>
        <w:t>57:38  yeh log jo karte hain, yeh hai political bidat.</w:t>
      </w:r>
      <w:r>
        <w:br/>
      </w:r>
      <w:r>
        <w:rPr>
          <w:sz w:val="20"/>
        </w:rPr>
        <w:t>57:42  yeh sab se pehle nikala tha unhon ne Allama Niaz Ullah Mashriqi.</w:t>
      </w:r>
      <w:r>
        <w:br/>
      </w:r>
      <w:r>
        <w:rPr>
          <w:sz w:val="20"/>
        </w:rPr>
        <w:t>57:46  yeh sab se pehle yeh unhon ne nikali thi yeh bidat ke namaz ko unhon</w:t>
      </w:r>
      <w:r>
        <w:br/>
      </w:r>
      <w:r>
        <w:rPr>
          <w:sz w:val="20"/>
        </w:rPr>
        <w:t>57:49  ne bana diya tha askari tarbiyat. Yeh to bilkul bid'at hai, is mein koi shakk hi nahi. Okay, so we will end today session. If you want to join CPS International or you want to become a Quran distributor in your area, please write to us on info at cpsglobal.org. We will be back next time, next week same time. Thank you.</w:t>
      </w:r>
    </w:p>
    <w:p>
      <w:pPr>
        <w:pStyle w:val="Heading2"/>
      </w:pPr>
      <w:r>
        <w:t>Qasar prayer during journey</w:t>
      </w:r>
    </w:p>
    <w:p>
      <w:r>
        <w:rPr>
          <w:color w:val="666666"/>
          <w:sz w:val="18"/>
        </w:rPr>
        <w:t>Worship · Divine Guidance November 20, 2016 · 2m 26s · at 1:07:27 · https://youtu.be/tbcloc-fvSE?t=4047</w:t>
      </w:r>
    </w:p>
    <w:p>
      <w:r>
        <w:rPr>
          <w:i/>
        </w:rPr>
        <w:t>“It is said that while one is on a journey, the person need not pray full namaz, but he or she may pray qasar namaz. Please explain the ruling.”</w:t>
      </w:r>
    </w:p>
    <w:p>
      <w:r>
        <w:rPr>
          <w:sz w:val="20"/>
        </w:rPr>
        <w:t>1:07:27  would definitely follow, inshallah." Maulana, agla sawal bismah siddiqui ne kiya hai.</w:t>
      </w:r>
      <w:r>
        <w:br/>
      </w:r>
      <w:r>
        <w:rPr>
          <w:sz w:val="20"/>
        </w:rPr>
        <w:t>1:07:33  aah, dilli se unhon ne likha hai: "It is said that while one is on a journey, the</w:t>
      </w:r>
      <w:r>
        <w:br/>
      </w:r>
      <w:r>
        <w:rPr>
          <w:sz w:val="20"/>
        </w:rPr>
        <w:t>1:07:39  person need not pray full namaz, but he or she may pray qasar namaz.</w:t>
      </w:r>
      <w:r>
        <w:br/>
      </w:r>
      <w:r>
        <w:rPr>
          <w:sz w:val="20"/>
        </w:rPr>
        <w:t>1:07:45  However, others say that when we are so much at ease these days while being on a journey, one should pray full namaz.</w:t>
      </w:r>
      <w:r>
        <w:br/>
      </w:r>
      <w:r>
        <w:rPr>
          <w:sz w:val="20"/>
        </w:rPr>
        <w:t>1:07:56  Maulana sahib, kindly clear this doubt for me.</w:t>
      </w:r>
      <w:r>
        <w:br/>
      </w:r>
      <w:r>
        <w:rPr>
          <w:sz w:val="20"/>
        </w:rPr>
        <w:t>1:08:00  nahi, nahi, yeh masla nahi hai.</w:t>
      </w:r>
      <w:r>
        <w:br/>
      </w:r>
      <w:r>
        <w:rPr>
          <w:sz w:val="20"/>
        </w:rPr>
        <w:t>1:08:05  Yeh koi nahi manta.</w:t>
      </w:r>
      <w:r>
        <w:br/>
      </w:r>
      <w:r>
        <w:rPr>
          <w:sz w:val="20"/>
        </w:rPr>
        <w:t>1:08:10  Safar ke liye hai, woh aasan ho ya ghair aasan ho, woh relevant baat nahi hai.</w:t>
      </w:r>
      <w:r>
        <w:br/>
      </w:r>
      <w:r>
        <w:rPr>
          <w:sz w:val="20"/>
        </w:rPr>
        <w:t>1:08:15  Relevant baat hai ke safar masle mein aap iska badal nahi sakte.</w:t>
      </w:r>
      <w:r>
        <w:br/>
      </w:r>
      <w:r>
        <w:rPr>
          <w:sz w:val="20"/>
        </w:rPr>
        <w:t>1:08:20  Yeh riwayat jo hai, safar ke liye hai.</w:t>
      </w:r>
      <w:r>
        <w:br/>
      </w:r>
      <w:r>
        <w:rPr>
          <w:sz w:val="20"/>
        </w:rPr>
        <w:t>1:08:25  Ab woh ek alag baat hai ke aap ko aasani se safar ho raha hai ke mushkil se</w:t>
      </w:r>
      <w:r>
        <w:br/>
      </w:r>
      <w:r>
        <w:rPr>
          <w:sz w:val="20"/>
        </w:rPr>
        <w:t>1:08:29  ho raha hai, woh kuch cheezein hain.</w:t>
      </w:r>
      <w:r>
        <w:br/>
      </w:r>
      <w:r>
        <w:rPr>
          <w:sz w:val="20"/>
        </w:rPr>
        <w:t>1:08:34  Is mein kisi aalim ka koi ikhtilaf nahi hai.</w:t>
      </w:r>
      <w:r>
        <w:br/>
      </w:r>
      <w:r>
        <w:rPr>
          <w:sz w:val="20"/>
        </w:rPr>
        <w:t>1:08:39  Okay, so you know, before ending the session, there is an announcement for all the viewers who are</w:t>
      </w:r>
      <w:r>
        <w:br/>
      </w:r>
      <w:r>
        <w:rPr>
          <w:sz w:val="20"/>
        </w:rPr>
        <w:t>1:08:44  watching this, particularly from Pakistan area.</w:t>
      </w:r>
      <w:r>
        <w:br/>
      </w:r>
      <w:r>
        <w:rPr>
          <w:sz w:val="20"/>
        </w:rPr>
        <w:t>1:08:49  There is a Karachi Book Fair which will happen between 15th to 19th December.</w:t>
      </w:r>
      <w:r>
        <w:br/>
      </w:r>
      <w:r>
        <w:rPr>
          <w:sz w:val="20"/>
        </w:rPr>
        <w:t>1:08:54  Agar aap is Book Fair mein jayen ge to aap ko tamam Maulana sahib ki kitabein mil jayengi aur un ki Quran translation aur tafsir bhi wahan pe available hai. aur agar aap Quran ke tarjuma Urdu, English aur Chinese language mein chahte hain ya aap monthly Al-Risala aur Spirit of Islam jo English mein hai, us ko subscribe karna chahte hain ya phir aap dawat team ko join karna chahte hain to you can contact Tariq Badar sahib, un ka mobile number hai 033-44856-560. Repeat ah, I repeat 033-44856-560. Well be back next Sunday, same time. Thank you.</w:t>
      </w:r>
    </w:p>
    <w:p>
      <w:pPr>
        <w:pStyle w:val="Heading2"/>
      </w:pPr>
      <w:r>
        <w:t>Reality of Qaza-e-Umri explained</w:t>
      </w:r>
    </w:p>
    <w:p>
      <w:r>
        <w:rPr>
          <w:color w:val="666666"/>
          <w:sz w:val="18"/>
        </w:rPr>
        <w:t>Worship · Purpose Of Human Life -12th Feb. '12 · 2m 00s · at 1:37:35 · https://youtu.be/TCGYvGJHf7w?t=5855</w:t>
      </w:r>
    </w:p>
    <w:p>
      <w:r>
        <w:rPr>
          <w:i/>
        </w:rPr>
        <w:t>“What is the reality of Qaza-e-Umri (making up missed prayers of one's lifetime)?”</w:t>
      </w:r>
    </w:p>
    <w:p>
      <w:r>
        <w:rPr>
          <w:sz w:val="20"/>
        </w:rPr>
        <w:t>1:37:35  Maulana, agla sawal Kashmir se Mr.</w:t>
      </w:r>
      <w:r>
        <w:br/>
      </w:r>
      <w:r>
        <w:rPr>
          <w:sz w:val="20"/>
        </w:rPr>
        <w:t>1:37:40  Irfaan Ahmed sahib ka hai.</w:t>
      </w:r>
      <w:r>
        <w:br/>
      </w:r>
      <w:r>
        <w:rPr>
          <w:sz w:val="20"/>
        </w:rPr>
        <w:t>1:37:45  unhon ne poocha hai qazaye oomri ki haqeeqat kya hai? kuch bhi nahi, yeh to baad ki cheezein hain.</w:t>
      </w:r>
      <w:r>
        <w:br/>
      </w:r>
      <w:r>
        <w:rPr>
          <w:sz w:val="20"/>
        </w:rPr>
        <w:t>1:37:49  yeh sab baad ki cheezein hain, qazaye oomri.</w:t>
      </w:r>
      <w:r>
        <w:br/>
      </w:r>
      <w:r>
        <w:rPr>
          <w:sz w:val="20"/>
        </w:rPr>
        <w:t>1:37:54  yeh is zamane mein paida hua jab ke form asal ho gaya aur spirit ghayab ho gayi.</w:t>
      </w:r>
      <w:r>
        <w:br/>
      </w:r>
      <w:r>
        <w:rPr>
          <w:sz w:val="20"/>
        </w:rPr>
        <w:t>1:37:59  qazaye oomri aadmi kis baat karta hai? kya spirit ki qaza karte hain? jo log qazaye oomri karte</w:t>
      </w:r>
      <w:r>
        <w:br/>
      </w:r>
      <w:r>
        <w:rPr>
          <w:sz w:val="20"/>
        </w:rPr>
        <w:t>1:38:04  hain woh is form ko dohrate hain.</w:t>
      </w:r>
      <w:r>
        <w:br/>
      </w:r>
      <w:r>
        <w:rPr>
          <w:sz w:val="20"/>
        </w:rPr>
        <w:t>1:38:09  spirit ko, spirit ko kaise dohrainge aap? to qazaye oomri darasal is is waqt paida hua hai</w:t>
      </w:r>
      <w:r>
        <w:br/>
      </w:r>
      <w:r>
        <w:rPr>
          <w:sz w:val="20"/>
        </w:rPr>
        <w:t>1:38:14  tasawwur jab namaz jo thi woh bas form ban gayi, form. spirit ghayab.</w:t>
      </w:r>
      <w:r>
        <w:br/>
      </w:r>
      <w:r>
        <w:rPr>
          <w:sz w:val="20"/>
        </w:rPr>
        <w:t>1:38:18  halanke hadith mein pata hai ek aata hai ke la salat illa khushu khushu ke baghair namaz nahi.</w:t>
      </w:r>
      <w:r>
        <w:br/>
      </w:r>
      <w:r>
        <w:rPr>
          <w:sz w:val="20"/>
        </w:rPr>
        <w:t>1:38:23  to khushu kaise dohrainge aap? qazaye oomri karenge to khushu kaise dohrainge aap? formi ko</w:t>
      </w:r>
      <w:r>
        <w:br/>
      </w:r>
      <w:r>
        <w:rPr>
          <w:sz w:val="20"/>
        </w:rPr>
        <w:t>1:38:28  dohra sakte hain aap.</w:t>
      </w:r>
      <w:r>
        <w:br/>
      </w:r>
      <w:r>
        <w:rPr>
          <w:sz w:val="20"/>
        </w:rPr>
        <w:t>1:38:33  mein bas bataun ke yeh yeh yeh jo hai reduced form jo namaz ka bana us se is</w:t>
      </w:r>
      <w:r>
        <w:br/>
      </w:r>
      <w:r>
        <w:rPr>
          <w:sz w:val="20"/>
        </w:rPr>
        <w:t>1:38:38  se yeh cheez nikli hai.</w:t>
      </w:r>
      <w:r>
        <w:br/>
      </w:r>
      <w:r>
        <w:rPr>
          <w:sz w:val="20"/>
        </w:rPr>
        <w:t>1:38:43  baqi qazaye oomri na hadith mein hai na quran mein, kahin bhi nahi hai.</w:t>
      </w:r>
      <w:r>
        <w:br/>
      </w:r>
      <w:r>
        <w:rPr>
          <w:sz w:val="20"/>
        </w:rPr>
        <w:t>1:38:47  is ka koi bhi reference quran mein hadith mein nahi de sakte aap.</w:t>
      </w:r>
      <w:r>
        <w:br/>
      </w:r>
      <w:r>
        <w:rPr>
          <w:sz w:val="20"/>
        </w:rPr>
        <w:t>1:38:52  mein is ko nahi manta.</w:t>
      </w:r>
      <w:r>
        <w:br/>
      </w:r>
      <w:r>
        <w:rPr>
          <w:sz w:val="20"/>
        </w:rPr>
        <w:t>1:38:57  mujhe se koi log masla puchte hain, maine kaha nahi, islam mein yeh sab kuch nahi hai.</w:t>
      </w:r>
      <w:r>
        <w:br/>
      </w:r>
      <w:r>
        <w:rPr>
          <w:sz w:val="20"/>
        </w:rPr>
        <w:t>1:39:02  jis din aap ko ehsas hua hai usi din se active ho jaiye.</w:t>
      </w:r>
      <w:r>
        <w:br/>
      </w:r>
      <w:r>
        <w:rPr>
          <w:sz w:val="20"/>
        </w:rPr>
        <w:t>1:39:07  aur qazaye umri karne ke ilawa doosre kaam kijiye, dawat e ilaah ka kaam kijiye.</w:t>
      </w:r>
      <w:r>
        <w:br/>
      </w:r>
      <w:r>
        <w:rPr>
          <w:sz w:val="20"/>
        </w:rPr>
        <w:t>1:39:12  yani is isi form ko dohrane ke liye kyun aap sab se zyada chahte hain? dawat e ilaah ke liye dodiye.</w:t>
      </w:r>
      <w:r>
        <w:br/>
      </w:r>
      <w:r>
        <w:rPr>
          <w:sz w:val="20"/>
        </w:rPr>
        <w:t>1:39:16  yani aap is se pehle jo aap dawat e ilaah nahi kar sake, aaj dawat e ilaah ke liye sargam ho jaiye.</w:t>
      </w:r>
      <w:r>
        <w:br/>
      </w:r>
      <w:r>
        <w:rPr>
          <w:sz w:val="20"/>
        </w:rPr>
        <w:t>1:39:21  yeh in sab kaamon mein aap apna tawajjuh lagaiye.</w:t>
      </w:r>
      <w:r>
        <w:br/>
      </w:r>
      <w:r>
        <w:rPr>
          <w:sz w:val="20"/>
        </w:rPr>
        <w:t>1:39:26  main is ko nahi manta.</w:t>
      </w:r>
      <w:r>
        <w:br/>
      </w:r>
      <w:r>
        <w:rPr>
          <w:sz w:val="20"/>
        </w:rPr>
        <w:t>1:39:31  kyun ke is ka koi saboot nahi hai.</w:t>
      </w:r>
    </w:p>
    <w:p>
      <w:pPr>
        <w:pStyle w:val="Heading2"/>
      </w:pPr>
      <w:r>
        <w:t>Sacrifice money vs charity on Eid</w:t>
      </w:r>
    </w:p>
    <w:p>
      <w:r>
        <w:rPr>
          <w:color w:val="666666"/>
          <w:sz w:val="18"/>
        </w:rPr>
        <w:t>Worship · God Oriented Life (In Conversation with Maulana) 23 10 11 · 3m 17s · at 37:08 · https://youtu.be/E_LWwsWww2U?t=2228</w:t>
      </w:r>
    </w:p>
    <w:p>
      <w:r>
        <w:rPr>
          <w:i/>
        </w:rPr>
        <w:t>“Can we sometimes not sacrifice on Eid al-Adha and instead give that money to help someone in need? Or is sacrificing obligatory?”</w:t>
      </w:r>
    </w:p>
    <w:p>
      <w:r>
        <w:rPr>
          <w:sz w:val="20"/>
        </w:rPr>
        <w:t>37:08  Maulana unka ek aur sawal hai unhone likha hai ke kya hum aisa kar sakte hain ke kabhi kabhi bakra eid par qurbani na kar ke is paise ko kisi ki madad ke liye de dein is paise se kisi ki zaroorat mein help kar sakte hain ya us waqt qurbani karna hi farz hai</w:t>
      </w:r>
      <w:r>
        <w:br/>
      </w:r>
      <w:r>
        <w:rPr>
          <w:sz w:val="20"/>
        </w:rPr>
        <w:t>37:27  is tarah ke masle aap apne masjid ke imam se poochhiye yahan is tarah yeh yeh majlis is tarah ke masle ke liye nahi hai aap jahan namaz padhte hain jis masjid mein aap mohalle mein uske imam sahab se poochhiye woh batayenge aap ko</w:t>
      </w:r>
      <w:r>
        <w:br/>
      </w:r>
      <w:r>
        <w:rPr>
          <w:sz w:val="20"/>
        </w:rPr>
        <w:t>37:43  maulana yeh sawal aya hai mister ashish tiwari ka kanpur se unhon ne likha hai ke maulana sahib</w:t>
      </w:r>
      <w:r>
        <w:br/>
      </w:r>
      <w:r>
        <w:rPr>
          <w:sz w:val="20"/>
        </w:rPr>
        <w:t>37:50  ان today's lecture you have said that God wants man to convert his potential into actual in this</w:t>
      </w:r>
      <w:r>
        <w:br/>
      </w:r>
      <w:r>
        <w:rPr>
          <w:sz w:val="20"/>
        </w:rPr>
        <w:t>37:57  Therefore, life is an opportunity to learn about God and develop a God-oriented life. This</w:t>
      </w:r>
      <w:r>
        <w:br/>
      </w:r>
      <w:r>
        <w:rPr>
          <w:sz w:val="20"/>
        </w:rPr>
        <w:t>38:06  perfectly agrees with how Hinduism treats life. However, you have also said that in Islam the life</w:t>
      </w:r>
      <w:r>
        <w:br/>
      </w:r>
      <w:r>
        <w:rPr>
          <w:sz w:val="20"/>
        </w:rPr>
        <w:t>38:14  As a test, how can the learning and testing be carried out simultaneously?</w:t>
      </w:r>
      <w:r>
        <w:br/>
      </w:r>
      <w:r>
        <w:rPr>
          <w:sz w:val="20"/>
        </w:rPr>
        <w:t>38:21  in Hinduism man is given several opportunities to learn about God but in Islam it appears the testing and learning are carried out simultaneously please comment yani kya dono mein koi takrao to ismein aaya nahi kya takrao ismein kya hai takrao is</w:t>
      </w:r>
      <w:r>
        <w:br/>
      </w:r>
      <w:r>
        <w:rPr>
          <w:sz w:val="20"/>
        </w:rPr>
        <w:t>38:43  mein kya hai maulana un ka shayad is pe reference hai ke jo yeh likh rahe hain ke</w:t>
      </w:r>
      <w:r>
        <w:br/>
      </w:r>
      <w:r>
        <w:rPr>
          <w:sz w:val="20"/>
        </w:rPr>
        <w:t>38:47  in hinduism mein is given several opportunities</w:t>
      </w:r>
      <w:r>
        <w:br/>
      </w:r>
      <w:r>
        <w:rPr>
          <w:sz w:val="20"/>
        </w:rPr>
        <w:t>38:51  aur islam mein jo hai woh test aur learn learning ek sath hai to yeh ava gaman ko</w:t>
      </w:r>
      <w:r>
        <w:br/>
      </w:r>
      <w:r>
        <w:rPr>
          <w:sz w:val="20"/>
        </w:rPr>
        <w:t>38:56  refer kar rahe hain shayad bhai hinduism ke bare mein ap kisi sadhu se poochein swami se mein</w:t>
      </w:r>
      <w:r>
        <w:br/>
      </w:r>
      <w:r>
        <w:rPr>
          <w:sz w:val="20"/>
        </w:rPr>
        <w:t>39:01  to islam ki tashreeh kar raha hoon</w:t>
      </w:r>
      <w:r>
        <w:br/>
      </w:r>
      <w:r>
        <w:rPr>
          <w:sz w:val="20"/>
        </w:rPr>
        <w:t>39:04  is waqt mein islam ki tashreeh kar raha hoon hinduwism mein jo hai us ko aap kisi swami</w:t>
      </w:r>
      <w:r>
        <w:br/>
      </w:r>
      <w:r>
        <w:rPr>
          <w:sz w:val="20"/>
        </w:rPr>
        <w:t>39:07  ji se poochhiye mr muhammad rahat ne dilli se likha hai kisi bhi be qusoor insaan ko insaaf</w:t>
      </w:r>
      <w:r>
        <w:br/>
      </w:r>
      <w:r>
        <w:rPr>
          <w:sz w:val="20"/>
        </w:rPr>
        <w:t>39:16  dilane ke liye jhoot ka sahara liya ja sakta hai is ke bare mein bataein</w:t>
      </w:r>
      <w:r>
        <w:br/>
      </w:r>
      <w:r>
        <w:rPr>
          <w:sz w:val="20"/>
        </w:rPr>
        <w:t>39:25  yeh is koi is tarah se ismein maine ek bataya tha particular case ho tab bataya tha masla yeh yeh koi sawal nahi hai is tarah ke sawalat jo hai general aadaad nahi keh sakta koi particular case batai ke falan shakhs aisa hai iske sath aisa hai iska aisa hai to bata sakta hoon ke wahan kya karna chahiye aise aise koi masla nahi ho sakta is tarah ka masla nahi bataya bataya sakta.</w:t>
      </w:r>
    </w:p>
    <w:p>
      <w:pPr>
        <w:pStyle w:val="Heading2"/>
      </w:pPr>
      <w:r>
        <w:t>Sending reward to deceased relatives</w:t>
      </w:r>
    </w:p>
    <w:p>
      <w:r>
        <w:rPr>
          <w:color w:val="666666"/>
          <w:sz w:val="18"/>
        </w:rPr>
        <w:t>Worship · Art of Crisis Management October 3, 2010 · 4m 29s · at 59:54 · https://youtu.be/sKdyThFThXo?t=3594</w:t>
      </w:r>
    </w:p>
    <w:p>
      <w:r>
        <w:rPr>
          <w:i/>
        </w:rPr>
        <w:t>“How can we send Isal-e-Sawab to a deceased relative and a Muslim? Can we do Hajj and do some nafl ibadah for him and her?”</w:t>
      </w:r>
    </w:p>
    <w:p>
      <w:r>
        <w:rPr>
          <w:sz w:val="20"/>
        </w:rPr>
        <w:t>59:54  maulana, yeh sawal miss gulzeebah ahmed nay kiya hai, maryland, usa say. unhon nay likha hai keh maulana sahib, how can we send esal-e-sawab to a deceased relative or a muslim?</w:t>
      </w:r>
      <w:r>
        <w:br/>
      </w:r>
      <w:r>
        <w:rPr>
          <w:sz w:val="20"/>
        </w:rPr>
        <w:t>1:00:09  can we do hajj or do some nafl ibadah for him or her? kindly comment.</w:t>
      </w:r>
      <w:r>
        <w:br/>
      </w:r>
      <w:r>
        <w:rPr>
          <w:sz w:val="20"/>
        </w:rPr>
        <w:t>1:00:16  dekhiye, esal-e-sawab ka jo concept hai, yeh musalmanon ka riwaj hai, islam say is ka koi talluq nahin, yeh hai hi nahin.</w:t>
      </w:r>
      <w:r>
        <w:br/>
      </w:r>
      <w:r>
        <w:rPr>
          <w:sz w:val="20"/>
        </w:rPr>
        <w:t>1:00:27  esal-e-sawab ka lafz hi aik baat ko paida hua, quran mein na yeh lafz hai, na hadith mein yeh lafz hai. yeh to daur-e-zawaal mein musalmanon nay nikal rakha hai, yeh sab esal-e-sawab,</w:t>
      </w:r>
      <w:r>
        <w:br/>
      </w:r>
      <w:r>
        <w:rPr>
          <w:sz w:val="20"/>
        </w:rPr>
        <w:t>1:00:41  yeh hai hi nahin islam mein.</w:t>
      </w:r>
      <w:r>
        <w:br/>
      </w:r>
      <w:r>
        <w:rPr>
          <w:sz w:val="20"/>
        </w:rPr>
        <w:t>1:00:43  laysa lilinsani illa ma sa'a. quran mein hai, yani khud apna hi amal kaam aye ga, kisi aur ka amal jo hai, woh us ko nahin puhanch sakta.</w:t>
      </w:r>
      <w:r>
        <w:br/>
      </w:r>
      <w:r>
        <w:rPr>
          <w:sz w:val="20"/>
        </w:rPr>
        <w:t>1:00:55  aur bhi esal-e-sawab bhi kahan hai? yeh india, pakistan aur bangladesh mein hai, abhi bhi arab mein nahin hai. sab arab mein aik concept nahin, esal-e-sawab ka.</w:t>
      </w:r>
      <w:r>
        <w:br/>
      </w:r>
      <w:r>
        <w:rPr>
          <w:sz w:val="20"/>
        </w:rPr>
        <w:t>1:01:06  eisal sawab mani sawab pohanchana, is ki literal meaning hai sawab</w:t>
      </w:r>
      <w:r>
        <w:br/>
      </w:r>
      <w:r>
        <w:rPr>
          <w:sz w:val="20"/>
        </w:rPr>
        <w:t>1:01:12  pohanchana, yani mein aik kaam karoon aur sawab kisi meray aadmi ko, jo mar chuka hai, mein hajj karoon aur is ka sawab meray huay aadmi ko pohanchay.</w:t>
      </w:r>
      <w:r>
        <w:br/>
      </w:r>
      <w:r>
        <w:rPr>
          <w:sz w:val="20"/>
        </w:rPr>
        <w:t>1:01:24  bilkul, yani koi be asal baat hai, baseless baat hai. yeh is ka taluq na quran se hai, na hadith se, na sahaba ke zamanay mein bhi is ka koi riwaj nahi tha.</w:t>
      </w:r>
      <w:r>
        <w:br/>
      </w:r>
      <w:r>
        <w:rPr>
          <w:sz w:val="20"/>
        </w:rPr>
        <w:t>1:01:33  aaj bhi arbon mein is ka riwaj nahi hai, aaj bhi nahi hai.</w:t>
      </w:r>
      <w:r>
        <w:br/>
      </w:r>
      <w:r>
        <w:rPr>
          <w:sz w:val="20"/>
        </w:rPr>
        <w:t>1:01:37  yeh sirf yeh jo yeh jo log hain, india aur pakistan aur bangladesh ke log, yahi hain. yeh sab cheezein to mein yeh kahoon ga ke sab se pehle to yeh daryaft kiye, kya is eisal sawab hai islam mein?</w:t>
      </w:r>
      <w:r>
        <w:br/>
      </w:r>
      <w:r>
        <w:rPr>
          <w:sz w:val="20"/>
        </w:rPr>
        <w:t>1:01:55  sab se pehle to yeh pata kijiye,</w:t>
      </w:r>
      <w:r>
        <w:br/>
      </w:r>
      <w:r>
        <w:rPr>
          <w:sz w:val="20"/>
        </w:rPr>
        <w:t>1:01:59  kuch bhi haqeeqat is eisal sawab ki nahi hai.</w:t>
      </w:r>
      <w:r>
        <w:br/>
      </w:r>
      <w:r>
        <w:rPr>
          <w:sz w:val="20"/>
        </w:rPr>
        <w:t>1:02:03  haan, sirf aik cheez hai, dekhiye, woh hai wasiyat. agar aadmi ne wasiyat ki ho, kuch maal is ke paas hai, maal se wasiyat ki ho ke dekho bhai, mehlay walon ke paas pani ka sadar nahi hai, tum mere is paisay se kuwan bana dena ta ke mehlay walon ko pani milnay lagay, aur is ke baad woh mar jay.</w:t>
      </w:r>
      <w:r>
        <w:br/>
      </w:r>
      <w:r>
        <w:rPr>
          <w:sz w:val="20"/>
        </w:rPr>
        <w:t>1:02:26  ab beton ne kuwan bana diya to</w:t>
      </w:r>
      <w:r>
        <w:br/>
      </w:r>
      <w:r>
        <w:rPr>
          <w:sz w:val="20"/>
        </w:rPr>
        <w:t>1:02:31  is ka sawab is ko milay ga, is liye ke is ne niyat is ki shamil thi. is mein is ki niyat yeh thi, paisa diya is ne, wasiyat is ne ki to is ka sawab milay ga.</w:t>
      </w:r>
      <w:r>
        <w:br/>
      </w:r>
      <w:r>
        <w:rPr>
          <w:sz w:val="20"/>
        </w:rPr>
        <w:t>1:02:45  is ko aisay hi hajj ka moamla hai, agar aik shakhs jo hai, is ne paisa ikatha kiya hajj karne ke liye,</w:t>
      </w:r>
      <w:r>
        <w:br/>
      </w:r>
      <w:r>
        <w:rPr>
          <w:sz w:val="20"/>
        </w:rPr>
        <w:t>1:02:55  lekin woh hajj nahi kar saka to is ne wasiyat ki ke dekho bhai, yeh mera jo paisa hai, is se hajj badal karwa dena kisi ka, meri taraf se wasiyat kar rahi hai, tab is ka sawab mujh ko milay ga.</w:t>
      </w:r>
      <w:r>
        <w:br/>
      </w:r>
      <w:r>
        <w:rPr>
          <w:sz w:val="20"/>
        </w:rPr>
        <w:t>1:03:09  aaj kal kya riwaj hai ke baghair wasiyat hi ke hajj badal karwatay hain log, woh bilkul is ka koi sawab nahi pohanchay ga marnay walay ko.</w:t>
      </w:r>
      <w:r>
        <w:br/>
      </w:r>
      <w:r>
        <w:rPr>
          <w:sz w:val="20"/>
        </w:rPr>
        <w:t>1:03:18  yaad rakh</w:t>
      </w:r>
      <w:r>
        <w:br/>
      </w:r>
      <w:r>
        <w:rPr>
          <w:sz w:val="20"/>
        </w:rPr>
        <w:t>1:03:19  ye, aaj kal jo riwaj hai hajj badal ka, to woh samajhtay hain ke bas kisi ko hajj karwa do, kisi molvi ko, aur is ka sawab mere dada ko mil jay ga, mere nana ko mil jay ga.</w:t>
      </w:r>
      <w:r>
        <w:br/>
      </w:r>
      <w:r>
        <w:rPr>
          <w:sz w:val="20"/>
        </w:rPr>
        <w:t>1:03:29  yeh bilkul be asal baat hai, baseless hai. dekhein, hajj badal sirf woh hai, yaad rakhiye, jis ki wasiyat kar ke mara ho aadmi,</w:t>
      </w:r>
      <w:r>
        <w:br/>
      </w:r>
      <w:r>
        <w:rPr>
          <w:sz w:val="20"/>
        </w:rPr>
        <w:t>1:03:41  yani paisa ikatha kiya is ne, jana tha is ko hajj par janay ka, beemar ho gaya, is ke baad farz kijiye, accident ho gaya kuch, ab woh woh apnay beton se kahay ke dekho bhai, mein ne paisa ikatha kiya tha janay ka, ab mein janay qabil hoon nahi,</w:t>
      </w:r>
      <w:r>
        <w:br/>
      </w:r>
      <w:r>
        <w:rPr>
          <w:sz w:val="20"/>
        </w:rPr>
        <w:t>1:03:58  aur yeh is tareeqay se woh mar jay. ab betay kisi ko hajj karwayn is paisay se to is ka naam hajj badal hai. bas, aur koi hajj badal islam mein nahi hai.</w:t>
      </w:r>
      <w:r>
        <w:br/>
      </w:r>
      <w:r>
        <w:rPr>
          <w:sz w:val="20"/>
        </w:rPr>
        <w:t>1:04:08  yaad rakhiye,</w:t>
      </w:r>
      <w:r>
        <w:br/>
      </w:r>
      <w:r>
        <w:rPr>
          <w:sz w:val="20"/>
        </w:rPr>
        <w:t>1:04:10  aaj kal jo hajj badal hua karta hai na, is is ki koi haqeeqat nahi hai. yeh musalmanon ka apna riwaj hai, jis ka islam se koi taluq nahi hai.</w:t>
      </w:r>
    </w:p>
    <w:p>
      <w:pPr>
        <w:pStyle w:val="Heading2"/>
      </w:pPr>
      <w:r>
        <w:t>Spiritual development through prayer preparation</w:t>
      </w:r>
    </w:p>
    <w:p>
      <w:r>
        <w:rPr>
          <w:color w:val="666666"/>
          <w:sz w:val="18"/>
        </w:rPr>
        <w:t>Worship · Dars-e-Quran, Chapter 2, Verses 55-57 | March 25, 2018 · 2m 07s · at 55:34 · https://youtu.be/2MykDXfNV_w?t=3334</w:t>
      </w:r>
    </w:p>
    <w:p>
      <w:r>
        <w:rPr>
          <w:i/>
        </w:rPr>
        <w:t>“How can we get spiritual development by salah (prayer)? What preparations do we need to do for it? Please advise me in this.”</w:t>
      </w:r>
    </w:p>
    <w:p>
      <w:r>
        <w:rPr>
          <w:sz w:val="20"/>
        </w:rPr>
        <w:t>55:34  boli bolta hoon. yeh to bilkul ilzam hai, jhoothi baaten hain. misaal dijiye, aap misaal dijiye, yeh to bilkul ek jhootha ilzam hai. main sirf analysis karta hoon aur naseehat ki baat karta hoon. Maulana, agla sawal Asif sahib ne bheja hai Kerala se. unhon ne likha hai: "How can we get spiritual</w:t>
      </w:r>
      <w:r>
        <w:br/>
      </w:r>
      <w:r>
        <w:rPr>
          <w:sz w:val="20"/>
        </w:rPr>
        <w:t>56:04  development by Salah? What preparations we need to do for it? Please advise me on this." Dekhiye, namaz</w:t>
      </w:r>
      <w:r>
        <w:br/>
      </w:r>
      <w:r>
        <w:rPr>
          <w:sz w:val="20"/>
        </w:rPr>
        <w:t>56:11  ko log jab chahte hain padhna toh misalein padhte hain.</w:t>
      </w:r>
      <w:r>
        <w:br/>
      </w:r>
      <w:r>
        <w:rPr>
          <w:sz w:val="20"/>
        </w:rPr>
        <w:t>56:19  har masjid, masjid mein, har madrasay mein namaz ka topic padhaya jata hai, lekin woh kya hota hai?</w:t>
      </w:r>
      <w:r>
        <w:br/>
      </w:r>
      <w:r>
        <w:rPr>
          <w:sz w:val="20"/>
        </w:rPr>
        <w:t>56:27  masail, masail, masail, masail.</w:t>
      </w:r>
      <w:r>
        <w:br/>
      </w:r>
      <w:r>
        <w:rPr>
          <w:sz w:val="20"/>
        </w:rPr>
        <w:t>56:34  asal baat hai ke namaz ka jo rooh hai, taqwa, isko padhaya jaye toh woh cheez paida</w:t>
      </w:r>
      <w:r>
        <w:br/>
      </w:r>
      <w:r>
        <w:rPr>
          <w:sz w:val="20"/>
        </w:rPr>
        <w:t>56:42  hogi jo aap farma rahe hain.</w:t>
      </w:r>
      <w:r>
        <w:br/>
      </w:r>
      <w:r>
        <w:rPr>
          <w:sz w:val="20"/>
        </w:rPr>
        <w:t>56:50  agar sirf masail bataye jayein aur masail ke dhoom machayi jaye, aur jo hamari charon firqay hain, charon</w:t>
      </w:r>
      <w:r>
        <w:br/>
      </w:r>
      <w:r>
        <w:rPr>
          <w:sz w:val="20"/>
        </w:rPr>
        <w:t>56:57  firqay hain, kya hain? Masail ke dhoom hain wahan par, spirit ke dhoom nahi hai, hamari firqon mein.</w:t>
      </w:r>
      <w:r>
        <w:br/>
      </w:r>
      <w:r>
        <w:rPr>
          <w:sz w:val="20"/>
        </w:rPr>
        <w:t>57:05  toh firqay mein, madraso mein aur hamare taqreeron mein masail ki dhoom rehti hai.</w:t>
      </w:r>
      <w:r>
        <w:br/>
      </w:r>
      <w:r>
        <w:rPr>
          <w:sz w:val="20"/>
        </w:rPr>
        <w:t>57:11  Hanafi aur Shafi ke darmiyan jo ikhtilafat hain, woh masail par hain, rooh par nahi hain.</w:t>
      </w:r>
      <w:r>
        <w:br/>
      </w:r>
      <w:r>
        <w:rPr>
          <w:sz w:val="20"/>
        </w:rPr>
        <w:t>57:17  toh hamein bajaye masail ke, iski spirit ko logon ko khoob batana chahiye, woh logon ke andar</w:t>
      </w:r>
      <w:r>
        <w:br/>
      </w:r>
      <w:r>
        <w:rPr>
          <w:sz w:val="20"/>
        </w:rPr>
        <w:t>57:23  zinda karna chahiye.</w:t>
      </w:r>
      <w:r>
        <w:br/>
      </w:r>
      <w:r>
        <w:rPr>
          <w:sz w:val="20"/>
        </w:rPr>
        <w:t>57:29  isse masla</w:t>
      </w:r>
      <w:r>
        <w:br/>
      </w:r>
      <w:r>
        <w:rPr>
          <w:sz w:val="20"/>
        </w:rPr>
        <w:t>57:35  hal hoga.</w:t>
      </w:r>
    </w:p>
    <w:p>
      <w:pPr>
        <w:pStyle w:val="Heading2"/>
      </w:pPr>
      <w:r>
        <w:t>The concept of taufiq in prayer</w:t>
      </w:r>
    </w:p>
    <w:p>
      <w:r>
        <w:rPr>
          <w:color w:val="666666"/>
          <w:sz w:val="18"/>
        </w:rPr>
        <w:t>Worship · Divine Help February 09, 2014 Maulana Wahiduddin Khan · 3m 22s · at 1:26:34 · https://youtu.be/eJBjiYGZcKY?t=5194</w:t>
      </w:r>
    </w:p>
    <w:p>
      <w:r>
        <w:rPr>
          <w:i/>
        </w:rPr>
        <w:t>“In prayer, we often say 'God grant taufiq.' What is this taufiq?”</w:t>
      </w:r>
    </w:p>
    <w:p>
      <w:r>
        <w:rPr>
          <w:sz w:val="20"/>
        </w:rPr>
        <w:t>1:26:34  Maulana agla sawal aa hai Delhi say Jameel Akhtar Sahab ka.</w:t>
      </w:r>
      <w:r>
        <w:br/>
      </w:r>
      <w:r>
        <w:rPr>
          <w:sz w:val="20"/>
        </w:rPr>
        <w:t>1:26:39  unhon nay likha hai: Dua mein aksar kehtay hain kay Khuda tofeeq day.</w:t>
      </w:r>
      <w:r>
        <w:br/>
      </w:r>
      <w:r>
        <w:rPr>
          <w:sz w:val="20"/>
        </w:rPr>
        <w:t>1:26:44  yeh tofeeq kia hai? us kay baray mein batayein.</w:t>
      </w:r>
      <w:r>
        <w:br/>
      </w:r>
      <w:r>
        <w:rPr>
          <w:sz w:val="20"/>
        </w:rPr>
        <w:t>1:26:49  dekhein tofeeq jo hai koi مخصوص term nahi hai.</w:t>
      </w:r>
      <w:r>
        <w:br/>
      </w:r>
      <w:r>
        <w:rPr>
          <w:sz w:val="20"/>
        </w:rPr>
        <w:t>1:26:54  woh aik saada si baat hai kay insan kay pas kia hai? Will hai. Will.</w:t>
      </w:r>
      <w:r>
        <w:br/>
      </w:r>
      <w:r>
        <w:rPr>
          <w:sz w:val="20"/>
        </w:rPr>
        <w:t>1:26:59  Will power bas hai.</w:t>
      </w:r>
      <w:r>
        <w:br/>
      </w:r>
      <w:r>
        <w:rPr>
          <w:sz w:val="20"/>
        </w:rPr>
        <w:t>1:27:04  aap kay pas sirf will power hai.</w:t>
      </w:r>
      <w:r>
        <w:br/>
      </w:r>
      <w:r>
        <w:rPr>
          <w:sz w:val="20"/>
        </w:rPr>
        <w:t>1:27:09  aap yeh nahi kar sakte kay aap barish kay nizaam ko badlein.</w:t>
      </w:r>
      <w:r>
        <w:br/>
      </w:r>
      <w:r>
        <w:rPr>
          <w:sz w:val="20"/>
        </w:rPr>
        <w:t>1:27:14  sooraj kay nizaam ko badlein.</w:t>
      </w:r>
      <w:r>
        <w:br/>
      </w:r>
      <w:r>
        <w:rPr>
          <w:sz w:val="20"/>
        </w:rPr>
        <w:t>1:27:18  Soil kay nizaam ko badlein.</w:t>
      </w:r>
      <w:r>
        <w:br/>
      </w:r>
      <w:r>
        <w:rPr>
          <w:sz w:val="20"/>
        </w:rPr>
        <w:t>1:27:23  to sara jo nizaam hai jis mein jis kay andar aap ko kaam karna parta hai woh sab</w:t>
      </w:r>
      <w:r>
        <w:br/>
      </w:r>
      <w:r>
        <w:rPr>
          <w:sz w:val="20"/>
        </w:rPr>
        <w:t>1:27:28  Allah kay hukum say chal raha hai.</w:t>
      </w:r>
      <w:r>
        <w:br/>
      </w:r>
      <w:r>
        <w:rPr>
          <w:sz w:val="20"/>
        </w:rPr>
        <w:t>1:27:33  aap ke paas sirf will hai.</w:t>
      </w:r>
      <w:r>
        <w:br/>
      </w:r>
      <w:r>
        <w:rPr>
          <w:sz w:val="20"/>
        </w:rPr>
        <w:t>1:27:38  to jab aap ek cheez ka faisla karen to aap ne zaati taur par irada kiya ke mujhe</w:t>
      </w:r>
      <w:r>
        <w:br/>
      </w:r>
      <w:r>
        <w:rPr>
          <w:sz w:val="20"/>
        </w:rPr>
        <w:t>1:27:43  aisa karna hai.</w:t>
      </w:r>
      <w:r>
        <w:br/>
      </w:r>
      <w:r>
        <w:rPr>
          <w:sz w:val="20"/>
        </w:rPr>
        <w:t>1:27:48  lekin jab tak jo asbab hain yaani jo natural factors hain wo aap ki mawafiqat na karen aap</w:t>
      </w:r>
      <w:r>
        <w:br/>
      </w:r>
      <w:r>
        <w:rPr>
          <w:sz w:val="20"/>
        </w:rPr>
        <w:t>1:27:53  kuch kar nahin sakte.</w:t>
      </w:r>
      <w:r>
        <w:br/>
      </w:r>
      <w:r>
        <w:rPr>
          <w:sz w:val="20"/>
        </w:rPr>
        <w:t>1:27:58  to tofeeq kamane ki yahi hoti hai ke khuda ya main ne ek sacha faisla kiya hai ab to</w:t>
      </w:r>
      <w:r>
        <w:br/>
      </w:r>
      <w:r>
        <w:rPr>
          <w:sz w:val="20"/>
        </w:rPr>
        <w:t>1:28:03  asbab ke aitbar se mujhe is qabil bana ke main is faisle ko amal mein la sakoon.</w:t>
      </w:r>
      <w:r>
        <w:br/>
      </w:r>
      <w:r>
        <w:rPr>
          <w:sz w:val="20"/>
        </w:rPr>
        <w:t>1:28:07  to asbab fitri ko mawafiqat mein kar dena ye Allah ka kaam hai.</w:t>
      </w:r>
      <w:r>
        <w:br/>
      </w:r>
      <w:r>
        <w:rPr>
          <w:sz w:val="20"/>
        </w:rPr>
        <w:t>1:28:12  aur yahi dua ka matlab hai.</w:t>
      </w:r>
      <w:r>
        <w:br/>
      </w:r>
      <w:r>
        <w:rPr>
          <w:sz w:val="20"/>
        </w:rPr>
        <w:t>1:28:17  Maulana aaj ka session ek aur comment jo aaya hai is par khatam karenge.</w:t>
      </w:r>
      <w:r>
        <w:br/>
      </w:r>
      <w:r>
        <w:rPr>
          <w:sz w:val="20"/>
        </w:rPr>
        <w:t>1:28:22  yeh comment aaya hai a raipur se Idrees sahab ka.</w:t>
      </w:r>
      <w:r>
        <w:br/>
      </w:r>
      <w:r>
        <w:rPr>
          <w:sz w:val="20"/>
        </w:rPr>
        <w:t>1:28:27  unhon ne likha hai: One of the very best talks with very clear message.</w:t>
      </w:r>
      <w:r>
        <w:br/>
      </w:r>
      <w:r>
        <w:rPr>
          <w:sz w:val="20"/>
        </w:rPr>
        <w:t>1:28:32  I learned that people of this century have an open mind to consider and accept new ideas.</w:t>
      </w:r>
      <w:r>
        <w:br/>
      </w:r>
      <w:r>
        <w:rPr>
          <w:sz w:val="20"/>
        </w:rPr>
        <w:t>1:28:37  However, before accepting or rejecting an idea, they do scrutiny based on these three things which is: Firstly,</w:t>
      </w:r>
      <w:r>
        <w:br/>
      </w:r>
      <w:r>
        <w:rPr>
          <w:sz w:val="20"/>
        </w:rPr>
        <w:t>1:28:42  criteria for accepting existence is historical credibility.</w:t>
      </w:r>
      <w:r>
        <w:br/>
      </w:r>
      <w:r>
        <w:rPr>
          <w:sz w:val="20"/>
        </w:rPr>
        <w:t>1:28:47  Secondly, criteria for accepting an idea is logical credibility.</w:t>
      </w:r>
      <w:r>
        <w:br/>
      </w:r>
      <w:r>
        <w:rPr>
          <w:sz w:val="20"/>
        </w:rPr>
        <w:t>1:28:52  And thirdly, peace is valuable and preferred.</w:t>
      </w:r>
      <w:r>
        <w:br/>
      </w:r>
      <w:r>
        <w:rPr>
          <w:sz w:val="20"/>
        </w:rPr>
        <w:t>1:28:57  Islam has merit of historical and logical credibility and it is based on ideology of peace. Dhawa work should focus on these three merits. theek sahi baat hai. So we will end this session today.</w:t>
      </w:r>
    </w:p>
    <w:p>
      <w:pPr>
        <w:pStyle w:val="Heading2"/>
      </w:pPr>
      <w:r>
        <w:t>Understanding the concept of Qaza-e-Umri</w:t>
      </w:r>
    </w:p>
    <w:p>
      <w:r>
        <w:rPr>
          <w:color w:val="666666"/>
          <w:sz w:val="18"/>
        </w:rPr>
        <w:t>Worship · Purpose of Human Life February 12, 2012 Maulana Wahiduddin Khan · 2m 12s · at 1:33:23 · https://youtu.be/gRupSXuak-w?t=5603</w:t>
      </w:r>
    </w:p>
    <w:p>
      <w:r>
        <w:rPr>
          <w:i/>
        </w:rPr>
        <w:t>“What is the reality of Qaza-e-Umri (making up missed prayers)?”</w:t>
      </w:r>
    </w:p>
    <w:p>
      <w:r>
        <w:rPr>
          <w:sz w:val="20"/>
        </w:rPr>
        <w:t>1:33:23  ek kitab hai akhirat ka safar, is ko aap parhiye. inshallah aap ka jawab mil jayega is mein. maulana, agla sawal kashmir se mr irfan ahmed sahib ka hai.</w:t>
      </w:r>
      <w:r>
        <w:br/>
      </w:r>
      <w:r>
        <w:rPr>
          <w:sz w:val="20"/>
        </w:rPr>
        <w:t>1:33:36  unhon ne poocha hai: "qazaye oomri ki haqeeqat kya hai?" kuch bhi nahin, yeh to baad ki cheezen hain.</w:t>
      </w:r>
      <w:r>
        <w:br/>
      </w:r>
      <w:r>
        <w:rPr>
          <w:sz w:val="20"/>
        </w:rPr>
        <w:t>1:33:46  yeh sab baad ki cheezen hain. qazaye oomri, yeh is zamane mein paida hua jab ke form asal ho gaya aur spirit ghayab ho gayi.</w:t>
      </w:r>
      <w:r>
        <w:br/>
      </w:r>
      <w:r>
        <w:rPr>
          <w:sz w:val="20"/>
        </w:rPr>
        <w:t>1:33:56  qazaye oomri aadmi kis baat karta hai? kya spirit ki qaza karte hain? jo log qazaye oomri karte hain, woh is form ko dohrate hain. spirit ko, spirit ko kaise dohraenge aap?</w:t>
      </w:r>
      <w:r>
        <w:br/>
      </w:r>
      <w:r>
        <w:rPr>
          <w:sz w:val="20"/>
        </w:rPr>
        <w:t>1:34:09  to qazaye oomri darasal is is waqt paida hua hai tasawwur jab namaz jo thi, woh bas form ban gayi. form, spirit ghayab.</w:t>
      </w:r>
      <w:r>
        <w:br/>
      </w:r>
      <w:r>
        <w:rPr>
          <w:sz w:val="20"/>
        </w:rPr>
        <w:t>1:34:18  halankeh hadith pata hai ek aata hai ke: "la khushoo ke baghair namaz nahin." to khushoo kaise dohraenge aap?</w:t>
      </w:r>
      <w:r>
        <w:br/>
      </w:r>
      <w:r>
        <w:rPr>
          <w:sz w:val="20"/>
        </w:rPr>
        <w:t>1:34:29  qazaye oomri karenge to khushoo ko kaise dohraenge aap? formy ko dohra sakte hain aap.</w:t>
      </w:r>
      <w:r>
        <w:br/>
      </w:r>
      <w:r>
        <w:rPr>
          <w:sz w:val="20"/>
        </w:rPr>
        <w:t>1:34:34  main bas bataoon ke yeh yeh yeh jo hai, reduced form jo namaz ka bana, is se is se yeh cheez nikli hai. baqi qazaye oomri na hadith mein hai, na quran mein, kahin bhi nahin hai.</w:t>
      </w:r>
      <w:r>
        <w:br/>
      </w:r>
      <w:r>
        <w:rPr>
          <w:sz w:val="20"/>
        </w:rPr>
        <w:t>1:34:46  is ki koi bhi reference quran mein hadith mein nahin de sakte aap. main is ko nahin manta. main main mujh se koi log masla poochte hain, main ne kaha nahin, islam mein yeh sab kuch nahin hai.</w:t>
      </w:r>
      <w:r>
        <w:br/>
      </w:r>
      <w:r>
        <w:rPr>
          <w:sz w:val="20"/>
        </w:rPr>
        <w:t>1:34:59  jis din aap ko ehsas hua hai, usi din se active ho jaiye. aur qazaye oomri karne ke ilawa doosre kaam kijiye. dawat e haq kaam kijiye.</w:t>
      </w:r>
      <w:r>
        <w:br/>
      </w:r>
      <w:r>
        <w:rPr>
          <w:sz w:val="20"/>
        </w:rPr>
        <w:t>1:35:10  yani is isi form ko dohrane ke liye kyun aap sab zyada chahte hain? dawat e haq ke liye daudiye.</w:t>
      </w:r>
      <w:r>
        <w:br/>
      </w:r>
      <w:r>
        <w:rPr>
          <w:sz w:val="20"/>
        </w:rPr>
        <w:t>1:35:19  yani aap is se pehle jo aap dawat e haq nahin kar sake, aaj dawat e haq ke liye sargam ho jaiye. yeh in sab kamon mein apna tawajjuh lagai</w:t>
      </w:r>
      <w:r>
        <w:br/>
      </w:r>
      <w:r>
        <w:rPr>
          <w:sz w:val="20"/>
        </w:rPr>
        <w:t>1:35:28  e. main is ko nahin manta kyunke is ka koi saboot nahin hai.</w:t>
      </w:r>
    </w:p>
    <w:p>
      <w:pPr>
        <w:pStyle w:val="Heading2"/>
      </w:pPr>
      <w:r>
        <w:t>Using cosmetics with alcohol ingredients</w:t>
      </w:r>
    </w:p>
    <w:p>
      <w:r>
        <w:rPr>
          <w:color w:val="666666"/>
          <w:sz w:val="18"/>
        </w:rPr>
        <w:t>Worship · Man and the Laws of Nature April 1, 2012 · 2m 32s · at 1:53:29 · https://youtu.be/coIrwYQgb6Y?t=6809</w:t>
      </w:r>
    </w:p>
    <w:p>
      <w:r>
        <w:rPr>
          <w:i/>
        </w:rPr>
        <w:t>“Can we use perfumes, gel and other cosmetic items, because those types of things have alcoholic ingredients?”</w:t>
      </w:r>
    </w:p>
    <w:p>
      <w:r>
        <w:rPr>
          <w:sz w:val="20"/>
        </w:rPr>
        <w:t>1:53:29  Maulana, yeh sawal Delhi se hai Mr. Muhammad Anas ka. unhon ne poocha hai: "can we use perfumes, gel and other cosmetic items, because that type of things have alcoholic ingredients?" yeh sab bilkul yaani mein to is ko saray hi se alcohol ho ya na ho, aik wo samajhta hoon waqt ka waste waste karna.</w:t>
      </w:r>
      <w:r>
        <w:br/>
      </w:r>
      <w:r>
        <w:rPr>
          <w:sz w:val="20"/>
        </w:rPr>
        <w:t>1:53:55  yaani aap ghanton time ladkiyan bitati hain aaine ke samne aur apne ko beautify karti hain. yeh to time ko waste karna hai. mein is ko bilkul hi yaani flash act samajhta hoon.</w:t>
      </w:r>
      <w:r>
        <w:br/>
      </w:r>
      <w:r>
        <w:rPr>
          <w:sz w:val="20"/>
        </w:rPr>
        <w:t>1:54:07  is ko itna hamara time, itna itna precious hai, itna hamara waqt jo hai, itna qeemti hai. is ko is doosre bohat se kaam hain, bare bare is mein is mein lagaiye.</w:t>
      </w:r>
      <w:r>
        <w:br/>
      </w:r>
      <w:r>
        <w:rPr>
          <w:sz w:val="20"/>
        </w:rPr>
        <w:t>1:54:20  yeh yeh beauty parlor, mein samajhta hoon ke yeh mein is ko aglification parlor samajhta hoon kyunke time waste karne ka wo center hai.</w:t>
      </w:r>
      <w:r>
        <w:br/>
      </w:r>
      <w:r>
        <w:rPr>
          <w:sz w:val="20"/>
        </w:rPr>
        <w:t>1:54:29  aadmi jata hai wahan time waste karne ke liye, koi beauty nahi. jo jo mein jata hoon, yeh TV mein to koi aata hai is ko wo karne ke liye.</w:t>
      </w:r>
      <w:r>
        <w:br/>
      </w:r>
      <w:r>
        <w:rPr>
          <w:sz w:val="20"/>
        </w:rPr>
        <w:t>1:54:39  mein ne kaha bhai jo Khuda ne jo mujhe diya hai, wo wahi meri beauty hai. aap aa kar ke yeh sab jo karenge, wo meri beauty nahi hai.</w:t>
      </w:r>
      <w:r>
        <w:br/>
      </w:r>
      <w:r>
        <w:rPr>
          <w:sz w:val="20"/>
        </w:rPr>
        <w:t>1:54:47  aaj tak mein ne kisi ko touch nahi hone diya apne chehra. to mein to samajhta hoon ke bilkul stupid soch hai ke aap samajhte hain ke koi koi art hai ke apne ko beautiful banao.</w:t>
      </w:r>
      <w:r>
        <w:br/>
      </w:r>
      <w:r>
        <w:rPr>
          <w:sz w:val="20"/>
        </w:rPr>
        <w:t>1:55:02  art nahi, wo to uglification mein ne dekhi.</w:t>
      </w:r>
    </w:p>
    <w:p>
      <w:pPr>
        <w:pStyle w:val="Heading2"/>
      </w:pPr>
      <w:r>
        <w:t>What Is Shab-e-Miraj and Its Practices</w:t>
      </w:r>
    </w:p>
    <w:p>
      <w:r>
        <w:rPr>
          <w:color w:val="666666"/>
          <w:sz w:val="18"/>
        </w:rPr>
        <w:t>Worship · Q&amp;A 11 Jul 2010 Maulana Wahiduddin Khan · 2m 10s · at 44:18 · https://youtu.be/UHtdtzGGwFQ?t=2658</w:t>
      </w:r>
    </w:p>
    <w:p>
      <w:r>
        <w:rPr>
          <w:i/>
        </w:rPr>
        <w:t>“What is Shab-e-Miraj? What should one do on this occasion?”</w:t>
      </w:r>
    </w:p>
    <w:p>
      <w:r>
        <w:rPr>
          <w:sz w:val="20"/>
        </w:rPr>
        <w:t>44:18  maulana, un ka ek aur sawal hai. unhon ne poocha hai ke "what is shab-e-meraj? what should one do on this occasion?"</w:t>
      </w:r>
      <w:r>
        <w:br/>
      </w:r>
      <w:r>
        <w:rPr>
          <w:sz w:val="20"/>
        </w:rPr>
        <w:t>44:28  kuch nahi, aaj kal jo musalman karte hain woh sab riwaj hai un ka. is ka mazhab islam se koi ta'alluq nahi. shab-e-meraj yeh bhi pata nahi kis kis din hui thi.</w:t>
      </w:r>
      <w:r>
        <w:br/>
      </w:r>
      <w:r>
        <w:rPr>
          <w:sz w:val="20"/>
        </w:rPr>
        <w:t>44:37  koi sabit thori hai is ka tareekh. koi date koi sabit nahi hai. yeh to musalman ne bana rakha hai ek falan date.</w:t>
      </w:r>
      <w:r>
        <w:br/>
      </w:r>
      <w:r>
        <w:rPr>
          <w:sz w:val="20"/>
        </w:rPr>
        <w:t>44:48  beh-haal yeh sab baatein jo hain yeh superstition hain. superstition. is ka islam se koi ta'alluq nahi hai. to us din agar ibadat kar lo to phir jannat mil jayegi?</w:t>
      </w:r>
      <w:r>
        <w:br/>
      </w:r>
      <w:r>
        <w:rPr>
          <w:sz w:val="20"/>
        </w:rPr>
        <w:t>45:00  aisa kuch bhi nahi hai. shab-e-meraj ke bare mein aap ek hi kaam karna hai ke woh aap woh hadith padhein jis mein ke aap ne apne tajrubaat bataye hain.</w:t>
      </w:r>
      <w:r>
        <w:br/>
      </w:r>
      <w:r>
        <w:rPr>
          <w:sz w:val="20"/>
        </w:rPr>
        <w:t>45:10  ke aap ne jahannum ko dekha to wahan yeh anjam ho raha tha. bure karne walon ka. jannat ko dekha to wahan un ko yeh inaam mil raha tha. is ko padhein, is se sabak lein.</w:t>
      </w:r>
      <w:r>
        <w:br/>
      </w:r>
      <w:r>
        <w:rPr>
          <w:sz w:val="20"/>
        </w:rPr>
        <w:t>45:21  to meraj ka waqt sabak lene ke liye day manane ke liye nahi hai. meraj day manana yeh koi islam nahi hai.</w:t>
      </w:r>
      <w:r>
        <w:br/>
      </w:r>
      <w:r>
        <w:rPr>
          <w:sz w:val="20"/>
        </w:rPr>
        <w:t>45:29  yeh shab-e-meraj jo hoti hai nahi to meraj day manate hain. to meraj day islam mein harghiz nahi hai. sabak leejiyye, is hadith ko padhiye jis mein rasool Allah sal-lal-lahu alaihi wa-sallam apne tajrubaat bataye hain.</w:t>
      </w:r>
      <w:r>
        <w:br/>
      </w:r>
      <w:r>
        <w:rPr>
          <w:sz w:val="20"/>
        </w:rPr>
        <w:t>45:42  to sabak lena asal hai na ke meraj day manana.</w:t>
      </w:r>
      <w:r>
        <w:br/>
      </w:r>
      <w:r>
        <w:rPr>
          <w:sz w:val="20"/>
        </w:rPr>
        <w:t>45:48  sajid ahmed lucknow se pooch rahe hain maulana ke "While reading Quran, is it necessary to recite Arabic script or only the translation will be enough?"</w:t>
      </w:r>
      <w:r>
        <w:br/>
      </w:r>
      <w:r>
        <w:rPr>
          <w:sz w:val="20"/>
        </w:rPr>
        <w:t>46:02  nahi to yeh to aap ke halaat par hai. agar kisi ke paas itna kam time ho to tarjuma padhe. nahi to arabi padhe aur arabi padh kar ke us pe zyada ghor o fikr kare, zyada soch sakta hai woh.</w:t>
      </w:r>
      <w:r>
        <w:br/>
      </w:r>
      <w:r>
        <w:rPr>
          <w:sz w:val="20"/>
        </w:rPr>
        <w:t>46:14  arabi janne wala zyada soch sakta hai, zyada samajh sakta hai. lekin is ka matlab nahi ke arabi padhna farz hai kisi ke upar. jis ke bas mein jitna hai itna woh karna chahiye.</w:t>
      </w:r>
      <w:r>
        <w:br/>
      </w:r>
      <w:r>
        <w:rPr>
          <w:sz w:val="20"/>
        </w:rPr>
        <w:t>46:23  atqoo allah mustataqam</w:t>
      </w:r>
    </w:p>
    <w:p>
      <w:pPr>
        <w:pStyle w:val="Heading2"/>
      </w:pPr>
      <w:r>
        <w:t>What is Istikhara and its procedure?</w:t>
      </w:r>
    </w:p>
    <w:p>
      <w:r>
        <w:rPr>
          <w:color w:val="666666"/>
          <w:sz w:val="18"/>
        </w:rPr>
        <w:t>Worship · Building A Creative Personality | 20 Nov 2011 · 3m 01s · at 1:45:38 · https://youtu.be/jdfhpwfEvKg?t=6338</w:t>
      </w:r>
    </w:p>
    <w:p>
      <w:r>
        <w:rPr>
          <w:i/>
        </w:rPr>
        <w:t>“What is Istikhara? What is its procedure? Are there any conditions?”</w:t>
      </w:r>
    </w:p>
    <w:p>
      <w:r>
        <w:rPr>
          <w:sz w:val="20"/>
        </w:rPr>
        <w:t>1:45:38  ji, Maulana, agla sawal kiya hai? Maulana Amanullah ne Delhi se.</w:t>
      </w:r>
      <w:r>
        <w:br/>
      </w:r>
      <w:r>
        <w:rPr>
          <w:sz w:val="20"/>
        </w:rPr>
        <w:t>1:45:44  unhon ne likha hai ke Maulana, istikhara kiya hai? is ka tareeqa kar kiya hai? kiya is ki</w:t>
      </w:r>
      <w:r>
        <w:br/>
      </w:r>
      <w:r>
        <w:rPr>
          <w:sz w:val="20"/>
        </w:rPr>
        <w:t>1:45:51  koi sharait bhi hain? dekhein, Sahabi kehte hain ke "yul number al istikhara kama yul number al Quran" ke Rasool</w:t>
      </w:r>
      <w:r>
        <w:br/>
      </w:r>
      <w:r>
        <w:rPr>
          <w:sz w:val="20"/>
        </w:rPr>
        <w:t>1:45:57  Allah hum ko istikhara sikhate thay, jis tarah Quran sikhate thay.</w:t>
      </w:r>
      <w:r>
        <w:br/>
      </w:r>
      <w:r>
        <w:rPr>
          <w:sz w:val="20"/>
        </w:rPr>
        <w:t>1:46:03  is tarah aap ahmiyat samajh sakte hain is ki ke istikhara koi wahmi cheez nahi hai, koi awami cheez nahi, yeh bilkul sunnat hai. aur rasoolullah sallallahu alaihi wasallam logon ko batate the istikhara. to istikhara ke lafzi maani dekhiye hain: talab khair, khair chahna. lafzi maani is ke hain istikhara. to istikhara to musalman karta hi hai. ab jab dua karte hain, woh bhi istikhara hota hai. ab jo dua karte hain ke "khuda mujhe aisa</w:t>
      </w:r>
      <w:r>
        <w:br/>
      </w:r>
      <w:r>
        <w:rPr>
          <w:sz w:val="20"/>
        </w:rPr>
        <w:t>1:46:33  mere haq mein kar, aisa haq mein kar" to woh istikhara hi hota hai. woh is ki ek formal shakal bhi hai istikhare ki. woh yeh hai ke aap isha ki namaz ke baad sone se pehle do rakat namaz padhein. agar aap ko yaad ho to is pehli rakat mein surah al-zuha, doosri rakat mein al-nasrah padhein, aur us ke baad dua karein. ek dua hadith ki</w:t>
      </w:r>
      <w:r>
        <w:br/>
      </w:r>
      <w:r>
        <w:rPr>
          <w:sz w:val="20"/>
        </w:rPr>
        <w:t>1:47:03  kitab mein aati hai: "Allah astakhiruka bi ilmika" waghera.</w:t>
      </w:r>
      <w:r>
        <w:br/>
      </w:r>
      <w:r>
        <w:rPr>
          <w:sz w:val="20"/>
        </w:rPr>
        <w:t>1:47:07  yeh zaroori nahi parhna, apni zuban mein aap dua kar sakte hain.</w:t>
      </w:r>
      <w:r>
        <w:br/>
      </w:r>
      <w:r>
        <w:rPr>
          <w:sz w:val="20"/>
        </w:rPr>
        <w:t>1:47:12  woh jo dua aati hai, usi ko dohrana zaroori nahi hai.</w:t>
      </w:r>
      <w:r>
        <w:br/>
      </w:r>
      <w:r>
        <w:rPr>
          <w:sz w:val="20"/>
        </w:rPr>
        <w:t>1:47:16  to ke "Allah inni astakhiruka bi ilmika wa astaghfiruka bi qudratika" wasta'aluka in is tarah ke alfaaz hain.</w:t>
      </w:r>
      <w:r>
        <w:br/>
      </w:r>
      <w:r>
        <w:rPr>
          <w:sz w:val="20"/>
        </w:rPr>
        <w:t>1:47:20  to woh yaad kar lein aur dua karein.</w:t>
      </w:r>
      <w:r>
        <w:br/>
      </w:r>
      <w:r>
        <w:rPr>
          <w:sz w:val="20"/>
        </w:rPr>
        <w:t>1:47:25  isi se yeh koi zaroori nahi hai.</w:t>
      </w:r>
      <w:r>
        <w:br/>
      </w:r>
      <w:r>
        <w:rPr>
          <w:sz w:val="20"/>
        </w:rPr>
        <w:t>1:47:29  jo bhi aap</w:t>
      </w:r>
      <w:r>
        <w:br/>
      </w:r>
      <w:r>
        <w:rPr>
          <w:sz w:val="20"/>
        </w:rPr>
        <w:t>1:47:33  , jo bhi aap ka masla hai, jo aap ki zuban hai, us zuban mein is masle ko bayan karein.</w:t>
      </w:r>
      <w:r>
        <w:br/>
      </w:r>
      <w:r>
        <w:rPr>
          <w:sz w:val="20"/>
        </w:rPr>
        <w:t>1:47:38  to is tarah se do rakat namaz parh ke so jayein.</w:t>
      </w:r>
      <w:r>
        <w:br/>
      </w:r>
      <w:r>
        <w:rPr>
          <w:sz w:val="20"/>
        </w:rPr>
        <w:t>1:47:42  to raat ko do shakalain hongi: ya to aap ke dil mein koi khayal aa jaye ga,</w:t>
      </w:r>
      <w:r>
        <w:br/>
      </w:r>
      <w:r>
        <w:rPr>
          <w:sz w:val="20"/>
        </w:rPr>
        <w:t>1:47:46  ya aap khwab koi dekhein ge.</w:t>
      </w:r>
      <w:r>
        <w:br/>
      </w:r>
      <w:r>
        <w:rPr>
          <w:sz w:val="20"/>
        </w:rPr>
        <w:t>1:47:50  to ulama ne yeh likha hai ke is tarah se se saat din tak karna chahiye.</w:t>
      </w:r>
      <w:r>
        <w:br/>
      </w:r>
      <w:r>
        <w:rPr>
          <w:sz w:val="20"/>
        </w:rPr>
        <w:t>1:47:55  pehlay din agar wazeh jawab na aaye to saat din tak karta rahe aadmi.</w:t>
      </w:r>
      <w:r>
        <w:br/>
      </w:r>
      <w:r>
        <w:rPr>
          <w:sz w:val="20"/>
        </w:rPr>
        <w:t>1:47:59  mera tajruba yeh hai ke zar</w:t>
      </w:r>
      <w:r>
        <w:br/>
      </w:r>
      <w:r>
        <w:rPr>
          <w:sz w:val="20"/>
        </w:rPr>
        <w:t>1:48:03  jawab aata hai. mein baaz auqat mein ne istikhara kiya hai to jawab aata hai. yaani kabhi dil mein ek jo kehte hain inshirah, dil khul jata hai. kabhi khwab aata hai. to istikhara bohat hi sahi kaam hai. hadith se sabit hai, har aadmi ko chahiye ke istikhara kare, aur us ko yeh samajhna ke istikhara koi wahmi cheez hai,</w:t>
      </w:r>
      <w:r>
        <w:br/>
      </w:r>
      <w:r>
        <w:rPr>
          <w:sz w:val="20"/>
        </w:rPr>
        <w:t>1:48:33  bilkul ghalat hai.</w:t>
      </w:r>
    </w:p>
    <w:p>
      <w:pPr>
        <w:pStyle w:val="Heading2"/>
      </w:pPr>
      <w:r>
        <w:t>Which Group's Prayer Matches Sunnah</w:t>
      </w:r>
    </w:p>
    <w:p>
      <w:r>
        <w:rPr>
          <w:color w:val="666666"/>
          <w:sz w:val="18"/>
        </w:rPr>
        <w:t>Worship · The Importance of Team Work February 5, 2012 · 2m 10s · at 1:26:57 · https://youtu.be/qBbwznqIqVw?t=5217</w:t>
      </w:r>
    </w:p>
    <w:p>
      <w:r>
        <w:rPr>
          <w:i/>
        </w:rPr>
        <w:t>“On the Day of Judgment, the first thing asked about will be prayer. According to the Prophet's command, prayer should be performed as the Prophet performed it. If we look at the prayers of Barelvi, Shia, or Ahl-e-Hadith, which group's prayer performance is in accordance with the Sunnah?”</w:t>
      </w:r>
    </w:p>
    <w:p>
      <w:r>
        <w:rPr>
          <w:sz w:val="20"/>
        </w:rPr>
        <w:t>1:26:57  Maulana, agla sawal Karachi Pakistan se hai Mr. Raees Ahmed sahib ka. Unho ne likha hai: "Qayamat ke din sab se pehle namaz ka poocha jayega.</w:t>
      </w:r>
      <w:r>
        <w:br/>
      </w:r>
      <w:r>
        <w:rPr>
          <w:sz w:val="20"/>
        </w:rPr>
        <w:t>1:27:09  Nabi Kareem ke farman ke mutabiq namaz is tarah ada karni chahiye jis tarah Nabi Kareem ne ada farmayi aur aap ne hukum bhi yahi farmaya.</w:t>
      </w:r>
      <w:r>
        <w:br/>
      </w:r>
      <w:r>
        <w:rPr>
          <w:sz w:val="20"/>
        </w:rPr>
        <w:t>1:27:22  " Sawal yeh hai ke agar hum Barelvi ya Shia ya Ahle Hadees ki namaz ko dekhen to kis group ki namaz ki adaigi mutabiq se hai?</w:t>
      </w:r>
      <w:r>
        <w:br/>
      </w:r>
      <w:r>
        <w:rPr>
          <w:sz w:val="20"/>
        </w:rPr>
        <w:t>1:27:34  Bhai, yeh kab? Yeh group kab paida hui? Rasool Allah ke zamane mein na Barelvi the, na Sunni the, na Shia the, na koi bhi nahi tha. To baad ko paida hui hai.</w:t>
      </w:r>
      <w:r>
        <w:br/>
      </w:r>
      <w:r>
        <w:rPr>
          <w:sz w:val="20"/>
        </w:rPr>
        <w:t>1:27:44  To aap us ko in in se koi namoona lete hain? Namoona wahan se lijiye.</w:t>
      </w:r>
      <w:r>
        <w:br/>
      </w:r>
      <w:r>
        <w:rPr>
          <w:sz w:val="20"/>
        </w:rPr>
        <w:t>1:27:50  Bar-e-Sagheer ke hadeesain maujood hain, seerat ki kitaben maujood hain, wahan parhiye. Aap un mein se in se koi namoona lete hain jo baad ko paida hui hai.</w:t>
      </w:r>
      <w:r>
        <w:br/>
      </w:r>
      <w:r>
        <w:rPr>
          <w:sz w:val="20"/>
        </w:rPr>
        <w:t>1:28:01  Yeh Rasool Allah ke zamane mein in ka woh wajood hi nahi tha, kuch yeh lafz bhi nahi the is zaman</w:t>
      </w:r>
      <w:r>
        <w:br/>
      </w:r>
      <w:r>
        <w:rPr>
          <w:sz w:val="20"/>
        </w:rPr>
        <w:t>1:28:05  mein. to aap wahan uljhe hue hain. yani hawala dete hain rasool Allah ka, aap salo kama raaitam yusalli aur misdaq batate hain kon?</w:t>
      </w:r>
      <w:r>
        <w:br/>
      </w:r>
      <w:r>
        <w:rPr>
          <w:sz w:val="20"/>
        </w:rPr>
        <w:t>1:28:15  yeh hazraat jo baad ko paida hue hain. to aap hadithon mein dekhiye, hadithon mein aap jaan lenge ke salo kama raaitam yusalli ka amli namuna kya wahan par hai?</w:t>
      </w:r>
      <w:r>
        <w:br/>
      </w:r>
      <w:r>
        <w:rPr>
          <w:sz w:val="20"/>
        </w:rPr>
        <w:t>1:28:26  wahi kijiye. yeh bohat seedha saada muamla hai.</w:t>
      </w:r>
      <w:r>
        <w:br/>
      </w:r>
      <w:r>
        <w:rPr>
          <w:sz w:val="20"/>
        </w:rPr>
        <w:t>1:28:31  yani hawala de rahe hain aap rasool Allah ke qaul ka aur is ke baad aap bator yani le lete hain un ko baad ke paida hone wale firqon ko.</w:t>
      </w:r>
      <w:r>
        <w:br/>
      </w:r>
      <w:r>
        <w:rPr>
          <w:sz w:val="20"/>
        </w:rPr>
        <w:t>1:28:44  to yeh to ajeeb o ghareeb yani tazad hai. yeh yeh to contradiction hai. yeh woh hadith sahi hai ke salo kama raaitam yusalli magar is ke bare mein maloom karne ke liye hadith ka</w:t>
      </w:r>
      <w:r>
        <w:br/>
      </w:r>
      <w:r>
        <w:rPr>
          <w:sz w:val="20"/>
        </w:rPr>
        <w:t>1:29:00  zakhira hai, na ke aaj kal ke firqon. yeh firqe to baad ke bane hain.</w:t>
      </w:r>
    </w:p>
    <w:p>
      <w:pPr>
        <w:pStyle w:val="Heading2"/>
      </w:pPr>
      <w:r>
        <w:t>Why Eid celebrated on different days</w:t>
      </w:r>
    </w:p>
    <w:p>
      <w:r>
        <w:rPr>
          <w:color w:val="666666"/>
          <w:sz w:val="18"/>
        </w:rPr>
        <w:t>Worship · Concept of Death in Islam 26th Aug 12 SLOW · 2m 27s · at 20:38 · https://youtu.be/8dsos0OBM6M?t=1238</w:t>
      </w:r>
    </w:p>
    <w:p>
      <w:r>
        <w:rPr>
          <w:i/>
        </w:rPr>
        <w:t>“Why is Eid celebrated at different places on different days? Please explain its relation to the moon.”</w:t>
      </w:r>
    </w:p>
    <w:p>
      <w:r>
        <w:rPr>
          <w:sz w:val="20"/>
        </w:rPr>
        <w:t>20:38  Maulana, un ka ek aur sawal hai. unhon ne aap se yeh bhi poocha hai ke "Why is Eid celebrated at different places on different days? Please explain its relation to the moon."</w:t>
      </w:r>
      <w:r>
        <w:br/>
      </w:r>
      <w:r>
        <w:rPr>
          <w:sz w:val="20"/>
        </w:rPr>
        <w:t>20:54  dekhein, yeh to do calendar hain, solar calendar aur lunar calendar.</w:t>
      </w:r>
      <w:r>
        <w:br/>
      </w:r>
      <w:r>
        <w:rPr>
          <w:sz w:val="20"/>
        </w:rPr>
        <w:t>21:00  to aam taur par sabhi mazhabon mein ghaliban yahi hai ke lunar calendar par mazhabon ki tareekhein hoti</w:t>
      </w:r>
      <w:r>
        <w:br/>
      </w:r>
      <w:r>
        <w:rPr>
          <w:sz w:val="20"/>
        </w:rPr>
        <w:t>21:06  hain, wahi islam mein bhi hai.</w:t>
      </w:r>
      <w:r>
        <w:br/>
      </w:r>
      <w:r>
        <w:rPr>
          <w:sz w:val="20"/>
        </w:rPr>
        <w:t>21:12  to jab aap lunar calendar par rakhenge aur chand ko dekhne par is ka woh yeh depend</w:t>
      </w:r>
      <w:r>
        <w:br/>
      </w:r>
      <w:r>
        <w:rPr>
          <w:sz w:val="20"/>
        </w:rPr>
        <w:t>21:18  karegi, to yeh sab farq hoga.</w:t>
      </w:r>
      <w:r>
        <w:br/>
      </w:r>
      <w:r>
        <w:rPr>
          <w:sz w:val="20"/>
        </w:rPr>
        <w:t>21:24  to it is but natural yeh koi yani koi yani taqaddus ki baat nahi hai.</w:t>
      </w:r>
      <w:r>
        <w:br/>
      </w:r>
      <w:r>
        <w:rPr>
          <w:sz w:val="20"/>
        </w:rPr>
        <w:t>21:31  yani solar system, solar calendar par hota hai, tab bhi wahi baat thi, is par tab bhi hoti.</w:t>
      </w:r>
      <w:r>
        <w:br/>
      </w:r>
      <w:r>
        <w:rPr>
          <w:sz w:val="20"/>
        </w:rPr>
        <w:t>21:37  solar calendar par ho, tab bhi ek sawal kar sakta tha koi aadmi ke bhai lunar calendar par</w:t>
      </w:r>
      <w:r>
        <w:br/>
      </w:r>
      <w:r>
        <w:rPr>
          <w:sz w:val="20"/>
        </w:rPr>
        <w:t>21:43  kyun nahi? to yeh koi sawal nahi hai, na koi masla hai, na koi religious cheez hai.</w:t>
      </w:r>
      <w:r>
        <w:br/>
      </w:r>
      <w:r>
        <w:rPr>
          <w:sz w:val="20"/>
        </w:rPr>
        <w:t>21:49  aam taur par mazhabon mein yahi hai, jahan tak main janta hoon ke solar calendar par mazahib mein</w:t>
      </w:r>
      <w:r>
        <w:br/>
      </w:r>
      <w:r>
        <w:rPr>
          <w:sz w:val="20"/>
        </w:rPr>
        <w:t>21:55  tareekhein nahi hua karti, lunar calendar par hoti hain, wahi islam mein bhi hai.</w:t>
      </w:r>
      <w:r>
        <w:br/>
      </w:r>
      <w:r>
        <w:rPr>
          <w:sz w:val="20"/>
        </w:rPr>
        <w:t>22:01  to is mein koi purasarar cheez nahi hai, koi is mein mystery nahi hai.</w:t>
      </w:r>
      <w:r>
        <w:br/>
      </w:r>
      <w:r>
        <w:rPr>
          <w:sz w:val="20"/>
        </w:rPr>
        <w:t>22:08  ji Maulana, un ka sawal ka ek hissa yeh bhi tha ke Eid jo hai, woh alag alag jagahon pe, alag alag din pe kyun manayi jati hai?</w:t>
      </w:r>
      <w:r>
        <w:br/>
      </w:r>
      <w:r>
        <w:rPr>
          <w:sz w:val="20"/>
        </w:rPr>
        <w:t>22:17  woh to zahir hai ke jab yani woh woh waqt badalta hai, woh waqt badlega to din</w:t>
      </w:r>
      <w:r>
        <w:br/>
      </w:r>
      <w:r>
        <w:rPr>
          <w:sz w:val="20"/>
        </w:rPr>
        <w:t>22:23  hi badlega.</w:t>
      </w:r>
      <w:r>
        <w:br/>
      </w:r>
      <w:r>
        <w:rPr>
          <w:sz w:val="20"/>
        </w:rPr>
        <w:t>22:29  is waqt yahan hum log hain, yahan din hai, is waqt america mein raat hai.</w:t>
      </w:r>
      <w:r>
        <w:br/>
      </w:r>
      <w:r>
        <w:rPr>
          <w:sz w:val="20"/>
        </w:rPr>
        <w:t>22:35  to dono jagah chand akatha hi dikhai dega.</w:t>
      </w:r>
      <w:r>
        <w:br/>
      </w:r>
      <w:r>
        <w:rPr>
          <w:sz w:val="20"/>
        </w:rPr>
        <w:t>22:41  wahan dekhne ka jo waqt ka yahan mukhtalif hoga.</w:t>
      </w:r>
      <w:r>
        <w:br/>
      </w:r>
      <w:r>
        <w:rPr>
          <w:sz w:val="20"/>
        </w:rPr>
        <w:t>22:47  to zameen jo ghoom rahi hai, gami jo stationery nahi hai, agar zameen stationery hoti to yeh farq na hota.</w:t>
      </w:r>
      <w:r>
        <w:br/>
      </w:r>
      <w:r>
        <w:rPr>
          <w:sz w:val="20"/>
        </w:rPr>
        <w:t>22:53  zameen ghoom rahi hai, is liye to farq rahega hi.</w:t>
      </w:r>
      <w:r>
        <w:br/>
      </w:r>
      <w:r>
        <w:rPr>
          <w:sz w:val="20"/>
        </w:rPr>
        <w:t>22:59  to yaani yeh to nizaam hai nature ka, is mein hum kya kar sakte hain?</w:t>
      </w:r>
      <w:r>
        <w:br/>
      </w:r>
      <w:r>
        <w:rPr>
          <w:sz w:val="20"/>
        </w:rPr>
        <w:t>23:05  maulana, agla sawal dilli se hai mr kaif ka.</w:t>
      </w:r>
    </w:p>
    <w:p>
      <w:pPr>
        <w:pStyle w:val="Heading2"/>
      </w:pPr>
      <w:r>
        <w:t>Why is hijab for women only? Is burqa God's command?</w:t>
      </w:r>
    </w:p>
    <w:p>
      <w:r>
        <w:rPr>
          <w:color w:val="666666"/>
          <w:sz w:val="18"/>
        </w:rPr>
        <w:t>Worship · The Problem of Intellectual Stagnation May 13, 2012 · 2m 07s · at 1:06:33 · https://youtu.be/Qi5BZlv-Vog?t=3993</w:t>
      </w:r>
    </w:p>
    <w:p>
      <w:r>
        <w:rPr>
          <w:i/>
        </w:rPr>
        <w:t>“Why is hijab only for women? Is the current burqa a command of Allah? Please explain.”</w:t>
      </w:r>
    </w:p>
    <w:p>
      <w:r>
        <w:rPr>
          <w:sz w:val="20"/>
        </w:rPr>
        <w:t>1:06:33  maulana, agla sawal nakpoor se hai misster ghafoor dadani sahib ka. Unhon ne likha hai ke auraton ko hi parda kyun hai?</w:t>
      </w:r>
      <w:r>
        <w:br/>
      </w:r>
      <w:r>
        <w:rPr>
          <w:sz w:val="20"/>
        </w:rPr>
        <w:t>1:06:42  mojudah burqa kya Allah ka hukum hai? Is ke baray mein batayen.</w:t>
      </w:r>
      <w:r>
        <w:br/>
      </w:r>
      <w:r>
        <w:rPr>
          <w:sz w:val="20"/>
        </w:rPr>
        <w:t>1:06:50  is ke baray mein main pehle arz kar chuka hoon ke best kitab hai allama naseeruddin albani ki "hijab al-banat al-muslima".</w:t>
      </w:r>
      <w:r>
        <w:br/>
      </w:r>
      <w:r>
        <w:rPr>
          <w:sz w:val="20"/>
        </w:rPr>
        <w:t>1:07:03  is mein unhon ne likha hai ke burqa jo hai, yeh baad ki cheez hai, islami shariyat se is ka koi talluq nahi hai.</w:t>
      </w:r>
      <w:r>
        <w:br/>
      </w:r>
      <w:r>
        <w:rPr>
          <w:sz w:val="20"/>
        </w:rPr>
        <w:t>1:07:13  aurat ko saada libas, sater libas, ghair namashi libas yeh hona chahiye bas. Aur poora jo body hai, dhaka hua ho, aisa kapra nahi ke jo hadith mein aata hai ke pehan kar bhi nangay rehna.</w:t>
      </w:r>
      <w:r>
        <w:br/>
      </w:r>
      <w:r>
        <w:rPr>
          <w:sz w:val="20"/>
        </w:rPr>
        <w:t>1:07:35  to aisay kapray pehnay atay hain ke kapra bhi hai, phir bhi nanga pan to woh woh kapra nahi ho. To wohi wohi wohi wohi islami tareeqa hai.</w:t>
      </w:r>
      <w:r>
        <w:br/>
      </w:r>
      <w:r>
        <w:rPr>
          <w:sz w:val="20"/>
        </w:rPr>
        <w:t>1:07:50  baqi burqa jo hai, koi sa yani rasool Allah ke zamanay mein koi burqa nahi banta tha, burqa tha hi nahi, wahan burqa ka wahan riwaj hi nahi tha.</w:t>
      </w:r>
      <w:r>
        <w:br/>
      </w:r>
      <w:r>
        <w:rPr>
          <w:sz w:val="20"/>
        </w:rPr>
        <w:t>1:08:01  to main nahi samajhta, to is mein to koi shakk nahi, lekin is zamanay mein log itna shadeed ho gaye hain is moamlay mein ke burqa ko islam ka hissa samajhnay lagay hain, yahan se le kar maghribi mulkon tak.</w:t>
      </w:r>
      <w:r>
        <w:br/>
      </w:r>
      <w:r>
        <w:rPr>
          <w:sz w:val="20"/>
        </w:rPr>
        <w:t>1:08:14  yeh to aik bidat hai, is ka islam se koi talluq nahi hai. Aur is burqay ke andar woh sab sab kuch hota hai, wohi makeup, wohi zewar, wohi namashi kapray.</w:t>
      </w:r>
      <w:r>
        <w:br/>
      </w:r>
      <w:r>
        <w:rPr>
          <w:sz w:val="20"/>
        </w:rPr>
        <w:t>1:08:26  to asal cheez jo matloob hai, woh nahi hai. Aik zahiri burqa aik aik bana rakha hai. To beharhal, main burqay ko koi koi sahi sahi cheez nahi samajhta, is ko aik riwaj samajhta hoon.</w:t>
      </w:r>
    </w:p>
    <w:p>
      <w:pPr>
        <w:pStyle w:val="Heading2"/>
      </w:pPr>
      <w:r>
        <w:t>Why must prayer be in Arabic?</w:t>
      </w:r>
    </w:p>
    <w:p>
      <w:r>
        <w:rPr>
          <w:color w:val="666666"/>
          <w:sz w:val="18"/>
        </w:rPr>
        <w:t>Worship · The Concept of Divine Help June 16, 2013 · 2m 51s · at 55:59 · https://youtu.be/b0QaxGSnAOI?t=3359</w:t>
      </w:r>
    </w:p>
    <w:p>
      <w:r>
        <w:rPr>
          <w:i/>
        </w:rPr>
        <w:t>“Allah speaks all languages, so why is it compulsory to recite Salah and Quran in Arabic? Many people recite without understanding. Why can't a person pray in a language they understand to remove misconceptions?”</w:t>
      </w:r>
    </w:p>
    <w:p>
      <w:r>
        <w:rPr>
          <w:sz w:val="20"/>
        </w:rPr>
        <w:t>55:59  maulana, agla sawal hai suhail ahmed sahab ka. unhon ne location nahi likhi hai. un ka sawal hai: "I wanted to ask this question for a long time, which is that Allah speaks all languages in the world, so why is it compulsory to recite namaz and Quran in Arabic?</w:t>
      </w:r>
      <w:r>
        <w:br/>
      </w:r>
      <w:r>
        <w:rPr>
          <w:sz w:val="20"/>
        </w:rPr>
        <w:t>56:20  The reason for asking this question is that many people in my locality just recite namaz and Quran for the sake of just recitation and without knowing what they are reading or reciting.</w:t>
      </w:r>
      <w:r>
        <w:br/>
      </w:r>
      <w:r>
        <w:rPr>
          <w:sz w:val="20"/>
        </w:rPr>
        <w:t>56:35  Why can't a person pray in whatever language he or she understands it, which can help in removing misconceptions in Islam?"</w:t>
      </w:r>
      <w:r>
        <w:br/>
      </w:r>
      <w:r>
        <w:rPr>
          <w:sz w:val="20"/>
        </w:rPr>
        <w:t>56:45  dekhiye, aap is sawal mein is liye phanse hue hain ke aap namaz ko form samajhte hain. namaz ko form samajhte hain, is liye phanse hue hain.</w:t>
      </w:r>
      <w:r>
        <w:br/>
      </w:r>
      <w:r>
        <w:rPr>
          <w:sz w:val="20"/>
        </w:rPr>
        <w:t>56:54  yaad rakhiye, arabi mein namaz parhna bhi namaz nahi hai. sare munafiqeen arabi mein namaz parhte the, un ki namaz allah ne qabool nahi ki. yeh mat samjhiye ke arabi mein parh liya to namaz ho gayi.</w:t>
      </w:r>
      <w:r>
        <w:br/>
      </w:r>
      <w:r>
        <w:rPr>
          <w:sz w:val="20"/>
        </w:rPr>
        <w:t>57:10  na arabi mein namaz hai, na farsi mein namaz hai.</w:t>
      </w:r>
      <w:r>
        <w:br/>
      </w:r>
      <w:r>
        <w:rPr>
          <w:sz w:val="20"/>
        </w:rPr>
        <w:t>57:13  namaz jo hai qad afalahal mominoon allazeena fi salatihim khashaoon khasho ki zuban mein jo namaz parhe, woh us ki namaz namaz hai.</w:t>
      </w:r>
      <w:r>
        <w:br/>
      </w:r>
      <w:r>
        <w:rPr>
          <w:sz w:val="20"/>
        </w:rPr>
        <w:t>57:25  aap samajhte hain ke bas arabi alfaz jo hain, khoob qirat se parh gaye to namaz ho gayi.</w:t>
      </w:r>
      <w:r>
        <w:br/>
      </w:r>
      <w:r>
        <w:rPr>
          <w:sz w:val="20"/>
        </w:rPr>
        <w:t>57:33  main aap ko aik waqia batata hoon: masjid nabwi mein rasool allah the, aik shakhs wahan aya, namaz parhi. idhar arabi mein namaz parhi thi us ne, kyunke woh to arab tha.</w:t>
      </w:r>
      <w:r>
        <w:br/>
      </w:r>
      <w:r>
        <w:rPr>
          <w:sz w:val="20"/>
        </w:rPr>
        <w:t>57:44  aap ke paas aya to aap ne kaha ke irji' fasalli fa'innaka lam tusalli jao phir se namaz parho, kyunke tum ne namaz nahi parhi.</w:t>
      </w:r>
      <w:r>
        <w:br/>
      </w:r>
      <w:r>
        <w:rPr>
          <w:sz w:val="20"/>
        </w:rPr>
        <w:t>57:55  to namaz na arabi mein, na farsi mein, na angrezi mein, na hindi mein. namaz hai khasho ki zuban mein. wah! khasho ki zuban nahi to namaz hi nahi hai.</w:t>
      </w:r>
      <w:r>
        <w:br/>
      </w:r>
      <w:r>
        <w:rPr>
          <w:sz w:val="20"/>
        </w:rPr>
        <w:t>58:06  yeh quran o hadees sabit hai. quran mein dekhein, ayat hai fawaylul musalleen kharabi hai namaziyon ke liye.</w:t>
      </w:r>
      <w:r>
        <w:br/>
      </w:r>
      <w:r>
        <w:rPr>
          <w:sz w:val="20"/>
        </w:rPr>
        <w:t>58:17  yeh kaun namazi? arab namazi jo arabi mein parhte the, namaz.</w:t>
      </w:r>
      <w:r>
        <w:br/>
      </w:r>
      <w:r>
        <w:rPr>
          <w:sz w:val="20"/>
        </w:rPr>
        <w:t>58:23  yeh bilkul be buniyad qism sawalat hain. yeh hai shift of emphasis. aap sochte nahi ke asal cheez khasho hai, to yeh sab sawalat aap dimagh mein aate hain.</w:t>
      </w:r>
      <w:r>
        <w:br/>
      </w:r>
      <w:r>
        <w:rPr>
          <w:sz w:val="20"/>
        </w:rPr>
        <w:t>58:34  agar aap asal yeh yeh sochein to kuch yeh sawal aayega nahi. yeh sab, yeh sab shift of emphasis ki surat se, shift of emphasis ki bana par yeh sab sawalat aate hain.</w:t>
      </w:r>
      <w:r>
        <w:br/>
      </w:r>
      <w:r>
        <w:rPr>
          <w:sz w:val="20"/>
        </w:rPr>
        <w:t>58:45  aap ko dua hogi.</w:t>
      </w:r>
    </w:p>
    <w:p>
      <w:pPr>
        <w:pStyle w:val="Heading2"/>
      </w:pPr>
      <w:r>
        <w:t>Why no wudu in intellectual books?</w:t>
      </w:r>
    </w:p>
    <w:p>
      <w:r>
        <w:rPr>
          <w:color w:val="666666"/>
          <w:sz w:val="18"/>
        </w:rPr>
        <w:t>Worship · Personality Building January 05, 2014 · 4m 22s · at 54:21 · https://youtu.be/3Zppdm2K4ug?t=3261</w:t>
      </w:r>
    </w:p>
    <w:p>
      <w:r>
        <w:rPr>
          <w:i/>
        </w:rPr>
        <w:t>“Maulana, in one of your talks, why is there no wudu in intellectual books?”</w:t>
      </w:r>
    </w:p>
    <w:p>
      <w:r>
        <w:rPr>
          <w:sz w:val="20"/>
        </w:rPr>
        <w:t>54:21  ah maulana, agla sawal lene se pehle ek comment parhna chahenge aur comment ke sath hi ek sawal bhi hai</w:t>
      </w:r>
      <w:r>
        <w:br/>
      </w:r>
      <w:r>
        <w:rPr>
          <w:sz w:val="20"/>
        </w:rPr>
        <w:t>54:28  jo gulziba ahmed, miss gulziba ahmed ne maryland usa se bheja hai. unhon ne likha hai: "maulana, in one of your talk, fikri kitabon mein wuzu kyon nahi hota?" this talk gave me an answer to one of the questions that i had.</w:t>
      </w:r>
      <w:r>
        <w:br/>
      </w:r>
      <w:r>
        <w:rPr>
          <w:sz w:val="20"/>
        </w:rPr>
        <w:t>54:46  maulana sahib knows the marifat of the meaning. yesterday, i was reading september 2004 al risala.</w:t>
      </w:r>
      <w:r>
        <w:br/>
      </w:r>
      <w:r>
        <w:rPr>
          <w:sz w:val="20"/>
        </w:rPr>
        <w:t>54:55  that time, i was thinking that these words are full of wisdom and how is it that maulana gets it? today, i got the answer that continuous thinking leads you to the marifat of the meaning.</w:t>
      </w:r>
      <w:r>
        <w:br/>
      </w:r>
      <w:r>
        <w:rPr>
          <w:sz w:val="20"/>
        </w:rPr>
        <w:t>55:12  unhon ne sawal jo kiya hai maulana, woh is tarah</w:t>
      </w:r>
      <w:r>
        <w:br/>
      </w:r>
      <w:r>
        <w:rPr>
          <w:sz w:val="20"/>
        </w:rPr>
        <w:t>55:15  hai: unhon ne likha hai: "maulana sahib, please tell us how can we focus our thinking on one topic when there is so much going on in life?"</w:t>
      </w:r>
      <w:r>
        <w:br/>
      </w:r>
      <w:r>
        <w:rPr>
          <w:sz w:val="20"/>
        </w:rPr>
        <w:t>55:30  dekhen, yeh sawal aksar log puchte hain lekin yeh sawal jo hai</w:t>
      </w:r>
      <w:r>
        <w:br/>
      </w:r>
      <w:r>
        <w:rPr>
          <w:sz w:val="20"/>
        </w:rPr>
        <w:t>55:38  is liye hai ke jo creator ka, jo creator ki apni jo scheme of things hain ya uska jo creation plan hai, us ko na samajhne ki wajah se.</w:t>
      </w:r>
      <w:r>
        <w:br/>
      </w:r>
      <w:r>
        <w:rPr>
          <w:sz w:val="20"/>
        </w:rPr>
        <w:t>55:52  jab quran mein bar bar batai gayi yeh baat, jaise aaj hi main kisi se baat kar raha tha ke quran mein hai ke "laqad khalaqnal insana fi kabad".</w:t>
      </w:r>
      <w:r>
        <w:br/>
      </w:r>
      <w:r>
        <w:rPr>
          <w:sz w:val="20"/>
        </w:rPr>
        <w:t>56:03  hum ne paida kiya insan ko hardship mein. hardship ka matlab kya hai? distraction mein.</w:t>
      </w:r>
      <w:r>
        <w:br/>
      </w:r>
      <w:r>
        <w:rPr>
          <w:sz w:val="20"/>
        </w:rPr>
        <w:t>56:13  aaj kal ki zuban mein agar badal kar main kahun to uska matlab hai ke insan ko hum ne paida kiya hai aisi duniya mein jahan har waqt distraction ho.</w:t>
      </w:r>
      <w:r>
        <w:br/>
      </w:r>
      <w:r>
        <w:rPr>
          <w:sz w:val="20"/>
        </w:rPr>
        <w:t>56:21  to yeh to jo jo creation plan hai, usi ka part hai. us ko badal to sakte nahi aap, badal to sakte nahi aap.</w:t>
      </w:r>
      <w:r>
        <w:br/>
      </w:r>
      <w:r>
        <w:rPr>
          <w:sz w:val="20"/>
        </w:rPr>
        <w:t>56:34  to khuda ne jo kabad ka lafz istemal kiya ke hardship mein paida kiya, to yeh koi khuda ko hum se koi dushmani nahi hai</w:t>
      </w:r>
      <w:r>
        <w:br/>
      </w:r>
      <w:r>
        <w:rPr>
          <w:sz w:val="20"/>
        </w:rPr>
        <w:t>56:43  kyun ke insan ko is tarah banaya gaya hai ke us ki jitni qualities hain, woh sab diamond position mein hoti hain.</w:t>
      </w:r>
      <w:r>
        <w:br/>
      </w:r>
      <w:r>
        <w:rPr>
          <w:sz w:val="20"/>
        </w:rPr>
        <w:t>56:52  yani khwabi da halat mein us ko unfold karne ke liye zarurat hui thi ke us ko shock treatment diya jaye. ek hi rasta hai insan ko, yani insan ki us ki qualities ko develop karne ke liye ke us ko is ko shock lage, shock lage, shock lage.</w:t>
      </w:r>
      <w:r>
        <w:br/>
      </w:r>
      <w:r>
        <w:rPr>
          <w:sz w:val="20"/>
        </w:rPr>
        <w:t>57:13  aur main ek hadith aap ko sunata hoon: "innallaha ahabb qawman ibtala". Allah jab kisi insan se ko mehboob rakhta hai to us ko woh musibaton mein dal deta hai.</w:t>
      </w:r>
      <w:r>
        <w:br/>
      </w:r>
      <w:r>
        <w:rPr>
          <w:sz w:val="20"/>
        </w:rPr>
        <w:t>57:26  iska matlab kya hai?</w:t>
      </w:r>
      <w:r>
        <w:br/>
      </w:r>
      <w:r>
        <w:rPr>
          <w:sz w:val="20"/>
        </w:rPr>
        <w:t>57:28  insan ko jab paida kiya gaya is tareeqay say kay is ko</w:t>
      </w:r>
      <w:r>
        <w:br/>
      </w:r>
      <w:r>
        <w:rPr>
          <w:sz w:val="20"/>
        </w:rPr>
        <w:t>57:35  un fold karnay kay liye shock ki zaroorat ho, to woh shock to lagay ga. yeh us kay liye b</w:t>
      </w:r>
      <w:r>
        <w:br/>
      </w:r>
      <w:r>
        <w:rPr>
          <w:sz w:val="20"/>
        </w:rPr>
        <w:t>57:43  lessing hogi kyun kay shock nahi lagay, nahi lagay ga to us ko us kay un fold nahi hongay. us ki cheezain jaisay mein nay aik misaal di kay kay rock stones jo hain, woh woh bold hotay hain stream kay mein behtay huay.</w:t>
      </w:r>
      <w:r>
        <w:br/>
      </w:r>
      <w:r>
        <w:rPr>
          <w:sz w:val="20"/>
        </w:rPr>
        <w:t>58:00  insan ko apnay aap ko bold karna hai, apnay khud apnay andar self created process kay zariye say. yeh to koi us ko to humain face karna hai.</w:t>
      </w:r>
      <w:r>
        <w:br/>
      </w:r>
      <w:r>
        <w:rPr>
          <w:sz w:val="20"/>
        </w:rPr>
        <w:t>58:10  yani das world of distraction hi mein humain paida kiya gaya hai aur us ko humain face karna hai. yani hum apnay ko distraction say bachana hai.</w:t>
      </w:r>
      <w:r>
        <w:br/>
      </w:r>
      <w:r>
        <w:rPr>
          <w:sz w:val="20"/>
        </w:rPr>
        <w:t>58:18  isi par to jannat hai, isi par to reward hai, isi par to hamara intellectual process hai. taiz hota hai, is ka is mein koi escape nahi hai.</w:t>
      </w:r>
      <w:r>
        <w:br/>
      </w:r>
      <w:r>
        <w:rPr>
          <w:sz w:val="20"/>
        </w:rPr>
        <w:t>58:30  yeh mumkin nahi hai kay hum aisi dunya paas karain jahan distraction na ho, jahan distraction na ho. woh to, woh to, woh to rahay gi.</w:t>
      </w:r>
    </w:p>
    <w:p>
      <w:pPr>
        <w:pStyle w:val="Heading2"/>
      </w:pPr>
      <w:r>
        <w:t>Why non-Muslims cannot visit Mecca and Medina</w:t>
      </w:r>
    </w:p>
    <w:p>
      <w:r>
        <w:rPr>
          <w:color w:val="666666"/>
          <w:sz w:val="18"/>
        </w:rPr>
        <w:t>Worship · Principle of Loss May 31, 2015 · 3m 00s · at 1:02:04 · https://youtu.be/vM-CUyBiDkc?t=3724</w:t>
      </w:r>
    </w:p>
    <w:p>
      <w:r>
        <w:rPr>
          <w:i/>
        </w:rPr>
        <w:t>“Why non-Muslims are not allowed to visit Mecca and Medina, and what is the background of this law?”</w:t>
      </w:r>
    </w:p>
    <w:p>
      <w:r>
        <w:rPr>
          <w:sz w:val="20"/>
        </w:rPr>
        <w:t>1:02:04  maulana, agla sawal tariq badar sahib ne bheja hai lahore pakistan se, aur unhon ne likha hai ke today lecture added another dimension to understand the issues in life as well as in the world and the creation plan of god.</w:t>
      </w:r>
      <w:r>
        <w:br/>
      </w:r>
      <w:r>
        <w:rPr>
          <w:sz w:val="20"/>
        </w:rPr>
        <w:t>1:02:22  jazak allah. my question is, why non muslims are not allowed to visit mecca and medina, and what is the background of this law?</w:t>
      </w:r>
      <w:r>
        <w:br/>
      </w:r>
      <w:r>
        <w:rPr>
          <w:sz w:val="20"/>
        </w:rPr>
        <w:t>1:02:36  dekhiye, is se pehle main bata chuka hoon ke pehle aisa nahi tha, pehle sabhi log aate the. aur is ka saboot yeh hai ke kaaba mein but pahunch gaya to mushrikeen to pahunchayenge, but muahhid kaise but pahunchayega?</w:t>
      </w:r>
      <w:r>
        <w:br/>
      </w:r>
      <w:r>
        <w:rPr>
          <w:sz w:val="20"/>
        </w:rPr>
        <w:t>1:02:51  kaaba mein jo but pahuncha kai so ki tadad mein to woh mushrikeen to the, woh jo pahunchaya unhon ne muahhid kyon pahunchayega wahan?</w:t>
      </w:r>
      <w:r>
        <w:br/>
      </w:r>
      <w:r>
        <w:rPr>
          <w:sz w:val="20"/>
        </w:rPr>
        <w:t>1:03:01  to yeh dekha gaya ke log is is azaadi ko besood karte hain. yani yeh nahi kaha ke dekh kar chale jayen, wahan apna but rakh dete hain.</w:t>
      </w:r>
      <w:r>
        <w:br/>
      </w:r>
      <w:r>
        <w:rPr>
          <w:sz w:val="20"/>
        </w:rPr>
        <w:t>1:03:18  woh but jo the wahan kaaba bohat chote chote the, yani bara bara abu lahor ki tarah nahi tha. woh aap jeeb mein rakh ke le aa sakte hain, aisa tha. woh</w:t>
      </w:r>
      <w:r>
        <w:br/>
      </w:r>
      <w:r>
        <w:rPr>
          <w:sz w:val="20"/>
        </w:rPr>
        <w:t>1:03:27  jitne but the kaaba mein, woh abu lahor ki tarah the, nahi the bare bare. to aadmi jaye, jeeb mein rakhi hui hai, wahan rakh ke chala gaya.</w:t>
      </w:r>
      <w:r>
        <w:br/>
      </w:r>
      <w:r>
        <w:rPr>
          <w:sz w:val="20"/>
        </w:rPr>
        <w:t>1:03:39  to is ki precaution ke taur par is tajrube ke baad aisa kiya gaya. main samajhta hoon ke bilkul sahi sahi kiya gaya hai, warna aaj bhi wahi mamla baqi rehta hai.</w:t>
      </w:r>
      <w:r>
        <w:br/>
      </w:r>
      <w:r>
        <w:rPr>
          <w:sz w:val="20"/>
        </w:rPr>
        <w:t>1:03:53  insaan ajib o ghareeb makhlooq hai,</w:t>
      </w:r>
      <w:r>
        <w:br/>
      </w:r>
      <w:r>
        <w:rPr>
          <w:sz w:val="20"/>
        </w:rPr>
        <w:t>1:03:55  azaadi ko masood karna jo hai, us ki burai ko woh janta hi nahi. okay, so we will end the session now.</w:t>
      </w:r>
      <w:r>
        <w:br/>
      </w:r>
      <w:r>
        <w:rPr>
          <w:sz w:val="20"/>
        </w:rPr>
        <w:t>1:04:05  thank you.</w:t>
      </w:r>
    </w:p>
    <w:p>
      <w:pPr>
        <w:pStyle w:val="Heading2"/>
      </w:pPr>
      <w:r>
        <w:t>Worship without knowledge as habit</w:t>
      </w:r>
    </w:p>
    <w:p>
      <w:r>
        <w:rPr>
          <w:color w:val="666666"/>
          <w:sz w:val="18"/>
        </w:rPr>
        <w:t>Worship · Self Correction November 09, 2014 · 2m 44s · at 1:09:13 · https://youtu.be/EgAukdSfGRU?t=4153</w:t>
      </w:r>
    </w:p>
    <w:p>
      <w:r>
        <w:rPr>
          <w:i/>
        </w:rPr>
        <w:t>“If worship is not accompanied by knowledge (ma'rifah), will it also be considered a habit?”</w:t>
      </w:r>
    </w:p>
    <w:p>
      <w:r>
        <w:rPr>
          <w:sz w:val="20"/>
        </w:rPr>
        <w:t>1:09:13  maulana, agla sawal lene se pehle ek comment parhna chahenge jo abhi abhi doha, qatar se abdul basit umri sahib ne bheja hai.</w:t>
      </w:r>
      <w:r>
        <w:br/>
      </w:r>
      <w:r>
        <w:rPr>
          <w:sz w:val="20"/>
        </w:rPr>
        <w:t>1:09:22  unhon ne likha hai ke maulana, aaj ke lecture se bohat zyada clarity mili. tauba qareeb ko aaj hi pehli bar samjha.</w:t>
      </w:r>
      <w:r>
        <w:br/>
      </w:r>
      <w:r>
        <w:rPr>
          <w:sz w:val="20"/>
        </w:rPr>
        <w:t>1:09:33  jazak Allah khair. maulana, agla sawal maulana iqbal umri ne bheja hai chennai se aur unhon ne likha hai: maulana, ibadat bhi jab marifat ke sath na ho to woh bhi aadat shumar ki jayegi.</w:t>
      </w:r>
      <w:r>
        <w:br/>
      </w:r>
      <w:r>
        <w:rPr>
          <w:sz w:val="20"/>
        </w:rPr>
        <w:t>1:09:50  ibadat aur aadat mein kya farq hai? is ki wazahat karen. to main ne hadith suna di aap ko ke hadith mein aata hai ke aadmi ibadat karta hai, ibadat karta hai, ibadat karta hai.</w:t>
      </w:r>
      <w:r>
        <w:br/>
      </w:r>
      <w:r>
        <w:rPr>
          <w:sz w:val="20"/>
        </w:rPr>
        <w:t>1:10:04  wala yujza illa bi qadr aqli bas aadat wali ibadat ki nafi is mein hai ke bata aadat ibadat karta hai, karta rehta hai, karta rehta hai lekin kuch milta nahi us ko.</w:t>
      </w:r>
      <w:r>
        <w:br/>
      </w:r>
      <w:r>
        <w:rPr>
          <w:sz w:val="20"/>
        </w:rPr>
        <w:t>1:10:18  shaoor wali ibadat jab kare ga to is is mein uska faida mile ga. main to nahi samajhta ke aadat ke taur par ibadat karenge, Allah khush ho jayega.</w:t>
      </w:r>
      <w:r>
        <w:br/>
      </w:r>
      <w:r>
        <w:rPr>
          <w:sz w:val="20"/>
        </w:rPr>
        <w:t>1:10:29  kaisa ajeeb ghareeb tasawwur hai in logon ka Allah ke bare mein ke bata aadat hai, aap ibadat karen aur Allah khush ho raha hai. yun kehne ke Allah ko sirf form chahiye.</w:t>
      </w:r>
      <w:r>
        <w:br/>
      </w:r>
      <w:r>
        <w:rPr>
          <w:sz w:val="20"/>
        </w:rPr>
        <w:t>1:10:40  yaad rakhiye, yeh Allah ka underestimation hai ke woh form se khush ho jayega.</w:t>
      </w:r>
      <w:r>
        <w:br/>
      </w:r>
      <w:r>
        <w:rPr>
          <w:sz w:val="20"/>
        </w:rPr>
        <w:t>1:10:47  quran mein saaf saaf hai ke lana Allah alhum wala damao wala kin taqwa minkum tumhara gosht aur khoon nahi pohanchta Allah taala ko.</w:t>
      </w:r>
      <w:r>
        <w:br/>
      </w:r>
      <w:r>
        <w:rPr>
          <w:sz w:val="20"/>
        </w:rPr>
        <w:t>1:10:58  taqwa pohanchta hai, dil ka taqwa. ek lakh rupay, ek lakh ka bakra, pachas aur das lakh ka bakra log qurbani karte hain to kya aap samajhte hain ke Allah khush ho jayega is se?</w:t>
      </w:r>
      <w:r>
        <w:br/>
      </w:r>
      <w:r>
        <w:rPr>
          <w:sz w:val="20"/>
        </w:rPr>
        <w:t>1:11:12  lana Allah alhum wala damao wala kin taqwa minkum tumhara tumhari qurbani ka gosht aur khoon nahi pohanchta Allah taala ko, balkay taqwa pohanchta hai.</w:t>
      </w:r>
      <w:r>
        <w:br/>
      </w:r>
      <w:r>
        <w:rPr>
          <w:sz w:val="20"/>
        </w:rPr>
        <w:t>1:11:24  is ka matlab kya hua ke in terms of quantity Allah nahi dekhta kamon cheezon ko.</w:t>
      </w:r>
      <w:r>
        <w:br/>
      </w:r>
      <w:r>
        <w:rPr>
          <w:sz w:val="20"/>
        </w:rPr>
        <w:t>1:11:33  Allah taala jo hai, aap ke amal ko in terms of quantity nahi dekhta, woh in terms of quality dekhta hai.</w:t>
      </w:r>
      <w:r>
        <w:br/>
      </w:r>
      <w:r>
        <w:rPr>
          <w:sz w:val="20"/>
        </w:rPr>
        <w:t>1:11:44  yani bait par kamiyat nahi dekhta, balkay bait par کیفیت dekhta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